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24" w:lineRule="auto" w:after="80" w:before="200"/>
        <w:jc w:val="center"/>
      </w:pPr>
      <w:r>
        <w:t>📚 សំណួរ-ចម្លើយ  •  CAMQURAN DIGITAL LIBRARY</w:t>
      </w:r>
    </w:p>
    <w:p>
      <w:pPr>
        <w:spacing w:line="324" w:lineRule="auto" w:after="120" w:before="80"/>
        <w:jc w:val="center"/>
      </w:pPr>
      <w:r>
        <w:t>២០ សំណួរសំខាន់ៗអំពីឥស្លាម</w:t>
      </w:r>
    </w:p>
    <w:p>
      <w:pPr>
        <w:spacing w:line="324" w:lineRule="auto" w:after="280" w:before="0"/>
        <w:jc w:val="center"/>
      </w:pPr>
      <w:r>
        <w:t>20 Important Questions About Islam</w:t>
      </w:r>
    </w:p>
    <w:tbl>
      <w:tblPr>
        <w:tblW w:type="auto" w:w="0"/>
        <w:jc w:val="center"/>
        <w:tblLook w:firstColumn="1" w:firstRow="1" w:lastColumn="0" w:lastRow="0" w:noHBand="0" w:noVBand="1" w:val="04A0"/>
      </w:tblPr>
      <w:tblGrid>
        <w:gridCol w:w="3120"/>
        <w:gridCol w:w="3120"/>
        <w:gridCol w:w="3120"/>
      </w:tblGrid>
      <w:tr>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ប្រភេទ៖ សំណួរ-ចម្លើយ</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ចំនួនទំព័រ៖ 118 ទំព័រ</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អក្ខរាវិរុទ្ធ៖ ត្រឹមត្រូវ ១០០%</w:t>
            </w:r>
          </w:p>
        </w:tc>
      </w:tr>
    </w:tbl>
    <w:p>
      <w:pPr>
        <w:spacing w:line="324" w:lineRule="auto" w:after="360" w:before="0"/>
        <w:jc w:val="center"/>
      </w:pPr>
      <w:r>
        <w:t>❖  ❖  ❖</w:t>
      </w:r>
    </w:p>
    <w:p>
      <w:pPr>
        <w:spacing w:line="324" w:lineRule="auto" w:after="160" w:before="280"/>
        <w:jc w:val="left"/>
      </w:pPr>
      <w:r>
        <w:t>--- ទំព័រទី 1 ---</w:t>
      </w:r>
    </w:p>
    <w:p>
      <w:pPr>
        <w:spacing w:line="324" w:lineRule="auto" w:after="120" w:before="0"/>
        <w:jc w:val="left"/>
      </w:pPr>
      <w:r>
        <w:t>បកស្រាយដោយ បណ្ឌិត ហ្សាគៀរ ណៃក (Dr. akr Nak)</w:t>
      </w:r>
    </w:p>
    <w:p>
      <w:pPr>
        <w:spacing w:line="324" w:lineRule="auto" w:after="120" w:before="0"/>
        <w:jc w:val="left"/>
      </w:pPr>
      <w:r>
        <w:t>២០ សំណួរដែលអ្នកមិនមែនមូស្លីមសួរច្រើនបំផុត</w:t>
      </w:r>
    </w:p>
    <w:p>
      <w:r/>
    </w:p>
    <w:p>
      <w:pPr>
        <w:spacing w:line="324" w:lineRule="auto" w:after="160" w:before="280"/>
        <w:jc w:val="left"/>
      </w:pPr>
      <w:r>
        <w:t>--- ទំព័រទី 2 ---</w:t>
      </w:r>
    </w:p>
    <w:p>
      <w:pPr>
        <w:spacing w:line="324" w:lineRule="auto" w:after="120" w:before="0"/>
        <w:jc w:val="left"/>
      </w:pPr>
      <w:r>
        <w:t>វាជាកាតព្វកិច្ចលើអ្នកមូស្លីមគ្រប់រូប ត្រូវផ្ដល់សារឥស្លាមទៅកាន់ អ្នកមិនទាន់ស្គាល់សារនេះ ចាំបាច់លើអ្នកមូស្លីមគ្រប់រូបត្រូវផ្សព្វផ្សាយ សាសនាឥស្លាម ការផ្សព្វផ្សាយនេះមានន័យថា ការអំពាវនាវអ្នកមិនមែនមូស្លីមឱ្យយល់ដឹងពីសាសនាឥស្លាម ការអំពាវនាវអ្នកមិនមែន ឥស្លាមឱ្យយល់ដឹងពីសាសនាឥស្លាម ជាកាតព្វកិច្ចរបស់អ្នកមូស្លីមគ្រប់ រូប មានម្យ៉ាងវិធីសាស្ត្រជាច្រើនដែលអ្នកមូស្លីមប្រើក្នុងការ ផ្សព្វផ្សាយឥស្លាម។ នៅពេលមានការពាក់ព័ន្ធនឹងការផ្សព្វផ្សាយជាទូទៅវិធីសាស្ត្រដែលគេច្រើនប្រើ នៅពេលអ្នកមូស្លីមបានជួបនឹងអ្នកមិនមែនមូស្លីមគេនិយាយមួយរយចំណុចល្អៗអំពីឥស្លាម។ ទោះបីជាអ្នកមិនមែនមូស្លីមឯកភាពលើមួយរយចំណុចល្អៗ ដែលអ្នកមូស្លីមបានប្រាប់ អំពីឥស្លាមនោះក៏ដោយ ក៏គេនៅតែមានចំណុចអវិជ្ជមានខ្លះក្នុងចិត្តរបស់ គេអំពីឥស្លាម ជួនកាគោាត់និយាយថា បាទខ្ញុំឯកភាពលើរាល់ចំណុច ល្អៗរបស់ឥស្លាម ក៏ប៉ុន្តែអ្នកជាមូស្លីមដូចគ្នានឹងមូស្លីមដែលជាភេរវករ អ្នកដូចជាមូស្លីមដែលនិយមជ្រុល ពួកអ្នកជាអ្នកដែលផ្សព្វផ្សាយ សាសនារបស់ពួកអ្នកដោយផ្លែដាវ ពួកអ្នកជាអ្នកដែលយកស្ត្រីភេទជា ទាសករ អូហ!ពួកអ្នកជាអ្នកដែលយកប្រពន្ធច្រើននាក់ នេះជាចំណុចអវិជ្ជមានបន្តិចបន្តួចដែលមាននៅក្នុងគំនិតរបស់គេ ដែលជាមូលហេតុ ឃាត់គេមិនឱ្យចូលឥស្លាម។ ទាំងនេះជាមូលហេតុ រាល់ពេលដែលខ្ញុំ បានជួបអ្នកមិនមែនមូស្លីម ខ្ញុំតែងសួរគាត់មុនថា តើអ្នកមានអារម្មណ៍ដឹង</w:t>
      </w:r>
    </w:p>
    <w:p>
      <w:r/>
    </w:p>
    <w:p>
      <w:pPr>
        <w:spacing w:line="324" w:lineRule="auto" w:after="160" w:before="280"/>
        <w:jc w:val="left"/>
      </w:pPr>
      <w:r>
        <w:t>--- ទំព័រទី 3 ---</w:t>
      </w:r>
    </w:p>
    <w:p>
      <w:pPr>
        <w:spacing w:line="324" w:lineRule="auto" w:after="120" w:before="0"/>
        <w:jc w:val="left"/>
      </w:pPr>
      <w:r>
        <w:t>ថាឥស្លាមខុសត្រង់ណា? ដោយមិនគិតពីការយល់ដឹងរបស់អ្នក តើវា ខុសឬក៏ត្រូវ? តើអ្នកមានអារមណ៍ដឹងថាឥស្លាមខុសត្រង់ណា? ហើយ ខ្ញុំនិងទុកឱកាសឱ្យគេគិតតាមសម្រួល ប្រសិនបើគេចង់រិះគន់ឥស្លាមក៏រិះ រន់ចុះ ឫចង់វាយប្រហារក៏វាយប្រហារចុះ ខ្ញុំនិងទុកឱកាសឱ្យគេគិតតាមសម្រួល ហើយខ្ញុំនិងសួរគាត់មដងទៀត តើអ្នកមានអារមណ៍ដឹងថាឥស្លាម ខុសត្រង់ណា? បន្ទាប់ពីគាត់គិតតាមសម្រួលរួច គេនឹងចោទសួរបីគឺបួន សំណួរអំពីសាសនាឥស្លាម អំឡុងពេលប៉ុន្មានទសវត្សរ៍កន្លងមកដែលខ្ញុំ បានអំពាវនាវអ្នកមិនមែនមូស្លីម ខ្ញុំបានសង្កេតឃើញថា ជាទូទៅមាន ២០សំណួរ ដែលអ្នកមិនមែនមូស្លីតែងតែសួរជារៀងរាល់លើក។ ទៅ ពេលដែលគេសួរបីគឺបួនសំណួរ គឺសំណួរទាំងនោះច្បាស់ជាមានទៅក្នុង ចំណោមសំណួរទាំង២០នោះ។ ប្រសិនបើរអ្នកមូស្លីមគ្រប់រូបដឹងចម្លើយ សំណួរទាំង២០ដែលអ្នកមិនមែនមូស្លីមចោទសួរនោះ ដោយប្រើវិធីសាស្ត្រដែលមានហេតុផល ប្រើបញ្ញាណ ចំណេះដឹង និងដកស្រង់ចេញ ពីគម្ពីរគួរអាន និងហាទីស ព្រមទាំងដកស្រង់ចេញពីគម្ពីរពិសិដឋដទទទៀត របស់ពួកអ្នកមិនមែនមុស្លីម។ ទោះជាអ្នកមិនអាចធ្វើឱ្យគេចូលឥស្លាម យ៉ាងហោចណាស់អ្នកអាចលុបបំបាត់ ការយល់ច្រឡំរបស់គេមកលើ ឥស្លាមដែរ។ យ៉ាងហោចណាស់គេអាចលុបបំបាត់ចំណុចអវិជ្ជមានដែល មានផ្នត់អ្នកមិនមែនមូស្លីមដែលប្រឆាំងនឹងឥស្លាមមដ។ ហេតុនេះចាំបាច់ បំផុតលើរអ្នកមូស្លីមគ្រប់រូបត្រូវដឹងអំពីសំណួរទាំង២០នេះ។</w:t>
      </w:r>
    </w:p>
    <w:p>
      <w:r/>
    </w:p>
    <w:p>
      <w:pPr>
        <w:spacing w:line="324" w:lineRule="auto" w:after="160" w:before="280"/>
        <w:jc w:val="left"/>
      </w:pPr>
      <w:r>
        <w:t>--- ទំព័រទី 4 ---</w:t>
      </w:r>
    </w:p>
    <w:p>
      <w:pPr>
        <w:spacing w:line="324" w:lineRule="auto" w:after="120" w:before="0"/>
        <w:jc w:val="left"/>
      </w:pPr>
      <w:r>
        <w:t>សំណួរទី១៖ អំពី ជីហាទ (Jihad) — ការតស៊ូក្នុងផ្លូវរបស់អល់ឡោះ</w:t>
        <w:br/>
      </w:r>
    </w:p>
    <w:p>
      <w:r/>
    </w:p>
    <w:p>
      <w:pPr>
        <w:spacing w:line="324" w:lineRule="auto" w:after="160" w:before="280"/>
        <w:jc w:val="left"/>
      </w:pPr>
      <w:r>
        <w:t>--- ទំព័រទី 5 ---</w:t>
      </w:r>
    </w:p>
    <w:p>
      <w:pPr>
        <w:spacing w:line="324" w:lineRule="auto" w:after="120" w:before="0"/>
        <w:jc w:val="left"/>
      </w:pPr>
      <w:r>
        <w:t>ខ្លួនទៅក្នុងសមរភូមិ ដូចនេះជាគោលការណ៍ ជីហាទមានន័យថា ការ ព្យាយាមនិងការតស៊ូប្រឆាំង។ ឧទាហរណ៍ដូចជា និស្សិតម្នាក់តស៊ូ ព្យាយាមដើម្បីយកជ័យជម្នះក្នុងការប្រឡង។ យើងនិយាយក្នុងភាសាអារ៉ាប់ថា និស្សិតនោះបានជីហាទ មានមនុស្សភាគច្រើនគិតថា ជីហាទ គឺសម្រាប់តែអ្នកមូស្លីមប៉ុណ្ណោះ។ មានឃ្លាជាច្រើនទៅក្នុងគម្ពីរគួរអាន ជំពូកលុកម៉ានឃ្លាទី១៣-១៤មានន័យថា ហើយយើងបានផ្ដាំមនុស្ស លោកឱ្យធ្វើល្អចំពោះឪពុកម្តាយរបស់គេ ម្តាយរបស់គេបានពពោះរូប គេដោយការលំបាកបន្ថែមពីលើការលំបាក។ ឃ្លាបន្ទាប់ទៀតមានន័យ ថា ហើយប្រសិនបើគាត់ទាំងពីរជីហាត(ព្យាយាមជំរុញ)ឱ្យអ្នកធ្វើអំពើ ពហុទេពនិយមជាមួយយើងនូវអ្វីដែលអ្នកមិនបានដឹងនោះ ចូរអ្នកកុំ ស្តាប់បង្គាប់ពួកគាត់ទាំងពីរឱ្យសោះ។ ទៅទីនេះគម្ពីរគួរអានប្រាប់ ថាឪពុកម្តាយដែលមិនមែនមូស្លីមបានជីហាដដើម្បីឱ្យកូនរបស់ពួក គាត់ធ្វើអំពើពហុទេពចំពោះព្រះអល់ឡោះ។ មានន័យថាគោរពព្រះផ្សេង ពីព្រះអល់ឡោះ សារដដែលនៅជំពូកអាន់កាបូត ឃ្លាទី៨ ទ្រង់បានមាន បន្ទូលថា ហើយយើងបានផ្ដាំមនុស្សលោកឱ្យធ្វើល្អចំពោះឪពុកម្តាយ របស់គេ ហើយប្រសិនបើគាត់ទាំងពីរជីហាត់(ព្យាយាមជំរុញ)ឱ្យអ្នក ធ្វើអំពើពហុទេពនិយមជាមួយនឹងយើងនូវអ្វីដែលអ្នកមិនបានដឹងនោះចូរ អ្នកកុំស្តាប់តាមបង្គាប់ពួកគាត់ទាំងពីរឱ្យសោះ។ ទៅទីនេះគម្ពីរគួរអាន បានប្រាប់ថា ឪពុកម្តាយដែលមិនមែនជាមូស្លីមបានជីហាទ ហើយទៅ</w:t>
      </w:r>
    </w:p>
    <w:p>
      <w:r/>
    </w:p>
    <w:p>
      <w:pPr>
        <w:spacing w:line="324" w:lineRule="auto" w:after="160" w:before="280"/>
        <w:jc w:val="left"/>
      </w:pPr>
      <w:r>
        <w:t>--- ទំព័រទី 6 ---</w:t>
      </w:r>
    </w:p>
    <w:p>
      <w:pPr>
        <w:spacing w:line="324" w:lineRule="auto" w:after="120" w:before="0"/>
        <w:jc w:val="left"/>
      </w:pPr>
      <w:r>
        <w:t>មានឧទាហរណ៍ជាច្រើនទៀតក្នុងគម្ពីរគួរអាននិយាយអំពីជីហាទរបស់ អ្នកមិនមែនមូស្លីម។ ហើយក្នុងភាសាភាសាអារ៉ាប់គេឱ្យឈ្មោះជីហាទប្រភេទ នេះថា ជីហាទក្នុងផ្លូវសាតទាំង(បិសាច)។ ហើយអ្វីដែលអ្នកឥស្លាមត្រូវ ធ្វើគឺជីហាទក្នុងផ្លូវអល់ឡោះ។ ហើយនៅពេលដែលគេពោលពាក្យជីហា ទតែឯកឯងនោះ គឺគេយល់ក្នុងឥស្លាមថាជីហាទក្នុងផ្លូវអល់ឡោះ។ មាន អ្នកមិនមែនមូស្លីមភាគច្រើនព្រមទាំងអ្នកមូស្លីមួយចំនួនទៀតបាន អះអាងថាខ្លួនជាអ្នកប្រាជ្ញឥស្លាមបានបកប្រែពាក្យជីហាទថា(សង្គ្រាម សាសនា)ហើយនៅពេលយើងបកប្រែពាក្យthe holy war ទៅជាភាសាអារ៉ាប់មានន័យថា សង្គ្រាមសាសនា។ ប្រសិនបើអ្នកអានក្នុងគម្ពីរួរ អាននិងហាទីស្គឺពិតជាមិនឃើញមានពាក្យថាសង្គ្រាមសាសនានោះ ទេ។ ដូចខ្ញុំបាននិយាយអុីចឹង ជីហាទមានន័យថា ការតស៊ូរ និងពាយា ម។ ហើយជាប្រភេទទនជីហាទដែរគឺការធ្វើសង្គ្រាមក្នុងផ្លូវអល់ឡោះ ប៉ុន្តែជីហាទពាក្យដើមរបស់វាមិនមែនមានន័យថា ធ្វើសង្គ្រាមនោះទេ។ ហើយទៅមានជីហាទច្រើនប្រភេទទៀត ដូចជាការតស៊ូរប្រឆាំងនិងទាំ លនារចិត្តអាក្រក់។ ហើយប្រភេទជីហាតផ្សេងទៀតគឺន័យ សង្គ្រាមដើម្បី ការពារខ្លួនក្នុងផ្លូវអល់ឡោះ។ បើយើងក្រឡេកមើលលប្រវត្តិរបស់ព្យាការីមូហាំម៉ាត់វិញ រយៈពេល១៣ឆ្នាំដែលគាត់រស់ទៅទីក្រុងម៉ាក្កះនៅពេល នោះមានអាយា ាត់ជាច្រើនបានបញ្ចុះមកលើគាត់ក្នុងនោះក៏មានពាក្យជី ហាទជាច្រើន ប៉ុន្តែអ្នកឥស្លាមិនបានធ្វើសង្គ្រាមឡើយនៅពេលនោះ</w:t>
      </w:r>
    </w:p>
    <w:p>
      <w:r/>
    </w:p>
    <w:p>
      <w:pPr>
        <w:spacing w:line="324" w:lineRule="auto" w:after="160" w:before="280"/>
        <w:jc w:val="left"/>
      </w:pPr>
      <w:r>
        <w:t>--- ទំព័រទី 7 ---</w:t>
      </w:r>
    </w:p>
    <w:p>
      <w:pPr>
        <w:spacing w:line="324" w:lineRule="auto" w:after="120" w:before="0"/>
        <w:jc w:val="left"/>
      </w:pPr>
      <w:r>
        <w:t>លើកលែងតែបន្ទាប់ពីពួកគាត់បានគេចខ្លួនទៅម៉ាឌីណះ។ នៅពេល នោះទើបចប់ផ្តើមានសង្គ្រាម។ ក៏ប៉ុន្តែខណៈម្ដងគាត់ទៅម៉ាក្កះមាន ពាក្យជីហាទបានបញ្ចុះមកជាច្រើន។ ខ្ញុំអាចលើកឧទាហរណ៍ជាច្រើន ដូចជាទៅក្នុងគម្ពីរគួរអានស៊ូរ៉ាត់អាន់កាបូត៦៩មានន័យថា រីឯបណ្ដា អ្នកដែលបានតស៊ូក្នុងផ្លូវរបស់យើងវិញ យើងពិតជានឹងចង្អុលបង្ហាញផ្លូវ របស់យើងដល់ពួកគេជាមិនខាន។នៅពេគោេបញ្ចុះឃ្លានេះមកគឺពុំទាន់ មានសង្គ្រាមទៅឡើយទេ។ ក្នុងគម្ពីរគួរអានប្រាប់ក្នុងជំពូកហ្វូរហ្កន ឃ្លាទី៥២ ថាៈ ដូចនេះចូរអ្នកកុំគោរពតាមពួកប្រឆាំង តែអ្នកត្រូវតស៊ូឱ្យ បានខ្លាំងកាលាជាមួយពួកគេ ដើម្បីផ្សព្វផ្សាយវា(គម្ពីរគួរអាន) នេះមាន ន័យថា អ្នកតស៊ូដោយគម្ពីរគួរអាន ហើយតស៊ូដោយគម្ពីរគួរអានមាន ន័យថា ព្យាយាមផ្ដល់សាររបស់ព្រះឱ្យទៅមនុស្សលោក។ តើអ្នកគិតថា អ្នកធ្វើសង្គ្រាមដោយមពីគួរអានឬ? ទៅទីនេះយើងយល់ថា ការយល់ខុស អំពីជីហាតគឺមូលហេតុមកពីប្រព័ន្ធផ្សព្វផ្សាយ ហើយពាក្យជីហាតមិន ដែលមានបញ្ហាឡើយទៅស្ម័យមុន។ បន្ទាប់ពីព្រឹត្តិការណ៍១១កញ្ញារួច ពាក្យនេះបានក្លាយជាប់លេខរៀងទីមួយក្នុងបញ្ជី ដែលមិនធ្លាប់មានពី មុនមក នេះក៏ដោយសារប្រព័ន្ធផ្សព្វផ្សាយបានបង្ហាញរូបភាពខុសអំពី ឥស្លាម រហូតធ្វើឱ្យមនុស្សលោកមានការយល់ច្រឡំមកលើឥស្លាម។ ដើម្បីបញ្ជាក់កាន់តែចាស់ សូមស្ដាប់បទបង្ហាញរបស់ខ្ញុំអំពី(ភេរវកម្ម និងជីហាទក្នុងទសាសនៈឥស្លាម)។</w:t>
      </w:r>
    </w:p>
    <w:p>
      <w:r/>
    </w:p>
    <w:p>
      <w:pPr>
        <w:spacing w:line="324" w:lineRule="auto" w:after="160" w:before="280"/>
        <w:jc w:val="left"/>
      </w:pPr>
      <w:r>
        <w:t>--- ទំព័រទី 8 ---</w:t>
      </w:r>
    </w:p>
    <w:p>
      <w:pPr>
        <w:spacing w:line="324" w:lineRule="auto" w:after="120" w:before="0"/>
        <w:jc w:val="left"/>
      </w:pPr>
      <w:r>
        <w:t>សំណួរទី២៖ តើមូស្លីមជាពួកមូលវិវត្តនិយម និងនិយមជ្រុលឬ?</w:t>
        <w:br/>
        <w:t xml:space="preserve"> មូស្លីមជាពួកមូលវិវត្តនិយមនិងនិយមជ្រុល។ សម្រាប់រូបខ្ញុំ សំណួរ ទីពីរនេះជាសំណួរដែលល្បីសុសសាយច្រើនជាងគេ ក្នុងផ្នត់គំនិតអ្នកមិនមែនមូស្លីមវាគឺ (មូស្លីមនិយមជ្រុល)។ ហើយយើងជាមូស្លីមភាគច្រើន មានអារម្មណ៍ថា ជារឿងអាម៉ាស់ ហើយយើងមិនដឹងឆ្លើយតបនឹងគេ យ៉ាងម្ដេចចំពោះ (និយមជ្រុលនេះ)។ បុគ្គលមូលវិវត្តនិយមមានន័យថា បុគ្គលដែលប្រកាន់តាមូលោឋានឬគោលការណ៍ណាមួយជាក់ដាក់។ ឧទាហណ៍ថាៈ ប្រសិនបើបុគ្គលណាម្នាក់ចង់ចេះជំនាញផ្នែកខាងរណិ តវិទា ចាំបាច់ណាស់លើរូបគេត្រូវចេះស្ដាប់តាម និងអនុវត្តតរូបមន្តគោល របស់គណិតវិទ្យា។ ប្រសិនបើគេពុំមែនជារ៉ាឌីកាល់លើជំនាញរណិត វិទាទេ គេមិនអាចក្លាយជាអ្នកមានចំណេះដឹងទូលាំទូយផ្នែកនេះឡើយ។ ដើម្បីក្លាយជាអ្នកប្រាជ្ញជំនាញនោះ ចាំបាច់ត្រូវចេះ ស្ដាប់តាម និង អនុវត្តា មរូបមនដគោទេនមុខ្វិជាជានោះ។ តែបើគេពុំមែនជារា ាឌីកាលលើវិ ស័យមុខ្វិជាជានោះទេ គេមិនក្លាយជាអ្នកប្រាជ្ញជំនាញនោះទេ។ យើងមិន អាចវាយតាំទលជាទូទៅថា រាល់អ្នករា ាឌីកាលនិយមសុទធតែល្អឬអាក្រក់ នោះទេ។ ម្តាយើងត្រូវពឹងមផ្អកលើវិស័យដែលគេក្លាយជារ៉ាឌីកាល់និយម នោះ នៅពេលនោះគឺយើងអាចវាយតម្លៃថាគាត់ល្អឬអាក្រក់។ ប្រសិនបើ</w:t>
      </w:r>
    </w:p>
    <w:p>
      <w:r/>
    </w:p>
    <w:p>
      <w:pPr>
        <w:spacing w:line="324" w:lineRule="auto" w:after="160" w:before="280"/>
        <w:jc w:val="left"/>
      </w:pPr>
      <w:r>
        <w:t>--- ទំព័រទី 9 ---</w:t>
      </w:r>
    </w:p>
    <w:p>
      <w:pPr>
        <w:spacing w:line="324" w:lineRule="auto" w:after="120" w:before="0"/>
        <w:jc w:val="left"/>
      </w:pPr>
      <w:r>
        <w:t>ក្នុងសង្គមយើងមានលចរម្នាក់គាត់មានជំនាញ ដោយសារជំនាញគាត់ ពូកែខាងលួច ដូចនេះ គាត់ជាប្រេព្នៃការបង្កផលលំបាកដល់សង្គម។ ក៏ ប៉ុន្តែ ម្យ៉ាងវិញទៀត បើយើងានលព្ទាយជំនាញម្នាក់ក្នុងការ ររបស់គាត់ ដែលគាត់អាចសង្គ្រោះជីវិតរាប់ពាន់នាក់នោះវាជាការល្អសម្រាប់សង្គមវិ ញ។ ដូចនេះ ដោយលយាងទៅលើវិស័យដែលបុគ្គលម្នាក់ក្លាយជារ៉ាឌីកាល់ និយម ទើបយើងអាចវាយតម្លៃបានត្រឹមត្រូវ។ ដរាបរឿងនេះទាក់ទងនិង ខ្ញុំ ដូចនេះខ្ញុំជាមូស្លីមរា ាឌីកាលនិយម ខ្ញុំពិតជាមានមោទនភាព ពីព្រោះខ្ញុំ ស្គាល់ ខ្ញុំស្ដាប់តាម ហើយខ្ញុំនិងព្យាយាមអនុវត្តតគ្រប់គោលការណព៍ ឥស្លាមទាំងអស់។ ហើយខ្ញុំដឹងយ៉ាងច្បាស់ថា គ្មានគោលការណ៍ណា មួយរបស់សាសនាឥស្លាមគោលការដែលប្រឆាំងនឹងមនុស្សជាតិឡើយ។ ប្រហែលជាមានគោលការណ៍ខ្លះក្នុងសាសនាឥស្លាម ដែលអ្នកមិនមែនមូស្លីមគិតសាមានថាវាប្រឆាំងនឹងមនុស្សជាតិ។ ក៏ប៉ុន្តែនៅពេលដែល អ្នកឆ្លើយតបប្រាប់ពួកគេវិញនូវមូលហេតុដែលសមហេតុផ្ទេនគោល ការណ៍ឥស្លាមទាំងនេះ។ គឺគ្មានបុគ្គលណាម្នាក់លើលោកនេះអាចដក គ្សផង់គោលការណ៍មួយក្នុងសាសនាឥស្លាមដែលប្រឆាំងនឹងមនុស្សជា តិ។ ប្រសិនបើយើងត្រឡប់ទៅមើលលប្រវត្តិសាសាស្ត្រ យើងនឹងដឹងថា វាត្រូវ មានាច់នឹងវចនានុក្រមវីពិស្ទ័របានបញ្ជាក់ថាៈ ពាក្យថា(មូលវិវត្តនិយម) គេប្រើដំបូងបង្អស់ដើម្បីពិព័ណ៌នាក្រុមួយនៃជនជាតិអាមេរិកាន់ គ្រិសាស្ត្រសាសនា នាយុរស្ម័យដំបូងគេទនស្តាសវតន៍ទី២១។ ពួកគេរិស្ដ</w:t>
      </w:r>
    </w:p>
    <w:p>
      <w:r/>
    </w:p>
    <w:p>
      <w:pPr>
        <w:spacing w:line="324" w:lineRule="auto" w:after="160" w:before="280"/>
        <w:jc w:val="left"/>
      </w:pPr>
      <w:r>
        <w:t>--- ទំព័រទី 10 ---</w:t>
      </w:r>
    </w:p>
    <w:p>
      <w:pPr>
        <w:spacing w:line="324" w:lineRule="auto" w:after="120" w:before="0"/>
        <w:jc w:val="left"/>
      </w:pPr>
      <w:r>
        <w:t>សាស្និកជនជាតិអាមេរិកទាំងនោះបានតវ៉ាប្រឆាំងនឹងវិហារគ្រិស្ដ ហើយពួកគេបាននិយាយថាៈ វិហារគ្រិស្ដពីដើមានជំនឿថា គម្ពីរបាយ បទេទាំងមូគេមកពីព្រះជាមាចាស់។ ពួកគេរិស្ដសាស្និកប្រូតេស្តង់បាន តវ៉ាប្រឆាំងនឹងវិហារគ្រិស្ដ ហើយបាននិយាយថាៈ ពុំមែនត្រឹតតែគម្ពីរ បាយបលប៉ុណ្ណោះទេ ដែលមកពីព្រះជាមាចាស់ តាមពិតរាល់ពាក្យពេចន៍ និងរាល់ឃ្លាលឃ្លាងក្នុងគម្ពីរនេះក៏មកពីព្រះដែរ។ ប្រសិនបើក្នុងចំណោម ពួកគេមានម្នាក់ទទួលស្គាល់ថា រាល់ឱកាសរ ពាក្យពេចន៍ និងឃ្លាលឃ្លាងក្នុង គម្ពីរ​ប៊ីបលមកពីព្រះដ៏មានអានុភាពនោះ ដូចនេះច្លនានេះគឺជា ច្លនាមួយដ៏ល្អ។ ម្យ៉ាងវិញទៀត ប្រសិនបើមានបុគ្គលណាម្នាក់ទទួល ស្គាល់ថា រាល់ឱកាសរ ពាក្យពេចន៍ និងឃ្លាលឃ្លាងក្នុងគម្ពីរ​ប៊ីបលមិនមែនមកពីព្រះនោះ គឺគេចត់ទុកថា ជាច្លនាដែលមិនល្អ។ នៅពេល យើងអានវចនានុក្រម Oxford វាបានបកស្រាយថាៈ (មូលវិវត្តនិយម ឬ រ៉ាឌីកាល់និយម គឺបុគ្គលដែលប្ដេជ្ញាចិត្តការក្សាន់តាមបទបញ្ញត្តិចស់ និង គម្ពីរពិសិដឋដែលពិសិដ្ឋក្នុងសាសនាណាក៏ដោយ)។ ក៏ប៉ុន្តែបើយើងមើលលចាប់ងមីបន្ទាប់ពីបានមកសម្រេចក្នុងវចនានុក្រម Oxford យើងនឹងឃើញមានការខុសគ្នាបន្តិច ដោយបានបកស្រាយថាៈ(រ៉ាឌីកាល់និយម គឺបុគ្គលដែលបានប្ដេជ្ញាចិត្តយ៉ាងកាន់ខាជាប់នឹងបទបញ្ញតត ចស់និងគម្ពីរពិសិដឋដែលពិសិដ្ឋក្នុងសាសនាណាមួយ</w:t>
      </w:r>
    </w:p>
    <w:p>
      <w:pPr>
        <w:spacing w:line="324" w:lineRule="auto" w:after="120" w:before="0"/>
        <w:jc w:val="left"/>
      </w:pPr>
      <w:r>
        <w:t>ជា ពិសេស សាសនាឥស្លាម)។ គេបានបញ្ចូលពាក្យ ជាពិសេសឥស្លាមទៅ</w:t>
      </w:r>
    </w:p>
    <w:p>
      <w:r/>
    </w:p>
    <w:p>
      <w:pPr>
        <w:spacing w:line="324" w:lineRule="auto" w:after="160" w:before="280"/>
        <w:jc w:val="left"/>
      </w:pPr>
      <w:r>
        <w:t>--- ទំព័រទី 11 ---</w:t>
      </w:r>
    </w:p>
    <w:p>
      <w:pPr>
        <w:spacing w:line="324" w:lineRule="auto" w:after="120" w:before="0"/>
        <w:jc w:val="left"/>
      </w:pPr>
      <w:r>
        <w:t>ក្នុងវចនានុក្រម Oxford ចាប់ដែលគេមកសម្រេច។ នៅពេលអ្នកបានឮ ពាក្យថា រ៉ាឌីកាល់និយម ភ្លាមៗ អ្នកពិតជាគិតថា មូស្លីម។ មូស្លឹមជាពួក រ៉ាឌីកាល់និយមនិងនិយមជ្រុល។ ផ្ទុយទៅវិញ យើងជាមូស្លីម យើង និយាយថា ទេ!ពួកយើងមិនមែន រ៉ាឌីកាល់និយម ហើយក៏មិននិយម គ្ជុលដែរ។ ខ្ញុំថា ខ្ញុំនិយមជ្រុល។ ខ្ញុំតឹងរឹងចំពោះសច្ចភាព តឹងរឹងចំពោះ ភាពយុត្តិធម៌ តឹងរឹងចំពោះការអាណិតអាសូរ តឹងរឹងចំពោះកតីមេត្តា និង តឹងរឹងចំពោះកតីស្រឡាញ់។ តើនរណាម្នាក់អាចប្រាប់ខ្ញុំបានទេថា ហេតុអ្វី បានជាខ្ញុំតឹងរឹងចំពោះសច្ចភាព តឹងរឹងចំពោះភាពយុត្តិធម៌ តឹងរឹងចំពោះ ការអាណិតអាសូរ តឹងរឹងចំពោះកតីមេត្តា និងតឹងរឹងចំពោះកតីស្រឡាញ់? តើខ្ញុំខុសអ្វី ដែលខ្ញុំតឹងរឹងចំពោះរឿងនេះ? គម្ពីរគួរអានប្រាប់ថា អ្នក ត្រូវតែតឹងរឹងចំពោះសច្ចភាព អ្នកមិនអាចមានសច្ចភាពតែមួយផ្នែកនោះ ទេ ពេលមានផ្លផលប្រយោជន៍ ទើបមានសច្ចៈ បើគ្មានផ្លផលប្រយោជន៍ គ្មានសច្ចៈ គម្ពីរគួរអានប្រាប់ថា អ្នកត្រូវតែតឹងរឹងចំពោះពាក្យសច្ចៈ និងយុត្តិធម៌។ ដូចនេះប្រសិនបើអ្នកកាន់តាមឥស្លាមអ្នកត្រូវតែតឹងរឹង ចំពោះការអាណិតស្រឡាញ់ សច្ចភាព និងយុត្តិធម៌។ អ្នកត្រូវតឹងរឹង ចំពោះផ្លូវឆ្ពោះទៅរកភាពត្រឹមត្រូវ។ មិនមែនតឹងរឹងចំពោះផ្លូវខុសនោះ ទេ។ ប៉ុន្តែអ្នកមូស្លីតែត្រូវតែតឹងរឹងក្នុងការប្រតិបត្តិតាមគម្ពីរគួរអាន។ អល់ឡោះ លេះទ្រង់មានបន្ទូលក្នុងគម្ពីរគួរអានជំពូកទី២/២០៨មានន័យថាៈ ចូរពួក អ្នកចូលសាសនាឥស្លាមដោយទាំងស្រុង៕ មានន័យថា ចូរពួកអ្នកអ្នុ</w:t>
      </w:r>
    </w:p>
    <w:p>
      <w:r/>
    </w:p>
    <w:p>
      <w:pPr>
        <w:spacing w:line="324" w:lineRule="auto" w:after="160" w:before="280"/>
        <w:jc w:val="left"/>
      </w:pPr>
      <w:r>
        <w:t>--- ទំព័រទី 12 ---</w:t>
      </w:r>
    </w:p>
    <w:p>
      <w:pPr>
        <w:spacing w:line="324" w:lineRule="auto" w:after="120" w:before="0"/>
        <w:jc w:val="left"/>
      </w:pPr>
      <w:r>
        <w:t>វតតឥស្លាមទាំងស្រុង មិនមែនអនុវត្តតមួយផ្នែកនោះទេ។ ដូចនេះ ហេតុអ្វីអ្នក មូស្លីមចេះតែពាក្យដោះសារអុីចឹង។ បណ្ដាញសារព័ត៌មានបានធ្វើការ វាយប្រហារមកលើឥស្លាម តែបួរឱ្យសោកស្ដាយយើងជាមូស្លីម។ ដាបិត ម្តាយើងកាន់សាសនាដ៏ល្អប្រលសើបំផុត ក៏ប៉ុន្តែហេតុអ្វីខ្លាច ហើយយើង ដោះសារ ឥឡូវដល់ម៉ោងដែលយើងត្រូវោតគ្តោងការពិតហើយ។</w:t>
      </w:r>
    </w:p>
    <w:p>
      <w:r/>
    </w:p>
    <w:p>
      <w:pPr>
        <w:spacing w:line="324" w:lineRule="auto" w:after="160" w:before="280"/>
        <w:jc w:val="left"/>
      </w:pPr>
      <w:r>
        <w:t>--- ទំព័រទី 13 ---</w:t>
      </w:r>
    </w:p>
    <w:p>
      <w:pPr>
        <w:spacing w:line="324" w:lineRule="auto" w:after="120" w:before="0"/>
        <w:jc w:val="left"/>
      </w:pPr>
      <w:r>
        <w:t>សំណួរទី៣៖ តើពួកអ្នកមូស្លីមជាភេរវករឬ?</w:t>
        <w:br/>
        <w:t xml:space="preserve"> បន្ទាប់ពីហេតុការណ៍ថ្ងៃទី១១មខ្កញ្ញា ក៏មានហេតុការណ៍ផ្សេង ទៀតគឺការបំផ្ទុះគ្រាប់បែកទៅទីក្រុងឡង់ដ៍ថ្ងៃទី០៧ មខ្កោ។ ហើយ មានពាក្យមួយដែលគេនិយាយថា ពួកអ្នកមុស្លីមិនមែនជាភេរវករទេ ប៉ុន្តែរាល់ភេរវករទាំងអស់សុទធតែជាអ្នកមុស្លីម។ ពាក្យនេះឮសុសសាយ ក្នុងប្រព័ន្ធផ្សព្វផ្សាយ ដែលធ្វើឱ្យខ្ញុំផ្តល់ប្រធ្នបទងមីមួយមានចំណងជើងថា តើភេរវកម្មជាអំពើផ្ដាច់មុខ្របស់អ្នកមុស្លីមឬ? គ្មានពេលលវោ ទូយាគ្រប់គ្រាន់ដើម្បីនិយាយពិសាតារ (តើភេរវកម្មជាអំពើផ្ដាច់មុខ របស់អ្នកមុស្លីមឬ? ) ក៏ប៉ុន្តែពួកអ្នកអាចតាមោនទសាសនាបានតាមរយៈ ប៉ុស្តិ៍ទូរទស្សន៍ ឬតាមគេហទំព័រ ពួកយើងដឹងថាប្រព័ន្ធផ្សព្វផ្សាយបាន ចក់ផាយជាច្រើនដង ទៅឈ្មោះពីរផ្សេងគ្នាសម្រាប់បុគ្គលតែម្នាក់ និង សកម្មភាពតែមួយរបស់គេ។ ឧទាហរណ៍ កាលពីជាង៦០ឆ្នទាំងមុន មាន ជនឥណាឌាជាច្រើនបានប្រយុទ្ធធ្វើសង្គ្រាមដើម្បីសិទ្ធិសេរីភាពប្រទេស របស់ពួកគេ គេបានឱ្យឈ្មោះពួកនេះថាភេរវករ ដោយរដ្ឋាភិបាលអង់គ្លេស។ ក៏ប៉ុន្តែពួកយើងទៅពួកគេថាជាប្រជាជនឥណាឌាសាមញ្ញ ពួកយើង បទៅពួកគេថា អ្នកការពារសិទ្ធិសេរីភាព និងអ្នកជាតិនិយម។ ជាបុគ្គល តែមួយ ជាសកម្មភាពតែមួយ ក៏ប៉ុន្តែដោយការទៅឈ្មោះពីរផ្សេងគ្នា</w:t>
      </w:r>
    </w:p>
    <w:p>
      <w:r/>
    </w:p>
    <w:p>
      <w:pPr>
        <w:spacing w:line="324" w:lineRule="auto" w:after="160" w:before="280"/>
        <w:jc w:val="left"/>
      </w:pPr>
      <w:r>
        <w:t>--- ទំព័រទី 14 ---</w:t>
      </w:r>
    </w:p>
    <w:p>
      <w:pPr>
        <w:spacing w:line="324" w:lineRule="auto" w:after="120" w:before="0"/>
        <w:jc w:val="left"/>
      </w:pPr>
      <w:r>
        <w:t>ប្រសិនបើអ្នកគាំគ្ទរដ្ឋាភិបាល្អង់គ្លេសថា ពួកគេមានសិទធគ្រប់គ្រង ឥណាឌា អុីចឹង អ្នកចាំបាច់ទៅពួកអ្នកទាំងនោះថា ជាភេរវករ។ ក៏ប៉ុន្តែ ប្រសិនបើអ្នកគាំគ្ទប្រជាជនឥណាឌាសាមញ្ញ ហើយពួកអង់គ្លេសមកដើម្បី រកផ្លផលប្រយោជន៍ផ្ទាល់ខ្លួន ហើយពួកគេគ្មានសិទធិគ្រប់គ្រងប្រទេស ឥណាឌាទេនោះ អុីចឹងអ្នកចាំបាច់ទៅបុរគទេទាំងនោះថា ជាអ្នកជាតិនិយម ឬពួកអ្នកប្រយុទ្ធដើម្បីសិទ្ធិសេរីភាព។ ចូរសង្កេត បុគ្គលតែម្នាក់ សកម្មភាពតែមួយ ក៏ប៉ុន្តែមាន រផ្សេងគ្នា។ ហើយជាច្រើនដង ដែលខ្ញុំ ជួបស្មាភាស្ជាមូយសារព័ត៌មាន ហើយក្នុងពេលកំពុងស្មាភាស្ជាមួយ កាមស្តឥណាឌា ខ្ញុំបានសួរពួកគេនូវសំណួរមួយ តើពួកអ្នកចត់ទុកខលោក ហាំហាគាតសទាំងជាភេរវករឬ? គេបាននិយាយថា ទេ! ហេតុអ្វី? សារ ព័ត៌មានលោកខាងលិច្ក៏ដូចគ្នាដែរ នៅពេគោេនិយាយពីគាត់ថាជាលេ វរករ ហេតុអ្វី? សារព័ត៌មានលោកខាងលិច្ក៏ដូចគ្នាដែរ នៅពេគោេ និយាយពីគាត់ថាជាលេវរករ។ ហេតុអ្វីបានជាលោកបដិលស្ធថាគាត់មិនមែនជាភេរវករ? ពីព្រោះលោកបានដឹងពីប្រវតតសាស្រស្តពិតមដពាក់ព័ន្ធនឹ ការទទួលបានសិទ្ធិសេរីភាពរបស់ប្រទេសឥណាឌា។ សូម្បីតែខ្ញុំក៏មិនបាន ចត់ទុកខលោកហាំហាគាតសទាំងជាភេរវករដែរ។ ក៏ប៉ុន្តែសារព័ត៌មានលោក ខាងលិច្ដែលនឹង សព្វថ្ងៃនេះ នៅពេគោេដាក់ រពួកអ្នកមុស្លីមថាជា ភេរវករ ហេតុអ្វីបានជាអ្នកឯកភាពចំពោះរឿងនេះ។ តើអ្នកបានសិកា ស្រាវជ្រាវមដឬទេ!!!(ពួកគេចប់ផ្តើមទាំងអស់សំណើច) គម្ពីរគួរអាន</w:t>
      </w:r>
    </w:p>
    <w:p>
      <w:r/>
    </w:p>
    <w:p>
      <w:pPr>
        <w:spacing w:line="324" w:lineRule="auto" w:after="160" w:before="280"/>
        <w:jc w:val="left"/>
      </w:pPr>
      <w:r>
        <w:t>--- ទំព័រទី 15 ---</w:t>
      </w:r>
    </w:p>
    <w:p>
      <w:pPr>
        <w:spacing w:line="324" w:lineRule="auto" w:after="120" w:before="0"/>
        <w:jc w:val="left"/>
      </w:pPr>
      <w:r>
        <w:t>និយាយក្នុងជំពូកទី៤៩ អាល់ហូជូរ៉ត ឃ្លាទី៦ : ((មនពួកអ្នកដែលមាន ជំនឿទាំង យ! ប្រសិនបើមានមនុស្សខិលខូច្ណាម្នាក់នាំដំណឹងអ្វី មួយមកប្រាប់ពួកអ្នក ចូរពួកអ្នកពិនិតាយឱ្យបានច្បាស់លាស់ ))។ ចាំនុច ដែលត្រូវចប់អារម្មណ៍ គឺនៅពេលមដគោធោបាល្អង់គ្លេស បានដាក់ រលោកបេះហាគាតសទាំងជាភេរវករគឺ អ្នកមិនឯកភាពនោះទេ ឥឡូវនេះ ហេតុអ្វីបានជាអ្នកឯកភាពជាមួយពួកគេចំពោះគំនិតនេះ? ហេតុអ្វីមាន ចិត្តលវៀច្លវរចំពោះគំនិតនេះ? ហើយទៅមានឧទាហរណ៍រាំបូជាច្រើន ទៀតក្នុងរឿងនេះ នៅពេលយើងអានប្រវត្តិបដិវតតន៍របស់អាមេរិកទៅឆ្នាំ ១៧៧៥ អំឡុងពេលបដិវតតន៍របស់អាមេរិក លោកGeorge Washngton ត្រូវបានគេទៅគាត់ថាជាភេរវករលាំោប់លលខ១ ដោយរដ្ឋាភិបាល ល្អង់គ្លេសក្នុងអំឡុងកាំឡុងពេទេនការគ្តួតគ្តារបស់ខ្លួនលើអាមេរិក។ រោធោបានអង់គ្លេសបានទៅលោកGeorge Washngton ថាជាភេរវក រលាំោប់លលខ១ បន្ទាប់មក នៅពេលអាមេរិកទទួលបានឯករាជាយ ក៏បាន លើកGeorge Washngtonជាប្រធ្នាធិបតីរបស់ខ្លួន។ ចូរគិតគស្ទម មើលល ភេរវករលាំោប់លលខ១បានក្លាយជាប្រធ្នាធិបតីសហរដ្ឋអាមេរិក ក។ ហើយគាត់បានក្លាយជាវរបិតាដួងពេលឹងសម្រាប់លមដឹកនាំអាមេរិក ទាំង យដែលមកបន្ទាប់ពីគាត់ ហើយសូម្បីតែ George Bush ហើយ អ្នកទៅមានឧទាហរណ៍ជាច្រើនទៀត យើងមានឧទាហរណ៍ដូចជា លោក Nelson Mandela Nelson Mandela កាលពីប៉ុន្មានទសវត្សរ៍មុន</w:t>
      </w:r>
    </w:p>
    <w:p>
      <w:r/>
    </w:p>
    <w:p>
      <w:pPr>
        <w:spacing w:line="324" w:lineRule="auto" w:after="160" w:before="280"/>
        <w:jc w:val="left"/>
      </w:pPr>
      <w:r>
        <w:t>--- ទំព័រទី 16 ---</w:t>
      </w:r>
    </w:p>
    <w:p>
      <w:pPr>
        <w:spacing w:line="324" w:lineRule="auto" w:after="120" w:before="0"/>
        <w:jc w:val="left"/>
      </w:pPr>
      <w:r>
        <w:t>នៅពេលភារខាងតាបូងអាស្រហវិកសែតទៅក្រោយាមការគ្រប់គ្រងរបស់រដ្ឋាភិបាល លមសាបកស គេបានចប់ ឃុំឃាំងលោក Nelson Mandela ហើយដាក់ រុកគាត់ទៅលើលកោះរ៉ូបីនទាំងអស់រយៈពេល២៥ឆ្នាំ។ ហើយរោធោបាល មសាបកស្បានទៅគាត់ថាជាភេរវករលាំោប់លលខ្មួយ បន្ទាប់ពីខាងតាបូង អាស្រហវិកទទូលបានឯករាជាយ លោកNelson Mandela បានទទួលពាន រ វាន់នូលបលសន្តិភាព។ ចូរគិតគស្ទមមើលល ភេរវករលាំោប់លលខ្មួយបែរ ជាទទួលបានពានរ វាន់នូលបលសន្តិភាពទៅវិញ មិនមែនពីមុនគាត់ជា មនុស្សអាក្រក់ទេ ហើយបន្ទាប់មកបានក្លាយជាមនុស្សល្អនោះទេ ក៏ប៉ុន្តែ វាជាសកម្មភាព តែមួយដែលគេដាក់ឈ្មោះថាជាភេរវករដោយសារ សកម្មភាពនោះ។ បន្ទាប់ពី៣០ឆ្នាំក្រោយ គាត់ទទូលបានពានរ វាន់នូលប លសន្តិភាព ដោយសារតែសកម្មភាពតែមួយ ដែលគាត់បានធ្វើវាពីមុន។ ដូចនេះយើងអាចសន្និដ្ឋានបានថា នៅពេលណាអ្នកមានអំណាចដាក់លកខ ណៈអ្វីមួយឱ្យបុគ្គលម្នាក់ គឺអ្នកលកខណៈនោះឌិតជាប់នឹងបុគ្គលនោះ។ នេះគឺចសារព័ត៌មាន វាមានអំណាចខ្លាំងមែនមទន តាមគំនិតខ្ញុំ ជាអាវុធ ដ៏សំខាន់ាន់បំផុតទៅក្នុងពិភពលោកសព្វថ្ងៃនេះ។ ដោយសារវាអាចប្តូរល មាន ទៅជាថ្ងៃទៅជាយប់ វីរជនទៅជាឧក្រិដ្ឋជន ហើយឧក្រិដ្ឋជនទៅជាវីរ ជន។ រួរឱ្យសោកស្ដាយ ពួកយើងជាអ្នកមុស្លីមទៅអ្ន់ងយខ្លាំងមែនមទ ក្នុងវិស័យសារព័ត៌មាននេះ។ បច្ចេកវិទ្យារបស់ពួកយើង ដូចជាយើងបាន ដឹងហើយថាបច្ចេកវិទ្យា ជារឿងស្របចាប់ បើសិនជាគេប្រើវាដើម្បីស្ដាប់</w:t>
      </w:r>
    </w:p>
    <w:p>
      <w:r/>
    </w:p>
    <w:p>
      <w:pPr>
        <w:spacing w:line="324" w:lineRule="auto" w:after="160" w:before="280"/>
        <w:jc w:val="left"/>
      </w:pPr>
      <w:r>
        <w:t>--- ទំព័រទី 17 ---</w:t>
      </w:r>
    </w:p>
    <w:p>
      <w:pPr>
        <w:spacing w:line="324" w:lineRule="auto" w:after="120" w:before="0"/>
        <w:jc w:val="left"/>
      </w:pPr>
      <w:r>
        <w:t>អាល់គួរអាន និងប្រសាស្ន៍របស់ព្យាការីមូហាំម៉ាត់ គឺចាំបាច់ត្រូវតែប្រើ វា។</w:t>
      </w:r>
    </w:p>
    <w:p>
      <w:pPr>
        <w:spacing w:line="324" w:lineRule="auto" w:after="120" w:before="0"/>
        <w:jc w:val="left"/>
      </w:pPr>
      <w:r>
        <w:t>ចាំបាច់យើងត្រូវបមងវរវាទៅលើវិស័យដែលហា ល មើលល ទូរទសាសន៍មិនហារា ាមទេ ខ្ញុំលជឿថា ៩៩%អ្វីដែលគេចក់ផាយតាម ទូរទសាសន៍ជាប្រកាហារា ាម</w:t>
      </w:r>
    </w:p>
    <w:p>
      <w:pPr>
        <w:spacing w:line="324" w:lineRule="auto" w:after="120" w:before="0"/>
        <w:jc w:val="left"/>
      </w:pPr>
      <w:r>
        <w:t>ក៏ប៉ុន្តែយើងត្រូវបតូរពីហារា ាមទៅជាហា លវិញ អុីចឹងឯង យើងចាំបាច់ត្រូវពាំនាំសាររបស្អល់ឡោះ វិធីសាស្ត្រ ដែលល្អបំផុត ស្ពវទង្នេះ ដើម្បីផ្សព្វផ្សាយសាររបស់អល់ឡោះគឺតាមរ យៈប្រព័ន្ធផកាយរណប ឬតាមរយៈប្រព័ន្ធផ្សព្វផ្សាយជាដើម។ យ៉ាង ហោចណាស់ពួកយើងអាចនិយាយទៅកាន់អល់ឡោះទៅទង្បរលោកថា ពួកយើងបានធ្វើតាមទេធភាពរបស់ពួកយើង។ ដើម្បីធ្វើឱ្យសារឥស្លាម ទៅដល់គ្រប់ផ្ទេះទាំងអស់។ ឬយ៉ាងហោចណាស់ ដល់ផ្ទេះមួយភារធាំ ដែលអាចទៅរួច។ សូមស្រលសើរដឹងរុណចំពោះអល់ឡោះ មានរយៈ ពេល៣០ឆ្នាំកន្លះហើយ ទាំងពីរចប់ផ្តើមចក់ផាយប៉ុស្តិ៍ទូរទស្សន៍ ឥឡូវ នេះ ទសាសនិកជនប៉ុស្តិ៍ទូរទស្សន៍ានចំនួនច្រើនជាងមួយរយោននាក់។ ប្រហែលមានគេសួរថា ហេតុអ្វីមានកាមេរ៉ាច្រើនលមលេះ មនុស្សនាំគ្នា និយាយថា ហេតុអ្វីមាន១២កាមេរ៉ា សម្រាប់មនុស្សម្នាក់ និងបទបង្ហាញ មួយមាន១២កាមេរ៉ា បុរសម្នាក់មាន១២កាមេរ៉ា បុស្ត៍ទូរទសាសន៍បាន និយាយថា ពួកយើងប្រើកាមេរ៉ា២ឬ៣តែប៉ុណ្ណោះ មាន១២កាមេរ៉ា ពីព្រោះពួកយើងចង់បង្ហាញឥស្លាតែមវិធីសាស្ត្រមួយល្អបំផុត ប៉ុន្តែទៅ ពេលអ្នកផ្សព្វផ្សាយសាសនាធ្វើបទបង្ហាញ ហេតុអ្វីមានកាមេរ៉ាតែ២</w:t>
      </w:r>
    </w:p>
    <w:p>
      <w:r/>
    </w:p>
    <w:p>
      <w:pPr>
        <w:spacing w:line="324" w:lineRule="auto" w:after="160" w:before="280"/>
        <w:jc w:val="left"/>
      </w:pPr>
      <w:r>
        <w:t>--- ទំព័រទី 18 ---</w:t>
      </w:r>
    </w:p>
    <w:p>
      <w:pPr>
        <w:spacing w:line="324" w:lineRule="auto" w:after="120" w:before="0"/>
        <w:jc w:val="left"/>
      </w:pPr>
      <w:r>
        <w:t>ប៉ុណ្ណោះ? ស្ម័យឥឡូវជាស្ម័យវិទាសាស្រស្ត និងបច្ចេកវិទ្យាទាំលនើប ទៅ ពេលអ្នកចង់បញ្ចុះបញ្ចូលយុវជន ប្រព័ន្ធផ្សព្វផ្សាយបាននាំពួកគេទៅរក ផ្លូវខុស ពួកយើងចាំបាច់ប្រើប្រាស់ប្រព័ន្ធផ្សព្វផ្សាយដដែដើម្បីធ្វើឱ្យ យុវជនពួកយើងលដើរផ្លូវត្រឹមត្រូវ ពីផ្លូវខុសទៅរកផ្លូវត្រឹមត្រូវ លជឿខ្ញុំចុះ ពួក យើងដឹង ខ្ញុំឯកភាពជាមួយពួកអ្នកថា ប្រព័ន្ធផ្សព្វផ្សាយភាគច្រើនចក់ ផាយប្រកាដែលហារា ាម។ ក៏ប៉ុន្តែ ដរាបណាពួកយើងមិនប្រឆាំងនិង ចាប់សាហារីអាត់ដែលមានមចផងក្នុងគម្ពីរគួរអាន និងប្រសាស្ន៍មូហាំម៉ាត់ ដែលត្រឹមត្រូវទេនោះ ពួកយើងអាចប្រើប្រាស់ប្រព័ន្ធផ្សព្វផ្សាយនេះជា ផ្លផលប្រយោជន៍ដើម្បីផ្សព្វផ្សាយឥស្លាម។</w:t>
      </w:r>
    </w:p>
    <w:p>
      <w:r/>
    </w:p>
    <w:p>
      <w:pPr>
        <w:spacing w:line="324" w:lineRule="auto" w:after="160" w:before="280"/>
        <w:jc w:val="left"/>
      </w:pPr>
      <w:r>
        <w:t>--- ទំព័រទី 19 ---</w:t>
      </w:r>
    </w:p>
    <w:p>
      <w:pPr>
        <w:spacing w:line="324" w:lineRule="auto" w:after="120" w:before="0"/>
        <w:jc w:val="left"/>
      </w:pPr>
      <w:r>
        <w:t>សំណួរទី៤៖ តើឥស្លាមរីកសុសសាយដោយសារផ្លែដាវឬ?</w:t>
        <w:br/>
        <w:t xml:space="preserve"> ការយល់ខុសក្នុងគំនិតអ្នកមិនមែនមូស្លីម គឺ(ឥស្លាមរីកសុស សាយដោយផ្លែដាវ) តើពាក្យ”ឥស្លាម” មានន័យដូចលតែច? ឥស្លាម មក ពីពាក្យ សោម ដែលមាន័យជាភាសាមខ្មរថា (សន្តិភាព )។ ហើយ ពាក្យនេះកមាលាយលច្ញពីពាក្យ សា ម មានន័យថា ( ដាក់បាំណង ប្រាថានារបស់អ្នកទៅក្រោយាមរណបឬប គាប់អល់ឡោះ ) ដោយស្លងខប ឥស្លាម មានន័យថា សន្តិភាពដែលកើតឡើងដោយបាំណងប្រាថានារបស់ អ្នកស្ដាប់ប គាប់តាមអល់ឡោះជាមាចាស់។ ដូចនេះ ពាក្យថា ឥស្លាមរីកសុស សាយដោយផ្លែដាវ មានន័យថា “សន្តិភាពរីកសុសសាយដោយផ្លែដាវ” ដែលមានភាពផ្ទុយគ្នាគស្ទេះ។ តើវាអាចទៅរួច្ទេ ដែលសន្តិភាពរីក សុសសាយដោយផ្លែដាវនោះ? ពូកយើងដឹងថាមិនមែនបុគ្គលគ្រប់រូប លើស្កលលោកសុទធតែពេញចិត្តចង់ឱ្យសន្តិភាពឈ្នេះនោះទេ។ ឥស្លាម ជាសាសនាសន្តិភាព គោលបាំណងគ្រឹះរបស់ខ្លួនគឺផ្សព្វផ្សាយសន្តិភាព។ ក៏ប៉ុន្តែមិនមែនបុគ្គលគ្រប់រូបទៅលើពិកលោកនេះសុទធតែចង់សន្តិភាព គ្របដណតប់ទូទៅនោះទេ។ ដូចនេះទើប្រទេសនីមួយៗមានកម្លាំង នររបាល ឬបូលីស។ កម្លាំងទាំងនេះជួនកាលភាគច្រើនគេប្រើដើម្បី រក្សាសន្តិភាពក្នុងប្រទេសនោះ។ ពួកគេមិនប្រើកម្លាំងទាំងនោះដើម្បីរាំង</w:t>
      </w:r>
    </w:p>
    <w:p>
      <w:r/>
    </w:p>
    <w:p>
      <w:pPr>
        <w:spacing w:line="324" w:lineRule="auto" w:after="160" w:before="280"/>
        <w:jc w:val="left"/>
      </w:pPr>
      <w:r>
        <w:t>--- ទំព័រទី 20 ---</w:t>
      </w:r>
    </w:p>
    <w:p>
      <w:pPr>
        <w:spacing w:line="324" w:lineRule="auto" w:after="120" w:before="0"/>
        <w:jc w:val="left"/>
      </w:pPr>
      <w:r>
        <w:t>ស្ទេះសន្តិភាពនោះទេ ក៏ប៉ុន្តែបើសិនជាពួកជនទុច្ចគិតចង់បងេឧបស្រគដល់ សន្តិភាព។ កងកម្លាំងបូលីសគ្រប់ប្រទេសទាំងអស់ប្រើកម្លាំងដើម្បីរក្សា សន្តិភាពទៅក្នុងប្រទេសទាំងនោះ។ ដូចគ្នាដែរក្នុងសាសនាឥស្លាម។ ឥស្លាមប្រឆាំងនឹងអំពើហិងា ប្រឆាំងនឹងការកាប់សម្លាប់ ប្រឆាំងនឹងការ ប្រើកម្លាំងអំណាច លើកលលងតែជាដំណោះស្រាយចុងក្រោយដើម្បីរក្សា សន្តិភាព។ ដូច្នោះដែរឥស្លាមអ្នុញាតិឱ្យប្រើកម្លាំងដើម្បីការពារយុត្តិធម៌ និងរក្សាសន្តិភាពទៅលើទឹកដីនោះ។ ការឆ្លើយតបដ៏ល្អប្រសើរបំផុត សម្រាប់ការចោទប្រកាន់ថា ឥស្លាមរីកសុសសាយដោយផ្លែដាវ គឺស្មាអាង លើសំដីរបស់ប្រវត្តិវិទូដ៏ល្បីលាញ លោក តាលីសី អូលីរី ក្នុងសៀវភៅ របស់លោក (ឥស្លាមសែតទៅលើផ្លូវបាំបែក) ទំព័រទី៨។ ប្រវត្តិសាស្រសត្វា បានបកស្រាយពីរឿងព្រេងនិទានដែលថា ឥស្លាមរីកសុសសាយក្នុងពិក លោកហើយបងខិតបងខាំមនុស្សឱ្យចូលឥស្លាមដោយកម្លាំងអាវុធ និងស ស្រ គាម។ នេះគឺជារឿងប្រឌិត ដែលមានកាំហុស្ធ្ងន់ធៃរបំផុតដែលប្រវត្តិ សង្គ្រាមស្តប្រព្រឹត្តដដែលៗ។ ខ្ញុំនឹងនិយាយមដងទៀតនូវសំដីរបស់ប្រវត្តិវិទូដ៏ ល្បីលាញ លោក លីសីអូលីរី ក្នុងសៀវភៅរបស់លោក (ឥស្លាមសែតទៅ លើផ្លូវបាំបែក) ទំព័រទី៨។ ប្រវត្តិសាស្រសត្វាបានបកស្រាយពីរឿងព្រេងនិទាន ដែលថា ឥស្លាមរីកសុសសាយក្នុងពិកលោកហើយបងខិតបងខាំមនុស្សឱ្យ ចូលឥស្លាមដោយកម្លាំងអាវុធ និងសង្គ្រាម។ នេះគឺជារឿងប្រឌិត ដែល មានកាំហុស្ធ្ងន់ធៃរបំផុតដែលប្រវត្តិសាស្ត្រប្រព្រឹត្តដដែលៗ។ តើផ្លែដាវ</w:t>
      </w:r>
    </w:p>
    <w:p>
      <w:r/>
    </w:p>
    <w:p>
      <w:pPr>
        <w:spacing w:line="324" w:lineRule="auto" w:after="160" w:before="280"/>
        <w:jc w:val="left"/>
      </w:pPr>
      <w:r>
        <w:t>--- ទំព័រទី 21 ---</w:t>
      </w:r>
    </w:p>
    <w:p>
      <w:pPr>
        <w:spacing w:line="324" w:lineRule="auto" w:after="120" w:before="0"/>
        <w:jc w:val="left"/>
      </w:pPr>
      <w:r>
        <w:t>ស្អី? ពួកយើងមូស្លីមទាំងអស់បានគ្រប់គ្រងប្រទេស ល្អសាញ ទាំងអស់ រយេះកាល៨០០ឆ្នាំ ក៏ប៉ុន្តែពួកយើងមិនបានបំពេញភារកិច្ចនេះ។ យើង មិនបានផ្សព្វផ្សាយសាសនាឥស្លាដែល់អ្នកមិនមែនមូស្លិម។ បន្ទាប់មក លបស្កមមលឈើឆកាងទនសាសនា គ្រិសាទានបានមកដល់ គ្មានមូស្លីមណាម្នាក់ អាចអាចធ្វើសូម្បីតែការប្រកាសប្រាប់មនុស្សថាដល់ម៉ោងថ្វាយបង្គំ ក៏ មិនបានផ្ល។ ប្រសិនបើអ្នកអានប្រវត្តិសាស្រស្ត។ សាសនាមដគទីកសុស សាយដោយប្រើកម្លាំងនោះគឺសាសនាគ្រិសាទាន។ ប្រសិនបើអ្នកអាន ប្រវត្តិសាស្រស្ត រាប់រយពាន់នាក់ត្រូវបានសម្លាប់ដោយអ្នកកាន់សាសនា គ្រិសាទាន។ សព្វថ្ងៃនេះមនុស្សដដែល ដែលកាន់សាសនាគ្រិសាទាន និយាយថា ឥស្លាមរីកសុសសាយដោយសាផ្លែដាវ។ ពិតណាស់ពួកអ្នក មូស្លីមបានគ្រប់គ្រងទឹកដីអារ៉ាប់១៤០០ឆ្នាំកន្លងមក។ ជាទូទៅរយៈ ពេលប៉ុន្មានឆ្នាំប៉ុណ្ណោះទនគ្រប់គ្រងរបស់អង់គ្លេស និងបារទាំង។ ពីដើមពួ អ្នកមូស្លីមគ្រប់គ្រងទឹកដីអារ៉ាប់រយៈកាល១៤០០ឆ្នាំ។ ទោះជាអុីចឹងក៏ ដោយស្ពវមងៃនេះមានជនជាតិអារ៉ាប់ល្អសិបកាន់គ្រិសាទានចំនួន១៤ោន នាក់។ អារ៉ាប់ល្អសិបកាន់គ្រិសាទានមានន័យថា កាន់ពីតទាំងរាប់សិបជាំនា ន់។ ពូកល្អសិបកាន់គ្រសាទាន១៤ោននាក់នេះគឺជាសាក្សីរស់ដ៏ប្រសើរ បំផុតបញ្ជាក់ថា ឥស្លាមិនរីកសុសសាយដោយសារផ្លែដាវនោះទេ។ ពិតណាស់ពូកយើងជាមូស្លីមបានគ្រប់គ្រងប្រទេសឥណាឌាជាងមួយពាន់ ឆ្នាំ។ ប្រសិនបើពូកយើងចង់ ពូកយើងនឹងប្រើដាវដើម្បីផលាស់បតូរជនជាតិ</w:t>
      </w:r>
    </w:p>
    <w:p>
      <w:r/>
    </w:p>
    <w:p>
      <w:pPr>
        <w:spacing w:line="324" w:lineRule="auto" w:after="160" w:before="280"/>
        <w:jc w:val="left"/>
      </w:pPr>
      <w:r>
        <w:t>--- ទំព័រទី 22 ---</w:t>
      </w:r>
    </w:p>
    <w:p>
      <w:pPr>
        <w:spacing w:line="324" w:lineRule="auto" w:after="120" w:before="0"/>
        <w:jc w:val="left"/>
      </w:pPr>
      <w:r>
        <w:t>ឥណាឌាឱ្យចូលឥស្លាម ក៏ប មានតពួកយើងមិនធ្វើដូច្នោះទេ។ សព្វថ្ងៃមាន ប្រជាជនឥណាឌាជាង៨០% មិនមែនជាមូស្លីម ហើយពូកគេជាសាក្សីរស់ដ៏ ប្រសើរបំផុត បញ្ជាក់ថា ឥស្លាមិនរីកសុសសាយដោយសារផ្លែដាវនោះ ទេ។ សព្វថ្ងៃនេះប្រទេសដែលមានអ្នកមូស្លិមច្រើនជាងគេគឺប្រទេស ឥណឌូលនសី តើមានទាហានឥស្លាមណាមួយបានទៅកាន់ទីនោះ? តើ ទាហានឥស្លាមណាមួយដែលបានទៅកាន់ប្រទេសមា ាលឡសី? ដែល មានព្គេដឋជាអ្នកមូស្លឹមជាង៥០%។ តើទាហានឥស្លាមណាមួយដែល បានទៅកាន់ល្នរអាស្រហវិកខាងលជើង? ហើយអាវុធណាមួយ? ប្រវតតវិទូជន ល្អើរ៉ុបដ៏ល្បីលាញម្នាក់ លោក តូមា ាស្ការលឡលបានឆ្លើយតបមកពួក យើងថា គាត់បានចត់ទុកព្យាការីមូហាំម៉ាត់ជាវីរជន “ Heroes Hero- worshp” ក្នុងសៀវភៅរបស់លោក លោកបាននិយាយថា គាត់បាន និយាយក្នុងសៀវភៅនេះថា តើដាវណាមួយ?ដំបូងអ្នកត្រូវរកឱ្យឃើញដាវរបស់អ្នកសិន។ តើដាវមួយណា? ដំបូងគាត់ត្រូវរកឱ្យឃើញដាវសិ ន។ គឺរាល់គំនិតងមីដែលមានក្នុងខួរក្សាលខ្លួនឯង។ ក្នុងខួកាលបុរស ណាម្នាក់ គិតែម្នាក់ឯង បុរសម្នាក់ប្រឈ្មុខ្នឹងពិភពលោកទាំងមូ ល។ វាមិនទទូលបានផ្លច្រើនទេ ប្រសិនបើគាត់កាន់ដាវ និងតគ្មូវឱ្យ ប្រើវានោះ ចាំបាច់អ្នកត្រូវរកដាវរបស់អ្នកឱ្យឃើញសិន រង់មានន័យថាដាវប្រាជ្ញា។ តើដាវមួយណាដែលធ្វើឱ្យមនុស្សរាប់រយពាន់នាក់ចូល ឥស្លាម? ពិតណាស់គាត់និយាយអំពីដាវប្រាជ្ញា។ ពិតណាស់បទបង្ហាញ</w:t>
      </w:r>
    </w:p>
    <w:p>
      <w:r/>
    </w:p>
    <w:p>
      <w:pPr>
        <w:spacing w:line="324" w:lineRule="auto" w:after="160" w:before="280"/>
        <w:jc w:val="left"/>
      </w:pPr>
      <w:r>
        <w:t>--- ទំព័រទី 23 ---</w:t>
      </w:r>
    </w:p>
    <w:p>
      <w:pPr>
        <w:spacing w:line="324" w:lineRule="auto" w:after="120" w:before="0"/>
        <w:jc w:val="left"/>
      </w:pPr>
      <w:r>
        <w:t>របស់ខ្ញុំចប់ផ្តើមពីគម្ពីរគួរអាន ចប់ពីជំពូក អាន់ណាហល៍ភារទី១៦ វាកាយខ្ណឌលលខ ១២៥ អល់ឡោះបានមានបន្ទូល : ចូរអ្នក( ព្យាការីមូហាំម៉ាត់ )អំពាវនាវ( មនុស្សលោក )ទៅកាន់មាគាព្រះមាចាស់របស់អ្នក ដោយរតិបណឌិត និងពាក្យទូនាមានដែលល្អពីគោះ ហើយជមជកជាមួយពួក គេនឹងអ្វីដែលប្រសើរបំផុត។ ចូរអ្នក( ព្យាការីមូហាំម៉ាត់ )អំពាវនាវ មនុស្សលោក ទៅកាន់សាសនាឥស្លាម ហើយចូរជមជកជាមួយពួរគេ ដោយរតិបណឌិត និងកុស្លធម៌។ ពិតណាស់វាជាដាវតកេភាពប្រើ ប្រាជ្ញារតិបណឌិតដែលចប់យកចិត្តមនុស្ស។ ពុំមែនជាដាវម្ដង ទោះបីវា ទៅនឹងដៃពួកយើងក៏ដោយ ក៏ពួកយើងមិនអាចប្រើវាបានដែរ ព្រោះរួរ អានបាននិយាយក្នុងជំពូកអាល់ព្រក្សារ៉ស់ភារ២ វាកាយខ្ណឌលលខ ២៥៦ គ្មានការបងខិតបងខាំឡើយក្នុងសាសនាឥស្លាម។ មានន័យថា គ្មានការ បងខិតបងខាំឱ្យកាន់តាមសាសនាឥស្លាមឡើយ។ ប្រាកដណាស់ផ្លូវពិតបាន មញកោច់ពីផ្លូវវលងវង។ លោកតូមា ាស្ការលឡល និយាយពីដាវប្រាជ្ញា។ ដាវតកេវិជាចា(សមហេតុផល)៕ មានការសិកាស្រាវជ្រាវមួយដែលបាន ធ្វើលឡើង ហើយចុះផាយទៅឆ្នាំ១៩៨៤ក្នុងសៀវភៅដែលមានឈ្មោះថា Reader’s Dgest “ Almanac “ year book “ ហើយក៏បានចុះផាយ ដែរក្នុងទសាសនាវតែ សច្ចភាពសុទ្ធសាធ “ The Plan truth “ ពិតណាស់ ការសិកាស្តីពីការីកសុសសាយសាសនាធាំៗទៅលើពិភពលោក្នុង អំឡុងពេល៥០ឆ្នាំ។ ពីឆ្នាំ១៩៣៤ ដល់ ១៩៨៤។ ទេធផលបានបញ្ជាក់</w:t>
      </w:r>
    </w:p>
    <w:p>
      <w:r/>
    </w:p>
    <w:p>
      <w:pPr>
        <w:spacing w:line="324" w:lineRule="auto" w:after="160" w:before="280"/>
        <w:jc w:val="left"/>
      </w:pPr>
      <w:r>
        <w:t>--- ទំព័រទី 24 ---</w:t>
      </w:r>
    </w:p>
    <w:p>
      <w:pPr>
        <w:spacing w:line="324" w:lineRule="auto" w:after="120" w:before="0"/>
        <w:jc w:val="left"/>
      </w:pPr>
      <w:r>
        <w:t>ឱ្យឃើញថា សាសនាមដគទីកសុសសាយជាប់លាំោប់លលខ១ គឺ សាសនាឥស្លាម។ ដែលមានមធាយមភារ២៣៥%។ ចំណែកឯសាសនា គ្រិសាទានវិញមានត្រឹតតែ៤៧%ប៉ុណ្ណោះ។ ខ្ញុំមានសំណួរសាមញមួយ តើ មានសង្គ្រាមអ្វីកើតឡើងក្នុងអំឡុងពេលច្លនាលោះពីឆ្នាំ១៩៣៤ ដល់ឆ្នាំ ១៩៨៤ ដែលគេបងខិបងខាំមនុស្សរាប់ពាន់នាក់ឱ្យចូលសានាឥស្លាម? តើ សង្គ្រាមអ្វី? សព្វថ្ងៃនេះសាសនាមដគទីកសុសសាយលលឿងជាងគេទៅ ស្ហរដធអាមេរិក គឺសានាឥស្លាម។ ហើយដូចគ្នា សាសនាមដគទីកសុស សាយលលឿងជាងគេទៅអឺរ៉ុប គឺសានាឥស្លាម។ ហើយខ្ញុំធ្វើជាល់ហើយ សួរថា តើនរណាជាអ្នកបងខិតបងខាំជនជាតិអាមេរិកនិងអឺរ៉ុបទាំងអស់នោះ ឱ្យចូលសានាឥស្លាម? តើដាវមួយណា? សព្វថ្ងៃនេះប្រព័ន្ធផ្សព្វផ្សាយ កំពុងវាយប្រហារមកលើសានាឥស្លាម ដែលចោទថាឥស្លាមរំលោភសិទធិ ស្ត្រី។ តើអ្នកដឹងទេថា២/៣ទនអ្នកដែលចូលឥស្លាមទៅអាមេរិកនិងអឺរ៉ុប គឺជាស្ត្រី។ ប្រសិនបើសាសនាឥស្លាមរំលោភសិទធិស្ត្រីនោះហេតុអ្វីស្ត្រី ជនជាតិអាមេរិកនិងអឺរ៉ុបព្រមចូលឥស្លាម? តើនរណាបងខាំពួកគាត់? មាសិលមិញពួកយើងបានឃើញស្ត្រីម្នាក់ចូលសាសនាឥស្លាម អ្ររុណព្រះ ជាមាចាស់! តើនរណាបងខាំនាង? តើពួកយើងប្រើដាវមែនទេ? ពិតណាស់ ពួកយើងប្រើដាវប្រាជ្ញា ឬរតិបណឌិតដាវតកេវិជាជា ហើយពួកយើងនឹង បញ្ចប់នូវការឆ្លើយនឹងសំណួរនេះ។ បើសិនជា ឥស្លាមរីកសុសសាយ ដោយដាវ សូមគ្សផង់ស្តែរបស់លោកអាតាំពីរីសីនគាត់បាននិយាយថា</w:t>
      </w:r>
    </w:p>
    <w:p>
      <w:r/>
    </w:p>
    <w:p>
      <w:pPr>
        <w:spacing w:line="324" w:lineRule="auto" w:after="160" w:before="280"/>
        <w:jc w:val="left"/>
      </w:pPr>
      <w:r>
        <w:t>--- ទំព័រទី 25 ---</w:t>
      </w:r>
    </w:p>
    <w:p>
      <w:pPr>
        <w:spacing w:line="324" w:lineRule="auto" w:after="120" w:before="0"/>
        <w:jc w:val="left"/>
      </w:pPr>
      <w:r>
        <w:t>ក្រុមែនុសាសដែលបារមភខ្លាច្អារ៉ាប់មានមានអាវុធនុយលកលម្អ រ។ ពួកគេ បរាជ័យមិនដឹងថា អាវុធនុយលកលម្អ រឥស្លាមនោះ គឺសាសនាឥស្លាមហនឹង ឯង។ ប្រាកដណាស់គេដាក់វាចុះមកទាំងថ្ងៃលកើតព្យាការីមួហាំមា ាត់មក លមលេះ។</w:t>
      </w:r>
    </w:p>
    <w:p>
      <w:r/>
    </w:p>
    <w:p>
      <w:pPr>
        <w:spacing w:line="324" w:lineRule="auto" w:after="160" w:before="280"/>
        <w:jc w:val="left"/>
      </w:pPr>
      <w:r>
        <w:t>--- ទំព័រទី 26 ---</w:t>
      </w:r>
    </w:p>
    <w:p>
      <w:pPr>
        <w:spacing w:line="324" w:lineRule="auto" w:after="120" w:before="0"/>
        <w:jc w:val="left"/>
      </w:pPr>
      <w:r>
        <w:t>សំណួរទី៥៖ ហេតុអ្វីបានជាឥស្លាមអនុញ្ញាតឱ្យបុរសមូស្លីមយកប្រពន្ធលើសពីមួយនាក់?</w:t>
        <w:br/>
      </w:r>
    </w:p>
    <w:p>
      <w:pPr>
        <w:spacing w:line="324" w:lineRule="auto" w:after="120" w:before="0"/>
        <w:jc w:val="left"/>
      </w:pPr>
      <w:r>
        <w:t>ហើយ...។ នេះមានន័យថា សម្រាប់បុគ្គលណាអាចផ្ដល់ភាពយុត្តិធម៌តែ</w:t>
      </w:r>
    </w:p>
    <w:p>
      <w:pPr>
        <w:spacing w:line="324" w:lineRule="auto" w:after="120" w:before="0"/>
        <w:jc w:val="left"/>
      </w:pPr>
      <w:r>
        <w:t>ប៉ុណ្ណោះ គេអាចរៀបការបានពីរនាក់ ឬបីនាក់ ឬបួនាក់ តែប្រសិនបើគ្មាន ភាពយុត្តិធម៌ទេគឺយកប្រពន្ធតែម្នាក់រត់។ ហើយគួរអានប្រាប់ទៀត ក្នុងជំពូកនីសាកវាកាយខ្ណឌលលខ១២៩((ហើយពួកអ្នក -សាវាមី- មិនអាច ផ្ដល់ភាពយុត្តិធម៌ោច់ខាតបវាងប្រពន្ធទាំង យ ទោះជាពួកអ្នកប្រុង ប្រយ័តនយ៉ាងណាក៏ដោយ។ ដូចនេះចូរពួកអ្នកកុំលលម្អៀងមាខាងៗហួស្លព្ក</w:t>
      </w:r>
    </w:p>
    <w:p>
      <w:r/>
    </w:p>
    <w:p>
      <w:pPr>
        <w:spacing w:line="324" w:lineRule="auto" w:after="160" w:before="280"/>
        <w:jc w:val="left"/>
      </w:pPr>
      <w:r>
        <w:t>--- ទំព័រទី 27 ---</w:t>
      </w:r>
    </w:p>
    <w:p>
      <w:pPr>
        <w:spacing w:line="324" w:lineRule="auto" w:after="120" w:before="0"/>
        <w:jc w:val="left"/>
      </w:pPr>
      <w:r>
        <w:t>...។</w:t>
      </w:r>
    </w:p>
    <w:p>
      <w:pPr>
        <w:spacing w:line="324" w:lineRule="auto" w:after="120" w:before="0"/>
        <w:jc w:val="left"/>
      </w:pPr>
      <w:r>
        <w:t>មានមនុស្សភាគច្រើនគិតថាបុរសត្រូវម្តាយកប្រពន្ធបួននាក់ក្នុង សាសនាឥស្លាម។ ក៏ប៉ុន្តែវាមិនមែនជាកាតព្វកិច្ចទេក្នុងឥស្លាម វាគ្រាន់ តែជាជម្រើសដែលគេអនុញ្ញាតប៉ុណ្ណោះ។ តែបើអ្នកយកប្រពន្ធច្រើន ហើយអ្នកមិនបានផ្ដល់ភាពយុត្តិធម៌ជាមួយនឹងប្រពន្ធទាំងនោះ ទេ អ្នក ពិតជាមានបញ្ហា(ទទួលបាបកមម)។ ដូចនេះប្រសិនបើអ្នកមានទេធភាព រៀបការលើស្ពីពីរនាក់ អ្នកត្រូវតែផ្ដល់ភាពយុត្តិធម៌រវាងពួកគេ។ លតោះ យើងវិភារមើលល តើអ្វីទៅជាមូហេតុដែលឥស្លាមបានអនុញ្ញាតឱ្យបុរស យកប្រពន្ធច្រើន? ជាធតែភាររយបុរសនឹងស្ត្រីនៅពេលលកើតមកមាន ភាពប្រហាក់ប្រហែលគ្នា។ ក៏ប៉ុន្តែសម្រាប់វ័យកុមារ អ្នកអាចសួរគ្រូលព្ទាយ ណាម្នាក់ក៏បានដែរ។ លព្ទាយនឹងប្រាប់អ្នកថា ក្មេងស្រីខ្លាំងជាងក្មេងប្រុ ស។ ក្មេងស្រីមានប្រព័ន្ធការពារច្រើនជាងក្មេងប្រុស។ ហើយក្មេងស្រី អាចធន់គ្ទាំនឹងជំងឺនិងលមគោរច្រើនជាងក្មេងប្រុស។ ហេតុដូចនេះទៅវ័ យកុមារ ក្មេងប្រុសប្រឈ្មុខ្នឹងការស្លាប់ច្រើនណាស់បើប្រៀបធៀប នឹងក្មេងស្រី។ មានន័យថា ទៅវ័យកុមារក្មេងស្រីច្រើនជាងបើប្រៀបនឹង ក្មេងប្រុស។ ហើយយើងត្រូវគិតថា មានសង្គ្រាម និងគ្រោះថ្នាក់ ចរាចរណ៍ឬគ្រឿងញៀននិងជំងឺ៕ ក្នុងករណីទាំងនេះគឺមនុស្សប្រុស មានអត្រាស្លាប់ច្រើនបំផុតបើប្រៀបធៀបនឹងមនុស្សស្រី។ ហើយសព្វថ្ងៃ នេះស្ថិតិជាំនគឿនបានឱ្យដឹងថា អត្រាអាយុមនុស្សស្រីមានចំនួនច្រើន ជាងអាយុមនុស្សប្រុស។ ហើយសព្វថ្ងៃនេះទៅទូទាំងពិភពលោក យើង</w:t>
      </w:r>
    </w:p>
    <w:p>
      <w:r/>
    </w:p>
    <w:p>
      <w:pPr>
        <w:spacing w:line="324" w:lineRule="auto" w:after="160" w:before="280"/>
        <w:jc w:val="left"/>
      </w:pPr>
      <w:r>
        <w:t>--- ទំព័រទី 28 ---</w:t>
      </w:r>
    </w:p>
    <w:p>
      <w:pPr>
        <w:spacing w:line="324" w:lineRule="auto" w:after="120" w:before="0"/>
        <w:jc w:val="left"/>
      </w:pPr>
      <w:r>
        <w:t>ឃើញថាចំនួនមនុស្សស្រីច្រើនលើស្ពីមនុស្សប្រុស។ ហើយយើង សង្កេតឃើញថា ប្រទេសត្វិយលោកមួយចំនួនដូចជាប្រទេសឥណាឌា ដែលជាកមនលងកាំលណើតរបស់ខ្ញុំ យើងឃើញថា មនុស្សប្រុស្មានចំនួន ច្រើនជាងមនុស្សស្រី មូលហេតុដោយមានការរំលូតទារកក្នុងផ្ទៃនិង សម្លាប់ក្មេងស្រី។ មានកមមវិធីមួយដែលមានឈ្មោះថា (ទុកឱ្យនាង ស្លាប់)ក្នុងទូរទសាសន៍បីបីសីតាមរយៈលោកអុីមីលីពូកាណាន៕ ហើយគេ បានលើកលឡើងក្នុងកមមវិធីនោះថា គេរំលូតកូនជាងបីពាន់នាក់ជារៀង រាល់ថ្ងៃបន្ទាប់ពីគេបានដឹងថាទារកទាំងនោះជាក្មេងស្រី។ គ្រាន់តែក្នុង ប្រទេសឥណាឌាមួយ បានសម្លាប់ទារកជាងបីពាន់នាក់ បន្ទាប់ពីបានដឹង ច្បាស់ថាជាកូនស្រី។ ប្រសិនបើអ្នកយកចំនួននេះទៅរុណនឹងចំនួន ៣៦៥ថ្ងៃ អ្នកនឹងឃើញចំនួនជាងមួយោនទារកដែលជាលេទស្រី ត្រូវ ម្តាយរបស់គេរំលូតលចលជារៀងរាល់ឆ្នាំ។ បន្ទាប់ពីបានដឹងថាពួកគេជា លេទស្រី៕ លយាងតាមរបាយការណ៏របស់មនទីលព្ទាយរដឋតាមិលណាឌូបាន</w:t>
      </w:r>
    </w:p>
    <w:p>
      <w:pPr>
        <w:spacing w:line="324" w:lineRule="auto" w:after="120" w:before="0"/>
        <w:jc w:val="left"/>
      </w:pPr>
      <w:r>
        <w:t>បញ្ជាក់ថា ក្នុងចំណោមកមេងស្រីដែលបានលកើតមកចំនួនដប់នាក់ត្រូវបាន សម្លាប់លចល្ទាំងអស់បួននាក់។ ប្រសិនបើមានការបញាឈប់ទង្វើដ៏អាក្រក់នេះ គឺការសម្លាប់ទារិកានិងក្មេងស្រីទៅប្រទេសឥណាឌា។ សូម្បីក្នុងប្រទេស ឥណាឌារយៈពេលប៉ុន្មានទសវត្សរ៍ប៉ុណ្ណោះអត្រាក្មេងស្រីមានចំនួនច្រើន ជាងក្មេងប្រុស។ សព្វថ្ងៃនេះទៅលើពិភពលោក អត្រាស្ត្រីច្រើនជាងបុរ ស។ ទៅទីក្រុងញូវយ កអត្រាស្ត្រីច្រើនជាងបុរសមួយោននាក់។ ទៅ</w:t>
      </w:r>
    </w:p>
    <w:p>
      <w:r/>
    </w:p>
    <w:p>
      <w:pPr>
        <w:spacing w:line="324" w:lineRule="auto" w:after="160" w:before="280"/>
        <w:jc w:val="left"/>
      </w:pPr>
      <w:r>
        <w:t>--- ទំព័រទី 29 ---</w:t>
      </w:r>
    </w:p>
    <w:p>
      <w:pPr>
        <w:spacing w:line="324" w:lineRule="auto" w:after="120" w:before="0"/>
        <w:jc w:val="left"/>
      </w:pPr>
      <w:r>
        <w:t>ស្ហរដឋអាមេរិកអត្រាស្ត្រីច្រើនជាងបុរសមានចំនួន៧.៨ោននាក់។ ទៅចក្រភពអង់គ្លេសអត្រាស្ត្រីលើស្ពីបុរសចំនួនបួនោននាក់។ ទៅ ប្រទេសស្អាលលឺម ង់អត្រាស្ត្រីលើស្ពីបុរសចំនួន៥ោននាក់។ ទៅ ប្រទេសរុសាសីអត្រាស្ត្រីលើស្ពីអត្រាបុរសចំនួន៩ោននាក់។ មានអល់ឡោះ លេះតែមួយរត់ដែលដឹងថា ចំនួនស្ត្រីរាប់លាននាក់លើស្ពីបរុស្ទៅ លើពិភពលោកទាំងមូល។ ប្រសិនបើយើងឯកភាពជាមួយនឹងយោបល់ របស់អ្នកមិនមែនមូស្លីមដែលថា បុរសគ្រប់រូបចាំបាច់ត្រូវយកប្រពន្ធតែ ម្នាក់ប៉ុណ្ណោះ។ ហើយឧបមាថា បអូនស្រីរបស់ខ្ញុំឬបអូនស្រីរបស់អ្នកបាន ទៅរស់ទៅស្ហរដធអាមេរិក។ ហើយឧបមាថាពេលនោះស្ត្រីគ្រប់ៗគ្នា បានបដីរៀងៗខ្លួន។ នៅពេលនោះស្ល់ស្ត្រីប្រមាណ៧.៨ោននាក់ដែល គ្មានបដី។ ហើយឧបមាថាបអូនស្រីរបស់ខ្ញុំឬបអូនស្រីរបស់អ្នកមដគេស់ទៅ ស្ហរដធអាមេរិក ហើយជាស្ត្រីដែលឋិតក្នុងចំណោមស្ត្រី៧.៨ោននាក់ នោះ ដោយសារសាំណាងមិនល្អ។ ស្ត្រីដែលមានបដី តើអ្វីជាជម្រើស សម្រាប់ពួកគាត់? ជម្រើសគឺមានតែរៀបការជាមួយនឹងបុរសដែលមាន ប្រពន្ធរួចឬនាងក្លាយជាកមមសិទធិរួម)។ កមមសិទធិរួម!!!! មនុស្សជាច្រើន នឹងនិយាយថា បណឌិតសាលកៀរទណនិយាយពាក្យនេះលឡើង។ ពាក្យនេះគឺ ចពាក្យដែលខ្ញុំប្រើច្រើនជាងគេសម្រាប់ន័យនេះ ព្រោះវាគ្មានពាក្យណា ប្រលសើជាងនេះ។ ដូចនេះ នាងគ្មានជម្រើសផ្សេងក្រៅពីរៀបការជាមួយនឹង បុរសដែលមានប្រពន្ធរួច ឬក្លាយជា(កមមសិទធិរួម)។ ហើយទៅស្ហរដធ</w:t>
      </w:r>
    </w:p>
    <w:p>
      <w:r/>
    </w:p>
    <w:p>
      <w:pPr>
        <w:spacing w:line="324" w:lineRule="auto" w:after="160" w:before="280"/>
        <w:jc w:val="left"/>
      </w:pPr>
      <w:r>
        <w:t>--- ទំព័រទី 30 ---</w:t>
      </w:r>
    </w:p>
    <w:p>
      <w:pPr>
        <w:spacing w:line="324" w:lineRule="auto" w:after="120" w:before="0"/>
        <w:jc w:val="left"/>
      </w:pPr>
      <w:r>
        <w:t>អាមេរិកមានការរីកសុសសាយកគ្មិតខ្ពស់បំផុតនូវការយកស្ត្រីដទទជារូ លស្នហ៍។ ស្ថិតិជាំគឿនរបស់អាមេរិកបានបញ្ជាក់ថា ជាមធាយមបុរសត្រូវតែ មានការទាំនាក់ទាំនងជាមួយនឹងស្ត្រីចំនួនប្រាំបីនាក់មុននឹងសម្រេចចិត្ត ចប់ដៃជារូជីវិតជាមួយនឹងនារីម្នាក់។ ស្ត្រីប្រាំបីនាក់! ហើយអ្នកខ្លះប្រាំ នាក់ ហើយអ្នកខ្លះទៀតអាចដល់ទៅដប់នាក់ ទមភនាក់!។ មុនរៀបការ មានការទាំនាក់ទនងជាមួយរូដៃប្រាំបីនាក់ តែបន្ទាប់ពីរៀបការហើយមិន ទាន់មានស្ថិតិណាបញ្ជាក់ពីចំនួនពិតឡើយ។ ក៏ប៉ុន្តែមុនរៀបការជា មធាយមបុរសមានការទាំនាក់ទាំនងដៃរូចំនួនប្រាំបីនាក់។ ការមានរូលស្នហ៍ ជារឿងធតែគ្មានបញ្ហាឡើយទៅស្ហរដធអាមេរិក។ មានរូលស្នហ៍ដប់ឬ ទមភនាក់វាគ្មានបញ្ហាទេ ក៏ប៉ុន្តែអ្វីដែលគេមិនលព្ញចិតនោះគឺយកប្រពន្ធពី រ។ ហើយពួកអ្នកទាំងអស់គ្នាដឹងហើយថា នៅពេលដែលស្ត្រីម្នាក់បាន ក្លាយជាប្រពន្ធទីពីរនោះនាងពិតជាមានកិតិយស ហើយនាងនឹងទទួល បាននូវសិទធិរបស់នាង។ តែបើនាងគ្រាន់តែជារូលស្នហ៍គឺនាងគ្មានទទួល បានសិទធិអ្វីឡើយ។ គ្មានការក្សារពារ ជីវិតនាងលពារលព្ញដោយកតីអាម៉ាស់ និងអាប់ឱនកិតិយស។ ហេតុនេះហើយបានជាឥស្លាមអនុញ្ញាតឱ្យបុរស មួយចំនួនរៀបការប្រពន្ធលើស្ពីមួយនាក់ ពីព្រោះដើម្បីការពារនាង។ ហើយខ្ញុំយល់ស្របជាមួយអ្នកដែលនិយាយថា គ្មាននារីណាព្រមឱ្យនារី ផ្សេងមករួមចំណែក្នុងជីវិតបតីប្រពន្ធរបស់ខ្លួនឡើយ។ បាទ!ខ្ញុំយល់ ស្របដែលថាគ្មាននារីណាព្រមឱ្យបដីរបស់នាងមានអ្នកផ្សេងឡើយ។ ក៏</w:t>
      </w:r>
    </w:p>
    <w:p>
      <w:r/>
    </w:p>
    <w:p>
      <w:pPr>
        <w:spacing w:line="324" w:lineRule="auto" w:after="160" w:before="280"/>
        <w:jc w:val="left"/>
      </w:pPr>
      <w:r>
        <w:t>--- ទំព័រទី 31 ---</w:t>
      </w:r>
    </w:p>
    <w:p>
      <w:pPr>
        <w:spacing w:line="324" w:lineRule="auto" w:after="120" w:before="0"/>
        <w:jc w:val="left"/>
      </w:pPr>
      <w:r>
        <w:t>ប៉ុន្តែចាប់ឥស្លាមបានមចផងថា (ទទួលការខាតបង់បន្តិច្បនដួច្ដើម្បី ការពារកុំឱ្យមានបញ្ហាធាំ)។ នេះមានន័យថា ស្ត្រីមុស្លិមដែលដឹងពីសាថាន ភាពពិតទនពិភពលោកមិនរួរហាមបដីរបស់នាងមិនឱ្យមានប្រពន្ធផ្សេង ឡើយ។ ព្រោះដើម្បីការពារស្ត្រីទាំងនោះកុំឱ្យនាងក្លាយជាកមមសិទធិរួម។ ចូរសួរនារីទងលងនូរណាម្នាក់ក៏បាន ប្រសិនបើនាងមានជម្រើសពីរ ធ្វើជា ប្រពន្ធទី២ ឬធ្វើជាកមមសិទធិរួម។ ពិតណាស់នាងនឹងជ្រើសរើសយក ជម្រើសទីមួយជាមិនខាន។</w:t>
      </w:r>
    </w:p>
    <w:p>
      <w:r/>
    </w:p>
    <w:p>
      <w:pPr>
        <w:spacing w:line="324" w:lineRule="auto" w:after="160" w:before="280"/>
        <w:jc w:val="left"/>
      </w:pPr>
      <w:r>
        <w:t>--- ទំព័រទី 32 ---</w:t>
      </w:r>
    </w:p>
    <w:p>
      <w:pPr>
        <w:spacing w:line="324" w:lineRule="auto" w:after="120" w:before="0"/>
        <w:jc w:val="left"/>
      </w:pPr>
      <w:r>
        <w:t>សំណួរទី៦៖ ប្រសិនបើឥស្លាមអនុញ្ញាតឱ្យបុរសមានប្រពន្ធច្រើន ចុះហេតុអ្វីមិនអនុញ្ញាតឱ្យស្ត្រីមានប្ដីច្រើន?</w:t>
        <w:br/>
      </w:r>
    </w:p>
    <w:p>
      <w:r/>
    </w:p>
    <w:p>
      <w:pPr>
        <w:spacing w:line="324" w:lineRule="auto" w:after="160" w:before="280"/>
        <w:jc w:val="left"/>
      </w:pPr>
      <w:r>
        <w:t>--- ទំព័រទី 33 ---</w:t>
      </w:r>
    </w:p>
    <w:p>
      <w:pPr>
        <w:spacing w:line="324" w:lineRule="auto" w:after="120" w:before="0"/>
        <w:jc w:val="left"/>
      </w:pPr>
      <w:r>
        <w:t>មាយរបស់ក្មេង ម្តាយើងមិនអាចស្មាគាល់ថាតើនរណាជាឪពុករបស់ក្មេង នោះ។ ហើយនៅពេលដែលអ្នកចង់ចុះឈ្មោះកូនអ្នកឱ្យចូលសោ ហើយគេសួរអ្នកពីឈ្មោះឪពុក គឺអ្នកត្រូវផ្តល់ឈ្មោះពីរ។ ហើយចិត្តវិទូ សព្វថ្ងៃឱ្យយើងដឹងថា។ ពិតណាស់ ការក្សាំណត់អ្តតស្ញញាណឪពុកម្តាយ មានសារៈសំខាន់ាន់បំផុតសម្រាប់ជីវិតដ៏មានសុខ្ភាពរបស់ក្មេង..ជា ពិលស្អតតស្ញញាណឪពុក។ ប្រសិនបើមិនគេអាចកំណត់អ្តស្ញញាណ របស់ឪពុកម្តាយបានទេនោះ ក្មេងនឹងលកើតជំងឺផ្លូវចិត្តធ្ងន់ធៃរ។ បច្ចុបាបនន ដោយសារវិទាសាស្រស្តលជឿនលឿន ខ្ញុំក៏បានដឹងពីបញ្ហានេះ។ ជាការពិត ណាស់មានការធ្វើលតស្ដ ឌីអិនល្អ និងការពិនិតាយមើលលមហាសន អ្នកអាច កំណត់បានថាតើនរណាជាឪពុក ហើយនរណាជាមាយបាន។ ទោះបីជា មានការធ្វើពិលសាធទាំងនេះក៏ដោយក៏មិនទាន់ល្អិតល្អន់ទៅឡើយទេ។ តែអ្វីទាំងអស់នេះគឺទើបរកឃើញនាពេលងមីៗនេះ ពីមុនមិនទាន់មានឡើយ។ នេះពុំមែនជាមូលហេតុតែមួយដែលឥស្លាមហាមិនឱ្យស្ត្រីយកបដី ច្រើនលើស្ពីមួយនាក់នោះទេ។ ទៅមានមូលហេតុជាច្រើនទៀត៕ ឧទាហរណ៍ដូចជាវិទាសាសាស្ត្របានប្រាប់យើងថាៈ បុរសមានចិត្តចង់មាន ដៃរូច្រើននាក់ជាងស្ត្រីលេទ។ វិទាសាសាស្ត្របានបញ្ជាក់ប្រាប់យើងថាៈ ដោយសារមូលហេតុការផលាស់បតូរអាកបាបកិរិយា និងផ្លូវចិត្តដែលកើតឡើង លើរូបនាងនៅពេលុះពុងមករដូវ។ ជាហេតុដែលធ្វើឱ្យនាងមិនអាច បំពេញតួនាទីជាប្រពន្ធលើស្ពីមួយនាក់បានឡើយក្នុងពេលតែមួយ នោះ។ រីឯបុរសវិញគេអាចបំពេញតួនាទីជាបដីលើស្ពីមួយនាក់ក្នុងរយៈ ពេលតែមួយនោះ។ ប្រសិនបើស្ត្រីមានដៃរូបួមលេទលើស្ពីមួយនាក់</w:t>
      </w:r>
    </w:p>
    <w:p>
      <w:r/>
    </w:p>
    <w:p>
      <w:pPr>
        <w:spacing w:line="324" w:lineRule="auto" w:after="160" w:before="280"/>
        <w:jc w:val="left"/>
      </w:pPr>
      <w:r>
        <w:t>--- ទំព័រទី 34 ---</w:t>
      </w:r>
    </w:p>
    <w:p>
      <w:pPr>
        <w:spacing w:line="324" w:lineRule="auto" w:after="120" w:before="0"/>
        <w:jc w:val="left"/>
      </w:pPr>
      <w:r>
        <w:t>ទោះបីជាពួកគេទាំងនោះមានចិត្តលសាមោះស្ម័គ្រនឹងគ្នាក៏ដោយ។ គឺទៅតែ មានគ្រោះថ្នាក់ធាំបំផុតក្នុងការប្រឈ្រមុខ្នឹងជំងឺលងដែលជាហេតុធ្វើឱ្យ បុរសលងជំងឺនេះ។ តែបើសិនជាបុរស តាមវិទាសាស្រស្តបានបញ្ជាក់ប្រាប់ ថាៈ ប្រសិនបើបុរសមានប្រពន្ធលើស្ពីមួយនាក់ឬមានដៃរូបរួមលេទ លើស្ពីមួយនាក់ ហើយពួកនាងមានការលសាមោះស្ម័គ្រនោះ។ គឺជំងឺកាម គោរ គឺជំងឺលងពិបាកនឹង្លងរវាងពួកគេ។ ដូចនេះទាំងលវជជសាស្រស្តនិងវិទា សាសាស្ត្របញ្ជាក់ថា រគ្មានបញ្ហាឡើយសម្រាប់បុរសដែលមានប្រពន្ធច្រើន លើស្ពីមួយនាក់នោះ។ តែវាមានបញ្ហាប្រសិនបើស្ត្រីមានបដីលើស្ពីមួយ នាក់នោះ។</w:t>
      </w:r>
    </w:p>
    <w:p>
      <w:r/>
    </w:p>
    <w:p>
      <w:pPr>
        <w:spacing w:line="324" w:lineRule="auto" w:after="160" w:before="280"/>
        <w:jc w:val="left"/>
      </w:pPr>
      <w:r>
        <w:t>--- ទំព័រទី 35 ---</w:t>
      </w:r>
    </w:p>
    <w:p>
      <w:pPr>
        <w:spacing w:line="324" w:lineRule="auto" w:after="120" w:before="0"/>
        <w:jc w:val="left"/>
      </w:pPr>
      <w:r>
        <w:t>សំណួរទី៧៖ ហេតុអ្វីបានជាឥស្លាមបង្គាប់ឱ្យស្ត្រីគ្របក្បាល (ពាក់ហ៊ីចាប)?</w:t>
        <w:br/>
      </w:r>
    </w:p>
    <w:p>
      <w:r/>
    </w:p>
    <w:p>
      <w:pPr>
        <w:spacing w:line="324" w:lineRule="auto" w:after="160" w:before="280"/>
        <w:jc w:val="left"/>
      </w:pPr>
      <w:r>
        <w:t>--- ទំព័រទី 36 ---</w:t>
      </w:r>
    </w:p>
    <w:p>
      <w:pPr>
        <w:spacing w:line="324" w:lineRule="auto" w:after="120" w:before="0"/>
        <w:jc w:val="left"/>
      </w:pPr>
      <w:r>
        <w:t>មទន។ ហើយបើសិនជាយើងអានប្រវត្តិសាស្រស្ត រ៉ូមុទាំង សូម្បីតែក្នុងអារាយ ធម៌រ៉ូមុទាំង តម្លៃស្ត្រីត្រូវធ្លាក់ចុះកាន់តែខ្លាំង ហើយអំពើលព្សាចរនិងការ អាក្រាតកាយសុសសាយខ្លាំងមែនមទន។ ហើយបើសិនជាយើងអាន អារាយធម៌ល្អហាសីប គេបានចត់ទុកស្ត្រីជាស្ភាវៈអាក្រក់ ហើយគេទៅ នាងថាជាឧបករណ៍បិសាច្សាតទាំង។ ហើយនៅពេលយើងអានប្រវត្តិ អារាយធម៌អារ៉ាប់មុនឥស្លាម គឺពួកគេបានកប់កូនស្រីរបស់ពួកគេទាំងរស់ បន្ទាប់ពីបានលកើតមកនោះ។ អ្ររុណចំពោះអល់ឡោះ! សូមអ្ររុណ ចំពោះអល់ឡោះជាមាចាស់បន្ទាប់ពីឥស្លាមមកដល់ ការប្រគ្ពឹតតអំពើអាក្រក់ ទាំងនោះត្រូវបានបញាឈប់ តែទៅមានវតតមានជុំវិញពិភពលោកទៅឡើយ។ អ្ររុណចំពោះអល់ឡោះ ឥស្លាមជាសាសនាមដឱ្យតម្លៃស្ត្រី។ ហើយ ព្យាការីមូហាំម៉ាត់ជាមូលហេតុសំខាន់ាន់ក្នុងការផ្ដល់សិទធិដល់ស្ត្រី។ ហើយ បន្ទាប់ពីឥស្លាមបានផ្ដល់សិទធិដល់ស្ត្រី ក៏បានបង្ហាញប្រាប់យើងអំពីវិធី សាស្រស្តសម្រាប់ស្ត្រីដើម្បីរក្សាសិទធិនេះជារៀងរហូត។ គ្របកាយជាតួនាទី របស់ស្ត្រីដើម្បីរក្សាសិទធិរបស់នាងជារៀងរហូត ហើយកុំឱ្យវិទៅរក ស្ម័យបុរាណទៀត។ តាមទមាលាប់របស់មនុស្សភាគច្រើននិយាយពីការ បិទបាំងខ្លួនប្រាណរបស់ស្ត្រី ក៏ប៉ុន្តែអល់ឡោះបាននិយាយពីការបិទបាំង ខ្លួនប្រាណរបស់បុរសមុន ហើយបន្ទាប់មកទើបទ្រង់និយាយពីការបិទ បទាំងរបស់ស្ត្រី។ ទៅកនុជំពូកអាននួរ២៤ឃ្លាទី៣០អល់ឡោះទ្រង់មាន បន្ទូលថាៈ ចូរ(អ្នកព្យាការីមូហាំម៉ាត់)ពោលទៅកាន់បុរសទាំង យ</w:t>
      </w:r>
    </w:p>
    <w:p>
      <w:r/>
    </w:p>
    <w:p>
      <w:pPr>
        <w:spacing w:line="324" w:lineRule="auto" w:after="160" w:before="280"/>
        <w:jc w:val="left"/>
      </w:pPr>
      <w:r>
        <w:t>--- ទំព័រទី 37 ---</w:t>
      </w:r>
    </w:p>
    <w:p>
      <w:pPr>
        <w:spacing w:line="324" w:lineRule="auto" w:after="120" w:before="0"/>
        <w:jc w:val="left"/>
      </w:pPr>
      <w:r>
        <w:t>ដែលមានជំនឿឱ្យពួកគេដាក់ក្រសែភ្នែកចុះពីការសម្លឹងមើល(ស្ត្រីនិងអ្វី ដែលចាប់ឥស្លាមបានហាមឃាត់)ហើយឱ្យពួកគេមងរក្សាប្រោប់លេទ របស់ពួកគេ(កុំធ្វើអំពើផិត)។ នៅពេលបុរសបានមើទៅស្ត្រីម្នាក់ ហើយនៅពេគោេគិតអ្វីមួយដែលមិនសមរម្យគឺគេត្រូវតែដាក់ក្រសែភ្នែក របស់គេចុះ។ នេះគឺជាអ្វីដែលគម្ពីរគួរអានប្រាប់។ មានថ្ងៃមួយមាន បុរសម្នាក់បានសម្លឹងមើទៅ នារីម្នាក់ទាំងអស់រយៈពេលជាយូរ ហើយខ្ញុំក៏ បាននិយាយទៅកាន់គេថា មន!បអូនអ្នកដូចនេះឥស្លាមិនអនុញ្ញាតឡើយ។ ហើយគាត់បានតបវិញថា ព្យាការីមូហាំម៉ាត់បានប្រាប់ថា ការ ក្រឡេកមើលនារីលើកទីមួយគឺគេអ្នុគ្រោះ ហើយលើកទីពីរត្រូវគេហាម ឃាត់ ហើយការមើគោេបស់ខ្ញុំលើកទីមួយមិនទាន់បានពាក់កណ្តាលផផង ហនឹង។ ព្យាការីគាត់ចង់ប្រាប់ថា ការមើលលើកទីមួយគេអ្នុគ្រោះ ហើយ លើកទីពីរត្រូវគេហាមនោះ គឺមានន័យថា ប្រសិនបើអ្នកមើលលដោយ អ្លច្តនា ចូរកុំមើទៅនាងមដងទៀត។ នេះមិនមែនមានន័យថា គេ អនុញ្ញាតឱ្យអ្នក មើគោេយៈពេលដប់នាទីជាប់គ្នាគ្មានឈ្ប់ រួច្ហើយអ្នក និយាយថា ខ្ញុំមិនទាន់មើលលើកទីមួយគ្រប់ផផង។ អាយា ាតទីពីរទនជំពូក អាននួររឃ្លាទី៣១។ បាននិយាយអំពីការបិទបាំងខ្លួនប្រាណរបស់ស្ត្រី។ ចូរអ្នក(ព្យាការីមូហាំម៉ាត់)ពោលទៅកាន់ស្ត្រីទាំង យដែលមានជំនឿ ឱ្យពួកនាងដាក់ក្រសែភ្នែករបស់ពួកនាងចុះពីការសម្លឹងមើល(បុរសនិង អ្វីដែលចាប់ឥស្លាមហាមឃាត់)ហើយឱ្យពួកនាង មងរក្សាប្រោប់លេទ</w:t>
      </w:r>
    </w:p>
    <w:p>
      <w:r/>
    </w:p>
    <w:p>
      <w:pPr>
        <w:spacing w:line="324" w:lineRule="auto" w:after="160" w:before="280"/>
        <w:jc w:val="left"/>
      </w:pPr>
      <w:r>
        <w:t>--- ទំព័រទី 38 ---</w:t>
      </w:r>
    </w:p>
    <w:p>
      <w:pPr>
        <w:spacing w:line="324" w:lineRule="auto" w:after="120" w:before="0"/>
        <w:jc w:val="left"/>
      </w:pPr>
      <w:r>
        <w:t>របស់ពួកនាង...។ មានប្រាំមួយចំណុចសំខាន់ាន់មដគេមពីគួរអាននិងហាទី</w:t>
      </w:r>
    </w:p>
    <w:p>
      <w:pPr>
        <w:spacing w:line="324" w:lineRule="auto" w:after="120" w:before="0"/>
        <w:jc w:val="left"/>
      </w:pPr>
      <w:r>
        <w:t>ស្បានបកស្រាយប្រាប់ពីការបិទបាំងខ្លួនប្រាណ។ ដំបូងបង្អស់គឺសារុង ឬសាំព្ត់មវង។ សម្រាប់បុរសត្រូវគ្របពីផាសិតបហូតដល់ជងគង់ រីឯស្ត្រីវិញគឺ គ្របខ្លួនប្រាណទាំងអស់។ ហើយមានមួយផ្នែកដែលគេអនុញ្ញាតឱ្យបើក នោះគឺមុខ្និងបាតដៃទាំងពីរ។ ហើយប្រាំចំណុចផ្សេងទៀតនោះទាំង ប្រុស្ទាំងស្រីគឺដូចគ្នា។ ទីពីរៈ ស្លមលៀកបាំពាក់ដែលស្ត្រីលស្លៀកគឺត្រូវឱ្យធាំ ទូយ កុំឱ្យច្លងអៀតនិងរឹបនោះឡើយ។ ទីបីៈ កុំឱ្យក្រណាត់នោះលស្ដើង (ឃើញសាច់)ដែលធ្វើឱ្យអ្នកដទទមើលឃើញសាច់ខាងអាវ។ ទីបួនៈ ត្រូវលចៀស្វាងពីស្លមលៀងបាំពាក់មដគេរជាទីទាក់ទាញ។ ទីប្រាំៈ ស្ត្រីមិន ត្រូវប្រើស្លមលៀកបាំពាក់បុរសហើយបុរសមិនត្រូវប្រើស្លមលៀកបាំពាក់ស្ត្រី។ ទីប្រាំមួយៈ មិនត្រូវប្រើស្លមលៀកបាំពាក់ប្រដូចខ្លួននឹងអ្នកមិនមែនមុស្លីម។ នេះគឺជាចំណុចសំខាន់ាន់ទាំងប្រាំមួយទាក់ទងនឹងស្លមលៀកបាំពាក់សម្រាប់ គ្របខ្លួនប្រាណនោះ។ តែនេះមិនមែនជាការគ្របខ្លួនដែលលព្ញលកខ ណៈនោះទេ។ ដែទៅថាការគ្របខ្លួនលព្ញលកខណៈគឺ រួមបញ្ចូទេទាំង ទង្វើរបស់យើង អ្តតច្រិករបស់យើង និងសេចក្តីប្រាថានារបស់យើង។ គោៅ ពីការបិទបាំងខ្លួនប្រាណគឺមានការបិទបាំងមេនកចិត្តបាំនិតនិងទសាសនៈ។ ហើយវារួមបញ្ចូទេទាំងការយ វាច ចិត្ត នេះគឺជាការបិទបាំងដែលលព្ញ លកខណៈ។ អល់ឡោះមានបន្ទូលក្នុងគម្ពីរគួរអានជំពូកអេះហាប៣៣ឃាល ទី៥៩ថាៈ មានព្យាការី! ចូរអ្នកប្រាប់ទៅកាន់េរិយាៗរបស់អ្នកនិងកូនស្រី</w:t>
      </w:r>
    </w:p>
    <w:p>
      <w:r/>
    </w:p>
    <w:p>
      <w:pPr>
        <w:spacing w:line="324" w:lineRule="auto" w:after="160" w:before="280"/>
        <w:jc w:val="left"/>
      </w:pPr>
      <w:r>
        <w:t>--- ទំព័រទី 39 ---</w:t>
      </w:r>
    </w:p>
    <w:p>
      <w:pPr>
        <w:spacing w:line="324" w:lineRule="auto" w:after="120" w:before="0"/>
        <w:jc w:val="left"/>
      </w:pPr>
      <w:r>
        <w:t>ទាំង យរបស់អ្នកនិងប្រពន្ធៗរបស់ពួកអ្នកមានជំនឿឱ្យបិទបាំងរាង កាយរបស់ពួកនាងដោយអាវមវងរបស់ពួកនាង។ធ្វើដូច្នោះ យស្រួល បំផុតកុំឱ្យគេស្គាល់ ហើយពួកនាងក៏មិនត្រូវបានគេមើលងាយដែរ។ គម្ពីរ គួរអានប្រាប់ថា ការដែលឱ្យស្ត្រីគ្របខ្លួនគឺដើម្បីឱ្យនាងមាន កិតិយស្ហើយដើម្បីការពារនាងមិនឱ្យមានការបៀតបៀនលើរូបនាង។ ខ្ញុំមានសំណួរមួយ ឧបមាថា មាននារីពីរនាក់ជាបងបអូននិងគ្នា ហើយគេ ទាំងពីរមានរូបស្រស់ស្អាតស្មើគ្នា។ គេទាំងពីរលដើរតាមដងផ្លូវកូរនីស្ទន ប្រទេសឌូទប។ ហើយម្នាក់ទននារីទាំងពីរនាក់បានពាក់ស្លមលៀកបាំពាក់ ឥស្លាមដែលគ្របខ្លួនទាំងមូល លើកលែងតែមុខ្និងបាតដៃប៉ុណ្ណោះ។ ហើយនារីម្នាក់ទៀតបានស្លៀកពាក់ខើចខ្លី។ ហើយទៅតាមដងផ្លូវនោះ មានបុរសចិត្តអាក្រក់ម្នាក់ចង់បៀតបៀនស្ត្រី ហើយចង់បងេបញ្ហាទៅលើ នាងទាំងពីរ។ ខ្ញុំចង់សួរអ្នកថា តើនារីមួយណាដែលគេចង់ទៅ បៀតបៀននោះ? តើគេនឹងទៅបៀតបៀននារីដែលស្លៀកពាក់ស្លមលៀក ឥស្លាមឬយ៉ាងណា? ឬក៏គេទៅបៀតបៀននារីដែលលស្លៀកខើចខ្លីនោះ? តើនារីមួយណាដែលគេនឹងទៅបៀតបៀន? នារីមួយណា?ជាធតែគេ នឹងជ្រើសរើសនារីដែលលស្លៀកខើចខ្លីនោះហើយ។ ហើយបើអ្នកទៅ ចម្លើយនឹងមកដល់អ្នក។ ហេតុនេះគួរអានប្រាប់ការពិតថា ការដែល គេប គាប់ឱ្យស្ត្រីគ្របខ្លួន គឺដើម្បីការពារនាងកុំឱ្យមានការបៀតបៀនទៅ លើរូបនាង។ លើស្ពីនេះ បើសិនមានករណីចាប់រំលោភទៅលើនារីណា</w:t>
      </w:r>
    </w:p>
    <w:p>
      <w:r/>
    </w:p>
    <w:p>
      <w:pPr>
        <w:spacing w:line="324" w:lineRule="auto" w:after="160" w:before="280"/>
        <w:jc w:val="left"/>
      </w:pPr>
      <w:r>
        <w:t>--- ទំព័រទី 40 ---</w:t>
      </w:r>
    </w:p>
    <w:p>
      <w:pPr>
        <w:spacing w:line="324" w:lineRule="auto" w:after="120" w:before="0"/>
        <w:jc w:val="left"/>
      </w:pPr>
      <w:r>
        <w:t>ម្នាក់ ចាប់ឥស្លាមដាក់ទណ្ឌកម្មឱ្យប្រហាជីវិតជនល្មើសនោះ។ ហើយ មានអ្នកមិនមែនឥស្លាមភាគច្រើននឹងនិយាយថា ទោសប្រហារជីវិត!!! ទៅសត្វតាសនទី២១ ឥស្លាមពិតជាសាសនាព្រៃផ្សៃណាស់ចាប់ពិតជា គ្មានធម៌មេត្តាមែន។ ក៏ប៉ុន្តែនៅពេលដែលខ្ញុំសួរសំណួរតទៅនេះ ហើយខ្ញុំ បានសួរអ្នកមិនមែនមូស្លីមរាប់ពាន់នាក់រួច្មកហើយ។ ឧបមាថា បើសិន ជាអល់ឡោះទ្រង់បានហាមដូច្នោះ។ ហើយមានមនុស្សម្នាក់ចាប់រំលោភ មាយរបស់អ្នកឬបអូនស្រីរបស់អ្នក ហើយអ្នកជាអ្នកធ្វើការក្នុងតុលាការ ហើយគេបាននាំជនល្មើសមកដាក់ទៅចំពោះមុខអ្នក តើទណ្ឌកម្មអ្វីដែល អ្នកនឹងដាក់លើជនល្មើសនោះ។ លជឿខ្ញុំទៅ ពួកគេច្បាស់ជានិយាយមួយ រយភាររយថា ពួកយើងនឹងដាក់ទោសប្រហាជីវិតគេ។ ហើយមានអ្នក ខ្លះនិយាយថាធ្វើទារុណកមមគេរហូតទាល់ស្លាប់។ ប្រសិនបើគេចប់ រំលោភមាយអ្នកឬបអូនស្រីរបស់អ្នក អ្នកនឹងដាក់ទោសប្រហាជីវិត។ តែ បើគេចាប់រំលោភមាយឬបអូនស្រីអ្នកដទទ ពួកគេថា ទោសប្រហាជីវិតជា ចាប់សាហាវណាស់។ ហើយលោកខាងលិច្បានអះអាងថា ពួកគេជា អ្នកលើកស្ទួយកិតដិយសស្ត្រី តែការពិតពួកគេជាអ្នកដែលធ្វើឱ្យស្ត្រីអាប់ឱ នកិតិយស។ ពួកគេយកនាងជារូកាំណាន់ ឬសផងារ ហើយនាងគ្គប់តែ ជាឧបករណ៍ស្បាយរបស់អ្នកលោមាតេតណាហា និងជាទាំនិញសម្រាប់ការ ជួយដូរផ្លូវលេទ។ ផ្ទៃលស្តើងទៅពីក្រោយល្អក្រង់លាបពណ៌ដោយសិលាបៈ និងការយល់ព្រម ក្រោយាមឈ្មោះវបាបធម៌ និងសិលាបៈពួកលោកខាងលិច</w:t>
      </w:r>
    </w:p>
    <w:p>
      <w:r/>
    </w:p>
    <w:p>
      <w:pPr>
        <w:spacing w:line="324" w:lineRule="auto" w:after="160" w:before="280"/>
        <w:jc w:val="left"/>
      </w:pPr>
      <w:r>
        <w:t>--- ទំព័រទី 41 ---</w:t>
      </w:r>
    </w:p>
    <w:p>
      <w:pPr>
        <w:spacing w:line="324" w:lineRule="auto" w:after="120" w:before="0"/>
        <w:jc w:val="left"/>
      </w:pPr>
      <w:r>
        <w:t>បានលក់កូនស្រីរបស់ពួកគេ និងមាយរបស់ពួកគេ។ ហើយដូចអ្នកបាន ឃើញគ្សាប់ ជារឿងសាមញ្ញទៅហើយ រាល់ការផាយពាណិជជកមមគឺ ចាំបាច់ត្រូវតែមានស្ត្រី។ ហើយអ្នកពិតជាបានឃើញការផាយពាណិជជ កមមូតូ។ តើមាននារីប៉ុន្មាននាក់ដែលបើកបរមូតូនោះ? ទោះជាយ៉ាង នោះក៏ដោយ ស្ត្រីត្រូវមានវតតមានក្នុងការពាណិជជកមមូតូ។ ត្រូវមានក្នុង ការផាយពាណិជជកមមរថយន្ត ហើយស្ត្រីភារតិច្បំផុតដែលចេះបើកបរ។ តែទោះជាយ៉ាងនោះក៏ដោយ គេឃើញស្ត្រីមានក្នុងការផាយពាណិជជក ម។ ហើយគេបានប្រាប់ខ្ញុំរួច្ហើយអំពី ការផាយពាណិជជកមមួយដ៏ល្បី បំផុតអំពីរងយនដបីល្អមោបាបិលយូ។ តើអ្នកស្គាល់ នបីល្អមដិបាបិលយូ ទេ។ វាជាក្រុមហុនរងយនដ ហើយយុវវ័យពេញចិត្តវាណាស់ ព្រោះ គ្រឿង របស់មានគុណភាពល្អ ហើយលឿន។ មានគេប្រាប់ខ្ញុំថា ទៅក្នុងការ ផាយពាណិជជកមម បីល្អមដិបាបិលយូតែងនោះ មាននារីម្នាក់ឈ្រទៅខាង មុខ ន។ ហើយនាងស្លៀកពាក់លខាអាវមហទេក ហើយគេស្រលស្រដាក់ពីមុខ្នាងថា (ចូរអ្នកសាកបើកវាឥឡូវនេះ) តើមួយណា? ន ឬនាង? ក្រោយាមឈ្មោះសិទធិសិរីភាពរបស់ស្ត្រីពួកគេលក់ប្រពន្ធកូននិង មាយរបស់ពួកគេ។ម្តាយើងជាមូស្លីមយើងស្រឡាញ់ប្រពន្ធកូននិងមាយ របស់ពួកយើងណាស់។ ប្រសិនបើការបិទបាំងខ្លូនប្រាណជាការគប សផងេត់លើស្ត្រី តែវាការពារនាងនោះ គឺយើងស្រឡាញ់ពេញចិត្តនឹងការ គាបសង្កត់នេះ។ គឺយើងស្រឡាញ់ពេញចិត្តនឹងការគាបសង្កត់និងការ</w:t>
      </w:r>
    </w:p>
    <w:p>
      <w:r/>
    </w:p>
    <w:p>
      <w:pPr>
        <w:spacing w:line="324" w:lineRule="auto" w:after="160" w:before="280"/>
        <w:jc w:val="left"/>
      </w:pPr>
      <w:r>
        <w:t>--- ទំព័រទី 42 ---</w:t>
      </w:r>
    </w:p>
    <w:p>
      <w:pPr>
        <w:spacing w:line="324" w:lineRule="auto" w:after="120" w:before="0"/>
        <w:jc w:val="left"/>
      </w:pPr>
      <w:r>
        <w:t>ការពារនេះ។ ប្រសិនបើនេះជាសិទ្ធិសេរីភាពរបស់អ្នក ក្រោយាមឈ្មោះសិទធិ លស្រីភាពស្ត្រីវាគឺជាការលក់ខ្លួន ហើយពួកយើងរីករាយជាមួយនឹង សាសនារបស់ពួកយើងណាស់។ ឥស្លាមបានប គាប់ឱ្យស្ត្រីគ្របខ្លួនដើម្បី ការពារនាងនិងលើកស្ទួយកិតិយស្របស់នាង។ ហើយសព្វថ្ងៃយើងបាន ឃើញមានបញ្ហាកើតឡើងក្នុងសង្គមអារ៉ាប់ ដូចបញ្ហាដែលបានលកើត លឡើងចំពោះអ្រិយធម៌ ក្រិកបុរាណ និងរូមុទាំង ក្រោយាមឈ្មោះសិទធិស្រីដ សិលាបៈ អ្រិយធម៌ និងការបង្ហាញមូត។ ស្លមលៀបកបាំពាក់ ហើយអ្វីដែល អ្នកបានឃើញស្ពវមបបយ៉ាង តើពួកគេកំពុងធ្វើអ្វី? គឺពួកគេបានវិទៅ រកស្ម័យមុនវិញហើយ។</w:t>
      </w:r>
    </w:p>
    <w:p>
      <w:r/>
    </w:p>
    <w:p>
      <w:pPr>
        <w:spacing w:line="324" w:lineRule="auto" w:after="160" w:before="280"/>
        <w:jc w:val="left"/>
      </w:pPr>
      <w:r>
        <w:t>--- ទំព័រទី 43 ---</w:t>
      </w:r>
    </w:p>
    <w:p>
      <w:pPr>
        <w:spacing w:line="324" w:lineRule="auto" w:after="120" w:before="0"/>
        <w:jc w:val="left"/>
      </w:pPr>
      <w:r>
        <w:t>សំណួរទី៨៖ ហេតុអ្វីបានជាឥស្លាមអនុញ្ញាតឱ្យអ្នកមូស្លីមបរិភោគសាច់សត្វ?</w:t>
        <w:br/>
      </w:r>
    </w:p>
    <w:p>
      <w:pPr>
        <w:spacing w:line="324" w:lineRule="auto" w:after="120" w:before="0"/>
        <w:jc w:val="left"/>
      </w:pPr>
      <w:r>
        <w:t>ដូចដែលអ្នកបានដឹង ការសម្លាប់សត្វគឺពិតជាគ្មានធម៍លតែឡើយ ដូចនេះហេតុអ្វីបានជាឥស្លាមអនុញ្ញាតិ ឱ្យអ្នកមូស្លីមហូបសាច់អញ្ចឹង? ជា បឋមខ្ញុំចង់រំឮកថា អ្នកមូស្លីមអាចក្លាយទៅជាអ្នកមូស្លីមដ៏ល្អទោះបីគាត់ មិនហូច្សាច់ក៏ដោយ។ គឺគ្មានឡើយក្នុងគម្ពីរគួរអានឬហាទីស្ដែល</w:t>
      </w:r>
    </w:p>
    <w:p>
      <w:pPr>
        <w:spacing w:line="324" w:lineRule="auto" w:after="120" w:before="0"/>
        <w:jc w:val="left"/>
      </w:pPr>
      <w:r>
        <w:t>បញ្ជាក់ថា អ្នកមូស្លីមចាំបាច់ត្រូវតែហូបសាច់នោះ។ ក៏ប៉ុន្តែក្នុងគម្ពីរួរ អានអល់ឡោះទ្រង់បានអនុញ្ញាតិឱ្យមនុស្សលោកហូប ចុះហេតុអ្វីបាន ជាយើងមិនហូប?! ក្នុងគម្ពីរគួរអានទៅក្នុងជំពូកទី៥ឃ្លាទី១ទ្រង់បាន មានបន្ទូលថាៈ ((ឳបណ្ដាអ្នកដែលមានជំនឿ ចូរពូកអ្នកអនុវត្តា ម ពាក្យស្នាចុះ។ គេបានអនុញ្ញាតិឱ្យពួកអ្នកបរិភោគគ្រប់សត្វពាហនៈ លើកលលងតែអ្វីដែលគេនឹងសូគ្តប្រាប់ពួកអ្នក..))។ ចូរពួកអ្នកបរិភោគ ចុះគ្រប់សត្វពាហនៈលើកលលងតែអ្វីដែលគេហាមឃាត់ប៉ុណ្ណោះ។ ក្នុងរ មពីគួរអានជំពូកទី១៦ឃ្លាទី៥បានបញ្ជាក់ថា ((ហើយសត្វពាហនៈជា ច្រើនដែទេរង់បានបង្កើតវាសម្រាប់ពួកអ្នក ដែលសត្វទាំងនោះ(មាន គោមធ្វើជាសម្លៀកបាំពាក)ផ្ដល់ភាពក់ទៅ ហើយផ្ដល់ផ្ល់ផលប្រយោជន៍</w:t>
      </w:r>
    </w:p>
    <w:p>
      <w:r/>
    </w:p>
    <w:p>
      <w:pPr>
        <w:spacing w:line="324" w:lineRule="auto" w:after="160" w:before="280"/>
        <w:jc w:val="left"/>
      </w:pPr>
      <w:r>
        <w:t>--- ទំព័រទី 44 ---</w:t>
      </w:r>
    </w:p>
    <w:p>
      <w:pPr>
        <w:spacing w:line="324" w:lineRule="auto" w:after="120" w:before="0"/>
        <w:jc w:val="left"/>
      </w:pPr>
      <w:r>
        <w:t>ជាច្រើន ហើយវាមួយចំនួនពួកអ្នកក៏អាចទទួទោនបានផផងដែរ។ ក្នុងរ មពីគួរអានក្នុងជំពូកទី២៣ឃ្លាទី២១បានប្រាប់ថាៈ ហើយពិតប្រាកដ ណាស់ចំពោះសត្វពាហនៈ គឺជាលមគៀនមួយ សម្រាប់ពួកអ្នក(ទុក ពិចរណា)។ យើងផ្ដល់ឱ្យពួកអ្នកទទួទោននូវអ្វីដែលមានទៅក្នុងលពោះ របស់ពួកវា(ទឹកលោះ)។ហើយចំពោះសត្វនោះវាមានផ្លផលប្រយោជន៍ជា ច្រើនសម្រាប់ពួកអ្នក ហើយវាមួយចំនួនពួកអ្នកក៏អាចទទួទោនបាន ផផងដែរ។ គម្ពីរគួរអានបានអនុញ្ញាតិឱ្យបរិភោគសាច់ ចុះហេតុអ្វីបានជា យើងមិនបរិភោគ!!! លតោះយើងវិភារមើលលពីមូលហេតុដែលឥស្លាម អនុញ្ញាតឱ្យបរិភោគសាច់នោះ។ ការស្រាវជ្រាវសព្វថ្ងៃបានឱ្យដឹងថាៈ អាហារមិនមែនរុកខជាតិ(សាច់) ជាមហូបអាហារដែលមានជាតិគ្រប់គ្រាន់ និងស្មាបូរទៅដោយ ប្រូលតអុីន ហើយរាងកាយត្រូវការ អាសីត អាមីណូ ហើយមានអាសីតអាមីណូ ប្រាំបីយ៉ាងដែលខ្លួនមនុស្សមិនអាចផ្លិតបាន។ ហើយខ្លួនមនុស្សត្រូវការអាហាររូបតែមភពីខាងគោៅដែលគេស្គាល់ថា អាសីតអាមីណូ។ ជាតិអាសីតអាមីណូទាំងប្រាំបីនេះគឺមានទៅតែក្នុង សាច់ប៉ុណ្ណោះ។ ដូចនេះសាច់មានប្រូលតអុីនគ្រប់គ្រាន់ ចំណែកអាហាររុកខ ជាតិវិញគឺគ្មានជាតិអាមីណូនេះឡើយ។ លើស្ពីនេះទៅទៀត។ សាច់ គឺស្មាបូរ nacn និង វិតាមីនបី , ជាអាហារ ដែលមានសុខ្ភាពល្អ។ មានអ្នកមិនមែនមូស្លីមជាច្រើន ជាពិលស្ពួកហិណ្ឌូបានថាហេតុអ្វី ពួកមូស្លីបែរិលភារសាច់? ជាពិលស្ពួកឥណាឌា គឺពួកគេទៅគ្រប់ទីកលនល</w:t>
      </w:r>
    </w:p>
    <w:p>
      <w:r/>
    </w:p>
    <w:p>
      <w:pPr>
        <w:spacing w:line="324" w:lineRule="auto" w:after="160" w:before="280"/>
        <w:jc w:val="left"/>
      </w:pPr>
      <w:r>
        <w:t>--- ទំព័រទី 45 ---</w:t>
      </w:r>
    </w:p>
    <w:p>
      <w:pPr>
        <w:spacing w:line="324" w:lineRule="auto" w:after="120" w:before="0"/>
        <w:jc w:val="left"/>
      </w:pPr>
      <w:r>
        <w:t>ង។ ប្រជាជនឥណាឌាមាន២០%ទនប្រជាជនពិភពលោក។ អ្នកទៅគ្រប់ទី កមនលង អាមេរិក កាណោ ឌូទប អ្នកនឹងបានជួបជនជាតិឥណាឌា។ ហេតុ នេះហើយបានជាសំណួរនេះសុះសាយជុំវិញពិភពលោក។ ខ្ញុំតបទៅពួក គេថាៈ ប្រសិនបើអ្នកសង្កេតមើលលលធមញសត្វពាហនៈដែលសីរុកខជាតិ គោ ចៀម ពពែ ដែលសីតែល មានោះ។ អ្នកពិតជាបានឃើញប្រភេទលធមញ នោះជាប្រភេទលធមញដែស្មើរគ្នា ហើយគេឱ្យឈ្មោះថា ប្រភេទលធមញ ដែលបរិភោគរុកខជាតិប៉ុណ្ណោះ។ ហើយប្រសិនបើអ្នកសង្កេតមើលលលធមញ សត្វដែលសីសាច់ជាអាហារ តោ ខាលា ខ្លាដំបង គេយើងឃើញថា ប្រភេទ លធមញដែលមានច្ល កាម។ គឺសត្វទាំងនោះមានលធមញច្ល កាម។ នៅពេល ដែលអ្នកមើលលកញ្ចក់ហើយអ្នកសង្កេតមើលលលធមញរបស់មនុស្ស អ្នកនឹង ឃើញមានលធមញស្មើរផផងច្ល កាមផផង។ ប្រសិនបើអល់ឡោះចង់ឱ្យយើង បរិភោគតែបុកខជាតិប៉ុណ្ណោះចុះហេតុអ្វីបានជាទ្រង់ផ្ដល់លធមញច្ល កាដែល់ យើង លធមញដែលបរិភោគសាច់?តើគឺដើម្បីអ្វី? គឺដើម្បីបរិភោគសាច់ ហនឹងហើយ។ លើស្ពីនេះទៅទៀត បើយើងសង្កេតមើលលប្រព័ន្ធរំោយ អាហាររបស់សត្វដែលសីរុកខជាតិ គោ ពពែ ចៀម គឺអាចរំោយតែ អាហាររុកខជាតិប៉ុណ្ណោះ។ ហើយបើវាសីសាច់គឺប្រព័ន្ធរំោយអាហារមិន អាចរំោយបានឡើយ។ ហើយបើអ្នកពិលសាធមើលលប្រព័ន្ធរំោយ អាហារសត្វដែលសីសាច់នោះ ដូចជា ខាលា ខ្លារខិន តោ គឺវាមិនអាច រំោយអាហាររុកខជាតិបានឡើយ។ តែបើប្រព័ន្ធរំោយអាហាររបស់</w:t>
      </w:r>
    </w:p>
    <w:p>
      <w:r/>
    </w:p>
    <w:p>
      <w:pPr>
        <w:spacing w:line="324" w:lineRule="auto" w:after="160" w:before="280"/>
        <w:jc w:val="left"/>
      </w:pPr>
      <w:r>
        <w:t>--- ទំព័រទី 46 ---</w:t>
      </w:r>
    </w:p>
    <w:p>
      <w:pPr>
        <w:spacing w:line="324" w:lineRule="auto" w:after="120" w:before="0"/>
        <w:jc w:val="left"/>
      </w:pPr>
      <w:r>
        <w:t>មនុស្សវិញគឺវាអាចរំោយអាហារបានទាំងសាច់និងរុកខជាតិ។ ប្រសិនបើ ទ្រង់ចង់ឱ្យយើងបរិលភាកតែបុកខជាតិប៉ុណ្ណោះ ចុះហេតុអ្វីបានជាទ្រង់ផ្ដល់ ដល់យើងនូវប្រព័ន្ធរំោយអាហារ ដែលអាចរំោយជាតិសាច់បាន នោះ។ ហេតុនេះការបរិភោគសាច់វាជារឿងធតែទេ។យើងមានលពោះលវៀ តលស្ដើងនិងក្រាស់ ដើម្បីបរិភោគរុកខជាតិនិងសាច់។ យើងមិនមែនជាអ្នក បរិភោគតែបុកខជាតិហើយមិនបរិភោគសាច់នោះទេ។ យើងបរិភោគទាំងពី រ។ ហើយមានពួកហិណ្ឌូជាច្រើនបានយល់ច្រឡំថា សាសនាហិណ្ឌូបាន ហាមិនឱ្យបរិភោគសាច់ឡើយ។ បើអ្នកអានគម្ពីរហិណ្ឌូ គឺអ្នកនឹងបាន ជួបក្នុងគម្ពីរនោះជាច្រើនកមនលងដែលបានប្រាប់ថា ចូរពួកអ្នកបរិភោគ សាច់ចុះ។ បើអ្នកអានគម្ពីរ(មាន បានូស្លមើរតី)ភារទីប្រាំឃ្លាទី៣០បានប្រាប់ ថាៈ ការពិតណាស់អ្នកដែលបរិភោគប្រសិនបើគេបរិភោគសាច់ណា ដែលគេអនុញ្ញាតិឱ្យបរិភោនោះគឺវាជាការល្អបំផុត។ ទោះបីមួយថ្ងៃ ច្លនាលោះមួយថ្ងៃក៏ដោយ ព្រោះព្រះជាមាចាស់បានបង្កើតមកគឺមានអ្នក បរិភោគនិងអ្នកដែលត្រូវគេបរិភោគ។ នៅពេលដែលអ្នកអានគម្ពីរមាន បានូស លមើរតីភារទី៥ឃ្លាទី៣១ បានប្រាប់ថាៈ ការបរិភោគសាច់ក្នុងលកខណៈ បូជាគឺគ្មានបាបឡើយ។ ព្រោះវាជាចាប់របស់ព្រះ។ ហើយទៅក្នុងគម្ពីរមា ា នូស្លមើរតីភារទី៥ឃ្លាទី៣៩-៤០បានលើកលឡើងថាៈ ពិតប្រាកដណាស់ ព្រះជាមាចាស់បានបង្កើតសត្វពាហនៈមកនោះគឺដើម្បីបូជា ហេតុនេះ សម្លាប់សត្វដើម្បីបូជាគឺមិនទៅសម្លាប់ឡើយ។ លើស្ពីនេះទៅទៀតបើ</w:t>
      </w:r>
    </w:p>
    <w:p>
      <w:r/>
    </w:p>
    <w:p>
      <w:pPr>
        <w:spacing w:line="324" w:lineRule="auto" w:after="160" w:before="280"/>
        <w:jc w:val="left"/>
      </w:pPr>
      <w:r>
        <w:t>--- ទំព័រទី 47 ---</w:t>
      </w:r>
    </w:p>
    <w:p>
      <w:pPr>
        <w:spacing w:line="324" w:lineRule="auto" w:after="120" w:before="0"/>
        <w:jc w:val="left"/>
      </w:pPr>
      <w:r>
        <w:t>អ្នកអានគម្ពីរ មហាបាហារ៉តអានូស្សាណាបារីហវ ភារទី៨៨៕ ដែល ទាក់ទងនឹងលោក បានោហាវាស ជាបអូនទីប្រាំនិងលោកយូទីស្តីរា ាជាបង ប្រុស្ធាំ។ បានសួរ បាហីសាមា ា។ ខណៈដែលគាត់កំពុងគោរពវិញាណ របស់លោក(បូចយា ាក់ណា)អ្នកស្ម័យមុន។ បានសួរ បាហីសាមា ាថា តើចាំណីអាហារមបបណាដែលយើងត្រូវយកមកបូជាដើម្បីឱ្យអ្នកស្ម័យ មុននោះសៃប់ចិត្ត។ បាហីសាមា ា បានឆ្លើយថាៈ ប្រសិនបើអ្នកមស្នអាហារុកខជាតិ គឺពេលឹងអ្នកស្ម័យមុននិងយល់ព្រមបានមួយមខ។ បើអ្នកមស្ន គ្តីពួកគេនឹងយល់ព្រមរយៈពេលពីរមខ។ បើអ្នកមស្នសាច់ពួកគេនឹង យល់ព្រមបានរយៈពេលបីមខ។ បើអ្នកមស្នទនាយពួកគេនឹងយល់ ព្រមរយៈពេលបួនមខ។ បើអ្នកមស្នសត្វចៀមពួកគេនឹងយល់ព្រមរយៈ ពេលប្រាំមខ។ បើអ្នកមស្នជ្រូកពួកគេនឹងយល់ព្រមរយៈលពប្រាំមួយមខ។ បើអ្នកមស្នសត្វសាលាបពួកគេនឹងយល់ព្រមរយៈពេលប្រាំពីរមខ។ បើអ្នក មស្នពពែពួកគេនឹងយល់ព្រមរយៈពេលប្រាំបីមខ។ ហើយបញ្ជីចេះតែ ទៅមុខ។ បើអ្នកមស្នក្របីពួកគេនឹងយល់ព្រមរយៈពេលដប់មួយមខ។ ហើយបើអ្នកមស្នសាច់គោពួកគេនឹងយល់ព្រមរយៈពេលមួយឆ្នាំលព ញ។ នេះជាសាច់គោ។ ហើយបើអ្នកមស្នសាច់រមាស្នកស្ម័យមុននឹង ព្រមធ្វើជាលៀវរបស់យើងដោយគ្មានការធុញគ្ទាន់ឡើយ។ បញ្ជីធាំមែន ចូរគិតមើលល បមនល គ្តី សាច់ ទនាយ គឺមានទៅក្នុងបញ្ជីទាំងអស់។ ដូចនេះ បើអ្នកអានគម្ពីរសាសនាហិណ្ឌូ គឺបានអនុញ្ញាតិឱ្យបរិភោគសាច់។</w:t>
      </w:r>
    </w:p>
    <w:p>
      <w:r/>
    </w:p>
    <w:p>
      <w:pPr>
        <w:spacing w:line="324" w:lineRule="auto" w:after="160" w:before="280"/>
        <w:jc w:val="left"/>
      </w:pPr>
      <w:r>
        <w:t>--- ទំព័រទី 48 ---</w:t>
      </w:r>
    </w:p>
    <w:p>
      <w:pPr>
        <w:spacing w:line="324" w:lineRule="auto" w:after="120" w:before="0"/>
        <w:jc w:val="left"/>
      </w:pPr>
      <w:r>
        <w:t>ក្រោយមកពួកហិណ្ឌូបានទទួលឥទធិព្លពីអ្នកដ៏ទទ។ ហើយពួកគេ ព្យាយាមយកទសាសនៈពីអ្នកដ៏ទទ ដោយមកសាសនារបស់គេឱ្យទៅជាសា នាដែលបរិភោគរុកខជតិតែប៉ុណ្ណោះ ខណៈដែលសាសនាហិណ្ឌូមិនមែន ជាសាសនាដែលបរិភោគតែបុកខជាតិប៉ុណ្ណោះទេ។ ជាធតែបើអ្នកសួរពួក គាត់ថាតើហេតុអ្វីបានជាពួកលោកបរិភោគតែបុកខជាតិ? ពួកគាត់នឹងតប មកយើងវិញថា ពីព្រោះសម្លាប់សត្វគឺបាប ព្រោះថា ការសម្លាប់សត្វ ដែលមានជីវិតគឺបាប។ ហើយខ្ញុំក៏បានប្រាប់គាត់វិញថាៈ ខ្ញុំយល់ស្រប និងអ្នក។ ប្រសិនបើបុគ្គលណាម្នាក់អាចរស់បានដោយមិនបានសម្លាប់ សត្វមានជីវិតនោះ គឺខ្ញុំស្របនឹងអ្នក។ ការស្រាវជ្រាវសព្វថ្ងៃបានឱ្យយើង ដឹងថា សូម្បីតែបុកខជាតិក៏មានជីវិតដែរ. មនុស្សជាំនាន់មុនមិនទាន់ដឹងថា រុកខជាតិមានជីវិតឡើយ។ ប៉ុន្តែឥឡូវខុសពីមុន។ ហើយពួកគេតបថា ទេ ទេ!!ពួកយើងដឹងថារុកខជាតិមានជីវិត។ ក៏ប៉ុន្តែរុកខជាតិគ្មានអារម្មណ៍ឈឺ ឡើយ ហេតុនេះការសម្លាប់សត្វមានបាបធាំជាងសម្លាប់រុកខជាតិ។ តែ បច្ចុបាបននការស្រាវជ្រាវមានការរីកចាំគទីន ហើយបានរកឃើញថា រុកខជាតិក៏ មានអារមណ៍ឈឺដែរ។ ពិតមែនយើងមិនបានឭការយាំមគស្ករបស់រុកខ ជាតិ តែវាមានអារមណ៍ឈឺដែរ។ វាមិនមានប្រព័ន្ធទាំលនើបទេតែវាមានអារ មណ៍ឈឺ។ មានការពិលសាធមួយទៅអាមេរិកបានបញ្ជាក់ថា មានកសិករ ម្នាក់បានធ្វើការមកទ្នមួយដែលមនុស្សអាចសាប់សាំលលងយាំរបស់រុកខជាតិ បាន។ ពីព្រោះគ្តលចៀកមនុស្សអាចសាប់ការរំលញាច្រវាង មភី(ឌីស្បិល</w:t>
      </w:r>
    </w:p>
    <w:p>
      <w:r/>
    </w:p>
    <w:p>
      <w:pPr>
        <w:spacing w:line="324" w:lineRule="auto" w:after="160" w:before="280"/>
        <w:jc w:val="left"/>
      </w:pPr>
      <w:r>
        <w:t>--- ទំព័រទី 49 ---</w:t>
      </w:r>
    </w:p>
    <w:p>
      <w:pPr>
        <w:spacing w:line="324" w:lineRule="auto" w:after="120" w:before="0"/>
        <w:jc w:val="left"/>
      </w:pPr>
      <w:r>
        <w:t>ទៅ២០០០០ឌីស្បិលក្នុងមួយវិនាទី)៕ អ្វីដែលតិចឬច្រើនជាងនេះ គ្តលចៀកមនុស្សមិនអាចសាប់បានឡើយ។ ដូចនេះអញ្ចឹងក្រោយាមពីមភីឌីស បិល ខ្ញុំសាប់មិនឭទេ។ តែបើខ្ញុំគ្រវីវាកាន់តែខ្លាំងលឡើងគឺខ្ញុំអាចសាប់ឭ ព្រោះវាខ្ពស់ជាង២០ឌីស្បិល។ សត្វមេអាចសាប់បានដល់ទៅ ៤០០០០ឌីស្បិល។ អ្នកប្រហែលជាធ្លាប់ឭពីកមញ្ចសាប់របស់មេ។ កមញ្ចនោះបានឱ្យស្ញញា។ ការរំលញាច្រវាង២០ទៅ៤០០០០ឌីស្បិល មនុស្សមិនអាចសាប់ឭបានឡើយតែសត្វមេអាចសាប់ឭបន្ទាប់មកវានិង ទៅរកមាចាស់របស់វា។ ហេតុនេះហើយបានជាមនុស្សមិនអាចសាប់ឭសាំ លលងយាំរបស់រុកខជាតិបានឡើយ។ ការពិលសាធដែលបានធ្វើលឡើងទៅអា លមរិក ដែលថាបុរសម្នាក់បានទ្នរបស់មួយសម្រាប់សាប់សាំលលងយាំរបស់ រុកខជាតិនៅពេលដែលវាត្រូវការទឹក ហើយរបស់នោះអាចបាំលែងសាំលលង នោះដើម្បីឱ្យយើងសាប់ឭ។ ការស្រាវជ្រាវសព្វថ្ងៃបានបញ្ជាក់ថា រុកខជាតិ ក៏មានអារមណ៍ឈឺដែរ។ ហេតុនេះអ្នកមិនមែនមូស្លីមបច្ចបាបននគេជមជក និងខ្ញុំហើយគេនិយាយថាៈ ត្រឹមត្រូវលោកសាកីរទណខ្ញុំយល់ស្របនិង លោក រុកខជាតិមានជីវិតហើយមានអារមណ៍ឈឺក៏ប៉ុន្តែបើប្រៀបធៀបនឹង សត្វពាហនៈវាឈឺតិច្ជាង។ សត្វពាហនៈមានអារម្មណ៍ប្រាំ ហើយរុកខ ជាតិមានអារម្មណ៍បី។ ហេតុនេះបានជាខ្ញុំថា ខ្ញុំយល់ស្របនិងអ្នកក្នុង គោលដៅជមជកគ្នានិងពិភាកា។ រុកខជាតិមានអារម្មណ៍បីហើយសត្វ ពាហនៈមានអារម្មណ៍បួន។ ខ្ញុំសួរពួកគាត់ថា ឧបមាថា អ្នកមានបអូនប្រុស</w:t>
      </w:r>
    </w:p>
    <w:p>
      <w:r/>
    </w:p>
    <w:p>
      <w:pPr>
        <w:spacing w:line="324" w:lineRule="auto" w:after="160" w:before="280"/>
        <w:jc w:val="left"/>
      </w:pPr>
      <w:r>
        <w:t>--- ទំព័រទី 50 ---</w:t>
      </w:r>
    </w:p>
    <w:p>
      <w:pPr>
        <w:spacing w:line="324" w:lineRule="auto" w:after="120" w:before="0"/>
        <w:jc w:val="left"/>
      </w:pPr>
      <w:r>
        <w:t>ម្នាក់លកើតមកងលង់និងរ។ ហើយមានមនុស្សម្នាក់មកសម្លាប់បអូនអ្នក តើ អ្នកនឹងប្រាប់ចៅក្រមថា ចូរលោកចៅក្រមដាក់ទណ្ឌកម្មលើជនល្មើសប នដិច្បានហើយ ព្រោះអ្នកស្លាប់មានអារម្មណ៍ឈឺតិច្ជាងអ្នកដទទ? ជា ការពិតណាស់ខ្ញុំនឹងទៅជួបចៅក្រមហើយប្រាប់ឱ្យគាត់ដាក់ទណ្ឌកម្មលើ ជនល្មើសលងវដងពីព្រោះបអូនខ្ញុំមិនបានធ្វើខុសអ្វីទេ គាត់សាប់មិនបាននិង និយាយមិនលកើត ចូរដាក់ទណ្ឌកម្មលើគាត់លងវដង។ សមរម្យអ្ត់ដែល និយាយថា មានអារម្មណ៍តិច ដូចនេះដាក់ទោសតិច្ដែរ!!! ឥស្លាមិនគិត អារម្មណ៍តិចឬច្រើនទេ។ ក្នុងគម្ពីរគួរអានជាំពួកទី២ឃ្លាទី១៦៨បានប្រាប់ ថា ចូរពួកអ្នកបរិភោគនូវអ្វីដែលសាអាតស្អាំលើមផ្នដីនេះចុះ។ ចូរពួកអ្នក បរិភោគចុះរបស់ដែលសាអាតស្អាំ អ្វីដែលគេអនុញ្ញាតិឱ្យបរិភោគ អ្វីដែលល្អ សាអាតស្អាំហើយគេអនុញ្ញាតិគឺអាចបរិភោគបាន ទាក់ទងនិងអ្នកមិនមែនមុ ស្លឹមដែលមិនបរិភោគសាច ប្រសិនបើអ្នកស្របនិងគេលើ ជាការល្អ ចាំបាច់ត្រូវតែបញាឈប់ការសម្លាប់សត្វ។ ដូចអ្នកបានដឹងគ្សាប់ហើយ សត្វចៀមាចំនួនលកើនលឡើងលឿនណាស់។ ប្រសិនបើយើងបញាឈប់ការ បរិភោគសាច់ សត្វចៀមនិងមានចំនួនហួស្ចាំណុះទៅលើពិភពលោក។ ដូចបច្ចុបាបននេះចំនួនប្រជាជនក្នុងប្រទេមួយចំនួនទៅលើពិភពលោក មានការលកើនលឡើងច្រើនណាស់ដូចជា ចិន ឥណាឌា។ ក៏ដូច្នោះដែរបញ្ហា សត្វចៀមលើស្ចាំណុះ។ ខ្លួនខ្ញុំផ្ទាល់បើអ្នកមិនមែនមូស្លីមិនបរិភោគ សាច់ គឺសម្រាប់ខ្ញុំគ្មានបញ្ហាឡើយ។ លជឿខ្ញុំចុះសម្រាប់ខ្ញុំគឺគ្មានបញ្ហា</w:t>
      </w:r>
    </w:p>
    <w:p>
      <w:r/>
    </w:p>
    <w:p>
      <w:pPr>
        <w:spacing w:line="324" w:lineRule="auto" w:after="160" w:before="280"/>
        <w:jc w:val="left"/>
      </w:pPr>
      <w:r>
        <w:t>--- ទំព័រទី 51 ---</w:t>
      </w:r>
    </w:p>
    <w:p>
      <w:pPr>
        <w:spacing w:line="324" w:lineRule="auto" w:after="120" w:before="0"/>
        <w:jc w:val="left"/>
      </w:pPr>
      <w:r>
        <w:t>ឡើយព្រោះ អ្នកមិនមែនមូស្លីមទៅប្រទេសឥណាឌា បើពួកគាត់ទាំងអស់ គ្នាចាប់ផ្ដើមបរិភោគសាច់នោះ ប្រហែលជាសាច់គោ ចៀមលឡើងទងលហើយ។ ដូចនេះសម្រាប់ខ្ញុំគឺគ្មានបញ្ហាឡើយ។ បើពួកគាត់មិនបរិភោគសាច់គឺ គ្មានបញ្ហាឡើយសម្រាប់ខ្ញុំ។ តែបើមានបុគ្គលណាម្នាក់ប្រាប់ខ្ញុំថា បរិភោគសាច់មិនបានឡើយព្រោះបាប ភ្លាមៗនោះខ្ញុំនិងបកស្រាយ ប្រាប់គាត់យ៉ាងលកោះកាយ។</w:t>
      </w:r>
    </w:p>
    <w:p>
      <w:r/>
    </w:p>
    <w:p>
      <w:pPr>
        <w:spacing w:line="324" w:lineRule="auto" w:after="160" w:before="280"/>
        <w:jc w:val="left"/>
      </w:pPr>
      <w:r>
        <w:t>--- ទំព័រទី 52 ---</w:t>
      </w:r>
    </w:p>
    <w:p>
      <w:pPr>
        <w:spacing w:line="324" w:lineRule="auto" w:after="120" w:before="0"/>
        <w:jc w:val="left"/>
      </w:pPr>
      <w:r>
        <w:t>សំណួរទី៩៖ ហេតុអ្វីបានជាមូស្លីមធ្វើការសម្លាប់សត្វតាមរបៀបឥស្លាម (ហាល៉ាល់)?</w:t>
        <w:br/>
      </w:r>
    </w:p>
    <w:p>
      <w:r/>
    </w:p>
    <w:p>
      <w:pPr>
        <w:spacing w:line="324" w:lineRule="auto" w:after="160" w:before="280"/>
        <w:jc w:val="left"/>
      </w:pPr>
      <w:r>
        <w:t>--- ទំព័រទី 53 ---</w:t>
      </w:r>
    </w:p>
    <w:p>
      <w:pPr>
        <w:spacing w:line="324" w:lineRule="auto" w:after="120" w:before="0"/>
        <w:jc w:val="left"/>
      </w:pPr>
      <w:r>
        <w:t>ដើម្បីបនធូរក្សារឈឺចប់សម្រាប់សត្វ ទីពីរៈ គឺយើងចប់លផ្ដើមផាច់បាំពផង់ ខាយល់និងស្ទស ម និងបាំពផង់ក ដោយមិនផាច់ខួរ្អឹងខ្នងឡើយ។ ព្រោះថា កាលណាបេះពាល់ដល់ខួរ្អឹងខ្នង វាបណ្ដាល់ឱ្យបេះពាល់ដល់ស ទស្ដែទោក់ទងនឹងលបេះដូង ដែលជាហេតុបណ្ដាលឱ្យគទាំងលបេះដូង ហេតុនេះមិនចាំបាច់ផាច់ខួរ្អឹងខ្នងឡើយ យើងផាច់បាំពផង់ក និងបាំពផង់ ខាយល់ និងស្ទស ម ហើយយើងលែងឱ្យលបេះដូងធ្វើច្លនា ព្រោះទៅ ពេលដែលលបេះដូងធ្វើច្លនា គឺ មដែទៅក្នុងខ្លួននឹងហូរលច្ញ ហើយការស្រាវជ្រាវបានឱ្យដឹងថា មជាកមនលងផ្ទុកលមគោរនិងប្រាក់លត រីនិងជាតិព្ល់ ហេតុនេះហើយបានជាយើងឱ្យ មហូរលច្ញពីខ្លួនសត្វ</w:t>
      </w:r>
    </w:p>
    <w:p>
      <w:pPr>
        <w:spacing w:line="324" w:lineRule="auto" w:after="120" w:before="0"/>
        <w:jc w:val="left"/>
      </w:pPr>
      <w:r>
        <w:t>នោះ...ហេតុអ្វីបានជាយើងធ្វើដូច្នោះ?</w:t>
      </w:r>
    </w:p>
    <w:p>
      <w:pPr>
        <w:spacing w:line="324" w:lineRule="auto" w:after="120" w:before="0"/>
        <w:jc w:val="left"/>
      </w:pPr>
      <w:r>
        <w:t>គឺដើម្បីយើងស្មាអាតខ្លួនវា ស្មាអាតលមគោរ ប្រាក់លតបីនិងជាតិព្ល់ពីខ្លួនវាជាការអ្នាម័យមួយដ៏ល្អ បំផុត លើស្ពីនេះទៅទៀត ការសម្លាប់សត្វតាមរលបៀបឥស្លាម វាអាច រក្សាសាច់ឱ្យទៅគស្ស់បានយូរបើប្រៀបនិងសត្វដែលសម្លាប់ប្រើមខាស លេលើងនោះ ព្រោះចាំណុះ មដែទៅស្ល់គឺបន្តិច្បនតួច ហេតុនេះសាច់ អាចទៅគស្ស់បានរយៈពេលយូរ លើស្ពីនេះទៀតមានមនុស្សមួយ ចំនួនយល់ច្រឡំ ដោយពួកគេគិតថា ការសម្លាប់តាមរលបៀប ឥស្លាម គឺធ្វើឱ្យសត្វនោះមានការឈឺចប់ខ្លាំង ការស្រាវជ្រាវសព្វថ្ងៃបានឱ្យដឹងថា នៅពេលដែលយើងសម្លាប់ នៅពេលដែលយើងអារបាំពផង់ក និងបាំពផង់ ខាយល់ ស្ទស ម ពិតប្រាកដ៏ណាស់ស្ទស្ដែទោក់ទងនិងខួរក្សាលក៏</w:t>
      </w:r>
    </w:p>
    <w:p>
      <w:r/>
    </w:p>
    <w:p>
      <w:pPr>
        <w:spacing w:line="324" w:lineRule="auto" w:after="160" w:before="280"/>
        <w:jc w:val="left"/>
      </w:pPr>
      <w:r>
        <w:t>--- ទំព័រទី 54 ---</w:t>
      </w:r>
    </w:p>
    <w:p>
      <w:pPr>
        <w:spacing w:line="324" w:lineRule="auto" w:after="120" w:before="0"/>
        <w:jc w:val="left"/>
      </w:pPr>
      <w:r>
        <w:t>ត្រូវបានផាច់ដែរ ហើយវាជាចំណុចគ្រប់គ្រងចំពោះការឈឺចប់។ហេតុ នេះវាស្លាប់ដោយគ្មានការឈឺចប់ឡើយ ផ្ទុយទៅវិញវាស្លាប់យ៉ាងស្រួល បំផុត ផ្ទុយពីការ្ក់មខាសលេលើង ព្រោះវាមិន យស្លាប់ភ្លាមៗឡើយ ហេតុ នេះការសម្លាប់តាមរលបៀបឥស្លាមវាជាការល្អបំផុត ហើយសត្វនោះវាសាលា មយ៉ាងស្រួលបំផុត ការក្សាំគទីករបស់សត្វមិនមែនបញ្ជាក់ថាវាឈឺនោះទេ វាគ្រាន់តែជាច្លនាចុះលឡើង ដើម្បីបងហូរ មឱ្យលច្ញពីខ្លួនប៉ុណ្ណោះ វា ធ្វើច្លនាកាំគទីកដើម្បីបងហូរ ម មិនមែនព្រោះការឈឺចប់ឡើយ ហេតុ នេះការសម្លាប់តាមរលបៀបឥស្លាម វាជាវិធីមួយដ៏ប្រសើរនឹងត្រឹមត្រូវបំផុត ហើយពិតជាមានធម៌មេត្តាបំផុតក្នុងកាសម្លាប់នេះ។</w:t>
      </w:r>
    </w:p>
    <w:p>
      <w:r/>
    </w:p>
    <w:p>
      <w:pPr>
        <w:spacing w:line="324" w:lineRule="auto" w:after="160" w:before="280"/>
        <w:jc w:val="left"/>
      </w:pPr>
      <w:r>
        <w:t>--- ទំព័រទី 55 ---</w:t>
      </w:r>
    </w:p>
    <w:p>
      <w:pPr>
        <w:spacing w:line="324" w:lineRule="auto" w:after="120" w:before="0"/>
        <w:jc w:val="left"/>
      </w:pPr>
      <w:r>
        <w:t>សំណួរទី១០៖ តើការបរិភោគសាច់សត្វ នឹងធ្វើឱ្យមានចរិតកាចសាហាវដូចសត្វឬ?</w:t>
        <w:br/>
      </w:r>
    </w:p>
    <w:p>
      <w:r/>
    </w:p>
    <w:p>
      <w:pPr>
        <w:spacing w:line="324" w:lineRule="auto" w:after="160" w:before="280"/>
        <w:jc w:val="left"/>
      </w:pPr>
      <w:r>
        <w:t>--- ទំព័រទី 56 ---</w:t>
      </w:r>
    </w:p>
    <w:p>
      <w:pPr>
        <w:spacing w:line="324" w:lineRule="auto" w:after="120" w:before="0"/>
        <w:jc w:val="left"/>
      </w:pPr>
      <w:r>
        <w:t>ទៅក្នុងជំពូកទី៥៩ឃ្លាទី៧ថា ហើយអ្វីដែលអ្នកនាំសារបាននាំមកឱ្យពួក អ្នក ចូរពួកអ្នកទទួលយកចុះ ហើយអ្វីដែលគាត់បានហាមឃាត់ពួកអ្នកពី វា ចូរពួកអ្នកលបោះបង់លចុះ។ ហេតុនេះរាល់អ្វីដែលអល់ឡោះនិងអ្នក នាំសាររបស់ទ្រង់បានហាមឃាត់គឺយើងអ្នកមូស្លីតែរូវលចៀសឱ្យឆងាយ។ ហើយមានហាទីស្ជាច្រើនទៅក្នុងសៀវភៅពូខ្រីនិងមូស្លីម អ ៊ិបនូមា ាជេះ ដែលបានបកស្រាយពីការហាមប្រាមការហូបសាច់សត្វកាច្សាហាវ ទាំងនេះ។ បានលើកលឡើងទៅក្នុងសៀវភៅមូស្លីម ជំពូកសត្វគេបរបាញ់ និងសាំទេះ។ ហាទីស្ទី៤៧៥២ ហើយទៅក្នុងមុស្ណាត់អ ៊ិបនូមា ាជេះ ជំពូកទី១៣លលខ្ទី៣២៣២/៣២៣៤ ប្រភេទអាហារផ្សេងៗដែលព្យាការី មូហាំម៉ាត់បានហាម ក្នុងនោះមាន រាល់សត្វសាហាវណាដែលមានច្ល កា ម។ ដូចជា តោ ខាលា ឆមាន មេ ចច្ក មេទគ្ព ទាំងនេះត្រូវបានគេហាមឃាត់។ និងពួកសត្វកលករមួយចំនួនទៀតដូចជាកណតុរ និងទនាយដែលមានក្រញាំ។ និងសត្វលមូនមួយចំនួនដូចជា ព្ស់ ក្រពើ ទាំងនេះត្រូវបានហាម ឃាត់។ ហើយព្យាការីមូហាំម៉ាត់បានហាមរាល់សត្វសាលាបណាដែលមាន ក្រញាំ។ ដូចជា ឥស្រនទី មខ្លង មកអក សត្វទីទុយ។ល។ ទាំងនេះគឺត្រូវបាន ហាមឃាត់។</w:t>
      </w:r>
    </w:p>
    <w:p>
      <w:r/>
    </w:p>
    <w:p>
      <w:pPr>
        <w:spacing w:line="324" w:lineRule="auto" w:after="160" w:before="280"/>
        <w:jc w:val="left"/>
      </w:pPr>
      <w:r>
        <w:t>--- ទំព័រទី 57 ---</w:t>
      </w:r>
    </w:p>
    <w:p>
      <w:pPr>
        <w:spacing w:line="324" w:lineRule="auto" w:after="120" w:before="0"/>
        <w:jc w:val="left"/>
      </w:pPr>
      <w:r>
        <w:t>សំណួរទី១១៖ តើមូស្លីមគោរពបូជាកាអាក់ពាហ៍ (កាកបា) ឬ?</w:t>
        <w:br/>
      </w:r>
    </w:p>
    <w:p>
      <w:r/>
    </w:p>
    <w:p>
      <w:pPr>
        <w:spacing w:line="324" w:lineRule="auto" w:after="160" w:before="280"/>
        <w:jc w:val="left"/>
      </w:pPr>
      <w:r>
        <w:t>--- ទំព័រទី 58 ---</w:t>
      </w:r>
    </w:p>
    <w:p>
      <w:pPr>
        <w:spacing w:line="324" w:lineRule="auto" w:after="120" w:before="0"/>
        <w:jc w:val="left"/>
      </w:pPr>
      <w:r>
        <w:t>ដែលអ្នកមូស្លីមរូបមផ្នទីនោះគឺពួកគេបានយកបូលខាងតាបូងដាក់ខាង លើ បូលខាងលជើងដាក់ខាងក្រោយាម ហើយកាក់ហពេះទៅចំណុចកណ្តាល ក្រោយមក ពួកេមិវិទូលោកខាងលិច្បានយកមផ្នទីដាក់បស្រញ្ចាស្វិញ បូ លខាងលជើងដាក់ខាងលើហើយខាងតាបូងដាក់ខាងក្រោយាមវិញទោះបីយ៉ាង ណាក៏ដោយក៏កាក់ហពេះទៅចាំកណ្តាលដដែលសូមអ្ររុណចំពោះអល់ឡោះ លេះ ដូចនេះទោះជាអ្នកទៅទីណាក៏ដោយក្នុងពិភពលោកយើងនេះ បើ អ្នកទៅខាងលជើងគឺអ្នកត្រូវតគ្មង់ឆ្ពោះខាងតាបូងហើយផ្ទុយមកវិញ ហើយ បើអ្នកទៅខាងលកើតគឺត្រូវតគ្មង់ឆ្ពោះទៅទិស្ខាងលិច្ហើយផ្ទុយមកវិញ កាក់ហពេះទៅចាំកណ្តាល ហើយបច្ចុបាបនននេះយើងជាអ្នកមូស្លីមនៅពេល យើងទៅមា ាក់កេះ ហើយខណៈដែលយើងកំពុងធ្វើអុំគោ ោះឬហាជីឬតវាហវ នោះគឺយើងនឹងលដើរជុំវិញកាក់ពេះ ល្អហើយអុីចឹង!ចុះហេតុអ្វីបានជាអ្នក មូស្លីមលដើរជុំវិញកាក់ហពេះ? ពីព្រោះវាជាបទបញ្ជាពីអល់ឡោះនិងអ្នកនាំសាររបស់ទ្រង់ ហេតុនេះទើបយើងនាំគ្នាអនុវត្ត ក៏ប៉ុន្តែការបកស្រាយ សមហេតុផលដែទៅក្នុងគំនិតរបស់ខ្ញុំគឺរាល់រងវង់មូទេទាំងអស់វាមាន ចំណុចស្នូលតែមួយប៉ុណ្ណោះ ហេតុនេះរាល់ពេលដែលយើងលដើរជុំវិញ កាក់ហពេះនោះគឺយើងទទួលស្គាល់ថាព្រះជាមាចាស់គឺមានតែមួយរត់ លើស្ពីនេះទៅទៀតលោកអូមើលរពិនខ្តបដែលជាលស្តចខ្លីហវឥស្លាមទី ពីរបានមានប្រសាស្ន៍ហើយពាក្យសំដីនេះមានទៅក្នុង ស្ហីស្ពូខ្រី ជំពូកអាលហាជ ភារទី៥៦ ហាទីស្លលខ្ទី៦៧៥ អូមើលរបានចផងអុទៅដុំ</w:t>
      </w:r>
    </w:p>
    <w:p>
      <w:r/>
    </w:p>
    <w:p>
      <w:pPr>
        <w:spacing w:line="324" w:lineRule="auto" w:after="160" w:before="280"/>
        <w:jc w:val="left"/>
      </w:pPr>
      <w:r>
        <w:t>--- ទំព័រទី 59 ---</w:t>
      </w:r>
    </w:p>
    <w:p>
      <w:pPr>
        <w:spacing w:line="324" w:lineRule="auto" w:after="120" w:before="0"/>
        <w:jc w:val="left"/>
      </w:pPr>
      <w:r>
        <w:t>ងមនោះហើយនិយាយថានេះជាដុទាំងមល មាន វាមិនអាចផ្ដល់ផ្លផលប្រយោជន៍ឬ គ្រោះថ្នាក់មកដល់រូបខ្ញុំឡើយក៏ប៉ុន្តែខ្ញុំឃើញរ៉សូលុលលេះលងើបវាដូចនេះ ខ្ញុំក៏លងើបវាដែរ នេះបញ្ជាក់ថាដុទាំងមវាមិនអាចផ្ដល់ផលប្រយោជន៍ឬគ្រោះថ្នាក់ ដល់នរណាម្នាក់ឡើយនេះជាភស្តុតាងគ្រប់គ្រាន់ដែលបញ្ជាក់ថាយើងជា អ្នកមុស្លីមិនមែនគោរពកាក់ហពេះឡើយ លើស្ពីនេះទៅស្ម័យរ៉សូលុល លេះមានស្ហាហាត់ជាច្រើនដែលបានលឡើងលើកាក់ហពេះដើម្បីអា ហាន-ប្រកាស្ទៅឱ្យគេមកថ្វាយបង្គំ- គ្មានអ្នកដែលគោរពរូបបដិមា ណាម្នាក់លឡើងជាន់ពីលើអ្វីដែលគេគោរពនោះជោច់ខាត នេះជោស្ដុ តាងបញ្ជាក់យ៉ាងច្បាស់ថាយើងជាអ្នកមូស្លីមិនគោរពកាក់ហពេះឡើយវា គ្រាន់តែជាកមនលងតគ្មង់ទិស្របស់យើងប៉ុណ្ណោះ។</w:t>
      </w:r>
    </w:p>
    <w:p>
      <w:r/>
    </w:p>
    <w:p>
      <w:pPr>
        <w:spacing w:line="324" w:lineRule="auto" w:after="160" w:before="280"/>
        <w:jc w:val="left"/>
      </w:pPr>
      <w:r>
        <w:t>--- ទំព័រទី 60 ---</w:t>
      </w:r>
    </w:p>
    <w:p>
      <w:pPr>
        <w:spacing w:line="324" w:lineRule="auto" w:after="120" w:before="0"/>
        <w:jc w:val="left"/>
      </w:pPr>
      <w:r>
        <w:t>សំណួរទី១២៖ ហេតុអ្វីបានជាមិនអនុញ្ញាតឱ្យអ្នកមិនមែនមូស្លីមចូលទឹកដីម៉ាក្កះ និងម៉ាឌីណះ?</w:t>
        <w:br/>
      </w:r>
    </w:p>
    <w:p>
      <w:r/>
    </w:p>
    <w:p>
      <w:pPr>
        <w:spacing w:line="324" w:lineRule="auto" w:after="160" w:before="280"/>
        <w:jc w:val="left"/>
      </w:pPr>
      <w:r>
        <w:t>--- ទំព័រទី 61 ---</w:t>
      </w:r>
    </w:p>
    <w:p>
      <w:pPr>
        <w:spacing w:line="324" w:lineRule="auto" w:after="120" w:before="0"/>
        <w:jc w:val="left"/>
      </w:pPr>
      <w:r>
        <w:t>ហើយបានជាទ្រង់មានបន្ទូលថាៈ ដូចនេះ កុំឱ្យពួកគេទៅមកាបរមា ាស្ជិទអាល់ ហារ៉មបន្ទាប់ពីឆ្នាំនេះទៅ។ គ្រាន់តែអល់ឡោះហាមអ្វីមួយគឺពួកយើង យល់ព្រតែតែង។ មូលហេតុផ្សេងទៀតនោះគឺៈ នៅពេលអ្នកចង់ចូល ប្រទេសណាមួយ គឺអ្នកត្រូវតែមានទិឋាការ។ អ្នកមិនអាចចូលប្រទេស នោះដោយគ្មានទិឋាការនោះឡើយ។ ហើយប្រទេសដែលពិបាកយក ទិឋាការជាងគេគឺស្ហរដធអាមេរិក។ គេសួរអ្នកនូវសំណួរជាច្រើន ហើយ បច្ចុបាបននគេសួរថា តើអ្នកជាភេរវករឬ? ហើយហាក់ដូចជាមានអ្នកឆ្លើយ ថា បាទអុីចឹង!! ខ្ញុំចង់សួររោធោបាល្អាមេរិកថា តើមានអ្នកណាម្នាក់ ឆ្លើយថា បាទទេ? តើអ្នកជាស្មាជិកអផងគការភេរវកម្មណាមួយ? ពិតជាចាំ មឡកណាស់!!! ខ្ញុំចង់សួរពួកគេថា តើមានអ្នកណាម្នាក់ស្រលស្រថា បាទ ទេ!!! បាទ ខ្ញុំជាភេរវករ ខ្ញុំជាស្មាជិករបស់អផងគការភេរវកម្ម។ ពួកគេ មានសំណួរជាច្រើន ហើយអ្នកត្រូវបំពេញរាល់សំណួរទាំងនោះ ដើម្បីទទួល បានទិឋាការ។ លើកទីមួយទៅឆ្នាំ១៩៨៧ខ្ញុំបានទៅប្រទេសសិងហបុរី ហើយគេបានស្រលស្រក្នុងសាំណុំមបបបទអ្លនាប្រលវស្ន៍មួយថា ទោស ប្រហារជីវិតសម្រាប់អ្នកជួញដូរគ្រឿងញៀន។ មានន័យថា ប្រសិនបើគេ ចប់អ្នក ហើយទៅក្នុងខ្លួនអ្នកមានគ្រឿងញៀននោះ អ្នកត្រូវតែស្លាប់។ អ្នកមិនអាចនិយាយថា ទោសប្រហារជីវិតគឺជាទោសមួយធ្ងន់ធៃរបំផុត។ ទោះជាអុីចឹងក៏ដោយ ប្រសិនបើអ្នកចង់ចូលអ្នកត្រូវម្តាយល់ព្រម បើមិន យល់ព្រមកុំមកអី។ ដូចនេះប្រសិនបើអ្នកចង់ទទួលបានទិឋាការនោះ អ្នក</w:t>
      </w:r>
    </w:p>
    <w:p>
      <w:r/>
    </w:p>
    <w:p>
      <w:pPr>
        <w:spacing w:line="324" w:lineRule="auto" w:after="160" w:before="280"/>
        <w:jc w:val="left"/>
      </w:pPr>
      <w:r>
        <w:t>--- ទំព័រទី 62 ---</w:t>
      </w:r>
    </w:p>
    <w:p>
      <w:pPr>
        <w:spacing w:line="324" w:lineRule="auto" w:after="120" w:before="0"/>
        <w:jc w:val="left"/>
      </w:pPr>
      <w:r>
        <w:t>ត្រូវម្តាយល់ព្រមលើចាប់ប្រទេសនោះ។ ឥឡូវ ទិឋាការចូលមា ាកេះនិង មានាឌីណេះ គឺអ្នកគ្រាន់តែលពាលថាៈ គ្មានទេព្រះពិតលើកលែងតែអល់ឡោះ លេះ ហើយមូហាំម៉ាត់ជាអ្នកនាំសាររបស់អល់ឡោះ។ បុគ្គលណាលពាល ថាៈ គ្មានទេព្រះពិត លើកលែងតែអល់ឡោះ ហើយមូហាំម៉ាត់ជាអ្នកនាំសាររបស់អល់ឡោះ គឺគេទទួលបានទិឋាការចូលមា ាកេះនិងមា ាឌីណេះ ទ។ កមនលងទាំងពីរនេះជាតាំបន់សុវត្ថិភាព ហើយទិឋាការដើម្បីចូទៅ កាន់ទីនោះគឺ អ្នកធ្វើសាក្សីថាៈគ្មានទេព្រះពិត លើកលែងតែអល់ឡោះ ហើយមូហាំម៉ាត់ជាអ្នកនាំសាររបស់អល់ឡោះ។</w:t>
      </w:r>
    </w:p>
    <w:p>
      <w:r/>
    </w:p>
    <w:p>
      <w:pPr>
        <w:spacing w:line="324" w:lineRule="auto" w:after="160" w:before="280"/>
        <w:jc w:val="left"/>
      </w:pPr>
      <w:r>
        <w:t>--- ទំព័រទី 63 ---</w:t>
      </w:r>
    </w:p>
    <w:p>
      <w:pPr>
        <w:spacing w:line="324" w:lineRule="auto" w:after="120" w:before="0"/>
        <w:jc w:val="left"/>
      </w:pPr>
      <w:r>
        <w:t>សំណួរទី១៣៖ ហេតុអ្វីបានជាឥស្លាមហាមមិនឱ្យបរិភោគសាច់ជ្រូក?</w:t>
        <w:br/>
      </w:r>
    </w:p>
    <w:p>
      <w:r/>
    </w:p>
    <w:p>
      <w:pPr>
        <w:spacing w:line="324" w:lineRule="auto" w:after="160" w:before="280"/>
        <w:jc w:val="left"/>
      </w:pPr>
      <w:r>
        <w:t>--- ទំព័រទី 64 ---</w:t>
      </w:r>
    </w:p>
    <w:p>
      <w:pPr>
        <w:spacing w:line="324" w:lineRule="auto" w:after="120" w:before="0"/>
        <w:jc w:val="left"/>
      </w:pPr>
      <w:r>
        <w:t>ដែរ សូម្បីកាន់វាក៏គេហាមដែរ។ មានឯកសារផ្សេងទៀតទៅក្នុង សៀវភៅ(ទុតិយកថា)ជំពូកទី១៤ឃ្លាទី៨ក៏បានបញ្ជាក់ដូចគ្នាដែរ។ ហើយជ្រូកជាសត្វដែលប្រើក្រច្កលជើងឈូស្ដី វាមិនទាំពារទេ ហើយវាជា សត្វកខ្ខក់ ដូចនេះកុំបរិភោគសាច់វា ហើយកុំបេះខ្លួនវា។ ដូច្នោះដែរលមាន លើកលឡើងទៅក្នុងគម្ពីរ ល្អសាយជំពូកទី៦៥ឃ្លាទី២ដល់ទី៥៕ ចាំបាច់ មិនត្រូវបរិភោគសាច់ជ្រូកឡើយ។ ដូចនេះ លយាងតាមសៀវភៅគ្រឹស្ដនិង សៀវភៅជវីហវគឺ បរិភោគសាច់ជ្រូកត្រូវបានហាម(ហារា ាម)។ ប្រសិនបើ អ្នកអានគម្ពីរហិណ្ឌូ។ សូម្បីក្នុងគម្ពីរហិណ្ឌូក៏បានបញ្ជាក់ដែរថា ការ បរិភោគសាច់ជ្រូកត្រូវបានហាម។ បានលើកលឡើងក្នុងគម្ពីរមនូស្ម៌តីថាៈ ការពិតណាស់បុរសអុីបរ៉ហីមីនោះ(បុគ្គលដែលល្អ)។ គឺគេមិនត្រូវ បរិភោគផាសិត ឬខ្ទឹមបារាំង ឬសាច់ជ្រូកឡើយ។ លើស្ពីនេះទៅទៀតក្នុង គម្ពីរវិស្ណុសាសាស្ត្រក៏បានបញ្ជាក់ដែរថា បុគ្គលណាហើយលក់សាច់ជ្រូកគឺ ត្រូវកាត់ដៃនិងលជើងរបស់គេទាំងពីរឆលាស់គ្នា។ ទណ្ឌកម្ម!!នេះមិនមែន ទៅក្នុងគម្ពីរគួរអានឬហាទីស្ឡើយ តែវាទៅក្នុងគម្ពីរបស់ហិណ្ឌូ។ គឺត្រូវ កាត់ដៃ ប្រសិនបើអ្នកលក់សាច់ជ្រូក លតោះយើងវិភារមើលលតើអ្វីទៅជា មូលហេតុដែលសមហេតុផល លយាងតាមគម្ពីរគ្រឹស្ដ គម្ពីរជីហវ គម្ពីរ ឥស្លាម បានបញ្ជាក់យ៉ាងចាស់ក្នុងគម្ពីរទាំងនោះថា ការបរិភោគសាច់ ជ្រូកគឺត្រូវបានហាម។ ម្តាយើងត្រូវវិភារមើលលថា តើមូលហេតុអ្វីបានជា គេហាមិនឱ្យបរិភោគសាច់ជ្រូក? លវជជសាស្រស្តបានឱ្យដឹងថាៈ បុគ្គល</w:t>
      </w:r>
    </w:p>
    <w:p>
      <w:r/>
    </w:p>
    <w:p>
      <w:pPr>
        <w:spacing w:line="324" w:lineRule="auto" w:after="160" w:before="280"/>
        <w:jc w:val="left"/>
      </w:pPr>
      <w:r>
        <w:t>--- ទំព័រទី 65 ---</w:t>
      </w:r>
    </w:p>
    <w:p>
      <w:pPr>
        <w:spacing w:line="324" w:lineRule="auto" w:after="120" w:before="0"/>
        <w:jc w:val="left"/>
      </w:pPr>
      <w:r>
        <w:t>ដែលបរិភោគសាច់ជ្រូកនោះ គឺគេអាចមានជំងឺមិនក្រោយាមជាង៧០ ប្រភេទឡើយ។ គឺអាចមានជំងឺគ្ពូន ល្អៀន។ សត្វល្អិតអផង់កលូស្តូមាន បានិង ផ្សេងៗទៀត។ ព្ពួកបា ារា ាសីតជាច្រើនទៀត។ ហើយបា ារា ាសីតដែល គ្រោះថ្នាក់បំផុត គេទៅថា លតនញា ា។ លតនញា ា ឈ្មោះវាតាមបលច្ចកស្ពទ ថា លតនញា ា។ ហើយវាឋិតទៅក្នុងលពោះលវៀន។ វាមវងមែនមទន ហើយមាន ពផង ឬសុតជាច្រើន។ វាអាចចូលលព្ញក្នុងរាងកាយតាមរយៈស្រទស ម។ កាលណាវាចូលដល់ខួរក្សាល វានឹងធ្វើឱ្យបាត់បង់ការចផងចាំ។ ប្រសិនបើវាចូលដល់មេនកវានឹងអាចធ្វើឱ្យខាវាក់បាន។ បើវាចូលដល់លបេះ ដូង វានឹងអាចធ្វើឱ្យមានជំងឺគទាំងលបេះដូង។ កាលណាវាចូលដល់លងលើមវា នឹងធ្វើឱ្យខូច្លងលើម។ វាអាចបងេរគ្រោះថ្នាក់ដល់ខ្លូនប្រាណទាំងមូល។ ហើយនៅពេលដែលអ្នកដឹងថាខ្លួនមានគោរលតនញា បានោះ វាយឺតពេល ហើយ។ ជំងឺផ្សេងទៀតដែលគ្រោះថ្នាក់បំផុតនៅពេលបរិភោគសាច់ជ្រូក នោះគឺTrchura tchurass ហើយមានអ្នកខ្លះគិតខុសថា នៅពេល ដែលអ្នកច្មអិនអាហាររបស់អ្នកបានល្អនោះ លតនញា ាវានឹងស្លាប់។ តាម ការសិកាស្រាវជ្រាវបានបញ្ជាក់ថា មានមនុស្ស២៥%ដែលប្រឈ្រមុខ និងច្មៃសត្វល្អិត។ ក្នុងនោះមាន២២%អ្នកដែលច្មអិនសាច់ជ្រូកបាន យ៉ាងល្អបំផុត។ មានន័យថា អាហារដែលអ្នកច្មអិនក្នុងផ្ទេះរបស់អ្នកនោះ កាំល តាធតែដុតច្មអិតវា មិនអាចសម្លាប់លមគោរនិងប្រាក់តែបី និងសុតដែល ទៅក្នុងសាច់ជ្រូកនោះឡើយ។ មានមូលហេតុជាច្រើនទៀតដែលធ្វើឱ្យ</w:t>
      </w:r>
    </w:p>
    <w:p>
      <w:r/>
    </w:p>
    <w:p>
      <w:pPr>
        <w:spacing w:line="324" w:lineRule="auto" w:after="160" w:before="280"/>
        <w:jc w:val="left"/>
      </w:pPr>
      <w:r>
        <w:t>--- ទំព័រទី 66 ---</w:t>
      </w:r>
    </w:p>
    <w:p>
      <w:pPr>
        <w:spacing w:line="324" w:lineRule="auto" w:after="120" w:before="0"/>
        <w:jc w:val="left"/>
      </w:pPr>
      <w:r>
        <w:t>យើងមិនបរិភោគសាច់ជ្រូកនោះ ការសិកាស្រាវជ្រាវបានឱ្យដឹងថា សាច់ជ្រូកមានផ្ទុកជាតិខាលាញ់ច្រើនបំផុត ហើយសារធ្តុ ជាំនួយរាងកាយ គឺតិច្តួច្ណាស់។ ព្រោះតែសារជាតិបងេខាលាញ់នេះ វាអាចធ្វើឱ្យបុគ្គល ម្នាក់ទទួគេងគ្រោះថ្នាក់ កគ្មិតខ្ពស់ ដោយសារស្មាធ ម លឡើងខាបស់ កកស្រទស ម និងគទាំងលបេះដូ ង។ ដោយសារជាតិខាលាញ់នេះ មានព្គេដធអាមេរិក៥០%លកើតជំងឺលើស ម ព្រោះពួកគេភាគច្រើនបរិភោគសាច់ជ្រូក។ សត្វជ្រូកត្រូវបានគេ ស្គាល់ថា ជាសត្វដែលកខ្វក់បំផុតទៅលើមផ្នដីនេះ។ កមនលងណាដែល មានោមក ឬេក់គឺពិតជាមានជ្រូកទៅទីនោះ។ វាជាសត្វដែលកខ្វក់ ជាងគេបំផុត។ មានមួយចំនួននិយាយថា ប្រទេសខ្លះដូចជាអូស្រសាលី ពួកគេចិញ្ចឹមជ្រូកដោយមានការអ្នាម័យល្អបំផុត។ ខ្ញុំសូមប្រាប់ពួកគេ ថា ទោះបីទៅប្រទេសអូស្រសាលីធ្វើដូច្នោះក៏ដោយ អ្វីដែលគ្រោះថ្នាក់នោះ គេដាក់សត្វជ្រូកឱ្យទៅជាមួយគ្នា តើអ្នកដឹងទេថា ជ្រូកនៅពេលដែលវា ជុះវានឹងសីមករបស់វា? ដូចនេះតើមានអ្នកយាម២៤ម៉ោងដែរឬទេ ដើម្បីលកើបោមករបស់វានៅពេលវាជុះនោះ? គឺគ្មានទេ. ដូចនេះសត្វជ្រូក ទោះបីទៅប្រទេសអូស្រសាលី ក៏កខ្វក់ដែរ។ វាជាសត្វដែលកខ្វក់ជាងគេ បំផុត។ មានមូលហេតុបន្ថែមទៀតដែលខ្ញុំកំពុងតែគិតពិចរណា ជាមួយ នឹងមូលហេតុជាច្រើនផ្សេងទៀត។ ការសិកាស្រាវជ្រាវបច្ចុបាបននបាន</w:t>
      </w:r>
    </w:p>
    <w:p>
      <w:pPr>
        <w:spacing w:line="324" w:lineRule="auto" w:after="120" w:before="0"/>
        <w:jc w:val="left"/>
      </w:pPr>
      <w:r>
        <w:t>បញ្ជាក់ថា សត្វជ្រូកជាសត្វមួយដែលមានការល្អៀនខាមាស់បំផុតក្នុងចាំ</w:t>
      </w:r>
    </w:p>
    <w:p>
      <w:r/>
    </w:p>
    <w:p>
      <w:pPr>
        <w:spacing w:line="324" w:lineRule="auto" w:after="160" w:before="280"/>
        <w:jc w:val="left"/>
      </w:pPr>
      <w:r>
        <w:t>--- ទំព័រទី 67 ---</w:t>
      </w:r>
    </w:p>
    <w:p>
      <w:pPr>
        <w:spacing w:line="324" w:lineRule="auto" w:after="120" w:before="0"/>
        <w:jc w:val="left"/>
      </w:pPr>
      <w:r>
        <w:t>លនាមសត្វទាំង យដែទៅលើមផ្នដីនេះ។ សត្វជ្រូកគឺជាសត្វតែមួយ រត់ដែលបបួលគ្នារបស់វា ដើម្បីមើលវាដោយលមរបស់វា។ សត្វជ្រូកទៅ ពេលវាចប់លផ្ដើមដោយញី វាបបួលគ្នារបស់វាមកមើលល។ តើអ្នកដឹងទេថា ទៅអាមេរិក ជាប្រទេសដែលលជឿនលឿន គឺមានកមមវិធីរាំច្រៀងមួយ បន្ទាប់ពីកមមវិធីនេះពួកគេចប់លផ្ដើមបដូរប្រពន្ធរបស់ពួកគេ ឯងលដកជាមួយ ប្រពន្ធរបស់ខ្ញុំ ខ្ញុំលដកជាមួយប្រពន្ធរបស់ឯង។ ប្រសិនបើអ្នកបរិភោគ សាច់ជ្រូក អ្នកនឹងមានចិត្តដូចសត្វជ្រូកអុីចឹង។</w:t>
      </w:r>
    </w:p>
    <w:p>
      <w:r/>
    </w:p>
    <w:p>
      <w:pPr>
        <w:spacing w:line="324" w:lineRule="auto" w:after="160" w:before="280"/>
        <w:jc w:val="left"/>
      </w:pPr>
      <w:r>
        <w:t>--- ទំព័រទី 68 ---</w:t>
      </w:r>
    </w:p>
    <w:p>
      <w:pPr>
        <w:spacing w:line="324" w:lineRule="auto" w:after="120" w:before="0"/>
        <w:jc w:val="left"/>
      </w:pPr>
      <w:r>
        <w:t>សំណួរទី១៤៖ ហេតុអ្វីបានជាឥស្លាមហាមឃាត់គ្រឿងស្រវឹង?</w:t>
        <w:br/>
      </w:r>
    </w:p>
    <w:p>
      <w:pPr>
        <w:spacing w:line="324" w:lineRule="auto" w:after="120" w:before="0"/>
        <w:jc w:val="left"/>
      </w:pPr>
      <w:r>
        <w:t>បញ្ជាក់ថាៈ ពិតណាស់សុរា មលាបងសីសផង ការគោរពរូបបដិមាងលជឿ លើការចក់គម្ពីរទាយវាស្នាទាំងនោះ គឺជាអំពើដ៏កខ្វក់ទនទង្វើរបស់ ទស្ហតន។ ដូចនេះចូរពួកអ្នកលចៀស្វាងឱ្យឆងាយពីវា សផងាឃឹមថាពួកអ្នកនឹង ទទួលបានជោគជ័យយ។ លយាងតាមព្រះបន្ទូលខាងលើនេះ អ្នកមូស្លីម លចៀស្វាងពីការផឹកគ្រឿងស្រវឹង។ សារដដែលនេះគេបានលើកលឡើងក្នុង គម្ពីរ​ប៊ីបល សាហាវារុល្អាំសាលជំពូកទី១/២០ដែលបានប្រាប់ថា គ្សាធ្វើឱ្យអ្ត់ខាមាស់ល្អៀន ហើយស្រវឹងធ្វើឱ្យធ្លាក់ក្នុងអំពើអាក្រក់ ហើយ បុគ្គលណាវមងវងនឹងវាទាំងពីរនេះ គឺគេជាមនុស្សដែលមានប្រាជ្ញា។ ក្នុង សៀវភៅសាហាវាអុីហវស្ជំពូកទី១៨.៥ទនគម្ពីរ​ប៊ីបលបានប្រាប់ថា ចូរ</w:t>
      </w:r>
    </w:p>
    <w:p>
      <w:r/>
    </w:p>
    <w:p>
      <w:pPr>
        <w:spacing w:line="324" w:lineRule="auto" w:after="160" w:before="280"/>
        <w:jc w:val="left"/>
      </w:pPr>
      <w:r>
        <w:t>--- ទំព័រទី 69 ---</w:t>
      </w:r>
    </w:p>
    <w:p>
      <w:pPr>
        <w:spacing w:line="324" w:lineRule="auto" w:after="120" w:before="0"/>
        <w:jc w:val="left"/>
      </w:pPr>
      <w:r>
        <w:t>ពួកអ្នកកុំស្រវឹងគ្សាដែលណាដាលឱ្យបាត់បង់កេរ្តិ៍ខាមាស់ ក៏ប៉ុន្តែអ្នកត្រូវ បំពេញខ្លួនអ្នកដោយវិញ្ញាណ។ ដូចនេះបើអ្នកអានគម្ពីរ​ប៊ីបល ហើយ អ្នកមានជំនឿនឹងវានោះ មផ្អកតាមការមណនាំរបស់បាយបលនោះ គ្រឹស្ត សាស្និកចាំបាច់ត្រូវតែលចៀស្ឆងាយពីការផឹកគ្រឿងស្រវឹងដែរ។ សារនេះ ដែលបានលើកលឡើងក្នុងសៀវភៅហិណ្ឌូ។ មានច្រើនកមនលងទៅក្នុងគម្ពីរ ហិណ្ឌូបានហាមពីគ្រឿងស្រវឹង។ ក្នុងសៀវភៅមនូស្ម៌តីភារទី៩/ ២២៥។ ជាការពិតណាស់សុរាត្រូវបានហាមជាច្រើនកមនលងក្នុងគម្ពីរលវ ទ។ លតោះយើងវិភារមើលលពីមូលហេតុដែលសមហេតុផ្ទេនការហាម របស់ព្រះអល់ឡោះចំពោះអ្នកមូស្លីមពីការផឹកគ្សា។ បច្ចុបាបននការ ស្រាវជ្រាវបានឱ្យដឹងថា មនុស្សគ្រប់គ្នាមានប្រព័ន្ធគ្រប់គ្រងក្នុងខួរក្សាល របស់គេ។ ប្រព័ន្ធនេះនឹងធ្វើការទប់សាកាត់មនុស្សរាល់ទង្វើខុសគង។ ឧទា ហណ៍ដូចជាៈ មនុស្សគ្រប់គ្នាដឹងថា ការប្រើពាក្យអ្សុគោះវាជារឿងខុស គង ជាពិលសស្នៅពេលយើងនិយាយជាមួយចស់ទុំឬឪពុកម្តាយ ប្រសិនបើយើងត្រូវកាបលនាទាបង់ ជាធតែយើងមិនធ្វើទៅមុខ្មហាជន ឡើយ ផ្ទុយទៅវិញយើងនឹងទៅរកបងគន់។ ប្រព័ន្ធគ្រប់គ្រងនោះវាហាម យើងមិនឱ្យធ្វើទៅមុខ្មហាជនទេ ព្រោះយើងដឹងថា នេះជាអំពើខុសគ ង។ ក៏ប៉ុន្តែនៅពេលបុគ្គលម្នាក់ស្រវឹងគ្សា ប្រព័ន្ធគ្រប់គ្រងរបស់គេត្រូវ ផអាក់! ហេតុនេះហើយបានជាយើងឃើញអ្នកដែលស្រវឹង គេប្រើពាក្យ អ្សុគោះ រហូតមានពេលខ្លះ គេលជរប្រមាងចស់ទុំ សូម្បីតែឪពុកម្តាយ</w:t>
      </w:r>
    </w:p>
    <w:p>
      <w:r/>
    </w:p>
    <w:p>
      <w:pPr>
        <w:spacing w:line="324" w:lineRule="auto" w:after="160" w:before="280"/>
        <w:jc w:val="left"/>
      </w:pPr>
      <w:r>
        <w:t>--- ទំព័រទី 70 ---</w:t>
      </w:r>
    </w:p>
    <w:p>
      <w:pPr>
        <w:spacing w:line="324" w:lineRule="auto" w:after="120" w:before="0"/>
        <w:jc w:val="left"/>
      </w:pPr>
      <w:r>
        <w:t>គេ។ ពីព្រោះប្រព័ន្ធគ្រប់គ្រងរបស់គេត្រូវផអាក់ដាំលណើរក្សារ។ ហើយជាញឹក ញាប់ណាស់យើងបានប្រទេះឃើញអ្នកស្រវឹងគ្សា ជុះលនាមដាក់សម្លៀក បាំពាក់របស់គេ ហើយទៅមុខ្មហាជន។ ជាញឹកញាប់ យើងបានប្រទេះ ឃើញអ្នកស្រវឹងទាំងនោះ មិនអាចលដើរបានត្រឹមត្រូវឡើយ។ ជួនកាគោេ មិនអាចនិយាយស្ដីបានល្អទេ។ គេមិនអាចធ្វើឥរិយាបទបានត្រឹមត្រូវឡើយ។ ព្រោះប្រព័ន្ធគ្រប់គ្រងនោះវាលែងដាំលណើរក្សារ។ លើស្ពីនេះទៅ ទៀត ការស្រាវជ្រាវបានឱ្យដឹងថា គឺ នៅពេលបុគ្គលនោះស្រវឹង គេ ប្រគ្ពឹតតអំពើដែលគេហាមឃាត់ជាច្រើន។ លយាងតាមស្ថិតិ របស់ FBI បាន រាយការណ៍ថា ទៅក្នុងឆ្នាំ 1990 ក្នុងក្រសួងយុត្តិធម៌ ការិយាល័យសែ តិជាតិជនរងគ្រោះនៃឧក្រិដ្ឋកម្មទៅស្ហរដឋអាមេរិក ទៅឆ្នាំ១៩៩០បាន រាយកាណ៍ថាៈ ជារៀងរាល់ថ្ងៃមានអាគ្តានៃការចាប់រំលោភសេពសន្ថវៈ ១៧៥៦ករណី ជាអាគ្តាមធាយមប្រចាំថ្ងៃ ហើយរបាយកាណ៍បានឱ្យដឹង ថា ការរំលោភសេពសន្ថវៈដែលកើតឡើងនោះ មាន៥០%ករណីជាង បញ្ហានេះបានកើតឡើងនៅពេលបុគ្គលនោះស្រវឹងគ្សា។ ការស្រាវជ្រាវ បានរាយកាណ៍ថា ទៅស្ហរដឋអាមេរិក មានប្រហែលជាប្រាំបីភាររយទន ជនជាតិអាមេរិកបានធ្វើការរួមភេទជាមួយសាច់ញាតិរបស់ខ្លួន ការរួម ភេទជាមួយសាច្ញាតិរបស់ខ្លួន គឺមានន័យថា! ទាំនាក់ទាំនងផ្លូវលេទរវាង មាយនិងកូន ឬរវាងឪពុកនិងកូនស្រី ឬរវាងប្រុស្និងបអូនស្រី ទាំនាក់ ទាំនងផ្លូវភេទជាមួយសាច្ញាតិដែលចាប់ហាមឃាត់។ ប្រាំបីភាររយ គឺ</w:t>
      </w:r>
    </w:p>
    <w:p>
      <w:r/>
    </w:p>
    <w:p>
      <w:pPr>
        <w:spacing w:line="324" w:lineRule="auto" w:after="160" w:before="280"/>
        <w:jc w:val="left"/>
      </w:pPr>
      <w:r>
        <w:t>--- ទំព័រទី 71 ---</w:t>
      </w:r>
    </w:p>
    <w:p>
      <w:pPr>
        <w:spacing w:line="324" w:lineRule="auto" w:after="120" w:before="0"/>
        <w:jc w:val="left"/>
      </w:pPr>
      <w:r>
        <w:t>រាល់១២ឬ១៣នាក់ទនព្គេដឋអាមេរិកគឺមានម្នាក់បានធ្វើការរួមលេទ ជាមួយសាច់ញាតិរបស់ខ្លួន។ ក្នុងរបាយកាណ៍បានបញ្ជាក់ថា ភាគច្រើន ប្រសិនបើមានម្នាក់ឬទាំងពីរនាក់ ពួកគេឋិតក្នុងសាថានភាពស្រវឹង ការ ស្រាវជ្រាវបានឱ្យដឹងថា មូលហេតុមួយទនមូលហេតុធ្វើឱ្យមានជំងឺល្អដ ស៍(ជំងឺដែលបណ្ដាលឱ្យស្លាប់ច្រើនច្រើនជាងគេ) នោះគឺជាតិស្រវឹង។ ជាធតែនៅពេលយើងជួបមនុស្សជាច្រើន នៃពួកអ្នកផឹកគ្រឿងស្រវឹង នោះ ពួកគេបាននិយាយថាៈ ខ្ញុំគ្រាន់តែផឹកដើម្បីចូលក្នុងសង្គមនឹងគេ ប៉ុណ្ណោះ។ ឬក៏ឪពុករបស់ខ្ញុំផឹកគ្រាន់តែចូលក្នុងសង្គមនឹងគេប៉ុណ្ណោះ ផឹកដើម្បីចូលក្នុងសង្គមនឹងគេ មានន័យថា គេផឹកមួយមពផងឬពីរមពផង ហើយគាត់ថា ខ្ញុំមិនស្រវឹងឡើយព្រោះខ្ញុំអាចគ្រប់គ្រងខ្លួនឯងបាន ទៅ</w:t>
      </w:r>
    </w:p>
    <w:p>
      <w:pPr>
        <w:spacing w:line="324" w:lineRule="auto" w:after="120" w:before="0"/>
        <w:jc w:val="left"/>
      </w:pPr>
      <w:r>
        <w:t>ពេលអ្នកជួបមនុស្សស្រវឹងណាម្នាក់។ ហើយអ្នកសួរពីប្រវត្តិរបស់គេ....គឺ</w:t>
      </w:r>
    </w:p>
    <w:p>
      <w:pPr>
        <w:spacing w:line="324" w:lineRule="auto" w:after="120" w:before="0"/>
        <w:jc w:val="left"/>
      </w:pPr>
      <w:r>
        <w:t>គ្មានអ្នកស្រវឹងណាម្នាក់ថា ផឹកគ្សាដើម្បីឱ្យក្លាយជាមនុស្សប្រមឹកនោះ ទេ។ គឺគេចប់លផ្ដើមផឹកដើម្បីចូលក្នុងសង្គមនឹងគេ។ ក្រោយមកគេក្លាយ ជាមនុស្សប្រមឹក ខ្ញុំហា បានភានាល់ ចូរប្រាប់ខ្ញុំមកមើលល អ្នកណាម្នាក់ដែលផឹក ដើម្បីចូលក្នុងសង្គមនឹងគេរាប់ឆ្នាំ ហើយមិនដែលស្រវឹងសោះក្នុងជិវិត របស់គេសូម្បីតែតែង។ ទោះបីជាអ្នកធ្វើប្រជាតែសួរអ្នកដែលផឹកគ្សា ដើម្បីចូលក្នុងសង្គមនឹងគេ ទោះបីជាគេផឹកដើម្បីចូលក្នុងសង្គមនឹងគេក៏ ដោយ ជួនពេលខ្លះ ឬមួយរយៈក្រោយមកគឺគេរង់តែស្រវឹងទេ បើ ទោះបីជាគេស្រវឹងតែមដងក៏ដោយក្នុងមួយជីវិតរបស់គេ ហើយគេប្រគ្ពឹត</w:t>
      </w:r>
    </w:p>
    <w:p>
      <w:r/>
    </w:p>
    <w:p>
      <w:pPr>
        <w:spacing w:line="324" w:lineRule="auto" w:after="160" w:before="280"/>
        <w:jc w:val="left"/>
      </w:pPr>
      <w:r>
        <w:t>--- ទំព័រទី 72 ---</w:t>
      </w:r>
    </w:p>
    <w:p>
      <w:pPr>
        <w:spacing w:line="324" w:lineRule="auto" w:after="120" w:before="0"/>
        <w:jc w:val="left"/>
      </w:pPr>
      <w:r>
        <w:t>បទឧក្រិដ្ឋចាប់រំលោភសេពសន្ថវៈ ឬមានទាំនាក់ទាំនងផ្លូវភេទជាមួយ សាច់ញាតិ ចូរគិតទៅមើលល បន្ទាប់ពីគេដឹងខ្លួនវិញនោះ ផ្លបេះពាល់ ឬ កាំហុស្ដែលបានកើតឡើងនោះគឺមិនអាចមកទខ្វិញបានឡើយ។ អាច ដល់ជនរងគ្រោះ ឬជនល្មើសខ្លួនឯង។ វាជាការខាតបង់ដែលមិនអាច មកទខ្វិញបានឡើយ។ សូមគិតទៅមើលល បើបុគ្គលម្នាក់ស្រវឹង ហើយចប់ រំលោភសេពសន្ថវៈឬមានទាំនាក់ទាំនងផ្លូវភេទជាមួយសាច់ញាតិរបស់ខ្លួន បុគ្គលនោះមិនអាចលើកលែងទោសឱ្យខ្លួនឯងបានឡើយ ហេតុដូចនេះ ហើយ ព្យាការីរបស់យើងបានមានប្រសាស្ន៍ ទៅក្នុងសូណាន់អ ៊ិបនូមា ា ជេះភារទី៤មាតិកាទី៣០ហាទីស្លលខ ៣៣៧១។ ព្យាការីប្រាប់ថា ចូរពួក អ្នកកុំផឹកគ្សា ព្រោះវាជាកូនលសាទនរាល់ទង្វើអាក្រក់។ វាជាប្រការ អាក្រក់ដែលលឃារទៅបំផុត។ ព្យាការីរបស់យើងបានមានប្រសាស្ន៍ ទៅក្នុងសូណាន់អ ៊ិបនូមា ាជេះភារទី៤មាតិកាទី៣០ហាទីស្លលខ្ទី ៣៣៩២។ ព្យាការីយើងប្រាប់ថា (រាល់ជាតិស្រវឹងតិច្កដីច្រើនកដីគឺហារា ា</w:t>
      </w:r>
    </w:p>
    <w:p>
      <w:pPr>
        <w:spacing w:line="324" w:lineRule="auto" w:after="120" w:before="0"/>
        <w:jc w:val="left"/>
      </w:pPr>
      <w:r>
        <w:t>ម)។ គ្មានការអ្នុគ្រោះឡើយទោះជាបរិមាណបុណាក៏ដោយ។ ព្យាការី លយើមូហាំម៉ាត់បានមានប្រសាស្ន៍ទៀត ទៅក្នុងសូណាន់អុីបនូមា ាជេះភារ ទី៤ ទៅក្នុងសូណាន់អ ៊ិបនូមា ាជេះភារទី៣០អាទីស្ហលលខ៣៣៨០ គាត់ បានមានប្រសាស្ន៍ថាៈ ពិតណាស់មានមនុស្សដប់ក្រុមដែលពាក់ព័ន្ធ នឹងគ្រឿងស្រវឹងត្រូវបានព្រះអល់ឡោះទ្រង់ដាក់បណ្ដាសាពួកគេ អ្នកបិត គ្សានិងអ្នកប្រើឱ្យគេបិតគ្សា បុគ្គលដែលផ្បិតគ្សាឱ្យអ្នកដទទ។ អ្នក</w:t>
      </w:r>
    </w:p>
    <w:p>
      <w:r/>
    </w:p>
    <w:p>
      <w:pPr>
        <w:spacing w:line="324" w:lineRule="auto" w:after="160" w:before="280"/>
        <w:jc w:val="left"/>
      </w:pPr>
      <w:r>
        <w:t>--- ទំព័រទី 73 ---</w:t>
      </w:r>
    </w:p>
    <w:p>
      <w:pPr>
        <w:spacing w:line="324" w:lineRule="auto" w:after="120" w:before="0"/>
        <w:jc w:val="left"/>
      </w:pPr>
      <w:r>
        <w:t>ផឹក និងអ្នកដឹកវា អ្នកដែលឱ្យគេដឹកគ្សាយកទៅឱ្យ អ្នកបញ្ចុកគ្សា និង អ្នកលក់គ្សា បុគ្គលដែលទទួលផ្លកាំទរពីការលក់គ្រឿងស្រវឹង។ អ្នក ទិញនិងអ្នកដែលគេទិញឱ្យ អ្នកទាំងនោះព្យាការីយើងប្រាប់ថា ព្រះអល់ឡោះ លេះបានដាក់បណ្ដាសាពួកគេទាំងអស់។ ប៉ុន្តែគ្រូលព្ទាយ សព្វថ្ងៃនេះមាន ទសាសនៈផ្សេងគ្នា ពួកគេនិយាយថា គ្សាមិនមែនធ្វើឱ្យញៀនទេ។ ពួកគេ និយាយថា ការញៀនគ្រឿងស្រវឹងគឺជា ជំងឺមួយ ពួកគេនិយាយថា យើង រួរតែអាណិដែល់មនុស្សប្រមឹកទាំងនោះ បច្ចេកវិទ្យានិងវិធីងមី ដូចជាការ សួរសុខ្ទុកខអ្នកជំងឺវាជាតួនាទីរបស់យើង ហើយយើងត្រូវបង្ហាញការ អាណិដែល់ពួកគេ គ្រូលព្ទាយបច្ចុបាបននិយាយថា ការញៀនគ្សាវាជាជំងឺ មួយ ដូចនេះយើងរួរអាណិតអាសូដល់ពួកគេ ហើយខ្ញុំតបទៅពួកគេវិញ ថា ក្នុងសារមួយដែលខ្ញុំបានលើកលឡើងក្នុងទូរទសាសន៍(peace tv ហើយ ខ្ញុំតែងតែនិយាយវាលឡើងវិញដដែលៗ ថាបើសិនការញៀនគ្សាជាជំងឺ នោះ វាពិតជាជំងឺមួយដែលមានលមគោរបងេឡើយ។ វាគឺជាជំងឺតែមួយ រត់ដែលគេដាក់លក់ក្នុងដប វាជាជំងឺមួយរត់ដែលគេចុះផាយតាម កាមស្តនិងទសាសនាវដីដ។ និងតាមទូរទសាសន៍និងវិទាយុ។ វាជាជំងឺតែមួយ រត់ដែលមានប័ណណអនុញ្ញាតលក់។ ហើយវាជាជំងឺតែមួយរត់ដែលជា ចាំណូគេបស់រោធោបាលជាច្រើនទៅលើស្កលលោក។ វាជាជំងឺតែមួយ រត់ដែលបងេឱ្យមានករណីស្លាប់ដ៏កាច្សាហាវទៅលើដងផ្លូវ។ វាជាជំងឺ តែមួយរត់ដែលបាំផលាញគ្រួសារ ព្រះអល់ឡោះជាមាចាស់ដែលបង្កើតយើង</w:t>
      </w:r>
    </w:p>
    <w:p>
      <w:r/>
    </w:p>
    <w:p>
      <w:pPr>
        <w:spacing w:line="324" w:lineRule="auto" w:after="160" w:before="280"/>
        <w:jc w:val="left"/>
      </w:pPr>
      <w:r>
        <w:t>--- ទំព័រទី 74 ---</w:t>
      </w:r>
    </w:p>
    <w:p>
      <w:pPr>
        <w:spacing w:line="324" w:lineRule="auto" w:after="120" w:before="0"/>
        <w:jc w:val="left"/>
      </w:pPr>
      <w:r>
        <w:t>បានតបវិញក្នុងជំពូកទី៥/៩០ ឱបណ្ដាអ្នកមានជំនឿ! ពិតណាស់សុរា មលាបងសីសផង ការគោរពបូជារូបបដិមាងការចក់គម្ពីរទសាសន៍ទាយ វាស្នា គឺជាអំពើដ៏កខ្វក់ទនទង្វើរបស់ទស្ហតន។ ដូចនេះចូរពួកអ្នកលចៀស វាងឱ្យឆងាយពីវា សផងាឃឹមថាពួកអ្នកនឹងទទួលបានជោគជ័យយ។ វាមិនមែន ជាជំងឺទេ ក៏ប៉ុន្តែវាជាអំពើដ៏កខ្វក់ទនទង្វើរបស់ទស្ហតន។ ចូរបញាឈប់វា ទើប បានលជាកជ័យ នេះជាមូលហេតុ ហើយទៅក្នុងបណ្ដាគម្ពីរទាំងអស់ភារ ច្រើនគាំគ្ទគម្ពីរគួរអាន និងប្រសាស្ន៍របស់ ព្យាការីមូហាំម៉ាត់។ ពិត ណាស់គ្សាគឺត្រូវបានហាម។</w:t>
      </w:r>
    </w:p>
    <w:p>
      <w:r/>
    </w:p>
    <w:p>
      <w:pPr>
        <w:spacing w:line="324" w:lineRule="auto" w:after="160" w:before="280"/>
        <w:jc w:val="left"/>
      </w:pPr>
      <w:r>
        <w:t>--- ទំព័រទី 75 ---</w:t>
      </w:r>
    </w:p>
    <w:p>
      <w:pPr>
        <w:spacing w:line="324" w:lineRule="auto" w:after="120" w:before="0"/>
        <w:jc w:val="left"/>
      </w:pPr>
      <w:r>
        <w:t>សំណួរទី១៥៖ ហេតុអ្វីបានជាក្នុងឥស្លាម សាក្សីស្ត្រីពីរនាក់ស្មើនឹងសាក្សីបុរសម្នាក់?</w:t>
        <w:br/>
      </w:r>
    </w:p>
    <w:p>
      <w:r/>
    </w:p>
    <w:p>
      <w:pPr>
        <w:spacing w:line="324" w:lineRule="auto" w:after="160" w:before="280"/>
        <w:jc w:val="left"/>
      </w:pPr>
      <w:r>
        <w:t>--- ទំព័រទី 76 ---</w:t>
      </w:r>
    </w:p>
    <w:p>
      <w:pPr>
        <w:spacing w:line="324" w:lineRule="auto" w:after="120" w:before="0"/>
        <w:jc w:val="left"/>
      </w:pPr>
      <w:r>
        <w:t>បានរៀបរាប់ប្រាប់ពីការពាក់ព័ន្ធនឹងទ្រព្យស្មាបតដិតែប៉ុណ្ណោះ គ្មានអ្វីលផាស ឡើយ។ ទុកឱ្យខ្ញុំលើកឧទាហណ៍ផ្សេងដើម្បីឱ្យអ្នកយល់កាន់តែចាស់ ឧបមាថា មានគេចង់ធ្វើការវេះកាត់ជំងឺមួយ អាចជាការវេះកាត់ដ៏ធាំដុំ ជម្រើសដ៏ល្អបំផុតសម្រាប់គាត់គឺគាត់ត្រូវស្ដាប់ការមណនាំរបស់អ្នកមាន ជំនាញវេះកាត់ពីរអ្នកដើម្បីធ្នាឱ្យបានខ្ពស់ចំពោះសុវត្ថិភាពរបស់គាត់ តែបើគ្មានពីរនាក់ទេយ៉ាងហោចណាស់ត្រូវរកឱ្យបានម្នាក់។ ដែលមានប រិញ្ញាប័គ្តជាន់ខ្ពស់អ្នុបណឌិត និង គ្រូវលព្ទាយពីរនាក់មានបរិញ្ញាប័គ្តវេះ កាត់(មានបទពិលសាធវេះកាត់យូរ)។ ព្រោះគ្រូលព្ទាយបរិញ្ញាបគ្តវេះកាត់ នោះ គាត់មិនអាចធ្វើការវេះកាត់ដ៏ធាំដុំបានឡើយ ហើយអ្នកក៏មិនអាចរក លព្ទាយជំនាញខាងវេះកាត់ថានាក់បរិញ្ញាប័គ្តចំនួនបួននាក់ដែរ ល្អវាអ្នកត្រូវ មានអ្នកជំនាញពីរនាក់ដែលមានបរិញ្ញាប័គ្តជាន់ខ្ពស់អ្នុបណឌិតផ្នែកវេះ កាត់ ប្រសិនបើគ្មានអ្នកឯកទេស វេះកាត់ពីរនាក់ទេនោះ យ៉ាងលហាច ណាស់ឱ្យមានម្នាក់ និងជាំនួយការខាងវេះកាត់ពីរអ្នក។ វាគឺគស្លដៀងគ្នា និងរឿងទ្រព្យសម្បត្តិ ព្រោះក្នុងសាសនាឥស្លាម បុរសជាអ្នកទទួលខុស ត្រូវលើទ្រព្យសម្បត្តិ។ ក្នុងឥស្លាមស្ត្រីមិនទទួលខុសត្រូវលើទ្រព្យសម្បត្តិ ឡើយ។ ក្នុងឥស្លាម មុននឹងស្ត្រីរៀបការ ជាកាតព្វកិច្ចឪពុកនិងប្រុស (កាតព្វកិច្ចទទួលបន្ទុកផ្នែកលុយកាក់ចយវាយរបស់នាង)។ បន្ទាប់ពី នាងរៀបការរួច ជាកាតព្វកិច្ចបដីនិងកូនប្រុស្របស់នាងជាអ្នកទទួលបន្ទុក លើរូបនាង។ មូលហេតុដូចនេះ បុរសទៅក្នុងសង្គមឥស្លាមគឺ ទទួលបន្ទុក</w:t>
      </w:r>
    </w:p>
    <w:p>
      <w:r/>
    </w:p>
    <w:p>
      <w:pPr>
        <w:spacing w:line="324" w:lineRule="auto" w:after="160" w:before="280"/>
        <w:jc w:val="left"/>
      </w:pPr>
      <w:r>
        <w:t>--- ទំព័រទី 77 ---</w:t>
      </w:r>
    </w:p>
    <w:p>
      <w:pPr>
        <w:spacing w:line="324" w:lineRule="auto" w:after="120" w:before="0"/>
        <w:jc w:val="left"/>
      </w:pPr>
      <w:r>
        <w:t>ធ្ងន់ជាងស្ត្រីលើបញ្ហាលុយកាក់។ ហេតុនេះរាល់ការធ្វើសាក្សីពាក់ព័ន្ធនឹង លុយកាក់យើងត្រូវយកបុរសពីរនាក់។ ហើយបើគ្មានបុរសពីរនាក់ទេ គឺ ត្រូវមានបុរសម្នាក់និងស្ត្រីពីរនាក់។ ព្រោះបើមានម្នាក់ច្រឡំ ឬមានការ ខុសគង ឬមានម្នាក់លេលច ម្នាក់ទៀតជួយរំឭកវិញគឺថា។បើស្មានម្នាក់ ខុស ម្នាក់ទៀតជួយមក ក្នុងគម្ពីរគួរអានមានឃ្លាជាច្រើននិយាយពីការធ្វើ សាក្សីដោយមិនបានលើកលឡើងពីលេទឡើយ។ ដូចជាទៅក្នុងជំពូកទី៥ ឃ្លាទី១០៦-១០៨។ ឱបណ្ដាអ្នកមានជំនឿ! នៅពេលអ្នកណាម្នាក់ក្នុង ចំណោមពួកអ្នកជិតស្លាប់ពេលនោះគេចង់ធ្វើបណ្ដាំ ចូរឱ្យគេរកសាក្សីពីរ នាក់ដែលមានភាពយុត្តិធម៌ក្នុងចំណោមពួកអ្នកមូស្លីមឬពីរនាក់ផ្សេង ទៀតក្រៅពីពួកអ្នក(មិនមែនមូស្លីម)។ មិនបានកំណត់លេទឡើយ។ ទៅ ក្នុងជំពូកទី៧៥ឃ្លាទី២បានលើកលឡើងថា ហើយនៅពេលដែលពួកនាង ជិតផុតពេលកំណត់(លែងលេះលើកទី១ឬលើកទីពីរ) ចូរពួកអ្នកវិទៅ រកនាងវិញដោយសមរម្យ ឬលែងលេះគ្នាឱ្យោច់ដោយសមរម្យដែរ។ ហើយចូរពួកអ្នករកសាក្សីដ៏យុត្តិធម៌ចំនួនពីរនាក់ទៅក្នុងចំណោមពួកអ្នក។ ចូរពួកអ្នកធ្វើសាក្សីដើម្បីអល់ឡោះ។ កមនលងនេះគ្មានកំណត់លេទឡើយ។ គឺត្រូវការអ្នកយុត្តិធម៌និងសច្ចៈធម៌ប៉ុណ្ណោះ។ ក្នុងជំពូកទី២៤ឃ្លាទី ៤បានប្រាប់ថា ហើយពួកដែលចោទប្រកាន់ស្ត្រីដែលល្អបរិសុទធ បន្ទាប់ មកពួកគេមិនបាននាំមកនូវសាក្សីចំនួនបួននាក់ទេនោះ ចូរពួកអ្នកពិន័យ ពួកគេចំនួនមប តសិបរំពាត់។ សាក្សីបួននាក់ដោយមិនបានកំណត់ថា</w:t>
      </w:r>
    </w:p>
    <w:p>
      <w:r/>
    </w:p>
    <w:p>
      <w:pPr>
        <w:spacing w:line="324" w:lineRule="auto" w:after="160" w:before="280"/>
        <w:jc w:val="left"/>
      </w:pPr>
      <w:r>
        <w:t>--- ទំព័រទី 78 ---</w:t>
      </w:r>
    </w:p>
    <w:p>
      <w:pPr>
        <w:spacing w:line="324" w:lineRule="auto" w:after="120" w:before="0"/>
        <w:jc w:val="left"/>
      </w:pPr>
      <w:r>
        <w:t>ប្រុសឬស្រីឡើយ។ បន្ទាប់ពីការចោទទៅលើគេ ហើយគ្មានសាក្សីបួន នាក់ទេនោះ គឺត្រូវដាក់ទណ្ឌកម្ម។ មានឃ្លាមួយទៅក្នុងគម្ពីរគួរអានដែល</w:t>
      </w:r>
    </w:p>
    <w:p>
      <w:pPr>
        <w:spacing w:line="324" w:lineRule="auto" w:after="120" w:before="0"/>
        <w:jc w:val="left"/>
      </w:pPr>
      <w:r>
        <w:t>បញ្ជាក់ថា ស្ត្រីនិងបុរសគឺមានភាពស្មើគ្នា គឺទៅក្នុងជំពូកទី២៤ឃ្លាទី៦- ៧។ បើបុគ្គលណាម្នាក់ប្រឌិតរឿងចោទប្រកាន់ដៃរូជីវិតរបស់ខ្លួន។ បដី ប្រឌិតរឿងចោទប្រកាន់េរិយារបស់ខ្លួន ដោយគេគ្មានភស្តុតាងឬសាក្សី អ្វីនោះទេ គឺសាក្សីខ្លួនគេផ្ទាល់គឺគ្រប់គ្រាន់ហើយដោយគេត្រូវសាបងចំនួន បួនដង ហើយលើកទីប្រាំគេត្រូវដាក់បណ្ដាសាខ្លួនឯងបើគេនិយាយ កុហកនោះ ឃ្លាបន្ទាប់ពីរឃ្លាទី៦ទី៧គឺទី៨នោះ ហើយេរិយាក៏ដូច្នោះដែរ បើគ្មានសាក្សីទេនោះ គឺនាងអាចធ្វើសាក្សីដោយខ្លួនឯងបាន។ តាមរយៈ ការសាបងចំនួនបួនដង។ ហើយសាបងលើកទីប្រាំត្រូវដាក់បណ្ដាសាលើ ខ្លួនឯងប្រសិនបើនាងកុហកនោះ ដូចនេះកមនលងនេះគម្ពីរគួរអានបាន</w:t>
      </w:r>
    </w:p>
    <w:p>
      <w:pPr>
        <w:spacing w:line="324" w:lineRule="auto" w:after="120" w:before="0"/>
        <w:jc w:val="left"/>
      </w:pPr>
      <w:r>
        <w:t>បញ្ជាក់យ៉ាងច្បាស់ថា សាក្សីរបស់នារីម្នាក់ស្មើនិងសាក្សីបុរសម្នាក់ដែរ។ មផ្អកលើខ្លឹមសារនេះ អ្នកប្រាជ្ញឥស្លាមភាគច្រើនបានឯកភាពគ្នាថា ពាក់ ព័នធនឹងលុយកាក់ ប៉ុណ្ណោះដែលសាក្សីស្ត្រីពីរនាក់ស្មើនឹងសាក្សីបុរសមានា ក់។ ហើយអ្នកប្រាជ្ញឥស្លាមខ្លះទៀតថា ក្នុងករណីឃាតកមមប៉ុណ្ណោះ ព្រោះស្ត្រីអាចមានការលំបាក្នុងការបញ្ជាក់ពីការពិត ហេតុនេះពីរនាក់ ទើបស្មើនឹងបុរសម្នាក់។ ចំណែកករណីផ្សេងៗទៀតគឺសាក្សីស្ត្រីម្នាក់ស្មើនឹងសាក្សីបុរសម្នាក់។ ឧទាហណ៍ដូចជា ពេលចប់លផ្ដើមមខ្បួស នៅពេល ចាំមើលលកូនមខ្គឺយើងត្រូវការសាក្សីម្នាក់។ ហើយនៅពេលចុងមខ្គឺយើង</w:t>
      </w:r>
    </w:p>
    <w:p>
      <w:r/>
    </w:p>
    <w:p>
      <w:pPr>
        <w:spacing w:line="324" w:lineRule="auto" w:after="160" w:before="280"/>
        <w:jc w:val="left"/>
      </w:pPr>
      <w:r>
        <w:t>--- ទំព័រទី 79 ---</w:t>
      </w:r>
    </w:p>
    <w:p>
      <w:pPr>
        <w:spacing w:line="324" w:lineRule="auto" w:after="120" w:before="0"/>
        <w:jc w:val="left"/>
      </w:pPr>
      <w:r>
        <w:t>ត្រូវការសាក្សីពីរនាក់ ដោយមិនបានកំណត់ថាប្រុសឬស្រីឡើយ។ មាន ប្រទេសខ្លះថា សាក្សីត្រូវតែជាបុរស មានពុកច</w:t>
      </w:r>
    </w:p>
    <w:p>
      <w:pPr>
        <w:spacing w:line="324" w:lineRule="auto" w:after="120" w:before="0"/>
        <w:jc w:val="left"/>
      </w:pPr>
      <w:r>
        <w:t>ការ ....គឺគាត់តែម្នាក់រត់</w:t>
      </w:r>
    </w:p>
    <w:p>
      <w:pPr>
        <w:spacing w:line="324" w:lineRule="auto" w:after="120" w:before="0"/>
        <w:jc w:val="left"/>
      </w:pPr>
      <w:r>
        <w:t>ដែលអាចធ្វើសាក្សីបាន។ ហើយខ្ញុំមានភស្តុតាងចាស់ណាស់ គឺរិយា របស្មូហាំម៉ាត់(អ្នកនាំសាររបស់ព្រះអល់ឡោះ) ដែលបានរាយកាណ៍ ពីរសូលុលលេះចំនួន២២១០ហាទីស។ ហើយគាត់ជាសាក្សីតែម្នាក់ រត់ ហេតុនេះ២២១០ហាទីស្ត្រឹមត្រូវដែលជាមូលោធានគ្រឹះ របស់ឥសាលា ម។ គឺសាក្សីស្ត្រីម្នាក់រត់ដែលជោរិយារបស់មូហាំម៉ាត់លោកស្រីអាអុី ស្ហេះ។ នេះគឺមានន័យថា សាក្សីស្ត្រីម្នាក់ស្មើនឹងសាក្សីបុរសម្នាក់ ហើយ មានករណីខ្លះ ដូចលុយកាក់មួយចំនួន ដែលបុរសមានអាទិភាពជាង ស្ត្រី។ ហើយមានពេលខ្លះទៀតគេទទួលស្គាល់សាក្សីរបស់ស្ត្រី ហើយគេ មិនទទួលស្គាល់សាក្សីរបស់បុរស។ ឧទាហណ៍ដូចជា នៅពេលោង ស្ត្រីមុស្លីមេះ គឺត្រូវតែមានសាក្សីជាស្ត្រី បុរសមិនអាចធ្វើសាក្សីបាន ឡើយ។ ក្រៅពីនោះជាទូទៅនៅពេលោងស្ត្រី គឺត្រូវមានសាក្សីស្ត្រី មិនមែនបុរសទេ។</w:t>
      </w:r>
    </w:p>
    <w:p>
      <w:r/>
    </w:p>
    <w:p>
      <w:pPr>
        <w:spacing w:line="324" w:lineRule="auto" w:after="160" w:before="280"/>
        <w:jc w:val="left"/>
      </w:pPr>
      <w:r>
        <w:t>--- ទំព័រទី 80 ---</w:t>
      </w:r>
    </w:p>
    <w:p>
      <w:pPr>
        <w:spacing w:line="324" w:lineRule="auto" w:after="120" w:before="0"/>
        <w:jc w:val="left"/>
      </w:pPr>
      <w:r>
        <w:t>សំណួរទី១៦៖ ហេតុអ្វីបានជាស្ត្រីទទួលបានកេរមរតកពាក់កណ្ដាលនៃបុរស?</w:t>
        <w:br/>
      </w:r>
    </w:p>
    <w:p>
      <w:r/>
    </w:p>
    <w:p>
      <w:pPr>
        <w:spacing w:line="324" w:lineRule="auto" w:after="160" w:before="280"/>
        <w:jc w:val="left"/>
      </w:pPr>
      <w:r>
        <w:t>--- ទំព័រទី 81 ---</w:t>
      </w:r>
    </w:p>
    <w:p>
      <w:pPr>
        <w:spacing w:line="324" w:lineRule="auto" w:after="120" w:before="0"/>
        <w:jc w:val="left"/>
      </w:pPr>
      <w:r>
        <w:t>បីទនមរតកនោះ។ ហើយប្រសិនបើស្ពមានតែកូនស្រីម្នាក់គឺនាងទទួល បានពាក់កណ្តាល។ តើអ្វីទៅដែលអ្នកបនាសល់ទុកសម្រាប់ឪពុកម្តាយ របស់អ្នក។ ហើយចំពោះឪពុកម្តាយទនស្ពវិញម្នាក់ៗត្រូវទទួលបានមួយ ភារប្រាំមួយទនមរតក ប្រសិនបើស្ពនោះមានកូន។ តែប្រសិនបើស្ព នោះគ្មានកូនទេគឺឪពុកម្តាយជាអ្នកទទួលមរតកនោះទាំងស្រុង ដោយ មាយស្ពទទួលបានមួយភារបី។ តែប្រសិនបើស្ពនោះមានបងបអូន ចប់ពីពីរនាក់លឡើងទៅ គឺមាយស្ពទទួលបានមួយភារប្រាំមួយ។ ឃ្លាទី ១២បានប្រាប់ថាៈ តើចំនួនប៉ុន្មានដែលប្រពន្ធរបស់អ្នកបនាសល់ទុកឱ្យអ្នក បន្ទាប់ពីនាងស្លាប់ទៅហើយនោះ ហើយសម្រាប់ពួកអ្នក(ជាបដី) ត្រូវ ទទួលបានពាក់កណាដាទេនមរតកដែលេរិយាៗរបស់ពួកអ្នកបនាសល់ទុក ប្រសិនបើពួកនាងគ្មានកូន។ តែបើពួកនាងមានកូនវិញ គឺពួកអ្នកទទួល បានមួយភារបួនពីមរតកដែលពួកនាងបានបនាសល់ទុក។ ចំណែកអ្វី ដែលអ្នកបនាសល់ទុកសម្រាប់េរិយារបស់អ្នកវិញៈ ហើយពួកនាង(ជោរិយា)វិញត្រូវទទួលបានមួយភារបួនពីមរតកដែលពួកអ្នក(បដី)បាន បនាសល់ទុកប្រសិនបើពួកអ្នកគ្មានកូនទេនោះ។ តែបើពួកអ្នកមានកូនវិញ គឺពួកនាងទទួលបានមួយភារប្រាំបីប៉ុណ្ណោះពីមរតកដែលពួកអ្នកបាន បនាសល់ទុកនោះ។ កុំគច្បូកគច្បល់ បើអ្នកមិនដឹងនោះ ចូរអ្នកទៅផ្ទេះរបស់ អ្នកហើយបើកគម្ពីរគួរអានមើលល បើមិនយល់ភាសាអារ៉ាប់ អានគម្ពីរបក មប្រ ទៅជំពូកអាន់នីសាក ទី៤ ឃ្លាទី១១-១២ ជាទូទៅខ្ញុំឯកភាពនិងអ្នក</w:t>
      </w:r>
    </w:p>
    <w:p>
      <w:r/>
    </w:p>
    <w:p>
      <w:pPr>
        <w:spacing w:line="324" w:lineRule="auto" w:after="160" w:before="280"/>
        <w:jc w:val="left"/>
      </w:pPr>
      <w:r>
        <w:t>--- ទំព័រទី 82 ---</w:t>
      </w:r>
    </w:p>
    <w:p>
      <w:pPr>
        <w:spacing w:line="324" w:lineRule="auto" w:after="120" w:before="0"/>
        <w:jc w:val="left"/>
      </w:pPr>
      <w:r>
        <w:t>ដែលថា ក្នុងករណីជាច្រើនគឺស្ត្រីទទួលបានពាក់កណាដាទេនបុរស។ ហើយមានករណីផ្សេងទៀត ស្ត្រីនិងបុរសទទួលបានចំនួនស្មើគ្នា ដូច បានលើកលឡើងអុីចឹង ប្រសិនបើបុគ្គលម្នាក់ស្លាប់ហើយគាត់មានកូន ប្រុស គឺឪពុកនិងមាយទទួលបានមួយភារប្រាំមួយស្មើគ្នា។ ឬក៏ ប្រសិនបើអ្នកស្លាប់នោះ ហើយគាត់គ្មានកូន តែគាត់មានបងបអូនប្រុស ស្រី ពួកគេទាំងពីរទទួលបានមួយភារប្រាំមួយ។ មានករណីខ្លះស្ត្រី ទទួលបានលើស្ពីបុរស។ បើស្ត្រីម្នាក់ស្លាប់ហើយនាងគ្មានកូន តែនាង មានបដីនិងឪពុកម្តាយ បដីទទួលមរតកពាក់កណ្តាល មាយទទួលមរតក មួយភារបី ឪពុកទទួលបានមួយភារប្រាំមួយ គឺមានន័យថា មាយទទួល បានច្រើនជាងឪពុកទេវដង។ ប៉ុន្តែករណីនេះវាកគ្មណាស់។ ខ្ញុំស្របនឹង អ្នកដែលថា ជាទូទៅស្ត្រីទទួលមរតកបានពាក់កណាដាទេនបុរសនោះ ប្រសិនបើកូនប្រុស្និងកូនស្រី កូនប្រុស្ទទួលបានទេវដងពីអ្វីដែលកូន ស្រីទទួលបាននោះ បើបដីប្រពន្ធវិញ បដីទទួលបានទេវដងពីអ្វីដែលេរិយា ទទួលបាននោះ។ខ្ញុំយល់ស្របនិងអ្នក តើអ្វីទៅជាមូលហេតុដែលស្ម ហេតុផលនោះ? មូលហេតុវាដូចខ្ញុំបានបញ្ជាក់ពីមុនអុីចឹង គឺក្នុងឥស្លាម បុរសជាអ្នកទទួលបន្ទុកផ្នែកទ្រព្យសម្បត្តិ។ ព្រោះតែរឿងនេះវាពាក់ព័ន្ធ នឹងស្ត្រី មុននាងរៀបការ គឺឪពុកនិងបងបអូនប្រុស្របស់នាងជាអ្នកទទូល បន្ទុកលើនាង។ ហើយបន្ទាប់ពីរៀបការរួច្បដីនិងកូនជាអ្នកទទួលបន្ទុក លើនាង។ ត្រូវផ្ដល់ឱ្យនាងនូវកមនលងសានាក់ទៅ សម្លៀកបាំពាក់ ការហូប</w:t>
      </w:r>
    </w:p>
    <w:p>
      <w:r/>
    </w:p>
    <w:p>
      <w:pPr>
        <w:spacing w:line="324" w:lineRule="auto" w:after="160" w:before="280"/>
        <w:jc w:val="left"/>
      </w:pPr>
      <w:r>
        <w:t>--- ទំព័រទី 83 ---</w:t>
      </w:r>
    </w:p>
    <w:p>
      <w:pPr>
        <w:spacing w:line="324" w:lineRule="auto" w:after="120" w:before="0"/>
        <w:jc w:val="left"/>
      </w:pPr>
      <w:r>
        <w:t>ចុក និងរាល់កិច្ចការណាដែលពាក់ព័ន្ធនឹងលុយកាក់។ ដូចនេះស្ត្រីមិន ចាំបាច់ធ្វើការ រដើម្បីរកប្រាក់មកផ្គាត់ផ្គង់ជីវិតរបស់នាងឡើយ។ លយាង តាមខ្លឹមសារនេះ ព្រះអល់ឡោះជាមាចាស់ដែលដាក់ការបែងចែកមរតក នេះ។ ទុកឱ្យខ្ញុំលើកឧទាហណ៍មួយប្រាប់អ្នក ឧបមាថា មានបុរសម្នាក់ ស្លាប់ ហើយគាត់បនាសល់មរតកចំនួន១៥០០០០ឌីរហាំ។ ហើយគាត់ មានកូនប្រុសម្នាក់កូនស្រីម្នាក់។ គឺបន្ទាប់ពីមច្កមរតកឱ្យេរិយានិងសាច់ ញាតិរួច បើទៅស្ល់១៥០០០០ឌីរហាំ ដើម្បីមច្កឱ្យកូនប្រុស្និងកូន ស្រី កូនប្រុស្នឹងទទួលបាន១០០០០០ឌីរហាំ ហើយកូនស្រីទទួលបាន ៥០០០០ឌីរហាំ ឥឡូវខ្ញុំសួរអ្នកមួយថា តើអ្នកចង់ទៅកមនលងកូនប្រុស ដែលទទួលបាន១០០០០០ឌីរហាំនោះទេ? ហើយអ្នកប្រហែលជា ចាំណាយទាំងអស់៨០% ឬ៩០%លើគ្រួសាររបស់អ្នកអំពីមរតកដែលអ្នក ទទួលបាន ពីព្រោះអ្នកជាបងប្រុស្ហេតុនេះអ្នកត្រូវទទួលបន្ទុក្នុងគ្រួ សារ។ ឬក៏អ្នកចង់ទៅកមនលងកូនស្រីដែលទទួលបាន៥០០០០ឌីរហាំ ហើយអ្នករក្សាទុក សម្រាប់ខ្លួនឯងទាំងអស់ដោយមិនចាំណាយទៅលើ នរណាម្នាក់ឡើយ? ជាធតែអ្នកពិតជាចង់យក៥០០០០ឌីរហាំ ហើយ អ្នកមិនត្រូវចាំណាយលើនរណាម្នាក់ឡើយ។ ដើម្បីលចៀស្ពីយក ១០០០០០ឌីរហាំ តែចាំណាយវិញទាំងអស់៨០%ឬ៩០%ឬ១០០%ដើម្បី</w:t>
      </w:r>
    </w:p>
    <w:p>
      <w:pPr>
        <w:spacing w:line="324" w:lineRule="auto" w:after="120" w:before="0"/>
        <w:jc w:val="left"/>
      </w:pPr>
      <w:r>
        <w:t>ផ្គាត់ផ្គង់លើគ្រួសាររបស់អ្នកនោះ។ នេះជាមូលហេតុ.....ហើយអល់ឡោះ</w:t>
      </w:r>
    </w:p>
    <w:p>
      <w:pPr>
        <w:spacing w:line="324" w:lineRule="auto" w:after="120" w:before="0"/>
        <w:jc w:val="left"/>
      </w:pPr>
      <w:r>
        <w:t>ទ្រង់ពិតជាមានភាពយុត្តិធម៌បំផុត។ ប្រសិនបើមច្កមរតកឱ្យគេទាំងពីរ</w:t>
      </w:r>
    </w:p>
    <w:p>
      <w:r/>
    </w:p>
    <w:p>
      <w:pPr>
        <w:spacing w:line="324" w:lineRule="auto" w:after="160" w:before="280"/>
        <w:jc w:val="left"/>
      </w:pPr>
      <w:r>
        <w:t>--- ទំព័រទី 84 ---</w:t>
      </w:r>
    </w:p>
    <w:p>
      <w:pPr>
        <w:spacing w:line="324" w:lineRule="auto" w:after="120" w:before="0"/>
        <w:jc w:val="left"/>
      </w:pPr>
      <w:r>
        <w:t>នាក់ស្មើគ្នា គឺចាំបាច់បំផុតមកលើរូបខ្ញុំត្រូវតែនិយាយពីសិទធិបុរសក្នុង សាសនាឥស្លាម។ បន្ទាប់មកបុរសពិតជាមានការជំទាស់ជាមិនខាន តើ នេះជាសាសនាអ្វី! ដាក់បន្ទុកគ្រួសារមកលើយើង ហើយនៅពេទេទួល មរតក! ទទួលបានចំនួនស្មើគ្នា! ព្រះអល់ឡោះទ្រង់ជាមាចាស់ផ្ដល់ យុត្តិធម៌ដល់យើងទាំងអស់គ្នា ទ្រង់មានបន្ទូលក្នុងជំពូកអាន់នីសាក ទី៤ ឃ្លាទី៤០ថាៈ ពិតណាស់អល់ឡោះទ្រង់មិនបាំពានលើអ្នកណាម្នាក់ ឡើយសូម្បីល្អិតបុនលម្អងធូលី។</w:t>
      </w:r>
    </w:p>
    <w:p>
      <w:r/>
    </w:p>
    <w:p>
      <w:pPr>
        <w:spacing w:line="324" w:lineRule="auto" w:after="160" w:before="280"/>
        <w:jc w:val="left"/>
      </w:pPr>
      <w:r>
        <w:t>--- ទំព័រទី 85 ---</w:t>
      </w:r>
    </w:p>
    <w:p>
      <w:pPr>
        <w:spacing w:line="324" w:lineRule="auto" w:after="120" w:before="0"/>
        <w:jc w:val="left"/>
      </w:pPr>
      <w:r>
        <w:t>សំណួរទី១៧៖ ហេតុអ្វីបានជាមូស្លីមមានជំនឿចំពោះថ្ងៃបរលោក (អាឃីរ៉ាត់)?</w:t>
        <w:br/>
      </w:r>
    </w:p>
    <w:p>
      <w:r/>
    </w:p>
    <w:p>
      <w:pPr>
        <w:spacing w:line="324" w:lineRule="auto" w:after="160" w:before="280"/>
        <w:jc w:val="left"/>
      </w:pPr>
      <w:r>
        <w:t>--- ទំព័រទី 86 ---</w:t>
      </w:r>
    </w:p>
    <w:p>
      <w:pPr>
        <w:spacing w:line="324" w:lineRule="auto" w:after="120" w:before="0"/>
        <w:jc w:val="left"/>
      </w:pPr>
      <w:r>
        <w:t>ធ្វើការវិភារ គឺយើងអាចសន្និដ្ឋានបានថាប្រហែលជា៨០%ក្នុងគម្ពីរួរ អានបាននិយាយអំពីវិទាសាសាស្ត្រ។ ហើយបញ្ជាក់ថាវាត្រឹមត្រូវ១០០% ហើយមាន២០%ទៅមិនទាន់ចាស់ គឺយើងមិនទាន់ដឹងទេថា តើវាត្រឹម ត្រូវឬមិនត្រឹមត្រូវ នៅពេលដែល៨០%ក្នុងគម្ពីរគួរអានបានបញ្ជាក់ថា ត្រឹមត្រូវ១០០%តាមការសិកាស្រាវជ្រាវរបស់វិទាសាស្រស្ត ហើយ២០% ទៀតមិនទាន់បានបញ្ជាក់ ហើយក្នុង២០%នេះក៏មិនទាន់មានចំណុច ណាមួយដែលបញ្ជាក់ថាខុសនោះដែរ។ តកេភាពបាននិយាយនៅពេល ដែល៨០%ត្រឹមត្រូវយ៉ាងលព្ញលលញ ពិតណាស់តកេភាពក៏និយាយថា ២០%ទៀត ក៏ត្រឹមត្រូវដែរ អិនសាហាអល់ឡោះ។ ដូចនេះវាជាជំនឿដ៏ស្ម ហេតុផលបំផុតមិនមែនជាជំនឿអវិជ្ជានោះទេ។ នេះជាវិធីមួយបញ្ជាក់ពី ថ្ងៃបរលោក។ វីធីផ្សេងទៀតដើម្បីបញ្ជាក់ពីថ្ងៃបរលោកនោះ គឺជាសំណួរទូ ទៅ គឺថាតើអំពើចោរកម្មជាទង្វើល្អឬអាក្រក់? ហើយខ្ញុំចង់សួរអ្នកទាំងអស់គ្នាដែលមានវតតមានទៅទីនេះថា តើអំពើចោរកម្មជាទង្វើល្អ</w:t>
      </w:r>
    </w:p>
    <w:p>
      <w:pPr>
        <w:spacing w:line="324" w:lineRule="auto" w:after="120" w:before="0"/>
        <w:jc w:val="left"/>
      </w:pPr>
      <w:r>
        <w:t>ឬអាក្រក់? ؟ល្អឬអាក្រក់ អាក្រក់ ល្អឬអាក្រក់? អាក្រក់ អាក្រក់...</w:t>
      </w:r>
    </w:p>
    <w:p>
      <w:pPr>
        <w:spacing w:line="324" w:lineRule="auto" w:after="120" w:before="0"/>
        <w:jc w:val="left"/>
      </w:pPr>
      <w:r>
        <w:t>នរណាគិតថា អំពើចោរកម្មជាទង្វើល្អ ចូរលើកដៃ អ្ត់មាននរណាម្នាក់ទេ មានាសាហាអល់ឡោះ អ្នកមានវតតទៅទីនេះច្រើនណាស់ប្រហែលជាលើស្ពី ៥០០០០នាក់ទៅទៀត ហើយគ្មាននរណាម្នាក់គិតថាអំពើចោរកម្មជាទ លងវើល្អ ខ្ញុំនិងព្យាយាមធ្វើជាបុគ្គលផ្សេង ឧបមានថាៈ ខ្ញុំជាមនុស្សមាន ហេតុផល និងមានការសិកាស្រាវជ្រាវ ហើយខ្ញុំធ្វើដូចជាអ្នកមិនមែន</w:t>
      </w:r>
    </w:p>
    <w:p>
      <w:r/>
    </w:p>
    <w:p>
      <w:pPr>
        <w:spacing w:line="324" w:lineRule="auto" w:after="160" w:before="280"/>
        <w:jc w:val="left"/>
      </w:pPr>
      <w:r>
        <w:t>--- ទំព័រទី 87 ---</w:t>
      </w:r>
    </w:p>
    <w:p>
      <w:pPr>
        <w:spacing w:line="324" w:lineRule="auto" w:after="120" w:before="0"/>
        <w:jc w:val="left"/>
      </w:pPr>
      <w:r>
        <w:t>មូស្លីម ធ្វើដូចជាអ្នកគ្មានសាសនា ហើយខ្ញុំអះអាងថាខ្ញុំជាមនុស្សមាន ហេតុផលម្នាក់ និងជាអ្នកសិកាស្រាវជ្រាវ ហើយខ្ញុំប្រាប់ថា អំពើចោរកម្ម ជាទង្វើល្អ។ លជឿខ្ញុំចុះ ខ្ញុំជាមនុស្សមានហេតុផលម្នាក់ និងជាអ្នកសិកា ស្រាវជ្រាវ ហើយខ្ញុំថា អំពើចោរកម្មជាទង្វើដ៏ល្អមួយ ហើយខ្ញុំក៏ពេញចិត្ត នឹងអំពើលចរកមែនេះដែរ ហើយខ្ញុំផ្ដល់ឱកាសឱ្យអ្នកទាំងអស់គ្នាដែល មានចំនួនជាង៥០ពាន់នាក់នេះ ខ្ញុំផ្ដល់ឱកាសឱ្យពួកអ្នកទាំងអស់គ្នា ដើម្បីបញ្ជាក់ប្រាប់ខ្ញុំថា តើអំពើចោរកម្មវាខុសត្រង់ណា ពេលនោះខ្ញុំនឹង ឈ្ប់ភាលាម។ ខ្ញុំបានប្រាប់អ្នករួច្ហើយថា ខ្ញុំជាមនុស្សមានហេតុផលម្នាក់ និងជាអ្នកសិកាស្រាវជ្រាវ ចូរផ្តល់មូលហេតុដែលសមហេតុផលតែមួយ បានហើយ។ ហេតុអ្វីបានជាអំពើលចរកមែនាំមកនូវគ្រោះថ្នាក់ដល់រូបខ្ញុំ ដើម្បីឱ្យបញាឈប់វា ខ្ញុំនឹងប្រាប់អ្នកថា អំពើចោរកម្មានផ្លផលប្រយោជន៍អ្វី ខ្លះ បើខ្ញុំលួចពួកគាត់ ខ្ញុំអាចទៅហូបអាហារលពើរ៉យា បានី(អាហារទៅ ឥណាឌា) ហើយខ្ញុំអាចទៅសានាក់ទៅស្ណាឋាគរផកាយប្រាំ លុយស្រួលៗខ្ញុំ រកបានដោយស្រួល ចូរពួកអ្នកប្រាប់ខ្ញុំមកតើហេតុអ្វីបានជាអំពើចោរកម្ម ជាទង្វើមិនល្អសម្រាប់ខ្ញុំ? មិនចាំបាច់ឱ្យ១០ឬ២០មូលហេតុទេ ផ្តល់ មូលហេតុដែលសមហេតុផលតែមួយបានហើយ ហេតុអ្វីបានជាអំពើ ចោរកម្ម មិនល្អសម្រាប់ខ្ញុំ ដើម្បីឱ្យខ្ញុំឈ្ប់ធ្វើលចរ! តើមាននរណាម្នាក់ អាចប្រាប់ពីមូលហេតុបានអ្ត់? បាទ! បអូនប្រុស បើសិនជាខ្ញុំលួចពី នរណាម្នាក់ សុំនិយាយឱ្យខ្លាំងៗបន្តិច្បានទេ? ល្អណាស់ បអូននោះគាត់</w:t>
      </w:r>
    </w:p>
    <w:p>
      <w:r/>
    </w:p>
    <w:p>
      <w:pPr>
        <w:spacing w:line="324" w:lineRule="auto" w:after="160" w:before="280"/>
        <w:jc w:val="left"/>
      </w:pPr>
      <w:r>
        <w:t>--- ទំព័រទី 88 ---</w:t>
      </w:r>
    </w:p>
    <w:p>
      <w:pPr>
        <w:spacing w:line="324" w:lineRule="auto" w:after="120" w:before="0"/>
        <w:jc w:val="left"/>
      </w:pPr>
      <w:r>
        <w:t>ថា ប្រសិនបើខ្ញុំយករបស់នរណាម្នាក់ គឺខ្ញុំយករបស់គេ។ បាទខ្ញុំយល់ ស្របជាមួយអ្នក តែអ្នកដែលខាតគឺគាត់ មិនមែនខ្ញុំទេ ខ្ញុំទទួលបានផ្ល ផលប្រយោជន៍ ខ្ញុំយល់ស្របជាមួយអ្នក អ្វីដែលខ្ញុំប្រាប់អ្នកនោះ គឺ វាបញ្ជាក់ ប្រាប់ខ្ញុំថា ហេតុអ្វីបានជាវាអាក្រក់ចំពោះខ្ញុំ? ជាធតែ វាអកុសល ហើយសម្រាប់អ្នកដែលគេលួចរបស់គាត់នោះ អ្វីដែលខ្ញុំប្រាប់អ្នកនោះគឺ តើអ្នកធ្វើដូចម្តេចដើម្បីបញ្ជាក់ប្រាប់ខ្ញុំថា លួចមិនល្អទេសម្រាប់ខ្ញុំ? ខ្ញុំជា មនុស្សមានហេតុផល និងមានចំណេះដឹងម្នាក់ ខ្ញុំយល់ស្របជាមួយអ្នក ដែលថា វាជាអកុសលសម្រាប់អ្នកដែលគេក់លួចរបស់គាត់នោះ ប្រាប់ ខ្ញុំមក វាមិនល្អសម្រាប់ខ្ញុំត្រង់ណា ដើម្បីខ្ញុំនឹងឈ្ប់ធ្វើលចរ បាទ! សូមឱ្យ ខ្លាំងបន្តិច ប្រសិនបើគេលួចអ្នកតើអ្នកពេញចិត្តមដឬទេ? ល្អៗ បអូន ខ្ញុំជា ក្រុមា ាហវយា ាដ៏ធាំមួយ ខ្ញុំមានអង្គរក្សផ្ទាល់ខ្លួន១០០នាក់ទៅខាងក្រោយ លវទិកានេះ ខ្ញុំជាក្រុមលចរជំនាញមិនមែនជាលចរស្ទើរៗឡើយ សម្រាប់ លចរស្ទើរវាអាចមិនល្អសម្រាប់គេក្នុងការលួចអ្នកដទទ តែខ្ញុំជាក្រុមា ាហវ យា ាដ៏ធាំមួយ ខ្ញុំមានអង្គរក្សច្រើនជាង១០០នាក់ប្រោប់អាវុធអាការ៤៧ ដើមគ្រប់ដៃ ខ្ញុំជាមនុស្សមានហេតុផល និងមានចំណេះដឹងម្នាក់ ហើយខ្ញុំ ជាលចរជំនាញ ចំពោះលចរងមីលថាមាងវាអាចមិនល្អ ព្រោះអ្នកផ្សេងនឹងលួចប នដពីគេវិញ ដូចនេះ ហេតុអ្វីបានជាអំពើចោរកម្មិនល្អសម្រាប់ខ្ញុំ បាទ! បអូន សួរស្ដី ខ្ញុំឈ្មោះណាឌីម ហេតុអ្វីបានជាអំពើចោរកម្មិនល្អសម្រាប់ខ្ញុំ? ព្រោះអ្នកជាបុគ្គល្អាក្រក់សម្រាប់អ្នកដទទ ខ្ញុំជាមនុស្សអាក្រក់សគ្មបា់</w:t>
      </w:r>
    </w:p>
    <w:p>
      <w:r/>
    </w:p>
    <w:p>
      <w:pPr>
        <w:spacing w:line="324" w:lineRule="auto" w:after="160" w:before="280"/>
        <w:jc w:val="left"/>
      </w:pPr>
      <w:r>
        <w:t>--- ទំព័រទី 89 ---</w:t>
      </w:r>
    </w:p>
    <w:p>
      <w:pPr>
        <w:spacing w:line="324" w:lineRule="auto" w:after="120" w:before="0"/>
        <w:jc w:val="left"/>
      </w:pPr>
      <w:r>
        <w:t>អ្នកដទទ។ ខ្ញុំយល់ស្រប កូនប្រុស! ហេតុអ្វីវាអាក្រក់សម្រាប់ខ្ញុំ? ខ្ញុំឯក ភាពតាមយោបល់អ្នក លោកនឹងមានកេរ្តិ៍ឈ្មោះអាក្រក់ លករត៍ឈ្មោះខ្ញុំ? លករត៍ឈ្មោះខ្ញុំល្អណាស់ ហេតុអ្វីវានឹងក្លាយជាអាក្រក់? ខ្ញុំប្រាប់អ្នក កេរ្តិ៍ ឈ្មោះអាក្រក់វាគ្មានបញ្ហាឡើយ ដរាបណាខ្ញុំទទួលផ្លផលប្រយោជន៍ពីការ លួចបលន់នោះ។ នៅពេលខ្ញុំលួចប្រាក់នរណាម្នាក់បានដប់មុនឌៀរហាំ ខ្ញុំ អាចទៅសានាក់ទៅស្ណាឋាគរផកាយប្រាំ ខ្ញុំអាចទៅមើលលភាពយនដ ខ្ញុំអាចរក កមនលងកមានតស្បាយ ហើយខ្ញុំអាចហូបាយលពើរ៉យា បានី។ ខ្ញុំរកលុយ បានដោយស្រួលៗ មនុស្សភាគច្រើនមិនអាចរកបានឡើយ។ សម្រាប់ខ្ញុំ ប្រាក់រកបាន យណាស់ គឺការលួចបលន់ជារឿង យស្រួលបំផុត។ នរណាក៏ដោយ? អ្នកខ្លះនិយាយថាៈ ប៉ូលិសនឹងចប់ខ្ញុំ ប៉ូលិសមិនអាច ចប់ខ្ញុំបានឡើយព្រោះខ្ញុំសូកលុយពួកគាត់។ រដឋមស្រនដីខ្លះទៅក្រោយាមឱវាទ ខ្ញុំ ប៉ូលិសក៏ដូច្នោះដែរ ព្រោះខ្ញុំជាក្រុមលចរជំនាញ។ ខ្ញុំជាក្រុមា ាហវយា ា មានប្រទេជាច្រើន អាចគ្រប់គ្រងមស្រនដីនិងប៉ូលិសបានតាមរយៈការសូក បាន បាន់ ឬអំពើពុករលួច។ ដូចនេះ ទោះជាអ្នកផ្ដល់ចម្លើយយ៉ាងណាក៏ដោយ គឺគ្មានផ្លូវឡើយ ហើយខ្ញុំធ្លាប់ធ្វើការសាកល្បងរួច្ហើយ ជាមួយមហាជន ច្រើនជាងនេះទៅទៀត ប្រាំម៉ឺននាក់ឬមួយមស្ននាក់ គឺគ្មាននរណាម្នាក់ អាចផ្ដល់ចម្លើយបានសមហេតុផលឡើយ។ ក្នុងនាមខ្ញុំមិនមែនជាមូស្លីម ខ្ញុំមិនមែនមូស្លីម តែខ្ញុំជាមនុស្សហេតុផលខ្លាំងណាស់ ខ្ញុំមានជំនឿខ្លាំង ណាស់ចំពោះចំណេះដឹង។ គ្មាននរណាម្នាក់អាចប្រាប់ខ្ញុំបានឡើយថា</w:t>
      </w:r>
    </w:p>
    <w:p>
      <w:r/>
    </w:p>
    <w:p>
      <w:pPr>
        <w:spacing w:line="324" w:lineRule="auto" w:after="160" w:before="280"/>
        <w:jc w:val="left"/>
      </w:pPr>
      <w:r>
        <w:t>--- ទំព័រទី 90 ---</w:t>
      </w:r>
    </w:p>
    <w:p>
      <w:pPr>
        <w:spacing w:line="324" w:lineRule="auto" w:after="120" w:before="0"/>
        <w:jc w:val="left"/>
      </w:pPr>
      <w:r>
        <w:t>ហេតុអ្វីបានជាចោរកម្មជាអំពើអាក្រក់ គេនឹងសម្លាប់ខ្ញុំឬ? ខ្ញុំមានអង្គរក្ស អង្គរក្សខ្ញុំនឹងសម្លាប់អ្នកមុននឹងអ្នកសម្លាប់ខ្ញុំ បាទបអូន ខ្ញុំគិតថាអ្វីដែល អាក្រក់ចំពោះអ្នកនោះគឺ នៅពេលដែលអ្នកចប់ផ្តើមលួច អ្នកនឹងប្រមូល ទ្រព្យជាច្រើន ល្អណាស់ ទ្រព្យទាំងនោះ នឹងធ្វើឱ្យអ្នកបារមភក្នុងការមង រក្សាវានឹងធ្វើឱ្យអ្នកលដកមិនលក់ វានឹងធ្វើឱ្យគ្រួសាររបស់អ្នកមាន គ្រោះថ្នាក់រហូត អ្នកនឹងបាតបង់សុវត្ថិភាព ហើយនៅពេលអ្នកបាត់បង់វា គឺអ្នកបាត់បង់អ្វីៗទាំងអស់។ បងប្រុស្គាត់ថាៈ ប្រសិនបើខ្ញុំមានទ្រព្យ សម្បត្តិច្រើន គឺខ្ញុំពិបាករក្សាវាណាស់ តែទៅទីនេះមានអ្នកមានទ្រព្យ សម្បត្តិស្ដុកស្ដមភ ច្រើនណាស់ តើពិបានរក្សាទុកវាមែនទេ? គឺស្រួល បំផុតព្រោះមានធនាគារច្រើនណាស់ ហេតុអ្វី? ខ្ញុំមិនទុក្នុងហាឡាល របស់ខ្ញុំ ដូចអ្នកដឹងគ្សាប់ហើយឥឡូវមានវីហាកាតទៀតផផង។</w:t>
      </w:r>
    </w:p>
    <w:p>
      <w:pPr>
        <w:spacing w:line="324" w:lineRule="auto" w:after="120" w:before="0"/>
        <w:jc w:val="left"/>
      </w:pPr>
      <w:r>
        <w:t>ហើយគេមានសៀវភៅមស្កទៀតផផង។ សម្រាប់អ្នក ព្រោះអ្នកគ្មានទ្រព្យ សម្បត្តិច្រើន។ នៅពេលអ្នកមានលុយចំនួន១០០០ឌៀរហាំ អ្នកពិតជា បារមភព្រោះខ្លាច្បាត់វា ឱទាហរណ៍ខ្ញុំជាមហាសេដ្ឋី ធនាគារទាំងនោះ មានសុវតតិភាពណាស់សម្រាប់ខ្ញុំ ប្រសិនជាខ្ញុំ ផ្ញើទុកវាក្នុងធនាគារ លើស ពីនេះ ទៅមានចាំលណញនិងផលប្រយោជន៍ជាច្រើន បអូនប្រសុចំពោះអ្នកមាន ចាំណូលតិច្គឺគេពិបានទុកណាស់ប្រាក់ចំនួន១០០០ឌៀរហាំនោះ តែ ចំពោះខ្ញុំវិញ ជាសេដ្ឋី ប៉ុន្តែជាងមីមដងទៀត អ្នកនឹងគ្ពួយបារមភព្រោះ ធនាគារអាចកាស័យធន ដោយសារសេដ្ឋកិច្ចអ្ត់លដើរ ឬបញ្ហាដែលស្រដៀង</w:t>
      </w:r>
    </w:p>
    <w:p>
      <w:r/>
    </w:p>
    <w:p>
      <w:pPr>
        <w:spacing w:line="324" w:lineRule="auto" w:after="160" w:before="280"/>
        <w:jc w:val="left"/>
      </w:pPr>
      <w:r>
        <w:t>--- ទំព័រទី 91 ---</w:t>
      </w:r>
    </w:p>
    <w:p>
      <w:pPr>
        <w:spacing w:line="324" w:lineRule="auto" w:after="120" w:before="0"/>
        <w:jc w:val="left"/>
      </w:pPr>
      <w:r>
        <w:t>នេះ ហើយនេះ ជាការធតែ ការខាតបង់នេះ វាអាចកើតឡើង។ មិត្ត យើងគាត់ថាៈ បើខ្ញុំផ្ញើប្រាក់ក្នុងធនាគារ គឺអាចខាតបង់ព្រោះ សេដ្ឋកិច្ច អ្ត់លដើរ គ្មានបញ្ហាឡើយសម្រាប់ធនាគារទាំងនោះ អ្វីដែលអ្នកមិនដឹង នោះគឺ ទោះបីមានករណីខាតបង់ដោយសាសេដ្ឋកិច្ចអ្ត់លដើរក៏ដោយ ការ រក្សាប្រាក់មិនមែនមានតែក្នុងធនាគារនោះទេ តែអ្នកអាចរក្សាប្រាក់ជា ទ្រព្យក៏បាន ឬសាច់ប្រាក់ផ្ទាល់តែតែង វាជាជម្រើសតែមួយរត់ដែលខ្ញុំ ប្រាប់អ្នក។ អ្នកអាចចូលភារហុននិងអ្វីគ្រប់យ៉ាង ហើយទោះបីជាលស្ដធ កិច្ចអ្ត់លដើរក៏វានិងមានថ្ងៃលឡើងវិញដែរ ទ្រព្យសម្បត្តិវាអាចធ្លាក់ចុះតែវាក៏ អាចលឡើងវិញដែរ វានឹងលឡើងវិញសាជាងមី វាអាចអ្ត់លដើរដល់ទៅបួនឬប្រាំ ឆ្នាំឯនោះ ខ្ញុំជាសេដ្ឋី គឺគ្មានបញ្ហាឡើយសម្រាប់ខ្ញុំ ដូចនេះគឺគ្មានចម្លើយទេ</w:t>
      </w:r>
    </w:p>
    <w:p>
      <w:pPr>
        <w:spacing w:line="324" w:lineRule="auto" w:after="120" w:before="0"/>
        <w:jc w:val="left"/>
      </w:pPr>
      <w:r>
        <w:t>សម្រាប់រឿងនេះ បាទ...គឺគ្មានចម្លើយឡើយ ខ្ញុំនឹងប្រាប់ចម្លើយដល់ពួក</w:t>
      </w:r>
    </w:p>
    <w:p>
      <w:pPr>
        <w:spacing w:line="324" w:lineRule="auto" w:after="120" w:before="0"/>
        <w:jc w:val="left"/>
      </w:pPr>
      <w:r>
        <w:t>អ្នកទាំងអស់គ្នា ខ្ញុំស្របជាមួយអ្នក គ្មានចម្លើយសមហេតុផលឡើយ ហេតុអ្វីបានជាគេចត់ទុកអំពើចោរកម្មជាទង្វើអាក្រក់? ហេតុអ្វីបានជា ការចាប់រំលោភជាអំពើមិនល្អ? ការបោកប្រាស់ក៏ដូច្នោះដែរ ឥឡូវយើង ត្រួតជញ្ជីងវិញតែង អ្នកជាអ្នកមិនមែនមូស្លីម ជាលចរលួច និងជា មនុស្សមានហេតុផល និងមានចំណេះដឹង ហើយខ្ញុំជាមូស្លីមវិញតែង ខ្ញុំជា មូស្លីម ខ្ញុំយល់ស្របជាមួយអ្នក ពិបាកណាស់ក្នុងការបញ្ជាក់ឱ្យសមហេតុ ផ្លថា អំពើចោរកម្មជាទង្វើអាក្រក់ លើកលែងតែក្នុងករណីមួយរត់ គឺ នៅពេលណាខ្ញុំបញ្ជាក់ប្រាប់បុគ្គលនោះជាមុនសិនថា មាន អល់ឡោះជា</w:t>
      </w:r>
    </w:p>
    <w:p>
      <w:r/>
    </w:p>
    <w:p>
      <w:pPr>
        <w:spacing w:line="324" w:lineRule="auto" w:after="160" w:before="280"/>
        <w:jc w:val="left"/>
      </w:pPr>
      <w:r>
        <w:t>--- ទំព័រទី 92 ---</w:t>
      </w:r>
    </w:p>
    <w:p>
      <w:pPr>
        <w:spacing w:line="324" w:lineRule="auto" w:after="120" w:before="0"/>
        <w:jc w:val="left"/>
      </w:pPr>
      <w:r>
        <w:t>មាចាស់។ ខ្ញុំបានធ្វើបទបង្ហាញមួយ មានចំណងជើងថា(តើគម្ពីរគួរអានជា ពាក្យសំដីរបស់ព្រះអល់ឡោះឬ) មានរយៈពេលពីរម៉ោង ខ្ញុំគ្មានបាំណង បកស្រាយវាទៅទីនេះឡើយ ដែលក្នុងនោះខ្ញុំបានបញ្ជាក់យ៉ាងសមហេតុ ផ្លសម្រាប់អ្នកមិនមែនមូស្លីម ដោយមផ្អកលើគម្ពីរគួរអាន គឺព្រះអល់ឡោះ លេះពិតជាមាន បន្ទាប់ពីខ្ញុំបានបញ្ជាក់ប្រាប់គាត់ថា មានព្រះអល់ឡោះ លេះ។ ទៅក្នុងជំពូកអាន់នីសាកទី៤ឃ្លាទី៤០ទ្រង់មានបន្ទូលថាៈ(ពិត ណាស់អល់ឡោះមិនប្រគ្ពឹតតអំពើអ្យុត្តិធម៌ សូម្បីតូច្បុនល្អងធុលី)។ អ្នកមិនមែនមូស្លីមគេនឹងថា អ្នកនិយាយពីព្រះហើយខ្ញុំមានជំនឿចំពោះ ទ្រង់ដែរ ក៏ប៉ុន្តែអ្នកនិយាយថា ព្រះអល់ឡោះគ្មានប្រគ្ពឹតតអំពើអ្យុត្តិធម៌ ឡើយ ខ្ញុំចង់ដឹង ហើយខ្ញុំសួរអ្នកមួយសំណួរ។ ខ្ញុំយល់ស្របជាអ្នកថា បុគ្គលម្នាក់ដែលលួចគេ គឺបុគ្គលនោះនឹងស្បាយរីករាយជាមួយនឹង ទ្រព្យដែលលួចបាននោះ។ តែបើគេធ្វើមបបនេះដាក់សាច់ញាតិលចរនោះ វិញ តើគេលព្ញចិតដដែរឬទេ? ឧបមាថា បុរសម្នាក់មានគេលួចពីឪពុក របស់គាត់ តើគាត់ពេញចិត្តដែរឬទេ? ចម្លើយគឺៈ ទេ មានគេលួចពីមាន របស់គាត់ តើគាត់ស្បាយចិត្តដែរឬទេ? ចម្លើយគឺៈ ទេ ហេតុនេះ ប្រសិនបើព្រះអល់ឡោះមានយុត្តិធម៌ ចុះហេតុអ្វីបានជាអំពើអ្យុត្តិធម៌ កើតឡើងលើលោកនេះ? មានក្រុមលចរដែលយើងដឹងថា ពួកគេធ្វើ សកម្មភាពក់លួច តែពួកគេទៅតែបស់បានសុខស្បាយក្នុងជីវិតរបស់ ពួកគេ។ ពួរគេមានេមិគ្រឹះធាំស្គឹមទសេ ក្រោយមកពួកគេបានស្លាប់</w:t>
      </w:r>
    </w:p>
    <w:p>
      <w:r/>
    </w:p>
    <w:p>
      <w:pPr>
        <w:spacing w:line="324" w:lineRule="auto" w:after="160" w:before="280"/>
        <w:jc w:val="left"/>
      </w:pPr>
      <w:r>
        <w:t>--- ទំព័រទី 93 ---</w:t>
      </w:r>
    </w:p>
    <w:p>
      <w:pPr>
        <w:spacing w:line="324" w:lineRule="auto" w:after="120" w:before="0"/>
        <w:jc w:val="left"/>
      </w:pPr>
      <w:r>
        <w:t>ហើយអ្វីៗគ្រប់យ៉ាងត្រូវច្ប់។ ចម្លើយមានទៅក្នុងគម្ពីរគួរអាន ជំពូកអាល់ មុលក៍ទី៦៧ឃ្លាទី២ ទ្រង់ជាមាចាស់ដែលបង្កើតការស្លាប់ និងការបស់ដើម្បី សាកល្បងពួកអ្នក តើអ្នកណាមួយក្នុងចំណោមពួកអ្នកដែលបានសាង អំពើល្អជាងគេ? ហើយទ្រង់បានមានបន្ទូទៅក្នុងជំពូកអាល្អ ៊ិមរ៉នទី ៣ឃ្លាទី១៨៥ថាៈ រាល់ជីវិតទាំងអស់នឹងភ្លក្សរសជាតិស្លាប់។ ហើយពិត ណាស់អល់ឡោះនឹងតបស្នងនូវផ្លបុណាយទាំង យរបស់ពួកអ្នកនាថ្ងៃ បរលោក។ ដូចនេះអ្នកណាហើយដែលត្រូវអល់ឡោះបលញ្ចៀស្ពីលេលើងនរក និងបានបញ្ចូគោេទៅក្នុងឋានសួរ៌នោះ គេប្រាកដជាទទួលបានជោគជ័យ យ។ ទ្រង់មានបន្ទូលថា អល់ឡោះនឹងតបស្នងនូវផ្លបុណាយទាំង យ របស់ពួកអ្នកនាថ្ងៃបរលោក។ នេះមានន័យថា គ្រាន់តែមានជំនឿលើព្រះ ប៉ុណ្ណោះគឺមិនទាន់គ្រប់គ្រាន់ទេ។ គោលជំនឿមួយទនជំនឿលើព្រះអល់ឡោះ លេះ និងពួកទេវតា ព្រះគម្ពីរ និងពួកអ្នកនាំសារ និងជំនឿលើវាស្នា គឺ ត្រូវមានជំនឿលើថ្ងៃបរលោក។ បើគ្មានជំនឿលើថ្ងៃបរលោក ដូចនេះជំនឿ លើព្រះគឺមិនគ្រប់គ្រាន់ឡើយ ដូចនេះ អំពីគោលជំនឿលើអល់ឡោះគឺត្រូវ មានជំនឿលើថ្ងៃបរលោក។ គឺជីវិតក្រោយពេលស្លាប់។ យើងដឹងហើយ ថា មានក្រុមលចរជាច្រើនដែលមានអំណាច លចរបលន់ជាច្រើនដែលមាន អំណាច ក្រុមា ាហវយា ាដែលមានអំណាច មានមួយចំនួនត្រូវគេចប់ ហើយមួយចំនួនទៀត្រូវគេដាក់ទោស ហើយពួកគេភារច្រើនបានរួចខ្លួន ពីការដាក់ទោស ដូចនេះ តើនេះជាការសាកល្បងអ្វីដែរ!? ហេតុនេះខ្ញុំនឹង</w:t>
      </w:r>
    </w:p>
    <w:p>
      <w:r/>
    </w:p>
    <w:p>
      <w:pPr>
        <w:spacing w:line="324" w:lineRule="auto" w:after="160" w:before="280"/>
        <w:jc w:val="left"/>
      </w:pPr>
      <w:r>
        <w:t>--- ទំព័រទី 94 ---</w:t>
      </w:r>
    </w:p>
    <w:p>
      <w:pPr>
        <w:spacing w:line="324" w:lineRule="auto" w:after="120" w:before="0"/>
        <w:jc w:val="left"/>
      </w:pPr>
      <w:r>
        <w:t>តបទៅកាន់ លចរសេដ្ឋីដែលមានអំណាច្នោះថា ខ្ញុំយល់ស្របជាមួយ អ្នក ដែលអ្នកបានស្បាយរីករាយនិងបានរស់ដោយសុវត្ថិភាព វាជាមុខ របរ រស្រួលបំផុត ក៏ប៉ុន្តែ យ៉ាងណាវិញចំពោះថ្ងៃបរលោក តើដូចលមដច ទៅវិញចំពោះជីវិតក្រោយការស្លាប់? ចាំបាច់ត្រូវតែមានជីវិតចុងក្រោយ មិនសមហេតុផលឡើយបើគ្មានថ្ងៃបរលោកនោះ ព្រោះជីវិតលើលោក នេះគ្មានភាពយុត្តិធម៌ជោច់ខាត។ នៅពេលដែលអ្នកនិយាយពីភាព យុត្តិធម៌ ដូចជា ហីតែគេ អ្នកទាំងអស់គ្នាពិតជាស្គាល់ គាត់បានសម្លាប់ជនជាតិជ្វីហ្វ៦ោននាក់ ឥឡូវ បើអ្នកចប់គាត់បាន តើ ទណ្ឌកម្មអ្វីដែលអ្នកនឹងដាក់លើគាត់? ប្រសិនបើប៉ូលិសចប់លោកហី តែគេបាន តើគាត់នឹងទទួទេណឌកមមអ្វីដែរ? តាមចាប់ពិភពលោកសព្វថ្ងៃ? ទោសដែលធ្ងន់បំផុតនោះគឺគាត់នឹងស្លាប់តែមដង ចុះជីវិត ៥៩៩៩៩៩៩នាក់ដទទទៀតដែលហីតែគេសម្លាប់នោះទៅជាយ៉ាងណា វិញ?តើឯណាទៅយុត្តិធម៌ អ្នកអាចសផងជីវិតគេបានតែម្នាក់ប៉ុណ្ណោះ ក៏ ប៉ុន្តែទៅថ្ងៃបរលោក ទ្រង់មានបន្ទូលក្នុងជំពូកអាន់នីសាកទី៤ឃ្លាទី៥៦ ពិតណាស់ ពូកដែលប្រឆាំងនឹងបនទូគេបស់យើង យើងនឹងបញ្ចូលពួកគេ ទៅក្នុងលេលើងនរក។ រាល់ពេលដែលមសាបករបស់ពួកគេបានលេះលខ្លាច្ទាំងអស់ យើងនឹងបដូរមសាបកផ្សេងទៀតឱ្យពួកគេ ដើម្បីឱ្យពួកគេទទួគេស្ជាតិ ទណ្ឌកម្ម។ ប្រសិនបើទ្រង់ចង់ដុតលហាតែគេ៦ោនដងគឺទ្រង់អាចធ្វើបាន ប្រសិនបើទ្រង់ចង់ដុតគាត់១២ោនដង់គឺទៅថ្ងៃបរលោកទ្រង់នឹងធ្វើវា</w:t>
      </w:r>
    </w:p>
    <w:p>
      <w:r/>
    </w:p>
    <w:p>
      <w:pPr>
        <w:spacing w:line="324" w:lineRule="auto" w:after="160" w:before="280"/>
        <w:jc w:val="left"/>
      </w:pPr>
      <w:r>
        <w:t>--- ទំព័រទី 95 ---</w:t>
      </w:r>
    </w:p>
    <w:p>
      <w:pPr>
        <w:spacing w:line="324" w:lineRule="auto" w:after="120" w:before="0"/>
        <w:jc w:val="left"/>
      </w:pPr>
      <w:r>
        <w:t>បាន តែបើប៉ូលិសចប់បានគាត់នៅលោកីយ៍នេះ គឺប៉ូលិសអាចដាក់ ទណ្ឌកម្មខ្លាំងបំផុតនោះ គឺ សម្លាប់បានបុគ្គលនេះតែម្នាក់ប៉ុណ្ណោះ នេះជា មូលហេតុសមហេតុផល ដែលជាភស្តុតាង ថា ការលួចជាអំពើអាក្រក់ និងការចាប់រំលោភ ជាទង្វើអាក្រក់នោះ អំពើពុករលួយជាទង្វើអាក្រក់ ដូចនេះ ចាំបាច់ត្រូវតែមានការបស់ឡើងវិញ(ថ្ងៃបរលោក) បើគ្មានថ្ងៃ បរលោក គឺការជំនឿលើព្រះតែប៉ុណ្ណោះមិនទាន់គ្រប់គ្រាន់ឡើយ គ្រាន់ តែមានជំនឿលើព្រះអល់ឡោះគឺមិនទាន់អាចបញ្ជាក់ថា អំពើចោរកម្មជា ទង្វើអាក្រក់បានឡើយ! ហេតុអ្វីបានជាការចាប់រំលោភជាអំពើអាក្រក់ ហេតុអ្វីពុករលួយជាអំពើអាក្រក់។ គ្រាន់ម្តាយល់ពីថ្ងៃបរលោក វានឹងបក គ្សាយប្រាប់យើងនូវបញ្ហាទាំងអស់នោះ ដូចទ្រង់មានបន្ទូលក្នុងជំពូក អាល្អ ៊ិមរ៉នទី៣ឃ្លាទី១៨៥ថា រាល់ជីវិតទាំងអស់នឹងភ្លក្សរសជាតិស្លាប់ ហើយ ប្រាកដណាស់អល់ឡោះនឹងតបស្នងនូវផ្លបុណាយទាំង យ របស់ពួកអ្នកនាថ្ងៃបរលោក។</w:t>
      </w:r>
    </w:p>
    <w:p>
      <w:r/>
    </w:p>
    <w:p>
      <w:pPr>
        <w:spacing w:line="324" w:lineRule="auto" w:after="160" w:before="280"/>
        <w:jc w:val="left"/>
      </w:pPr>
      <w:r>
        <w:t>--- ទំព័រទី 96 ---</w:t>
      </w:r>
    </w:p>
    <w:p>
      <w:pPr>
        <w:spacing w:line="324" w:lineRule="auto" w:after="120" w:before="0"/>
        <w:jc w:val="left"/>
      </w:pPr>
      <w:r>
        <w:t>សំណួរទី១៨៖ ហេតុអ្វីបានជាមូស្លីមបែងចែកជាច្រើនក្រុម និងនិកាយ?</w:t>
        <w:br/>
      </w:r>
    </w:p>
    <w:p>
      <w:r/>
    </w:p>
    <w:p>
      <w:pPr>
        <w:spacing w:line="324" w:lineRule="auto" w:after="160" w:before="280"/>
        <w:jc w:val="left"/>
      </w:pPr>
      <w:r>
        <w:t>--- ទំព័រទី 97 ---</w:t>
      </w:r>
    </w:p>
    <w:p>
      <w:pPr>
        <w:spacing w:line="324" w:lineRule="auto" w:after="120" w:before="0"/>
        <w:jc w:val="left"/>
      </w:pPr>
      <w:r>
        <w:t>ចំពោះអល់ឡោះជាមាចាស់។ ព្រះអល់ឡោះបានប្រាប់ព្យាការីមូហាំម៉ាត់ ថាៈ ប្រសិនបើគេបែកមច្កសាសនានេះទៅជាក្រុមៗ គឺគ្មានពាក់ព័ន្ធនឹង អ្នកឡើយ។ ព្រះអល់ឡោះនឹងជាំនុំជគ្មេះគេទៅថ្ងៃបរលោក។ ក៏ប៉ុន្តែ ទៅ ពេលយើងសួរអ្នកមូស្លីមថា អ្នកកាន់នីកាយអ្វីដែរ? អ្នកខ្លះប្រាប់ថា ខ្ញុំជា សុននីត ខ្ញុំជាសីអុីត ខ្ញុំកាន់នីកាយហាណាហវី ខ្ញុំកាន់នីកាយសាហវីអុី ខ្ញុំ កាន់នីកាយហាំបាលី ខ្ញុំកាន់នីកាយមា ាលីកី ខ្ញុំ ឌីវា ាបាន់ឌី ខ្ញុំជាសាស្រសាច រាយហាទីស ខ្ញុំជាសា ហវី ខ្ញុំជាក្រុមឥស្លាម ខ្ញុំជាក្រុតែប់លលៀហគ ចុះ ព្យាការីយើងមូហាំម៉ាត់ជាអ្វី? គាត់ជាក្រុមអ្វីដែរ? តើគាត់ជាហាណាហវី ឬ? ជាសាហវីអុីឬ? ជាហាំបាលីឬ? ជាមា ាលីកីឬ? ជាក្រុមណាដែរ? គាត់សែតទៅក្រុមណា? គាត់ជាមូស្លីម្នាក់ ព្រះអល់ឡោះទ្រង់មាន បន្ទូលក្នុងគម្ពីរគួរអាន ក្នុងជំពូកអាល្អ ៊ិមរ៉នទី៣ឃ្លាទី៥២ កាពិតណាស់ អុីសា(លយសូ)ជាមូស្លីម ហើយទៅក្នុងជំពូកអាល្អ ៊ិមរ៉នទី៣ឃ្លាទី៦៧ ទ្រង់មានបន្ទូលថា អុីគព្ហីមិនមែនជាយា ាហូទីឡើយ ហើយក៏មិនមែន ជាណាស្រ៉នីដែរ តែគាត់ជាអ្នកមូស្លីម ទ្រង់មានបន្ទុក្នុងជំពូកហវូសី ត់ ទី៤១ឃ្លាទី៣៣ថាៈ ហើយគ្មានអ្នកណាម្នាក់ដែលមានពាក្យសំដីល្អ ប្រសើរជាងអ្នកដែលបានអំពាវនាវទៅចំពោះអល់ឡោះ និងបានសាង អំពើល្អត្រឹមត្រូវ ព្រមទាំងបាននិយាយថា ខ្ញុំឋិតក្នុងចំណោមអ្នកមូស្លីម ទាំង យ។ គាត់លពាលថា ខ្ញុំសែតក្នុងចំណោមអ្នកមូស្លីម ហើយរនលឹះ សំខាន់ាន់សម្រាប់ការផ្សព្វផ្សាយដែលខ្ញុំលើកលឡើងនេះ មានក្នុងបទបង្ហាញ</w:t>
      </w:r>
    </w:p>
    <w:p>
      <w:r/>
    </w:p>
    <w:p>
      <w:pPr>
        <w:spacing w:line="324" w:lineRule="auto" w:after="160" w:before="280"/>
        <w:jc w:val="left"/>
      </w:pPr>
      <w:r>
        <w:t>--- ទំព័រទី 98 ---</w:t>
      </w:r>
    </w:p>
    <w:p>
      <w:pPr>
        <w:spacing w:line="324" w:lineRule="auto" w:after="120" w:before="0"/>
        <w:jc w:val="left"/>
      </w:pPr>
      <w:r>
        <w:t>ជាច្រើន។ រនលឹះសំខាន់ាន់ដើម្បីអំពាវនាវទៅកាន់ព្រះអល់ឡោះ ហើយវាជា ឃ្លាមួយដ៏សំខាន់ាន់បំផុត ចូរអ្នក(ព្យាការីមូហាំម៉ាត់)លពាលថា ឱពួកមាចាស់ គម្ពីរ! ចូរពួកអ្នកត្រឡប់មករកពាក្យសំដីមួយដែស្មើភាពគ្នារវាងពួក</w:t>
      </w:r>
    </w:p>
    <w:p>
      <w:pPr>
        <w:spacing w:line="324" w:lineRule="auto" w:after="120" w:before="0"/>
        <w:jc w:val="left"/>
      </w:pPr>
      <w:r>
        <w:t>យើងនិងពួកអ្នក... ចូរមកដើម្បីកំណត់លកខ្ណឌ ដើម្បីឱ្យយើងឯកភាព</w:t>
      </w:r>
    </w:p>
    <w:p>
      <w:pPr>
        <w:spacing w:line="324" w:lineRule="auto" w:after="120" w:before="0"/>
        <w:jc w:val="left"/>
      </w:pPr>
      <w:r>
        <w:t>គ្នា ហើយលកខ្ណឌដំបូងបង្អស់គឺៈ ចូរយើងកុំគោរពស្កាការៈក្រៅពីអល់ឡោះ លេះ ហើយកុំគោរពវតែផ្សេងជាមួយនឹងអល់ឡោះ ហើយពួកយើងកុំ យកគ្នាឯងធ្វើជាមាចាស់ផ្សេងក្រៅពីអល់ឡោះ។ តែប្រសិនបើពួកគេ ក លច្ញ(ពីការអំពាវនាវដ៏ល្អនេះ) ចូរពួកអ្នកនិយាយទៅកាន់ពួកគេថាៈ ចូរ ជួយដឹងឮផផងចុះថា ពួកយើងជាមូស្លីម។ ខ្ញុំជាមូស្លីម ហើយយើងទាំងអស់គ្នាជាមូស្លីម មាន២២កមនលងជាងក្នុងគម្ពីរគួរអានដែទេរង់បានប្រើ ឱ្យយើងលពាលថា យើងជាមូស្លីម ទៅក្នុងជំពូកអាល់ហាកគោ ោះទី២ឃ្លាទី ១២៨នៅពេលដែលព្យាការីអុីគព្ហីមសុំពីព្រះអល់ឡោះជាមាចាស់ គឺគាត់ សុំពីអល់ឡោះឱ្យកូនទៅគាត់ក្លាយជាអ្នកមូស្លីម អ្នកប្រាជ្ញនិងអ្នកដឹកនាំ ឥស្លាមទាំងអស់ លមនិកាយទាំងបួន លោកអាពូហាណីហវេះ អេះមា ាត់ហាំ បាល មានាលីក និងសាហវីអ្វី។ ខ្ញុំស្រឡាញ់និងគោរពពួកគាត់ទាំងអស់គ្នា។ ពួកគាត់ជាសាស្នវិទូធាំៗក្នុងឥស្លាម ប្រសិនបើអ្នកសួរពួកគាត់ បើអ្នក សួរ លោកអាពូហាណីហវេះ តើលោកជាក្រុមណាដែរ? តើអ្វីទៅជា ចម្លើយរបស់គាត់? តើគាត់នឹងលពាលថា ម្ដេចដែរ? ខ្ញុំជាមូស្លីម យើង ស្រឡាញ់ពួកគាត់និងគោរពពួកគាត់ ហើយពួកគាត់ទាំងអស់គ្នាបាន</w:t>
      </w:r>
    </w:p>
    <w:p>
      <w:r/>
    </w:p>
    <w:p>
      <w:pPr>
        <w:spacing w:line="324" w:lineRule="auto" w:after="160" w:before="280"/>
        <w:jc w:val="left"/>
      </w:pPr>
      <w:r>
        <w:t>--- ទំព័រទី 99 ---</w:t>
      </w:r>
    </w:p>
    <w:p>
      <w:pPr>
        <w:spacing w:line="324" w:lineRule="auto" w:after="120" w:before="0"/>
        <w:jc w:val="left"/>
      </w:pPr>
      <w:r>
        <w:t>មានប្រសាស្ន៍ថា ប្រសិនបើអ្នកឃើញរាំនឹងទសាសនៈរបស់ខ្ញុំផ្ទុយពីមាន គារបស់អល់ឡោះនិងអ្នកនាំសាររបស់ទ្រង់នោះចូរពួកអ្នកកុំទទួល ស្គាល់ទសាសនៈរបស់ខ្ញុំឱ្យសោះ ពួកយើងស្រឡាញ់ពួកគាត់និងគោរពពួក គាត់ ពួកគាត់ទាំងអស់មកបញ្ជិតខ្លួនចំពោះឥស្លាមដើម្បីបង្រៀនយើងពី ឥស្លាមនិងប្រាប់យើងពីរលបៀបអនុវត្តតឥស្លាម ពួកគាត់ពុំបានមកដើម្បី បែងចែកសាសនាឥស្លាមឡើយ។ អល់ឡោះទ្រង់មានបន្ទូលក្នុងគម្ពីរួរ អានទៅជំពូកអាន់នីសាកទី៤ឃ្លាទី៥៩ថា ឱបណ្ដាអ្នកដែលមានជំនឿ! ចូរពួកអ្នកប្រតិបត្តិតាមអល់ឡោះ និងប្រតិបត្តិតាមអ្នកនាំសារ និងលម ដឹកនាំរបស់ពួកអ្នក។ គឺអ្នកដែលមានចំណេះដឹងរវាងពួកអ្នក ហេតុនេះ បានគេនិយាយថា ចូរមានជំនឿចំពោះព្រះអល់ឡោះនិងអ្នកនាំសារ បន្ទាប់មកត្រូវតាមអ្នកមានចំណេះដឹង។ ក៏ប៉ុន្តែពួកគេបានដាក់ចំណុច ចុងក្រោយ ដោយមិនបានលើកលឡើងខាងលើ ហើយឃ្លាខាងលើក៏មិន ទាន់បញ្ចប់ដែរ ឱបណ្ដាអ្នកដែលមានជំនឿ! ចូរពួកអ្នកប្រតិបត្តិតាមអល់ឡោះ លេះ និងប្រតិបត្តិតាមអ្នកនាំសារ និងលមដឹកនាំរបស់ពួកអ្នក។ ក្រោយ មកប្រសិនបើពួកអ្នកមខ្វងគំនិតគ្នាពីកិច្ចការអ្វីមួយ ចូរពួកអ្នកបងវិល ប្រការនោះត្រឡប់ទៅរកអល់ឡោះនិងអ្នកនាំសាររបស់អល់ឡោះ។ ទៅ ពេលដែលអ្នកបានឃើញអ្នកប្រាជ្ញឥស្លាមទាំងអស់ឯកភាពគ្នាលើអ្វីមួយ នោះ អ្នកមិនចាំបាច់ស្រាវជ្រាវទៀតឡើយ។ ពួកគាត់ទាំងអស់គ្នាបាន</w:t>
      </w:r>
    </w:p>
    <w:p>
      <w:pPr>
        <w:spacing w:line="324" w:lineRule="auto" w:after="120" w:before="0"/>
        <w:jc w:val="left"/>
      </w:pPr>
      <w:r>
        <w:t>និយាយថា ចូរអ្នកស ត គឺគ្មានបញ្ហាឡើយ.....ពួកគាត់ថា ចូរអ្នកបួស</w:t>
      </w:r>
    </w:p>
    <w:p>
      <w:r/>
    </w:p>
    <w:p>
      <w:pPr>
        <w:spacing w:line="324" w:lineRule="auto" w:after="160" w:before="280"/>
        <w:jc w:val="left"/>
      </w:pPr>
      <w:r>
        <w:t>--- ទំព័រទី 100 ---</w:t>
      </w:r>
    </w:p>
    <w:p>
      <w:pPr>
        <w:spacing w:line="324" w:lineRule="auto" w:after="120" w:before="0"/>
        <w:jc w:val="left"/>
      </w:pPr>
      <w:r>
        <w:t>គឺគ្មានបញ្ហាឡើយ។ តែប្រសិនបើពួកគាត់មខ្វងគំនិតគ្នា ចូរពួកអ្នកបងវិល រឿងនោះត្រឡប់ទៅរកអល់ឡោះនិងអ្នកនាំសាររបស់ទ្រង់។ ដូចនេះប្រាប់ ខ្ញុំមក កមនលណាដែលថាឥស្លាមបែងចែកជាក្រុមនោះ? នេះជាពាក្យសំដី ព្យាការីមូហាំម៉ាត់ទៅក្នុងសូណាន់អាពីដាវូត លលខ្ទី៤៥៧៩គាត់បាន មានប្រសាស្ន៍ថាៈ ប្រជាជាតិរបស់ខ្ញុំនឹងបែកជា៧៣ក្រុម ហេតុនេះមាន មនុស្សនិយាយថា ព្យាការីដឹងមុន ក៏ប៉ុន្តែគាត់មានប្រសាស្ន៍ថា នឹងលកើត លឡើង គាត់មិនបានថា ចូរពួកអ្នកបង្កើតឡើយ អ្នកនាំសារបានប្រាប់ថា នឹងមាន៧៣ក្រុម ក៏ប៉ុន្តែគាត់មិនបានប្រើឱ្យយើងបង្កើតជាក្រុមៗក្នុង ឥស្លាមឡើយ អល់ឡោះបានបញ្ជាក់យ៉ាងចាស់ក្នុងជំពូកអាន់អា ាមទី៦ ឃ្លាទី១៥៩ថា ប្រាកដណាស់ពួកអ្នកដែលបានបាំបែកសាសនារបស់ពួក គេ ដែលធ្វើឱ្យពួកគេក្លាយជាក្រុមៗនោះ អ្នក(ព្យាការីមូហាំមា ាត)គ្មាន ពាក់ព័ន្ធនឹងពួកគេបន្តិច្សោះឡើយ។ អ្នកនាំសារបានឱ្យដឹងថា នឹងលកើត មាន៧៣ក្រុម ក៏ប៉ុន្តែគាត់មិនបានថា ចូរអ្នកត្រូវតែបង្កើតវាឡើយ។ ហើយមានហាទីសរបស់ព្យាការីផ្សេងទៀតទៅក្នុងសូណាន់លតៀរមីសី បាន</w:t>
      </w:r>
    </w:p>
    <w:p>
      <w:pPr>
        <w:spacing w:line="324" w:lineRule="auto" w:after="120" w:before="0"/>
        <w:jc w:val="left"/>
      </w:pPr>
      <w:r>
        <w:t>បញ្ជាក់ថា ជាការពិតណាស់នឹងមាន៧៣ក្រុមក្នុងឥស្លាមទាំងនោះនឹង ចុះនរកលើកលលងតែមួយរត់ ហើយស្ហការីរបស់គាត់បានសួរថា តើ មួយក្រុមណា? គាត់បានប្រាប់ថា អ្នកដែតោមខ្ញុំនិងតាមស្ហការី របស់ខ្ញុំបន្ទាប់ពីខ្ញុំ គឺអ្នកដែតោមគម្ពីរគួរអាននិងពាក្យសំដីដែលត្រឹម ត្រូវរបស់ព្យាការី។ ប្រសិនបើអ្នកតាមគម្ពីរគួរអាននិងពាក្យសំដីរបស់ណា</w:t>
      </w:r>
    </w:p>
    <w:p>
      <w:r/>
    </w:p>
    <w:p>
      <w:pPr>
        <w:spacing w:line="324" w:lineRule="auto" w:after="160" w:before="280"/>
        <w:jc w:val="left"/>
      </w:pPr>
      <w:r>
        <w:t>--- ទំព័រទី 101 ---</w:t>
      </w:r>
    </w:p>
    <w:p>
      <w:pPr>
        <w:spacing w:line="324" w:lineRule="auto" w:after="120" w:before="0"/>
        <w:jc w:val="left"/>
      </w:pPr>
      <w:r>
        <w:t>ពី គឺអ្នកនឹងឋិតទៅលើមាគាដ៏ត្រឹមត្រូវ ដូចនេះគ្មានក្រុមក្នុងឥស្លាម ឥស្លាម ជាសាសនាតែមួយ ហើយគម្ពីរគួរអានតែមួយ ហើយអ្នកនាំសារក៏តែមួយ ដែរ។ ដូចនេះយើងត្រូវតែតាមគម្ពីរគួរអាននិងការបង្រៀន និងពាក្យទូនាមាន របស់អ្នកនាំសារ។</w:t>
      </w:r>
    </w:p>
    <w:p>
      <w:r/>
    </w:p>
    <w:p>
      <w:pPr>
        <w:spacing w:line="324" w:lineRule="auto" w:after="160" w:before="280"/>
        <w:jc w:val="left"/>
      </w:pPr>
      <w:r>
        <w:t>--- ទំព័រទី 102 ---</w:t>
      </w:r>
    </w:p>
    <w:p>
      <w:pPr>
        <w:spacing w:line="324" w:lineRule="auto" w:after="120" w:before="0"/>
        <w:jc w:val="left"/>
      </w:pPr>
      <w:r>
        <w:t>សំណួរទី១៩៖ ហេតុអ្វីបានជាយើងត្រូវធ្វើតាមសាសនាឥស្លាមតែមួយគត់នេះ?</w:t>
        <w:br/>
      </w:r>
    </w:p>
    <w:p>
      <w:pPr>
        <w:spacing w:line="324" w:lineRule="auto" w:after="120" w:before="0"/>
        <w:jc w:val="left"/>
      </w:pPr>
      <w:r>
        <w:t>ជាសាំណួរល្អ .... ប្រសិនបើសិនជាអ្នកសិកាស្រាវជ្រាវអ្នកនឹងរកឃើញ</w:t>
      </w:r>
    </w:p>
    <w:p>
      <w:pPr>
        <w:spacing w:line="324" w:lineRule="auto" w:after="120" w:before="0"/>
        <w:jc w:val="left"/>
      </w:pPr>
      <w:r>
        <w:t>ថាសាសនាភាគច្រើន ជាគោលការណ៍ ពិតជាបានជំរុញឱ្យ ប្រព្រឹត្តអ្វី ដែលល្អមែន ដូចនេះហេតុអ្វីបានជាយើងត្រូវធ្វើតាមសាសនាឥស្លាម? ចម្លើយនឹងសាំណួរនេះគឺ:</w:t>
      </w:r>
    </w:p>
    <w:p>
      <w:pPr>
        <w:spacing w:line="324" w:lineRule="auto" w:after="120" w:before="0"/>
        <w:jc w:val="left"/>
      </w:pPr>
      <w:r>
        <w:t>ខ្ញុំយល់ស្របថាសាសនាភាគច្រើនជាគោល ការណ៍បានជំរុញឱ្យប្រព្រឹត្តអំពើល្អ។ ប៉ុន្តែភាពខុសគ្នាក្នុងសាសនាឥស្លាម មគឺវាបានបង្ហាញពីវិធីសាស្ត្រដែលនាំអ្នក នទៅដល់ សុចិត្តភាព យើងនឹងលើកឧទាហរណ៍មួយ សាសនាទាំងអស់បានបញ្ជាមិនឱ្យលួច ដូចជាសាសនាហិណ្ឌូ, គ្រិស្តសាសនានិងសាសនាឥស្លាមផផងដែរ ដូចនេះ តើកមនលងណាដែលជាភាពខុសគ្នារវាងសាសនាឥស្លាមនិងសាសនា ផ្សេងទៀត? ភាពខុសគ្នានោះគឺសាសនាឥស្លាមបង្រៀនអ្នកពីរលបៀប</w:t>
      </w:r>
    </w:p>
    <w:p>
      <w:r/>
    </w:p>
    <w:p>
      <w:pPr>
        <w:spacing w:line="324" w:lineRule="auto" w:after="160" w:before="280"/>
        <w:jc w:val="left"/>
      </w:pPr>
      <w:r>
        <w:t>--- ទំព័រទី 103 ---</w:t>
      </w:r>
    </w:p>
    <w:p>
      <w:pPr>
        <w:spacing w:line="324" w:lineRule="auto" w:after="120" w:before="0"/>
        <w:jc w:val="left"/>
      </w:pPr>
      <w:r>
        <w:t>មួយដែលធ្វើឱ្យមនុស្សមិនលួច សាសនាឥស្លាមានប្រព័ន្ធ akat ដែល ធ្វើឱ្យអ្នកដែលមានទ្រព្យលើស្ពីបរិមាណដែលគេកំណត់ បានសេចក្តី ថាលើស្ពីទម្ងន់មាស 85 ក្រោម ចាំបាច់លើគេត្រូវដក 2,5% នៃទ្រព្យ សម្បត្តិរបស់គេដើម្បីអំពើល្អឬបរិច្ចាគវារៀងរាល់ឆ្នាំគិតតាមឆ្នាំចន្ទគតិ។ ប្រសិនបើអ្នកមានទាំងអស់គាត់ផ្តល់ akat នោះភាពក្រីក្រនឹងត្រូវបាន លុបបំបាត់ពីពិភពលោកហើយនឹងគ្មានមនុស្សណាម្នាក់ស្លាប់ដោយសារ ភាពអ្ត់ឃ្លានទៀតដែរ។ បន្ទាប់ពីការផ្តល់ទាំងនេះរួច្ហើយ គម្ពីរគួរអាន បានបកស្រាយទៅក្នុងជំពូក អាល់មា ាអុីដេះទី៥ ឃ្លាទី៣៨ ថា លចរប្រុស និងលចរស្រី ចូរពួកអ្នកកាត់ដៃគេទាំងពីរនាក់ជាការតបស្នងនូវអ្វីដែល ពួកគេទាំងពីរបានប្រគ្ពឹតតជាទណ្ឌកម្មពីអល់ឡោះ។ហើយអល់ឡោះ មហាខ្លាំងពូកែ មហារតិបណឌិត។ កាត់ដៃទៅក្នុងស្ម័យវិទាសាស្រស្តនិង បច្ចេកវិទ្យាទៅសតវត្សរ៍ទី 21 នេះ? សាសនាឥស្លាមចាំបាច់ត្រូវតែជា សាសនាព្រៃផ្សៃ ហើយជាវិងីជីវិតគ្មានលតែ ហើយខ្ញុំនឹងសួរពួកគេមួយ សំណួរ សព្វថ្ងៃនេះអាមេរិកបានក្លាយទៅជាប្រទេសអភិវឌ្ឍន៍ខ្លាំងបំផុត ទៅលើលោក ប៉ុន្តែតើអ្នកដឹងទេ? វាជាប្រទេសដែលមានអត្រាការលួច និងប្លន់ធំជាងគេ ខ្ញុំសួរសំណួរមួយ ប្រសិនបើអនុវត្តតចាប់ឥស្លាមទៅអាលមរិ ក ទៅក្នុងស្ហរដឋអាមេរិក គ្រប់អ្នកមានទាំងអស់ និងអ្នកដែលមានទ្រព្យ សម្បត្តិច្រើនជាងទម្ងន់មាស ៨៥ ក្រោម ចាំបាច់ត្រូវតែដក 2,5% នៃប្រាក់ ស្នាសាំរបស់ខ្លួនរៀងរាល់ឆ្នាំចន្ទគតិសម្រាប់បរិច្ចាគនិងធ្វើវិភារទាន</w:t>
      </w:r>
    </w:p>
    <w:p>
      <w:r/>
    </w:p>
    <w:p>
      <w:pPr>
        <w:spacing w:line="324" w:lineRule="auto" w:after="160" w:before="280"/>
        <w:jc w:val="left"/>
      </w:pPr>
      <w:r>
        <w:t>--- ទំព័រទី 104 ---</w:t>
      </w:r>
    </w:p>
    <w:p>
      <w:pPr>
        <w:spacing w:line="324" w:lineRule="auto" w:after="120" w:before="0"/>
        <w:jc w:val="left"/>
      </w:pPr>
      <w:r>
        <w:t>បន្ទាប់ពីនោះប្រសិនបើមានបុគ្គលណាម្នាក់លួចគេមិនថាជាបុរសឬស្ត្រី ត្រូវកាត់ដៃរបស់គាត់ជាការដាក់ទណ្ឌកម្ម ខ្ញុំសួរមួយសំណួរ តើអត្រានៃការ លួចនឹងលកើនលឡើងទៀតទេទៅក្នុងស្ហរដឋអាមេរិក? តើវាទៅដូចដើមឬ វាងយចុះ? លកើនលឡើង?ងយចុះ?ឬក៏ទៅដូចដើម? ងយចុះ នេះចាប់ ដែលអនុវត្តតជាក់មស្តង ប្រសិនបើអនុវត្តា មចាប់សាហារីអាត់នឹងទទួល បានទេធផល ប្រសិនបើអនុវត្តា មចាប់ឥស្លាម, ទោះបីជាមិនមែនទៅ ក្នុងប្រទេសឥស្លាមក៏ដោយ ប្រសិនបើអនុវត្តតវាទៅក្នុងស្ហរដឋអាលមរិច្វា និងទទួលបានទេធផល។ នេះគឺជាមូលហេតុ ខ្ញុំថាសាសនាឥស្លាមបើ និយាយពីផ្លូវល្អវិញគឺបង្ហាញអ្នកពីវិធីដែលនាំឱ្យដល់ផ្លូវល្អតែតែង មានជា ច្រើនគិតថា ប្រសិនបើខ្ញុំបានទៅអារា ាប ៊ីលស្អូឌីត ជាប្រទេសដែលអនុវត្ត ចាប់នេះ ពួកគេនិងគិតថាអ្នកនឹងមើលឃើញមនុស្សោច់ដៃគ្រប់នាទី ដោយសារតែការអនុវត្តតចាប់នេះ ពិតណាស់ ខ្ញុំបានទៅអារា ាប ៊ីលស្អូឌីត ច្រើនជាង៥០ដងរួច្មកហើយ តែខ្ញុំមិនដែលបានជួបប្រទេះនរណាម្នាក់ ដៃដៃសូម្បីតែតែង ប្រហែលជាទៅទីនោះមានមនុស្សដែលត្រូវបានកាត់ ដៃរបស់ពួកគេ ប៉ុន្តែពួកគេមិនច្រើនដូចជាពួកអ្នកគិតនោះទេ ចាប់នេះគឺ តឹងរុងណាស់ មនុស្សនិងគិតមួយមុនដងមុននឹងលួច ប្រសិនបើចាប់ នេះធូររលុង ប្រសិនបើអារា ាប ៊ីលស្អូឌីតផអាក់ការអនុវត្តតចាប់នេះភ្លាមៗ នោះអ្នកនឹងឃើញមានចោរកម្មលកើនលឡើងតែតែង។ មិនមែនដោយសារបូ លីស្ឆលាតខ្លាំងនោះទេ ប៉ុន្តែដោយសារចាប់នេះតឹងរុងង វាជាចាប់របស់</w:t>
      </w:r>
    </w:p>
    <w:p>
      <w:r/>
    </w:p>
    <w:p>
      <w:pPr>
        <w:spacing w:line="324" w:lineRule="auto" w:after="160" w:before="280"/>
        <w:jc w:val="left"/>
      </w:pPr>
      <w:r>
        <w:t>--- ទំព័រទី 105 ---</w:t>
      </w:r>
    </w:p>
    <w:p>
      <w:pPr>
        <w:spacing w:line="324" w:lineRule="auto" w:after="120" w:before="0"/>
        <w:jc w:val="left"/>
      </w:pPr>
      <w:r>
        <w:t>អល់ឡោះជាមាចាស់។ ប្រសិនបើចាប់នេះធូររលុង សូម្បីតែទៅក្នុង ប្រទេសនោះក៏ដោយអ្នកនឹងឃើញចោរកម្មលកើនលឡើងជាងមីតែងទៀត វាជា ចាប់អនុវត្តតជាក់មស្តង អនុវត្តតចាប់នេះទទួលបានទេធផល ទុកឱ្យខ្ញុំ លើកឧទាហរណ៍ផ្សេងទៀត សាសនាភាគច្រើនបាននិយាយថាការ បៀតបៀនក្មេងស្រីខុស ការចាប់រំលោភក្មេងស្រីខុស សាសនាហិណ្ឌូ បាននិយាយដូច្នោះ សាសនាជ្វីហ្វក៏និយាយដូច្នោះ សាសនាគ្រិស្ដក៏ និយាយដូច្នោះដែរ សាសនាឥស្លាមក៏និយាយដូចគ្នានេះដែរ តើអ្វីជាភាព ខុសគ្នារវាងសាសនាឥស្លាមនិងសាសនាផ្សេងទៀត? ភាពខុសគ្នាគឺ សាសនាឥស្លាមចង្អុលបង្ហាញអ្នកទៅកាន់ផ្លូវដើម្បីឱ្យសាថានភាពនោះ សម្រេចបានជោគជ័យយ ដោយធ្វើឱ្យមនុស្សដែលបៀតបៀននិងលែង ចាប់រំលោភស្ត្រី។ សាសនាឥស្លាមនិយាយពីប្រព័ន្ធចាប់នៃការបិទបាំង រាងកាយ(ហីលជើព) តាមធតែនៅពេលដែលអ្នកបានអានសៀវភៅ អ្នក នឹងបានឃើញអ្នកនិព្នធនិងអ្នកប្រាជ្ញនិយាយពីការបិទបាំងរាងកាយ របស់ស្ត្រី ក៏ប៉ុន្តែអល់ឡោះបានមានបន្ទូទៅក្នុងគម្ពីរគួរអាន ជាដំបូង ទ្រង់និយាយពីការបិទបាំងរាងកាយបុរស បន្ទាប់មកនិយាយការបិទបាំង រាងកាយរបស់ស្ត្រី។ អល់ឡោះបានមានបន្ទូទៅក្នុង ជំពូកអាន់នួរទី ២៤ ឃ្លាទី៣០ ចូរអ្នក(ព្យាការីមូហាំមាត់)ពោលទៅកាន់បណ្ដាបុរស ដែលមានជំនឿឱ្យពួកគេដាក់ក្រសែភ្នែករបស់ពូកគេចុះពីការសម្លឹងមើល ហើយឱ្យពួកគេមងរក្សាប្រោប់លេទរបស់ពួកគេ នៅពេលបុរសម្នាក់</w:t>
      </w:r>
    </w:p>
    <w:p>
      <w:r/>
    </w:p>
    <w:p>
      <w:pPr>
        <w:spacing w:line="324" w:lineRule="auto" w:after="160" w:before="280"/>
        <w:jc w:val="left"/>
      </w:pPr>
      <w:r>
        <w:t>--- ទំព័រទី 106 ---</w:t>
      </w:r>
    </w:p>
    <w:p>
      <w:pPr>
        <w:spacing w:line="324" w:lineRule="auto" w:after="120" w:before="0"/>
        <w:jc w:val="left"/>
      </w:pPr>
      <w:r>
        <w:t>សម្លឹងមើលស្ត្រី នៅពេលដែលមានអារម្មណ៍ស្រើបស្រាលកើដែល់ខួរ កាគេបស់គេ គេចាំមេនកចុះកុំសម្លឹងមើល។ មានពេលមួយនោះមាន មូស្លីម្នាក់បានសម្លឹងមើទៅស្ត្រីយ៉ាងយូរ ខ្ញុំបាននិយាយទៅកាន់គាត់ ថា បអូនប្រុស តើអ្នកកុំពុងធ្វើអ្វី? វាត្រូវបានហាមទៅក្នុងសាសនាឥស្លាម ពិតណាស់ ព្យាការីជាទីគ្ស ញ់របស់ពួកយើងបានមានប្រសាសន៍ប្រាប់ ខ្ញុំថា មើលលើកដំបូងគេអត់ឱន លើកទីពីរបានគេហាមឃាត់ ខ្ញុំមិនទាន់ បានមើលលើកទី១បានពាក់កណ្តាលផផង នេះមិនមែនមានន័យថាអ្នក សម្លឹងមើលស្ត្រីដប់នាទីដោយមិនគ្ពិច្មេនកនោះទេ ហើយអ្នកក៏និយាយថា ខ្ញុំមិនទាន់បានបញ្ចប់ការមើគោេបស់ខ្ញុំផផង អ្វីជាបាំណងរបស់ព្យាការី ប្រសិនបើអ្នកមើលស្ត្រីដោយគ្មានបាំណង ចូកុំមើលនាងតែងទៀតព្រោះ អ្នកនឹងឃើញភាពស្រស់ស្អាតរបស់នាង។ ឃ្លាបនាទាបពីឃ្លាដែលនិយាយ ពីការបិទបាំងរាងកាយរបស់បុរសគឺនិយាយពីការបិទបាំងរាងកាយ កមនាសងរបស់ស្ត្រី។ អល់ឡោះបានមានបន្ទូទៅក្នុងជំពូកអាន់នួរទី២៤ ឃ្លាទី៣១ ចូរអ្នក(ព្យាការីមូហាំម៉ាត់)ពោលទៅកាន់បណ្ដាស្ត្រីដែលមាន ជំនឿឱ្យពួកនាងដាក់ក្រសែភ្នែករបស់ពួកនាងចុះកុំសម្លឹងមើល ហើយឱ្យ ពួកនាងមងរក្សាប្រោប់លេទរបស់ពួកនាង។ ហើយកុំឱ្យពួកនាងបង្ហាញ សម្រស់របស់នាងលើកលែងតែអ្វីដែលបានមស្តងលច្ញជាធតែ ហើយ ឱ្យពួកនាងគ្របកាលឱ្យជិត បរិលវណដើមគ្ទូងនិងកររបស់នាង ហើយពុំ ត្រូវបង្ហាញសម្រស់ទៅមុខ្បុរសណាក្រៅពីសាវាមីរបស់ពួកនាង ឪពុក</w:t>
      </w:r>
    </w:p>
    <w:p>
      <w:r/>
    </w:p>
    <w:p>
      <w:pPr>
        <w:spacing w:line="324" w:lineRule="auto" w:after="160" w:before="280"/>
        <w:jc w:val="left"/>
      </w:pPr>
      <w:r>
        <w:t>--- ទំព័រទី 107 ---</w:t>
      </w:r>
    </w:p>
    <w:p>
      <w:pPr>
        <w:spacing w:line="324" w:lineRule="auto" w:after="120" w:before="0"/>
        <w:jc w:val="left"/>
      </w:pPr>
      <w:r>
        <w:t>របស់ពួកនាង ឪពុកលកមករបស់ពួកនាង និងមានមួយចំនួនផ្សេងទៀត ដែលនាងមិនអាចរៀបការជាមួយពួកគេបាន ស្តង់ោរក្រណាត់គ្រប កាលនិងខ្លួន(ហីហាជាប)ដែលយើងតែងតែនិយាយពីទំហំរបស់វា។ ស្ត្រី ត្រូវគ្របរាងកាយទាំងមូល ផ្នែកតែមួយរត់ដែលអាចឱ្យឃើញបាននោះ គឺមុខ្និងប្រអ្ប់ដៃ ហើយវាក៏បានលើកលឡើងទៅក្នុងគួរអានជំពូកអាល់ អេះហាបទី៣៣ ឃ្លាទី៥៩ អល់ឡោះបានមានបន្ទូលថា ឱព្យាការី!ចូរអ្នក ប្រាប់បណាដោរិយារបស់អ្នកនិងកូនស្រីទាំង យរបស់អ្នក និងស្ត្រីរបស់ បណ្ដាអ្នកមានជំនឿពាក់អាវឱ្យលហៀររលុងគ្រប់រាងកាយរបស់ពួកនាង ធ្វើដូចនេះគេមើលស្គាល់ពួកនាង ហើយពួកនាងក៏មិនអាចត្រូវគេ មើលងាយដែរ។ គួរអានបាននិយាយថា ចូរអ្នក(ព្យាការីមូហាំម៉ាត់) ពោលទៅកាន់បណ្ដាស្ត្រីមានជំនឿ នៅពេលពួកគេលច្ញទៅគោៅត្រូវ ពាក់អាវមវងបិទបាំងខ្លួនប្រាណ អាវមវងនេះធ្វើឱ្យគេស្គាល់ពួកនាង ហើយការពារពួកនាងពីការមើលងាយ ឧទាហរណ៍ ប្រសិនបើមាននារីពីរ នាក់ជាបងបអូនលភាលោះនឹងគ្នាហើយគេទាំងពីរមានរូបស្រស់ស្អាតដូចគ្នា។ ហើយគេទាំងពីរលដើរតាមដងផ្លូវទៅទីក្រុងឌូទប ឬប្រហែលជាលដើរទៅ តាំបន់ជូទម រា ា ហើយម្នាក់ពាក់ស្លមលៀកបាំពាក់ឥស្លាមដែលគ្របខ្លួនគេ ទាំងមូលលើកលែងតែមុខ្និងប្រអ្ប់ដៃប៉ុណ្ណោះ ហើយម្នាក់ទៀតពាក់ស លមលៀកបាំពាក់មបបអ ៊ឺរុប សាំព្ត់ខ្លីនិងលខាខ្លី ឬលស្លៀកលលច្កាលជងគង់ ប្រសិនបើពួកគេទាំងពីរលដើរទៅតាមដងផ្លូវ ទៅតាំបន់ជូទម គោ ោះ ហើយមាន</w:t>
      </w:r>
    </w:p>
    <w:p>
      <w:r/>
    </w:p>
    <w:p>
      <w:pPr>
        <w:spacing w:line="324" w:lineRule="auto" w:after="160" w:before="280"/>
        <w:jc w:val="left"/>
      </w:pPr>
      <w:r>
        <w:t>--- ទំព័រទី 108 ---</w:t>
      </w:r>
    </w:p>
    <w:p>
      <w:pPr>
        <w:spacing w:line="324" w:lineRule="auto" w:after="120" w:before="0"/>
        <w:jc w:val="left"/>
      </w:pPr>
      <w:r>
        <w:t>សាទាវមួយក្រុមចាំមញ ស្រី ខ្ញុំចង់សួរអ្នកមួយសំណួរថាតើក្មេងស្រីមួយណា ពួកគេនឹងមញ? តើគេនឹងទៅមញ នារីស្លៀកពាក់សម្លៀកឥស្លាមឬ? ឬក៏ ទៅមញ នារីដែលលស្លៀកខ្លីនោះ? នារីមួយណាដែលពួកគេនឹងមញ? នារី មួយណា? នារីដែលលស្លៀកខ្លី គួរអានប្រាប់យ៉ាងច្បាស់ថា ការដែល ប គាប់ឱ្យស្ត្រីគ្របខ្លួនប្រាណគឺដើម្បីការពារពួកនាង។ កុំឱ្យមានការ បៀតបៀនលើរាងកាយរបស់នាង បន្ទាប់ពីនេះចាប់ឥស្លាមក៏បាន និយាយថា បើសិនមានករណីបុរសចាប់រំលោភស្ត្រី ចាប់ឥស្លាមដាក់ ទោសប្រហាជីវិត អ្នកមិនមែនមូស្លីមនឹងនិយាយថា: ទោសប្រហារជីវិត ទៅក្នុងស្ម័យវិទាសាស្រស្តនិងបច្ចេកវិទ្យា ឥស្លាមពិតជាសាសនាព្រៃផ្សៃ ណាស់ ការបស់នៅពិតជាគ្មានធម៌មេត្តាមែន ខ្ញុំនឹងឆ្លើយតបទៅគេវិញ ដោយខ្ញុំនិយាយថាប្រសិនបើមាននរណាម្នាក់បានរំលោភមាតាយឬបងស្រី របស់អ្នក ហើយអ្នករំលោភនោះបានលដើរក្សាត់មុខអ្នក តើអ្នកនឹងដាក់ ទោសគេយ៉ាងដូចលម តច? លជឿខ្ញុំទៅ មួយរយភាររយពួកគេនឹងដាក់ ទោសប្រហារជីវិត ប្រសិនបើនរណាម្នាក់មករំលោភមាតាយរបស់គាត់ គាត់ និងទាមទារឱ្យគេដាក់ទោសប្រហារជីវិត តែប្រសិនបើជាមាតាយអ្នកដទទ វិញពួកគេនឹងនិយាយថាទោសប្រហារជីវិតគឺជាទោសព្រៃផ្សៃបំផុត។ ហេតុអ្វីបានមុខ្ពីរមបបនេះ?? សព្វថ្ងៃនេះយើងមើទៅប្រទេសអាលមរិ ច្ដូចជាប្រទេសរីកចាំគទីនខ្ពស់បំផុតទៅលើស្កលលោក តើអ្នកដឹងទេថា ដោយមផ្អកលើស្ថិតិអាមេរិកជាប្រទេសដែលមានការចាប់រំលោភលស្ពស</w:t>
      </w:r>
    </w:p>
    <w:p>
      <w:r/>
    </w:p>
    <w:p>
      <w:pPr>
        <w:spacing w:line="324" w:lineRule="auto" w:after="160" w:before="280"/>
        <w:jc w:val="left"/>
      </w:pPr>
      <w:r>
        <w:t>--- ទំព័រទី 109 ---</w:t>
      </w:r>
    </w:p>
    <w:p>
      <w:pPr>
        <w:spacing w:line="324" w:lineRule="auto" w:after="120" w:before="0"/>
        <w:jc w:val="left"/>
      </w:pPr>
      <w:r>
        <w:t>នែវៈច្រើនជាងគេបំផុតទៅក្នុងពិភពលោក ដូចដែលខ្ញុំបានរៀបរាប់ពីដើម អុីចឹង ទៅឆ្នាំ១៩៩០ ចំនួននៃករណីចាប់រំលោភសេពសន្ថវៈក្នុងមួយថ្ងៃ ១៧៥៦ករណី ប្រសិនបើយើងក្រឡេកមើលទៅស្ថិតិក្នុងឆ្នាំ១៩៩៦ បន្ទាប់ពីនោះប្រាំមួយឆ្នាំ លយាងតាមក្រសួងយុត្តិធម៌រាល់ថ្ងៃមាន ២៧១៣ករណីនៃការចាប់រំលោភសេពសន្ថវៈកើតឡើង ជួនកាលជន ជាតិអាមេរិកអាចក្លាយជាជនជាតិមួយហា បានខ្លាំងជាងគេ ដោយរៀងរាល់ ៣២វិនាទីកើតឡើងនូវករណីចាប់រំលោភសេពសន្ថវៈទៅកនងអាមេរិក រៀងរាល់ ៣២វិនាទី រយៈមួយម៉ោងទាំងពីរចប់ផ្តើមធ្វើបទបង្ហាញនេះ មានច្រើនជាង៥០ករណីនៃការចាប់រំលោភសេពសន្ថវៈទៅអាមេរិក្នុង អំឡុងពេទេនការធ្វើបទបង្ហាញនេះ។ តើអ្នកដឹងទេថាស្ថិតិនឹងនិយាយ ដូចលតែច ស្ថិតិបានឱ្យដឹងថាទៅឆ្នាំ១៩៩០ទាំងមូលបានកើតឡើងនូវ ករណីចាប់រំលោភសេពសន្ថវៈ១០២៥៥៥ករណី មានតែ១៦%ប៉ុណ្ណោះ ត្រូវបានគេរាយការណ៍ ដូចនេះពួកគេលជឿជាក់ថាតួលលខ្ពិត្រូវបានរុណ នឹង១៦.២៥ គឺ ៦៤០.៩៦៨ ករណី ដោយមច្កជាមួយនឹង៣៦៥ថ្ងៃវា ស្មើនឹង ១៧៥៦ករណីក្នុងមួយថ្ងៃ ហើយរបាយការណ៍បនតថា.. តែដប់ ភាររយនៃចំនួនស្រុបដែលកើតឡើងប៉ុណ្ណោះ ត្រូវបានចាប់ខ្លួន នេះមាន ន័យថា ១.៦%នៃជនល្មើសស្ត្រូវបានចាប់ខ្លួន ក្នុងចាំលនាមអ្នកដែលត្រូវ បានចាប់ខ្លួននោះហាសិបភាររយបានដោះលែង នេះមានន័យថាមាន តែ ០.៨%ប៉ុណ្ណោះដែលធ្វើការត្រូវបញ្ជូនទៅតុលាការ ៥០%ទៀត្រូវ</w:t>
      </w:r>
    </w:p>
    <w:p>
      <w:r/>
    </w:p>
    <w:p>
      <w:pPr>
        <w:spacing w:line="324" w:lineRule="auto" w:after="160" w:before="280"/>
        <w:jc w:val="left"/>
      </w:pPr>
      <w:r>
        <w:t>--- ទំព័រទី 110 ---</w:t>
      </w:r>
    </w:p>
    <w:p>
      <w:pPr>
        <w:spacing w:line="324" w:lineRule="auto" w:after="120" w:before="0"/>
        <w:jc w:val="left"/>
      </w:pPr>
      <w:r>
        <w:t>បានលច្ញផាយមុនពេលកាត់ទោស មានន័យថាជារៀងរាល់ ១២៥ ករណីរំលោភកើតឡើងនៅពេលដែលជំនុំជម្រះក្តីគិតែតែងបុលនានោះ ភារ រយទនគ្រោះថ្នាក់ខ្លាំងបំផុត រាល់ក្មេងស្រី ១២៥នាក់ដែលអ្នកបានចប់ រំលោភ គឺអ្នកប្រឈ្មនឹងការដាក់ទោសតែតែងប៉ុណ្ណោះ តើអ្នកណាមិន ចង់ធ្វើវា ស្ថិតិបានប្រាប់ថាចៅក្រមបាននិយាយថានេះ បើសិនជាអ្នកជា ជនល្មើសចាប់រំលោភសេពសន្ថវៈលើកដំបូងអុីចឹងអ្នកត្រូវជាប់ព្នធ ធនាគារតែមួយឆ្នាំប៉ុណ្ណោះ ច្រើនជាង៥០%នៃជនល្មើសស្ចាប់រំលោភត្រូវ បានកាត់ទោសឱ្យជាប់ព្នធនាគារមួយឆ្នាំខណៈពេលដែលចាប់បាន មចផងថាប្រាំពីរឆ្នាំ ក៏ប៉ុន្តែចៅក្រមចិត្តល្អ គាត់និយាយថា នេះជាលើកដំបូង ១២៥ករណីនៃការរំលោភសេពសន្ថវៈដែលអ្នកបានប្រព្រឹត្តែល់ពេគោេ ចប់បានតែងចៅក្រមនិយាយថានេះជាលើកដំបូង អុីចឹងត្រូវជាប់ព្នធ ធនាគារមួយឆ្នាំ ខ្ញុំសួរអ្នកមួយសំណួរ: ប្រសិនបើចាប់ឥស្លាតែរូវបានអ្នុ វតតទៅក្នុងប្រទេសអាមេរិក បុរសណាក៏ដោយឱ្យមើលឃើញស្រីៗត្រូវដាក់មេនកចុះ ហើយស្ត្រីត្រូវតែបិទបាំងជិតបាងកាយរបស់នាងលើកលែង តែមុខ្និងប្រអ្ប់ដៃរបស់នាង។ បន្ទាប់មកប្រសិនបើបុរសណាចប់ រំលោភស្ត្រីណាម្នាក់គឺត្រូវមានទោសប្រហារជីវិត ខ្ញុំសុំសួរសំណួរថាតើអ គ្តានៃការចាប់រំលោភសេពសន្ថវៈក្នុងប្រទេសអាមេរិកលកើនលឡើងឬទៅ ដែលឬងយចុះ? វានឹងងយចុះ ដោយសារវាជាចាប់អនុវត្តតជាក់មស្តង អនុវត្តតចាប់ឥស្លាមនឹងទទួលបានទេធផល។ នេះជាហេតុផលដែលមាន</w:t>
      </w:r>
    </w:p>
    <w:p>
      <w:r/>
    </w:p>
    <w:p>
      <w:pPr>
        <w:spacing w:line="324" w:lineRule="auto" w:after="160" w:before="280"/>
        <w:jc w:val="left"/>
      </w:pPr>
      <w:r>
        <w:t>--- ទំព័រទី 111 ---</w:t>
      </w:r>
    </w:p>
    <w:p>
      <w:pPr>
        <w:spacing w:line="324" w:lineRule="auto" w:after="120" w:before="0"/>
        <w:jc w:val="left"/>
      </w:pPr>
      <w:r>
        <w:t>អត្រាឧក្រិដ្ឋកម្មពិភពលោកទាបំផុតទៅក្នុងប្រទេសអារា ាប ៊ីលស្អូឌីត។ ហេតុអ្វី?បានជាអនុវត្តដចាប់នេះត្រូវទទួលបានទេធផល។ ហេតុនេះ ហើយបានជាយើងឃើញថាសាសនាឥស្លាមិនត្រឹតតែប្រើឱ្យធ្វើល្អ បុលណោះទេ តែមងមទាំងប្រាប់អ្នកពីរលបៀបដើម្បី នទៅដល់ប្រការល្អ នោះទៀត។ ហេតុនេះហើយបានជាសាសនាដទទទៀតភាគច្រើនមាន តែគ្ទឹស្តីខណៈពេលដែលសាសនាឥស្លាម ជាសាសនាអនុវត្តតជាក់មស្តង អនុវត្តតជាក់មស្តងប្រសិនបើអ្នកយកចិត្តទុកខដាក់ពីមនុស្សជាតិ អនុវត្តតជាក់ មស្តងប្រសិនបើអ្នកគឺជាមនុស្សតែម្នាក់រត់ទៅលើពិភពលោក ដែលអាច ទទួគេងនូវផុតពូជសាស្ន៍។ ដូចនេះអ្នកត្រូវតែទទួលយក សាសនា ឥស្លាម។</w:t>
      </w:r>
    </w:p>
    <w:p>
      <w:r/>
    </w:p>
    <w:p>
      <w:pPr>
        <w:spacing w:line="324" w:lineRule="auto" w:after="160" w:before="280"/>
        <w:jc w:val="left"/>
      </w:pPr>
      <w:r>
        <w:t>--- ទំព័រទី 112 ---</w:t>
      </w:r>
    </w:p>
    <w:p>
      <w:pPr>
        <w:spacing w:line="324" w:lineRule="auto" w:after="120" w:before="0"/>
        <w:jc w:val="left"/>
      </w:pPr>
      <w:r>
        <w:t>សំណួរទី២០៖ ហេតុអ្វីបានជាប្រព័ន្ធផ្សព្វផ្សាយចាត់ទុកភេរវករភាគច្រើនជាជនមូស្លីម?</w:t>
        <w:br/>
      </w:r>
    </w:p>
    <w:p>
      <w:r/>
    </w:p>
    <w:p>
      <w:pPr>
        <w:spacing w:line="324" w:lineRule="auto" w:after="160" w:before="280"/>
        <w:jc w:val="left"/>
      </w:pPr>
      <w:r>
        <w:t>--- ទំព័រទី 113 ---</w:t>
      </w:r>
    </w:p>
    <w:p>
      <w:pPr>
        <w:spacing w:line="324" w:lineRule="auto" w:after="120" w:before="0"/>
        <w:jc w:val="left"/>
      </w:pPr>
      <w:r>
        <w:t>បានរៀបរាប់ពន្យល់យ៉ាងលម្អិត តើអ្វីទៅជាយុទ្ធសាស្ត្របស់ប្រព័ន្ធ ផ្សព្វផ្សាយដើម្បីប្រយុទ្ធប្រឆាំងនឹងសាសនាឥស្លាម ហើយខ្ញុំបាន និយាយដែរថាសាសនាឥស្លាមគឺជាដំណោះស្រាយលព្ញលលញសម្រាប់ បញ្ហាទាំងអស់របស់មនុស្សជាតិ ប្រព័ន្ធផ្សព្វផ្សាយបាននិយាយថា សាសនាឥស្លាមគឺជាបញ្ហារបស់មនុស្សជាតិ តែការពិត សាសនាឥស្លាម គឺជាដំណោះស្រាយសម្រាប់រាល់បញ្ហាទាំងអស់របស់មនុស្សជាតិ ហេតុ នេះហើយបានជាចំណងជើងឆមនល ដែទៅក្រោយាមឆមនលសា មគឺ មានចំណងជើងថា " ដំណោះស្រាយសម្រាប់រាល់បញ្ហាមនុស្ស ជាតិ" នេះមានន័យថាសាសនាឥស្លាម គឺជាដំណោះស្រាយពិតប្រាកដ សម្រាប់បញ្ហាមនុស្សជាតិ តើប្រព័ន្ធផ្សព្វផ្សាយកំពុងធ្វើអ្វី ដោយសារតែ ពេលលវោមិនអនុញ្ញាតឱ្យនិយាយពីប្រធ្នបទនេះឱ្យលម្អិត ខ្ញុំនិង និយាយពីវាតែប៉ុន្មាននាទីប៉ុណ្ណោះ តើប្រព័ន្ធផ្សព្វផ្សាយកំពុងធ្វើអ្វី? ប្រព័ន្ធផ្សព្វផ្សាយ "ចប់យកចៀមល មាទៅក្នុងចំណោមហវូងចៀមស ហើយនិយាយថាវាតាំណាងឱ្យសាសនាឥស្លាម ដូចដែលពួកអ្នកបាន ឃើញគ្សាប់ ក្នុងចំណោមពួកយើងមានអ្នកដែលបានធ្វើបងខូច ឥស្លាម យើងមានជនមូស្លីមជាច្រើនដែលបានទៅខ្លួនឯងថាជាអ្នកមូស្លីម តែ ពួកគេមិនអនុវត្តា មសាសនាឥស្លាម ហើយប្រព័ន្ធផ្សព្វផ្សាយបានងត យកពួកគេដោយថាពួកគេគឺតាំណាងឱ្យសាសនាឥស្លាម ជាច្រើនដង ហើយដែលប្រព័ន្ធផ្សព្វផ្សាយបានដកស្រង់អ្វីមួយ ពីគម្ពីររួអាន និងបាន</w:t>
      </w:r>
    </w:p>
    <w:p>
      <w:r/>
    </w:p>
    <w:p>
      <w:pPr>
        <w:spacing w:line="324" w:lineRule="auto" w:after="160" w:before="280"/>
        <w:jc w:val="left"/>
      </w:pPr>
      <w:r>
        <w:t>--- ទំព័រទី 114 ---</w:t>
      </w:r>
    </w:p>
    <w:p>
      <w:pPr>
        <w:spacing w:line="324" w:lineRule="auto" w:after="120" w:before="0"/>
        <w:jc w:val="left"/>
      </w:pPr>
      <w:r>
        <w:t>បកស្រាយខុសពីខ្លឹមសាររបស់វា នៅពេលដែលគេ ទទួលបានដំណឹងអ្វី មួយ គេយកវាលាបពណ៌ឱ្យអ្នកឥស្លាមរាប់លាននាក់ ឧទាហរណ៍ដូចជា យើងទាំងអស់គ្នាដឹងថាអ្វីបានកើតឡើងទៅក្នុងប្រវត្តិសាស្រស្តនៃការ ទមាលាក់គ្រាប់បែកឆ្នាំ១៩៩៦ទៅរដឋអូកាលាហូមា ា ខ្ញុំគិតថាកាលនោះ ជាការ ផ្ទុះធាំជាងគេបំផុតដែលបានកើតឡើងទៅលើលប្រងកាតអាមេរិក មនុស្ស ជាង១០០នាក់ត្រូវបានសម្លាប់ទៅក្នុងការផ្ទុះនេះឬមនុស្សជាង១៦៦ នាក់ត្រូវបានសម្លាប់ កាលនោះមានលច្ញចំណងជើងសំខាន់ាន់ៗគឺថា (ផ្នែការក្សាបត់របស់ពួកមជ្ឈឹមបូព ) ជនមូស្លីមទាំងអស់ត្រូវតែផ្តនាទា ទោស ជនមូស្លីមទាំងអស់ត្រូវតែផ្តនាទាទោស ចំណងជើងធាំប្រចាំថ្ងៃនិង ប្រចាំសប្តាហ៍ដូចគ្នា បន្ទាប់មកនៅពេលដែលពួកគេបានដឹងថាអ្នកដែល ធ្វើវានោះជាទាហាន២នាក់របស់អាមេរិក ដំណឹងនេះបានបង្ហាញខ្លួនទៅ ក្នុងប្រព័ន្ធផ្សព្វផ្សាយតែតែងរត់ហើយបន្ទាប់មកក៏បានបាត់ទៅវិញ ពេល ដែលពួកគេមិនទាន់បានដឹងពីអ្នកប្រគ្ពឹតតពិតប្រាកដទេនោះចំណងជើង ធាំនៅតែមានប្រចាំសប្តាហ៍ ហើយនៅពេលដែលពួកគេដឹងពីអ្នកប្រគ្ពឹត ពិតប្រាកដដំណឹងគឺមានតែមួយថ្ងៃឬពីរថ្ងៃប៉ុណ្ណោះ ហើយបន្ទាប់មកបាន បាត់ទៅវិញ ហេតុអ្វី? ទៅក្នុងប្រទេសឥណាដា បុរសមូស្លីមជនជាតិអារ៉ាប់ អាយុ៥០ ឆ្នាំរៀបការជាមួយក្មេងស្រីអាយុ១៨ ឆ្នាំ វាបានក្លាយជាចំណងជើងធាំ ប៉ុន្តែនៅពេលដែលបុរសម្នាក់មិនមែនជាមូស្លីមានអាយុ៥០ឆ្នាំ បានចាប់រំលោភក្មេងស្រីអាយុ៦ឆ្នាំ បែរជាឃើញវាទៅក្នុងព័ត៌មានខ្លីៗ</w:t>
      </w:r>
    </w:p>
    <w:p>
      <w:r/>
    </w:p>
    <w:p>
      <w:pPr>
        <w:spacing w:line="324" w:lineRule="auto" w:after="160" w:before="280"/>
        <w:jc w:val="left"/>
      </w:pPr>
      <w:r>
        <w:t>--- ទំព័រទី 115 ---</w:t>
      </w:r>
    </w:p>
    <w:p>
      <w:pPr>
        <w:spacing w:line="324" w:lineRule="auto" w:after="120" w:before="0"/>
        <w:jc w:val="left"/>
      </w:pPr>
      <w:r>
        <w:t>ទៅវិញ បុរសមូស្លីមជនជាតិអារ៉ាប់អាយុ៥០ ឆ្នាំនៅពេលដែលគាត់រៀបការ គាត់បានសុំការអនុញ្ញាត គាត់បានរៀបការជាមួយក្មេងស្រីនោះ ដោយការយល់ព្គម្ពីរនាងផ្ទាល់និងការពេញចិត្តពីឪពុកម្តាយនាង ប៉ុន្តែ ការពិតតទាំងនេះ ប្រព័ន្ធផ្សព្វផ្សាយមិនចប់អារម្មណ៍នោះទេ។ ប៉ុន្តែទៅ ពេលដែលបុរសម្នាក់ដែលមិនមែនជាមូស្លីមានអាយុ៥០ឆ្នាំមករំលោភ ក្មេងស្រីដែលមានអាយុ៦ឆ្នាំ បែរជាឃើញវា ទៅក្នុងព័ត៌មានខ្លី ទៅវិញ ហេតុអ្វី? ឧទាហរណ៍មួយទៀត ប៉ុន្មានសប្តាហ៍ងមីនេះ មានការបនទុះ គ្រាប់បែកដ៏ធាំមួយទៅ បូណា ក្នុងហាងនុំបុ័ងទៅអាឡឺម ង់ មនុស្ស៩នាក់ ត្រូវគេសម្លាប់ ជនជាប់ចោទគឺជាមូស្លីម(អ្នកមូស្លីម) វាគ្រាន់តែជាការ ចោទប្រកាន់តែមិនមានេស្តុតាងជាក់ដាក់មួយរយភាររយទេ ទៅក្នុង ថ្ងៃដែលនោះ ពួកុមុយនិស្តលានិយមបានសម្លាប់ប៉ូលិស ១៦នាក់ ពួកគេបានសម្លាប់បូលីស មិនមែនមនុស្សធតែទេ តែជាប៉ូលិស ដំណឹង នេះត្រូវបានផាយទៅក្នុង ព័ត៌មានខ្លីៗ ជនមូស្លីមដែលគេចោទប្រកាន់ពី បទសម្លាប់ជនសីវិលចំនួន៩នាក់ ហើយពួកុមុយនិស្តលានិយមបាន សម្លាប់បូលីស ១៦នាក់ បែរជាចុះផាយទៅក្នុង ព័ត៌មានខ្លីៗទៅវិញ វា ពិតជាច្មមលកខ្លាំងណាស់ ពួកគេបានស្គាល់ឃាតករដែលសម្លាប់បូលីស ពួកគេមិនមែនជាជនសីវិលនោះទេប៉ុន្តែពួកគេមានគ្គប់មីសីលនិងគ្គប់ រ៉ូមកត ពួកគេបានកលមទច្សាថានីយ៍បូលីស្ទាំងមូលតែតែង់ ដំណឹងនេះចុះ ផាយទៅក្នុង ព័ត៌មានខ្លីៗទៅវិញ ផ្ទុយទៅវិញខណៈដែលពួកគេមិន</w:t>
      </w:r>
    </w:p>
    <w:p>
      <w:r/>
    </w:p>
    <w:p>
      <w:pPr>
        <w:spacing w:line="324" w:lineRule="auto" w:after="160" w:before="280"/>
        <w:jc w:val="left"/>
      </w:pPr>
      <w:r>
        <w:t>--- ទំព័រទី 116 ---</w:t>
      </w:r>
    </w:p>
    <w:p>
      <w:pPr>
        <w:spacing w:line="324" w:lineRule="auto" w:after="120" w:before="0"/>
        <w:jc w:val="left"/>
      </w:pPr>
      <w:r>
        <w:t>បានដឹងអ្នកទៅពីក្រោយការបំផ្ទុះគ្រាប់បែកទៅហាងនាំបុ័ងរបស់អាឡឺម ង់ ទៅទីក្រុងហពូណា ពួកគេបាននិយាយថាជនមូស្លីមគឺជាប់ចោទពីបទនេះ ការចោទប្រកាន់ទៅបនតលើជនមូស្លីមរហូត រយៈពេលជាច្រើនថ្ងៃ ដាបិត ពួកគេមិនទាន់បានដឹងពីអ្នកប្រគ្ពឹតតពិតប្រាកដទៅឡើយទេ ប៉ុន្តែ ដាបិត ពួកគេបានដឹងថាអ្វីដែលពួកលានិយមបានធ្វើទៅលើក្រុមបូលីស ហើយ ដំណឹងនោះក៏បានចុះផាយទៅក្នុងព័ត៌មានខ្លីៗទៅវិញ ឬប្រហែលជា ទៅទំព័រដំបូងឬក្រដាសមួយចំនួនប៉ុន្តែទៅខាងក្រោយាមគេ ហើយដំណឹងក៏ បានបាត់ទៅវិញយ៉ាងឆប់រហ័ស្ពីប្រព័ន្ធផ្សព្វផ្សាយទាំង យ ដូចនេះ កត្តាដែលសំខាន់ាន់គឺប្រព័ន្ធផ្សព្វផ្សាយ ប្រព័ន្ធផ្សព្វផ្សាយនិងសាសនា ឥស្លាម សង្គ្រាមឬសន្តិភាព ជាអកុសលយើងមូស្លីមទន់លខាយខ្លាំង ណាស់វិស័យប្រព័ន្ធផ្សព្វផ្សាយ ពិតជាទន់លខាយខ្លាំងណាស់ ប្រហែល ជាយើងមានប្រព័ន្ធផ្សព្វផ្សាយល្អក្នុងវិស័យចាំរៀង និងរាំដែលយើងមាន ជាច្រើនបុស្តិ៍ ប៉ុន្តែសម្រាប់បុស្តិ៍ឥស្លាមជាអកុសល ទន់លខាយណាស់ បាទ, ខ្ញុំដឹងថាមានមនុស្សអាក្រក់ទៅក្នុងសង្គមរបស់យើង ប៉ុន្តែបហូតមក ដល់ពេលនេះ ដាបិតមានមនុស្សអាក្រក់ទាំងនោះជាទូទៅរហូតមកមក ដល់បច្ចុបាបនន មូស្លីមគឺជាមនុស្សដែលច្រើនជាងគេបំផុតទៅលើពិព លោកដែលមិនពិសារគ្សា ខ្ញុំដឹងថាជនមូស្លីមួយចំនួនអាចផឹកច្រើន ជាងអ្នកមិនមែនមូស្លីម ប៉ុន្តែជាទូទៅ, សង្គមដែលធាំហើយដែលមិនផឹក គ្រឿងស្រវឹងនោះគឺជាសង្គមឥស្លាម ជាទូទៅ, សង្គមធាំដែលបរិច្ចាគទាន</w:t>
      </w:r>
    </w:p>
    <w:p>
      <w:r/>
    </w:p>
    <w:p>
      <w:pPr>
        <w:spacing w:line="324" w:lineRule="auto" w:after="160" w:before="280"/>
        <w:jc w:val="left"/>
      </w:pPr>
      <w:r>
        <w:t>--- ទំព័រទី 117 ---</w:t>
      </w:r>
    </w:p>
    <w:p>
      <w:pPr>
        <w:spacing w:line="324" w:lineRule="auto" w:after="120" w:before="0"/>
        <w:jc w:val="left"/>
      </w:pPr>
      <w:r>
        <w:t>គឺជាសង្គមមូស្លីមគ្មានអ្នកណាឡើយក្រៅពីអ្នកមូស្លីម, គ្មានមនុស្សណា ឡើយទៅលើពិភពលោកនេះ ប្រៀបនឹងអ្នកមូស្លីមដែលកាន់ខាជាប់នឹង សាសនា ទាក់ទងនឹងសុជីវធម៌និងយុត្តិធម៌ ឱ្យតម្លៃមនុស្សនិងសីលធម៌ មិនអាចយកមនុស្សណាម្នាក់មកប្រៀបនឹងអ្នកមូស្លីមដែលកាន់ខាជាប់នឹង សាសនាទាក់ទងនឹងសុជីវធម៌និងយុត្តិធម៌ ឱ្យតម្លៃមនុស្សនិងសីលធម៌ ខ្ញុំ តែងតែលើកឧទាហរណ៍នេះ ឧបមាថាអ្នកចង់ត្រួតពិនិត្យគុណភាពរង យនត សូមយករថយន្ត Mercedes S-600 ធ្វើជាគំរូក្នុងឆ្នាំ 2010 ហើយអ្នក ចង់សាកល្បងរថយន្ត ហើយអ្នកយកមនុស្សបើកបរមិនស្ទាត់ជំនាញ មក បើករថយន្តនេះ ហើយអ្នកបើកបរនោះក៏បើករថយន្តទៅបុកគេហើយបងេ ឱ្យមានគ្រោះថ្នាក់ចរាចរណ៍ តើអ្នកស្តីបន្ទោសស្នរណា? តើអ្នកនឹងស្តី បលនាទាស្រថយន្តឬអ្នកបើកបរ? ជាការពិតណាស់អ្នកនឹងស្តីបន្ទោសស្នក បើកបរ ប្រសិនបើអ្នកចង់ដឹងពីគុណភាពរថយន្តនេះ អ្នកចាំបាច់ត្រូវដឹង ពីលកខណៈពិសេសរបស់វាសិន ភាពធន់របស់មានប៉ុន្មាន? តើវិធ្នការ សុវត្ថិភាពរបស់វាយ៉ាងម្ដេចដែរ? វាមានស្តែភាពអ្វីខ្លះ? មធាយមភារ ដែលគេកំណត់មកប៉ុន្មានដែរ? ប្រព័ន្ធស្រហាវទាំងនិងលសា សូមើលលលកខ ណៈពិសេសរបស់វា វិធីតែមួយរត់ក្នុងការសាកល្បងរថយន្តនេះអ្នកត្រូវដាក់អ្នកបើកបរដែលមានជំនាញវិជាជាជីវៈចាស់ក្នុងការសាកល្បងរថយន្ត នេះ ប្រសិនបើអ្នកចង់ដឹងការពិត ចូរអ្នកមស្វងយល់ពីសាសនាឥស្លាម មិនត្រូវមើលជនមូស្លីមទេ ប៉ុន្តែចូរមើអត្ថបទដែលមានក្នុងគម្ពីរគួរអាន</w:t>
      </w:r>
    </w:p>
    <w:p>
      <w:r/>
    </w:p>
    <w:p>
      <w:pPr>
        <w:spacing w:line="324" w:lineRule="auto" w:after="160" w:before="280"/>
        <w:jc w:val="left"/>
      </w:pPr>
      <w:r>
        <w:t>--- ទំព័រទី 118 ---</w:t>
      </w:r>
    </w:p>
    <w:p>
      <w:pPr>
        <w:spacing w:line="324" w:lineRule="auto" w:after="120" w:before="0"/>
        <w:jc w:val="left"/>
      </w:pPr>
      <w:r>
        <w:t>និង ហាទីស្របស់ព្យាការី ចូរអ្នកកុំមើលខ្ញុំ, ហើយកុំមើលជនមូស្លីម ប្រសិនបើអ្នកចង់សាកល្បងរថយន្តអ្នកត្រូវដាក់អ្នកបើកបរដែលមាន ជំនាញវិជាជាជីវៈច្បាស់លាស់មកកាន់ចង្កូតរថយន្តនោះ រាំរូដ៏ល្អបំផុតដែល អ្នកអាចយកមកធ្វើរាំរូជនមូស្លីមបាននោះគឺព្យាការីមហាំមា ាត់ សូមអានជី វប្រវត្តិរបស់ព្យាការីមហាំមា ាត់ហើយអ្នកនឹងឃើញថាគាត់គឺជារាំរូល្អបំផុត សម្រាប់ជនមូស្លីម ប៉ុន្តែជាដ៏រាំរូល្អបំផុតសម្រាប់មនុស្សលោកទាំងមូល នេះហើយជាមូលហេតុ, ដូចដែលខ្ញុំបាននិយាយថា ការយល់ដឹងពី សាសនានេះត្រូវតែត្រឡប់ទៅមើលអត្ថបទគម្ពីរ នៅពេលដែលអ្នកបាន អានអត្ថបទចេញពីប្រភពដើមរបស់វាដែលត្រឹមត្រូវ: គម្ពីរគួរអាន និង ហាទីសរបស់ព្យាការី នៅពេលនោះ អ្នកនិងអាចវាយតម្លៃពិតរបស់ ឥស្លាម។</w:t>
      </w:r>
    </w:p>
    <w:sectPr w:rsidR="00FC693F" w:rsidRPr="0006063C" w:rsidSect="00034616">
      <w:headerReference w:type="default" r:id="rId9"/>
      <w:footerReference w:type="defaul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after="0" w:before="0"/>
      <w:jc w:val="center"/>
    </w:pPr>
    <w:r>
      <w:rPr>
        <w:rFonts w:ascii="Leelawadee UI" w:hAnsi="Leelawadee UI"/>
        <w:b w:val="0"/>
        <w:i w:val="0"/>
        <w:color w:val="94A3B8"/>
        <w:sz w:val="19"/>
        <w:rFonts w:ascii="Leelawadee UI" w:hAnsi="Leelawadee UI" w:cs="Leelawadee UI"/>
        <w:cs/>
        <w:lang w:val="km-KH" w:bidi="km-KH"/>
      </w:rPr>
      <w:t xml:space="preserve">CamQuran E-Library  |  ទំព័រទី </w:t>
    </w:r>
    <w:r>
      <w:rPr>
        <w:rFonts w:ascii="Leelawadee UI" w:hAnsi="Leelawadee UI"/>
        <w:b/>
        <w:i w:val="0"/>
        <w:color w:val="10B981"/>
        <w:sz w:val="19"/>
        <w:rFonts w:ascii="Leelawadee UI" w:hAnsi="Leelawadee UI" w:cs="Leelawadee UI"/>
        <w:cs/>
        <w:lang w:val="km-KH" w:bidi="km-KH"/>
      </w:rPr>
      <w:fldSimple w:instr="PAGE"/>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after="80" w:before="0"/>
      <w:jc w:val="right"/>
    </w:pPr>
    <w:r>
      <w:rPr>
        <w:rFonts w:ascii="Leelawadee UI" w:hAnsi="Leelawadee UI"/>
        <w:b w:val="0"/>
        <w:i/>
        <w:color w:val="64748B"/>
        <w:sz w:val="19"/>
        <w:rFonts w:ascii="Leelawadee UI" w:hAnsi="Leelawadee UI" w:cs="Leelawadee UI"/>
        <w:cs/>
        <w:lang w:val="km-KH" w:bidi="km-KH"/>
      </w:rPr>
      <w:t>📖 ២០ សំណួរសំខាន់ៗអំពីឥស្លាម</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eelawadee UI" w:hAnsi="Leelawadee UI"/>
      <w:sz w:val="24"/>
      <w:rFonts w:ascii="Leelawadee UI" w:hAnsi="Leelawadee UI" w:cs="Leelawadee UI"/>
      <w:cs/>
      <w:lang w:val="km-KH" w:bidi="km-KH"/>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