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24" w:lineRule="auto" w:after="80" w:before="200"/>
        <w:jc w:val="center"/>
      </w:pPr>
      <w:r>
        <w:rPr>
          <w:rFonts w:ascii="Leelawadee UI" w:hAnsi="Leelawadee UI"/>
          <w:b/>
          <w:i w:val="0"/>
          <w:color w:val="10B981"/>
          <w:sz w:val="20"/>
          <w:rFonts w:ascii="Leelawadee UI" w:hAnsi="Leelawadee UI" w:cs="Leelawadee UI"/>
          <w:cs/>
          <w:lang w:val="km-KH" w:bidi="km-KH"/>
        </w:rPr>
        <w:t>📚 ហ្វិកហ៍ &amp; គោលការណ៍  •  CAMQURAN DIGITAL LIBRARY</w:t>
      </w:r>
    </w:p>
    <w:p>
      <w:pPr>
        <w:spacing w:line="324" w:lineRule="auto" w:after="120" w:before="80"/>
        <w:jc w:val="center"/>
      </w:pPr>
      <w:r>
        <w:rPr>
          <w:rFonts w:ascii="Leelawadee UI" w:hAnsi="Leelawadee UI"/>
          <w:b/>
          <w:i w:val="0"/>
          <w:color w:val="047857"/>
          <w:sz w:val="44"/>
          <w:rFonts w:ascii="Leelawadee UI" w:hAnsi="Leelawadee UI" w:cs="Leelawadee UI"/>
          <w:cs/>
          <w:lang w:val="km-KH" w:bidi="km-KH"/>
        </w:rPr>
        <w:t>កាតព្វកិច្ចជនមូស្លីម</w:t>
      </w:r>
    </w:p>
    <w:p>
      <w:pPr>
        <w:spacing w:line="324" w:lineRule="auto" w:after="280" w:before="0"/>
        <w:jc w:val="center"/>
      </w:pPr>
      <w:r>
        <w:rPr>
          <w:rFonts w:ascii="Leelawadee UI" w:hAnsi="Leelawadee UI"/>
          <w:b w:val="0"/>
          <w:i/>
          <w:color w:val="475569"/>
          <w:sz w:val="25"/>
          <w:rFonts w:ascii="Leelawadee UI" w:hAnsi="Leelawadee UI" w:cs="Leelawadee UI"/>
          <w:cs/>
          <w:lang w:val="km-KH" w:bidi="km-KH"/>
        </w:rPr>
        <w:t>Duties of a Muslim</w:t>
      </w:r>
    </w:p>
    <w:tbl>
      <w:tblPr>
        <w:tblW w:type="auto" w:w="0"/>
        <w:jc w:val="center"/>
        <w:tblLook w:firstColumn="1" w:firstRow="1" w:lastColumn="0" w:lastRow="0" w:noHBand="0" w:noVBand="1" w:val="04A0"/>
      </w:tblPr>
      <w:tblGrid>
        <w:gridCol w:w="3120"/>
        <w:gridCol w:w="3120"/>
        <w:gridCol w:w="3120"/>
      </w:tblGrid>
      <w:tr>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ប្រភេទ៖ ហ្វិកហ៍ &amp; គោលការណ៍</w:t>
            </w:r>
          </w:p>
        </w:tc>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ចំនួនទំព័រ៖ 80 ទំព័រ</w:t>
            </w:r>
          </w:p>
        </w:tc>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អក្ខរាវិរុទ្ធ៖ ត្រឹមត្រូវ ១០០%</w:t>
            </w:r>
          </w:p>
        </w:tc>
      </w:tr>
    </w:tbl>
    <w:p>
      <w:pPr>
        <w:spacing w:line="324" w:lineRule="auto" w:after="360" w:before="0"/>
        <w:jc w:val="center"/>
      </w:pPr>
      <w:r>
        <w:rPr>
          <w:rFonts w:ascii="Leelawadee UI" w:hAnsi="Leelawadee UI"/>
          <w:b w:val="0"/>
          <w:i w:val="0"/>
          <w:color w:val="10B981"/>
          <w:sz w:val="24"/>
          <w:rFonts w:ascii="Leelawadee UI" w:hAnsi="Leelawadee UI" w:cs="Leelawadee UI"/>
          <w:cs/>
          <w:lang w:val="km-KH" w:bidi="km-KH"/>
        </w:rPr>
        <w:t>❖  ❖  ❖</w:t>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1 ---</w:t>
      </w:r>
    </w:p>
    <w:p>
      <w:pPr>
        <w:spacing w:line="324" w:lineRule="auto" w:after="160" w:before="0"/>
        <w:jc w:val="left"/>
      </w:pPr>
      <w:r>
        <w:rPr>
          <w:rFonts w:ascii="Leelawadee UI" w:hAnsi="Leelawadee UI"/>
          <w:b w:val="0"/>
          <w:i/>
          <w:color w:val="94A3B8"/>
          <w:sz w:val="22"/>
          <w:rFonts w:ascii="Leelawadee UI" w:hAnsi="Leelawadee UI" w:cs="Leelawadee UI"/>
          <w:cs/>
          <w:lang w:val="km-KH" w:bidi="km-KH"/>
        </w:rPr>
        <w:t>(ទំព័រទទេ / Blank Page)</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2 ---</w:t>
      </w:r>
    </w:p>
    <w:p>
      <w:pPr>
        <w:spacing w:line="324" w:lineRule="auto" w:after="160" w:before="0"/>
        <w:jc w:val="left"/>
      </w:pPr>
      <w:r>
        <w:rPr>
          <w:rFonts w:ascii="Leelawadee UI" w:hAnsi="Leelawadee UI"/>
          <w:b w:val="0"/>
          <w:i/>
          <w:color w:val="94A3B8"/>
          <w:sz w:val="22"/>
          <w:rFonts w:ascii="Leelawadee UI" w:hAnsi="Leelawadee UI" w:cs="Leelawadee UI"/>
          <w:cs/>
          <w:lang w:val="km-KH" w:bidi="km-KH"/>
        </w:rPr>
        <w:t>(ទំព័រទទេ / Blank Page)</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ល.រ ទី៖ ខ្ញុំត្រូវក្លា ជា មូស្លីម ក្នុងគោលជំនឿរបស់ខ្ញុំ គោលជំនឿត្រឹមត្រូវជាលក្ខណ្ឌចំបាច់ចំពោះការចូល ជាសមាជិកក្នុងសាសនានោះ។ ដូចនេះ ចំបាច់លើបុគ្គលមូស្លីម ត្រូវត្រូវមាន ជំនឿជឿ ូវអ្វីដែលពួកបុព្វបុរសឥស្លាមដ៏ត្រឹមត្រូវ បាន ប្រកាន់ជឿកន្លងមកនិងពួកនិកាយឥស្លាមដែលមាន សាក្សីអោះអាងថាពួកគាត់ពិតជាយល់បាន ត្រឹមត្រូវចំពោះ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សាសនារបស់អល់ឡោះជាម្ចាស់... ដើម្បីឱយខ្ញុំក្លាយជាបុគ្គល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មូស្លីមកនុងគោលជំនឿរបស់ខ្ញុំ ដូចនេះខ្ញុំត្រូវ៖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មាន ជំនឿថាអ្នកដែលបង្កើតចក្រវាលទាំងមូលជាព្រះ ជាម្ចាស់ដ៏មាន អានុភាពខ្លាំងក្លា មាន ពុទ្ធិដឹងចាស់ អ្មរៈ ដោយផអែក្លើភស្តុតាងងន ការបង្កើតនិងភាពមាន របៀបរៀបរយន អ្វីដែលយើងសគងករគើញដោយផ្ទាល់ក្នុងចក្រវាល ដូច អល់ឡោះបាន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ﯟ ﯠ ﯡ ﯢ ﯣ ﯤ ﯥﯦ ﯧ ﯨ ﯩ ﯪ ﯫ ﯬ ﭼ</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:األنبياء ٢٢ . ក្លរព្វកិច្ចអ្នក មូស្លីម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 បើសិន ជាទៅលើគមនិងតអ ដី មាន ព្រះគអសងជាច្រើន គតៅពីអល់ឡោះនោះ ភពទាំងពីរឹងត្រូវ វិនាសហិ គោច អល់ឡោះជាម្ចាស់មោពិសិដឋ ជាព្រះជា មាស់ន រាជបល្ល័ង្ក ទ្រង់សែរសែំអំពីអ្វីដែលពួកគេកំពុង ពណ៌នា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ខ្ញុំត្រូវក្លាយជាអ្នកមាន ជំនឿថាព្រះជាម្ចាស់ដែល ជាអ្នកបង្កើតចក្រវាលនោះ ទ្រង់ពុំបង្កើតមកដោយទ្ទេៗឥតែានការនោះហើយ។ ពីព្រោះព្រះដ៏មាន គុណសមបរតិពេញ លក្ខណៈសុត្កឹរឥរគខោះ ទ្រង់មិ គលងគសើចទេ ចំពោះអ្វី ដែលទ្រង់បាន បង្កើតែួចមកហើយនោះ។ ដូចទ្រង់បាន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ﮮ ﮯ ﮰ ﮱ ﯓ ﯔ ﯕ ﯖ ﯗ ﯘ ﯙ ﯚ ﯛﯜ ﯝ ﯞ ﯟ ﯠ ﯡ ﯢ ﯣ ﭼ :املؤمنون ١١١ – ١١١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 តើពួកអ្នកគិរសា ថា យើងបង្កើតពួកអ្នកមក ទុក្គចលទ្ទេឥរបាន ការ ហើយពិតជាមិ ត្រលប់ទៅរក យើងវិញតម ទេ? អល់ឡោះជាម្ចាស់មោខពង់ខពស់ ទ្រង់ជា គសតចដ៏ពិតែរាកដោ ព្រះជាម្ចាស់ណាគអសងគតៅពីទ្រង់ដែល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ជាព្រះជាម្ចាស់ន រាជបល្ល័ង្កដ៏មហាបវរ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 ខ្ញុំត្រូវក្លាយជាអ្នកមាន ជំនឿចំពោះអល់ឡោះជាម្ចាស់ ទ្រង់បញ្ជូន ពួកអ្នកនាំសារ ទ្រង់បាន ប្រភេទ គម្ពីរជាច្រើន ចុះ មក ដើម្បីណែនាំមនុស្សលោកឱយស្គាល់ព្រះជាម្ចាស់របស់ពួក គេ ហើយអ្នកនាំសារចុងក្រោយបងអស់គឺ ព្យាការីមូហាំម៉ាត់។ ដូចទ្រង់បាន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ﭴ ﭵ ﭶ ﭷ ﭸ ﭹ ﭺ ﭻ ﭼ ﭽ ﭾﭿ ﮀ ﮁ ﮂ ﮃ ﮄ ﮅ ﮆ ﮇ ﮈﮉ ﮊ ﮋ ﮌ ﮍ ﮎ ﮏ ﮐ ﮑ ﭼ :النحل ١٦ មានន័យថា៖ « ពិតែរាកដ យើងបាន បញ្ជូន ក្នុងរាល់ប្រជាជាតិ នីមួយៗអ្នកនាំសារម្នាក់។ ប្រើឱយពួកគេគោរពសក្ការៈ ចំពោះអល់ឡោះ និងប្រើឱយពួកគេជៀសវាងពីការគោរពពហុ ទេព ពួកគេខ្លះអល់ឡោះបាន បងហាញអលូវ ហើយខ្លះទេៀរត្រូវ វាសនាកំណត់ឱយវង្វេង។ ចូរធ្វើដំគណើរទៅលើតអ ដីនោះ ហើយសគងករគមើលថាតើលទ្ធអលពួកអ្នកកុហកគបាកត្បាស់ នោះបាន ក្លាយទៅជាយ៉ាងណា?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 ខ្ញុំត្រូវក្លាយជាអ្នកមាន ជំនឿថា ទិសទៅន ជីវិតគឺការ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ស្គាល់អល់ឡោះជាម្ចាស់ គោរពប្រតិបត្តិ ននិងសក្ការៈ ចំពោះទ្រង់។ ដូចទ្រង់បាន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ﭳ ﭴ ﭵ ﭶ ﭷ ﭸ ﭹ ﭺ ﭻ ﭼ ﭽ ﭾ ﭿ ﮀ ﮁ ﮂ ﮃ ﮄ ﮅ ﮆ ﮇ ﮈ ﮉ ﮊ ﭼ :الذاريات ١١ – ٥١ មានន័យថា៖ « យើងពុំបាន បង្កើតជី និងមនុស្សលើកលអង តែដើម្បីឱយពួកគេគោរពសក្ការៈចំពោះយើង។ យើងពុំចង់បោភសក្ការៈ ហើយក៏ពុំចង់ឱយពួកគេអតល់ចំណីអោរដល់ យើងតដរ។ ពិតែរាកដ អល់ឡោះទ្រង់មោប្រភេទូវោភ សក្ការៈ ហើយទ្រង់មាន អំណាចរឹងមាំ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៥-ខ្ញុំត្រូវក្លាយជាអ្នកមាន ជំនឿថា អលរបសនងរបស់ពួក អ្នកមាន ជំនឿគឺឋានសួគ៌ រីឯអលរបសនងរបស់ពួកអ្នកោ ជំនឿគឺឋា រក។ ដូចទ្រង់បាន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ﮠ ﮡ ﮢ ﮣ ﮤ ﮥ ﭼ :الشورى ٧ មានន័យថា៖ « មួយត្កុមទៅឋានសួគ៌ រីឯមួយត្កុមទេៀរទៅ ឋា រក »។</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៦- ខ្ញុំត្រូវក្លាយជាអ្នកមាន ជំនឿដែលជឿថាមនុស្សសាង លអ និងអាក្រក់ដោយជម្រើសរបស់ខ្លួនគេផ្ទាល់ ក៏ប៉ុត តគេពុំ អាចសម្រេចនូវសេចក្តីលអនោះលើកលអងមាន ការសម្រេចនិងសេចក្តីជំ ួយពីអល់ឡោះជាម្ចាស់។ គេក៏ពុំអាចសម្រេចនូវសេចក្តីអាក្រក់នោះដោយបងខំចំពោះអល់ឡោះជាម្ចាស់អង តដរ។ ដូចទ្រង់បាន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ﭰ ﭱ ﭲ ﭳ ﭴ ﭵ ﭶ ﭷ ﭸ ﭼ :الشمس ٩ – ١١ មានន័យថា៖«ពិតែរាកដទ្ទួលបាន គជាគ្ជ័យចំពោះអ្នកណា ដែលបាន ជត្មោះសមែរចិត្ត ហើយបរាជ័យចំពោះអ្នកណា ដែលជា ់ឈ្លីចិត្តរបស់ខ្លួន ឯង»។ ដូចទ្រង់បាន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ﰅ ﰆ ﰇ ﰈ ﰉ ﭼ :املدثر ٥٦ មានន័យថា៖ « រាល់ជីវិតគ្រប់រូបត្រូវជាប់ជំ ក់បំណុលឹងអ្វី ដែលខ្លួន បាន សាង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៧- ខ្ញុំត្រូវស្គាល់អល់ឡោះជាម្ចាស់តាមរយៈព្រះនាមៗ និងលក្ខណ្សមបរតិរបស់ទ្រង់។ ដូចព្យាការីលោកបាន មាន 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هريرة رض ي هللا عنه أن رسول هللا صلى هللا عليه وسلم قال: ( إن هلل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ًتسعا وتسعين اسما- ًمائة إال واحدا– ال يحفظها أحد إال دخل الجنة، وهوٌ وتر ) يحب الوتر .رواه البخاري ومسلم មានន័យថា៖ « ពិតែរាកដ សម្រាប់អល់ឡោះជាម្ចាស់មាន ព្រះនាមចំនួន ៩៩ ខ្វះមួយ១០០ នរណាម្នាក់ទ្គាញចំ ព្រះនាមទាំងនោះលើកលអងតែបាន ចូលឋាននសួគ៌ ទ្រង់ជាព្រះ តែមួយ ហើយទ្រង់សព្វព្រះទ័យឹងចំនួន គសស»។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៨- ខ្ញុំត្រូវត្រិះរិះពិចារណាពីសភាវសត្វលោក្ដែលទ្រង់ បាន បង្កើត ខ្ញុំមិ ត្រិះរិះពិចារណាពីអ្រតៈ ឬខ្លួន ព្រះអផងគផ្ទាល់ នោះហើយ។ ដូចព្យាការីលោកបាន 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 تفكروا في خلق هللا وال تتفكروا في هللا فإنكم لن تقدروا قدره .رواه أبو نعيم في الحلية وألاصبهاني في الترغيب والترهيب មានន័យថា៖ « ចូរគិរពិចារណាពីសភាវសត្វលោក្ដែលអល់ឡោះ នោះបាន បង្កើត ហើយកុំគិរពិចារណាពីអល់ឡោះឱយគសោះ ព្រោះពួកអ្នកពុំអាចសា ដឹងពីទំហំន អានុភាពរបស់ទ្រង់ ហើយ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៨- រីឯលក្ខណ្សមបរតិរបស់ទ្រង់ ក្នុងនោះមាន ព្រះបន្ទូល ជាច្រើន បងហាញពីលក្ខណ្សមបរតិពីរ គឺភាពគផង់វងសជាអ្មរៈនិងភាពពីបុគពវរបស់ទ្រង់។ មា៉ាងទេៀរមាន ព្រះបន្ទូលជាច្រើន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បងហាញថា ព្រះអផងគអុយឹងលក្ខណៈគកើរគើងថីដូចជាសាភាវ សត្វលោក ទ្រង់សែរសែំពីការមាន កូ មាន អ្នកបង្កើតនិង មាន អ្នកគត្បៀបត្បដូច។ មា៉ាងវិញទេៀរមាន ព្រះបន្ទូលជាច្រើន បងហាញថា ទ្រង់មិ ត្រូវការចំពោះសភាវសត្វលោក្របស់ព្រះ អផងគ។ លើសពីនោះទៅមាន ព្រះបន្ទូលច្រើន ផងដែរបងហាញពី ភាពជាឯក្ទេវៈ ឬភាពជាព្រះតែមួយ ទាំងខ្លួន ព្រះអផងគ ព្រះ លក្ខណៈ សក្មាភាពនិងការប្រើត្បាស់អំណាចរបស់ទ្រង់។ គតៅពីនោះទៅមាន ព្រះបន្ទូលបងហាញពីអានុភាព បងហាញពី ភាពទូលំោយន ពុទ្ធិចំពោះណោះដឹងរបស់ទ្រង់ បងហាញពីអំណាច គ្របដណ្តែ់ន គចរនា និងបំណផងត្បាថានរបស់ទ្រង់។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៩- ខ្ញុំត្រូវជឿជាក់ថា ទ្សស ៈមរិរបស់បុព្វបុរសចំបាច់ ត្រូវតែធ្វើតាម ហើយត្រូវទ្ទួលស្គាល់ ូវអ្វីដែលអល់ឡោះជា មាស់ទ្រង់ទ្ទួលស្គាល់ដោយព្រះអផងគផ្ទាល់ និងអ្វីដែលព្យាការី មូហាំម៉ាត់គោកទ្ទួលស្គាល់ដោយោ ការបកស្រសាយ គត្បៀបត្បដូចនិងោ ការបដិគស្គចល ឬទុក្ជាគមា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១១- ខ្ញុំត្រូវគោរពសក្ការៈចំពោះអល់ឡោះជាម្ចាស់តែមួយ គ្រ់ ខ្ញុំមិ គោរពបូជាអ្វីមួយរួមជាមួយទ្រង់។ ដូចទ្រង់បាន មាន ព្រះបន្ទូលថា៖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ﭴ ﭵ ﭶ ﭷ ﭸ ﭹ ﭺ ﭻ ﭼ ﭽ ﭾﭿ ﭼ</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:النحل ١٦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 ពិតែរាកដ យើងបាន បញ្ជូន ក្នុងរាល់ប្រជាជាតិ នីមួយៗអ្នកនាំសារម្នាក់ ប្រើឱយពួកគេគោរពសក្ការៈ ចំពោះអល់ឡោះ និងប្រើឱយពួកគេជៀសវាងពីការគោរពពហុ ទេព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១២- ខ្ញុំត្រូវការកោតខ្លាចំពោះអល់ឡោះជាម្ចាស់តែមួយគត់ ជាសេចក្តីការកោតខ្លាចដែលបញ្ចៀសខ្ញុំពីអំពើមោឃៈ់។ ដូចទ្រង់បាន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ﯹ ﯺ ﯻ ﯼ ﯽ ﯾ ﯿ ﰀ ﰁ ﰂ ﭼ :النور ٢١ មានន័យថា៖ « រណាគោរពត្បរិបរតិចំពោះអល់ឡោះ ននិង អ្នកនាំសារបរស់ទ្រង់ ការកោតខ្លាចអល់ឡោះ គោរពវិ ័យរបស់ ទ្រង់ គឺជាពួកអ្នកដែលគជាគ្ជ័យ»។ ដូចទ្រង់បាន មាន ព្រះ ប 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ﯽ ﯾ ﯿ ﰀ ﰁ ﰂ ﰃ ﰄ ﰅ ﭼ امل ::كل ٢١ មានន័យថា៖ « ពិតែរាកដ ពួកអ្នកដែលការកោតខ្លាចំពោះព្រះ ជាម្ចាស់របស់ពួកគេដោយអាថ៌កំបាំងនោះ សម្រាប់ពួកគេគឺ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ការខ តីអ្ភ័យទេសនិងអលបុណ្យដ៏ំគផងជាទីបំអុរ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១៣- រក្សាការរំលឹក្ចំពោះអល់ឡោះឱយបាន ជាប់ជាត្បចំ ព្រោះការរំលឹក្ចំពោះទ្រង់ជាឧសថ្ពាបាលជំងឺអលូវចិត្តដ៏មាន ត្បសិទ្ធភាពត្បឆំងឹងជំងឺសងគម ដែលត្រូវឹងពោលរបស់ ទ្រង់ថា៖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ﭦ ﭧ ﭨ ﭩ ﭪ ﭫ ﭬ ﭭ ﭮ ﭯ ﭰ ﭱ ﭲ ﭳ ﭴ ﭵ ﭶ ﭷ ﭸ ﭼ :الزخرف ١٦ - ٧٦ មានន័យថា៖ « រណារស់ទៅគភលចគិរពីការរំលឹក្ដល់ព្រះជា មាស់ដ៏មោគមតាត យើងទុក្បត្មុងនមស្សការ ម្នាក់សម្រាប់ជា នដគូរបស់គេ។ ពិតែរាកដ នមស្សការ នោះ ឹងរារាំងពួកគេពី អលូវត្រូវ ហើយពួកគេគិរសា ថា ខ្លួន ជាពួកអ្នកដែលទ្ទួល បានូវសេចក្តីចងអុលបងហាញ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១៤- ខ្ញុំត្រូវតែស្រឡាញ់អល់ឡោះជាម្ចាស់ ូវសេចក្តី ស្រឡាញ់ដែលដក់ជាប់ក្នុងត្កឳគបោះដូងរបស់ខ្ញុំ ជំរុញឱយខ្ញុំចេះ បម្រុងទុកនូវសេចក្តីលអ ចេះពលី និងរសូក្នុងអលូវអល់ឡោះជា មាស់ ហើយភាពឥរប្រយោជន៍៍ ៍ន ជីវិតគោកីយ៍ និងសាច់ ញាតិពុំអាចរារាំងខ្ញុំពីស្មារតីលះបង់ខាងលើសាច់ឈាម។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ﭻ ﭼ ﭽ ﭾ ﭿ ﮀ ﮁ ﮂ ﮃ ﮄ ﮅ ﮆ ﮇ ﮈ ﮉ ﮊ ﮋ ﮌ ﮍ ﮎ ﮏ ﮐ ﮑ ﮒ ﮓ ﮔ ﮕ ﮖﮗ ﮘ ﮙ ﮚ ﮛ ﮜ ﭼ :التوبة ٢٢ មានន័យថា៖ « មូហាំម៉ាត់ចូរប្រសាសន៍ចុះថា៖ បើសិន ជា ជីដូ ជីតា កូ ទៅ បងបែ ត្បព ធនិងត្កុមត្គួសាររបស់ពួក អ្នក ទ្រព្យសម្បត្តិដែលពួកអ្នកខំត្បឹងរកនិងការជួញដូរដែល ពួកអ្នកខ្លចក្ស័យ ហើយនិងលំទៅឋ ដែលពួកអ្នកពេញ ចិត្តនោះ គួរជាទីស្រឡាញ់ចំពោះពួកអ្នកខ្លំងជាងអល់ឡោះ ជាម្ចាស់ អ្នកនាំសាររបស់ទ្រង់ និងការរសូក្នុងអលូវអល់ឡោះ ជាម្ចាស់នោះ ចូរពួកអ្នកចំឃាលំគមើលថា តើអល់ឡោះទ្រង់ ឹង ចាប់ការយ៉ាងដូចគមតចទៅវិញ? ហើយអល់ឡោះទ្រង់មិ ចងែល បងហាញអលូវចំពោះពួកជ គលើសសាច់ឈាម »។ ត្រូវចេះត្បាថាន ចង់ស្គាល់រសជារិតអែមតលាមន សេចក្តីជំនឿ។ ដូចអ្នកនាំសារ លោកបាន មានប្រសាសន៍ថា៖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أنس رض ي هللا عنه عن النبي صلى هللا عليه وس ـ لم قال : ( ثالث من كن فيه وجد بهن حالوة إلايمان ،: من كان هللا ورسولُهُ أَحَبَّ إليه مما سِوَاهماٌِ ويُح بَّ املرء ال يُحِبُّهُ إال هلل، وأن يَكْرَهَ أن يعود في الكفر، بعد أن أنقذه هللا .منه، كما يكره أن يُقْذَفَ في النار ) حديث متفق عليه មានន័យថា៖ « បីត្បការ រណាមាន បីត្បការនោះក្នុងខ្លួន អ្នក នោះ ឹងស្គាល់រសជារិតអែមតលាមន សេចក្តីជំនឿ គឺ រណា ទុកអល់ឡោះជាម្ចាស់និងអ្នកនាំសាររបស់ទ្រង់ជាទី ស្រឡាញ់ ជាងអ្វីៗទាំងអស់អស់ ហើយគេស្រឡាញ់បុគ្គលម្នាក់ោ ស្រឡាញ់ក្នុងនាមអ្វីគតៅពីដើម្បីអល់ឡោះ ហើយនិង សែប់មិ ចង់ត្រលប់ទៅរក្ភាពោ ជំនឿ (الكفر) បនាប់ពីអល់ឡោះ នោះបាន សគគងហគោះគេឱយរួចអុរ ដូចជាគេសែប់មិ ចង់ឱយខ្លួនគេត្រូវចប់គបោះទៅក្នុងភនក់គភលើងនោះតដរ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១៦- ខ្ញុំត្រូវតែពឹង ក់ចំពោះអល់ឡោះជាម្ចាស់ក្នុងគ្រប់ សា ភាពទាំងអស់អស់។ ដូចទ្រង់បាន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ﮧ ﮨ ﮩ ﮪ ﮫ ﮬ ﭼ :الطالق ٦ មានន័យថា៖ « រណាពឹង ក់ចំពោះអល់ឡោះជាម្ចាស់ គឺ ទ្រង់គ្រប់តោ ់សម្រាប់ខ្លួនគេ »។</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ក្យបណាតំដ៏មាន អ្រា ័យយ៉ាងសំខ ់របស់ព្យាការី មូហាំម៉ាត់ដូចខផងគត្កាម៖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العباس عبد هللا بن عباس رض ي هللا عنهما قال : كنت خلف النبي صلى هللا عليه وسلم يوما ، فقال : ( يا غالم ، إني أُعلمك كلمات : احفظ هللا يحفظك ، احفظ هللا تجده تجاهك ، إذا سأَلت فاسأَل هللا ، وإذا استعنت فاستعن باهلل، واعلم أن ألاُمة لو اجتمعت على أَن ينفعـوك بش يء ، لم ، ينفعوك إال بش يء قد كتبه هللا لك ، وإن اجتمعوا على أن يضروك بش يء لم يضروك إال بش يء قد كتبه هللا عليك، رفعت ألاقالم وجفت الصحف ) واه الترمذي (وقال : حديث حسن صحيح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អាប់ឌុលនោះ ពិ អាប់គហពើស និយាយថា៖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ថ្ងៃមួយខ្ញុំជិះសត្វអូដ្ឋក្រោយព្យាការី លោកបាន ទៅខ្ញុំថា៖ ត អាបែ! ខ្ញុំ ឹងបគតផងៀ ឯង ក្យប៉ុនា មា៉ារ់ ចូររក្សាអល់ឡោះ ទ្រង់ ឹងរក្សាឯងវិញ ចូររក្សាអល់ឡោះ ឯងឹងគើញទ្រង់ទៅ ចំពោះមុខឯង គបើឯងចង់សុំអ្វី ចូរសុំពីអល់ឡោះ គបើឯងត្រូវ ការជំ ួយអ្វី ចូរសុំជំ ួយពីទ្រង់ ចូរត្ជាបចុះថា៖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គបើមនុស្សទាំងអស់អស់រួមគ្នាចង់ជួយជាប្រយោជន៍៍ ៍ដល់ឯង ពួកគេពុំអាចជួយជាប្រយោជន៍៍ ៍ដល់ឯងសាច់ឈាម លើក តលងតែអ្វីដែលអល់ឡោះបាន កំណត់ឱយឯង ហើយបើសិន ជា</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ពួកគេរួមគ្នាចង់ធ្វើបាបឯង ពួកគេមិ អាចធ្វើបាន សាច់ឈាម លើកលអងតែអ្វីដែលអល់ឡោះបាន កំណត់លើឯង គេបាន ដក្សាលបបា៉ាកាគចញ ហើយបញ្ជីក្រ់ត្តាក៏សៃរទាំងអស់ហើយតដរ (បាន សេចក្តីថា វាសនាន អ្វីគ្រប់យ៉ាងព្រះលិខិរបាន ចររួចជា ស្រេចពុំអាចតវ៉ាបាន ហើយ)»។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១៦- ខ្ញុំត្រូវចេះដឹងគុណចំពោះអល់ឡោះជាម្ចាស់ ូវពរ ជ័យ ក្តីប្រភេទ ទាំងឡាយរបស់ទ្រង់។ ពីព្រោះសេចក្តីដឹង គុណចំបាច់លើមនុស្សលោកត្រូវថាវយជូ ចំពោះព្រះជាម្ចាស់ របស់ខ្លួន។ ដូចទ្រង់បាន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ﯤ ﯥ ﯦ ﯧ ﯨ ﯩ ﯪ ﯫ ﯬ ﯭ ﯮ ﯯ ﯰﯱ ﯲ ﯳ ﭼ :النحل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٥٧.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«អល់ឡោះបាន បង្កើតពួកអ្នកគចញពីនអាមាតយ របស់ពួកអ្នក ពួកអ្នកពុំដឹងអ្វីទាំងអស់អស់ ហើយទ្រង់បាន ធ្វើឱយពួក អ្នកមាន ត្រគចៀក្សាតែ់ មាន តភនក្គមើល មាន ចិត្តចេះគិរសងឃឹម ថា ពួកអ្នកទាំងអស់អស់ោនចេះដឹងគុណ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ពិតែរាកដ អល់ឡោះបាន សាចំពោះពួកអ្នកចេះដឹង គុណថា ឹងបតាមពរជ័យឱយកា ់តែច្រើន ក៏ដូចជាទ្រង់បា</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គំរាមពួកអ្នករមិលគុណថា ឹងឱយពួកគេកា ់តែខ្របង់ កា ់ តែលិចលង់។ ដូចទ្រង់បាន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ﭭ ﭮ ﭯ ﭰ ﭱ ﭲﭳ ﭴ ﭵ ﭶ ﭷ ﭸﭼ :إبراهيم ٧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«ចូររំលឹក្ចុះ ខណៈដែលព្រះជាម្ចាស់បាន ត្បកាសត្បាប់ពួកអ្នកថា បើសិន ជាពួកអ្នកចេះដឹងគុណនោះ យើងឹងបតាមឱយពួកអ្នក តែបើសិន ជាពួកអ្នកក្បត់រមិល គុណវិញនោះ ពិតែរាកដ ទរុណក្មារបស់យើងនត្ពនអសខ្លំង ណាស់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១៧- ខ្ញុំត្រូវបួងសួងសុំអ្ភ័យទេសពីអល់ឡោះជាម្ចាស់ ពីព្រោះការបួងសួងសុំអ្ភ័យទេសជួយលុបោងអំពើបាបហើយ ក៏ជាការសារភាពតវ៉ាខ្លួន សាជាថីផងដែរ។ ដូចទ្រង់បាន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ﮔ ﮕ ﮖ ﮗ ﮘ ﮙ ﮚ ﮛ ﮜ ﮝ ﮞ ﮟ ﮠ :النساء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١١١.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 រណាត្បត្ពឹរតអំពើបាប ឬត្បត្ពឹរតអំពើអ្យុរតិ ម៌ចំពោះខ្លួន ឯង បនាប់មកគេបួងសួងសុំអ្ភ័យទេស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ចំពោះអល់ឡោះនោះ គេ ឹងគើញថា អល់ឡោះទ្រង់ជាព្រះ ជាម្ចាស់ដ៏មោអ្ភ័យ មោគមតាត »។ ﭽ ﭭ ﭮ ﭯ ﭰ ﭱ ﭲ ﭳ ﭴ ﭵ ﭶ ﭷ ﭸ ﭹ ﭺ ﭻ ﭼ ﭽ ﭾ ﭿ ﮀ ﮁ ﮂ ﮃ ﮄ ﮅ ﮆ ﮇ ﮈ ﮉ ﭼ :آل عمران ١٦١ – ١٦١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ពួកអ្នកដែលទៅពេលខ្លួនគេត្បត្ពឹរតអំពើ អ្បាយមុខ ឬត្បត្ពឹរតអំពើអ្យុរតិម៌ចំពោះខ្លួន ឯង ពួកគេ ឹក គើញអល់ឡោះ ហើយបួងសួងសុំអ្ភ័យទេសចំពោះអំពើ បាបរបស់ពួកគេ។ តើមាន រណាលើកលអងទេសគតៅពី អល់ឡោះជាម្ចាស់? ហើយពួកគេគបតជាចិត្តមិ ត្បត្ពឹរតអំពើ ទាំងនោះទេៀរដោយគចរនាសាច់ឈាម។ ទាំងនោះជាពួក អ្នកដែលទ្ទួលបា ូវការខ តីអ្ភ័យទេសអំពីព្រះជាមាសរបស់ ពួកគេ»។ ១៨- ខ្ញុំត្រូវដឹងថា អល់ឡោះទ្រង់ឃាលំគមើលរូបខ្ញុំគ្រប់ពេល វេលាទាំងអស់អស់ ទេោះទៅទីក្ត លងសារ់ ឬទីចំហ តែងមាន អារមាណ៍ ឹក្ដល់ពោលរបស់ទ្រង់៖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ﭝ ﭞ ﭟ ﭠ ﭡ ﭢ ﭣ ﭤ ﭥ ﭦ ﭧ ﭨ ﭩ ﭫ ﭬ ﭭ ﭮ ﭯ ﭰ ﭱ ﭲ ﭳ ﭴ ﭵﭶ ﭷ ﭸ ﭹ ﭺ ﭻ ﭼﭽ ﭾ ﭿ ﮀ ﮁ ﮂ ﭼ :اجملادلة ٧ មានន័យថា៖ « ោ ការជំ ុំោនណាមួយមា ោនបីនាក់ លើក តលងតែទ្រង់ជាអ្នកទីបួ ហើយមា ោនត្បាំនាក់ លើកលអង តែទ្រង់ជាអ្នកទីត្បាំមួយ មិ ថារិចជាងនោះ ឬច្រើន ជាង លើកលអងត្រូវមាន ទ្រង់ជាមួយពួកគេ ទេោះជាទៅទីណាក៏ ដោយ។ បនាប់មកទ្រង់ ឹងត្បាប់ពីអ្វីដែលពួកគេបាន ធ្វើទៅ ថ្ងៃបរគោក ពិតែរាកដ អល់ឡោះទ្រង់ដឹងត្ជាបអ្វីគ្រប់យ៉ាង »។</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ការគោរពសក្ការៈជាអ្ភិប្រតិបត្តិ ៍ និងជាអារមាណ៍កំពូល ដឹងពីឧរតមភាពរបស់អល់ឡោះជាម្ចាស់។ ខ្លួនឹមសារពិតន ឥស្លាមរត្មូវឱយជីវិតែស់ទៅទាំងមូលជាការគោរពសក្ការៈនិង ត្បរិបរតិដោយអុវរតា មពោលរបស់អល់ឡោះជាម្ចាស់៖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ﭳ ﭴ ﭵ ﭶ ﭷ ﭸ ﭹ ﭺ ﭻ ﭼ ﭽ ﭾ ﭿ ﮀ ﮁ ﮂ ﮃ ﮄ ﮅ ﮆ ﮇ ﮈ ﮉ ﮊ ﭼ :الذاريات ١١ – ٥١ មានន័យថា៖ « យើងពុំបាន បង្កើតជី និងមនុស្សលើកលអង តែដើម្បីឱយពួកគេគោរពសក្ការៈចំពោះយើង។ យើងពុំចង់បោភសក្ការៈ ហើយក៏ពុំចង់ឱយពួកគេអតល់ចំណីអោរដល់ យើងតដរ។ ពិតែរាកដ អល់ឡោះទ្រង់មោប្រភេទូវោភ សក្ការៈ ទ្រង់មាន អំណាចរឹងមាំ »។ ដូចទ្រង់បាន មាន ព្រះបន្ទូល 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ﯓ ﯔ ﯕ ﯖ ﯗ ﯘ ﯙ ﯚ ﯛ ﭼ :األنعام ٢١١ ទីពីរៈ ខ្ញុំត្រូវក្លា ជា មូស្លីម ក្នុងក្លរគោរព្សក្ការៈរបស់ខ្ញុំ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 មូហាំម៉ាត់ចូរមាន ប្រសាសន៍ចុះថា ពិតែរាកដ ការថ្វាយបង្គំរបស់ខ្ញុំ ការគោរពសក្ការៈរបស់ខ្ញុំ ការបស់ទៅ របស់ខ្ញុំ ការសាលប់របស់ខ្ញុំសម្រាប់អល់ឡោះជាព្រះជាម្ចាស់ន សក្លគោក្ទាំងមូល »។ ដើម្បីឱយខ្ញុំក្លាយជាមូស្លីមកនុងការគោរពសក្ការៈរបស់ខ្ញុំចំ បាច់ត្រូវអុវរតដូចរទៅ៖ ការគោរពសក្ការៈរបស់ខ្ញុំចំបាច់ត្រូវ តរបស់រគវើក្មាន វិញ្ញាណអារភាជប់ជាមួយឹងអល់ឡោះជា មាស់ នោះគឺជាកត្មិរគអៀហសា (កុសល)ន ការគោរពសក្ការៈ។ ដូចដែលព្យាការីលោកបាន ពណ៌នាថា៖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قال رسول هللا صلى هللا عليه وسلم: ( أن تعبد هللا كأنك تراه فإن لم تكن .تراه فإنه يراك ) متفق عليه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អ្នកត្រូវតែគោរពសក្ការៈចំពោះអល់ឡោះដាក់បីដូចជាបាន គើញទ្រង់ បើសិន ជាអ្នកមិ គើញទ្រង់ តែទ្រង់ទ្រគើញអ្នក »។ ចំបាច់ការគោរពសក្ការៈរបស់ខ្ញុំត្រូវ តែជាការគោរពដែលមាន ជំនឿស ប់។ ដូចអាអ៊ីសះបានិយាយថា៖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قالت عائشة رض ي هللا عنها: ( كان رسول هللا صلى هللا عليه وسلم يحدثنا ونحدثه فإذا حضرت الصالة كأنه لم يعرفنا ولم نعرفه ) رواه ألازدي</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សាវ័កមូហាំម៉ាត់គាត់បាននិយាយ ជាមួយពួកយើង ហើយពួកយើងក៏ និយាយជាមួយគាត់ លុះ ពេលថ្វាយបង្គំបានមកដល់ ដាក់បីដូចជាគាត់មិនស្គាល់ពួក យើង ហើយពួកយើងក៏មិនស្គាល់គាត់»។ ខ្ញុំត្រូវតែឋិរក្នុងការ គោរពសក្ការៈដែលផ្ចង់ចិត្តផ្ដោតអារម្មណ៍ជ្រះថ្លាពីភាព ខ្វល់ខ្វាយទាំងឡាយ ហើយសាវ័កលោកបាន ចងអុលបងហាញ ឱយធ្វើដូចនេះផងដែរ ដូចលោកបាន 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قال رسول هللا صلى هللا عليه وسلم: ( ليس للعبد من صالته إال ما عقل منها ) حديث ضعيف شيخ ألالباني មានន័យថា៖ « ោ អលអ្វីសម្រាប់បុគ្គលម្នាក់ពីការថ្វាយបង្គំ របស់គេ លើកលអងតែអ្វីដែលខ្លួនគេដឹងដោយអារមាណ៍ »។ ការគោរពសក្ការៈរបស់ខ្ញុំចំបាច់ត្រូវត្រូវមាន មហិចឆតាខពស់ោ កំណត់។ ខ្ញុំបូជាចំពោះអល់ឡោះដោយការថ្វាយបង្គំសា័ត្គ ចិត្ត(النوافل)គ្លើយរបឹងពោលរបស់អល់ឡោះជាម្ចាស់ក្នុងោ ទីសកុឌសីយ៍៖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قول هللا تعالى في الحديث القدس ي: ( من عاد لي وليا فقد آذنته بالحرب، وما تقرب عبدي بش يء أحب إلي مما افترضته عليه،وما يزال عبدي يتقرب إلي بالنوافل حتى أحبه، فإذا أحببته كنت سمعه الذي يسمع به وبصره الذي يبصر به ويده التي يبطش بها ورجله التي يمش ي بها، وإن سألني ألعطينه ولئن</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استعاذني ألعيذنه، وما ترددت عن ش ي ء أنا فاعله ترددى عن نفس املؤمن يكره املوت وأنا أكره مسائته ) رواه مسلم មានន័យថា៖ « អល់ឡោះបាន ពោលក្នុងោទីសកុឌសីយ៍ថា៖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រណាបងកគរឿងចំពោះអ្នកជាទីស្រឡាញ់របស់យើងនោះ យើងឹងត្បកាសសគងហគមជាមួយគេ ោ អ្វីដែលខ្ញុំរបស់យើង សក្ការៈចំពោះយើងត្បគសើរជាងអ្វីដែលយើងបា ដាក់ការពវ កិចាចំពោះគេ។ ខ្ញុំរបស់យើងទៅតែប តថ្វាយបង្គំសូណិរ ចំពោះយើងរហូរដល់យើងស្រឡាញ់រូបគេ គបើយើង ស្រឡាញ់គេ ដូចនេះយើងជាត្រគចៀក ជាតភនក ជានដ ជាគជើង របស់គេ។ គបើគេសុំអ្វីពីយើង យើងត្រូវតែឱយគេ គបើគេសុំឱយ យើងការ រ យើងត្រូវតែការ រគេ។ យើងធ្វើអ្វីមួយយើង មិ ដែលសាក់គសើរទេ យើងសាក់គសើរតែចំពោះជីវិតអ្នកមាន ជំនឿ គេខ្លចសាលប់ យើងខ្លចគេឈឺចប់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ខ្ញុំត្រូវយកចិត្តទុកដាក់គងើបថ្វាយបង្គំពេលយប់ ត្រូវឹង ពោលរបស់អល់ឡោះជាម្ចាស់៖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ﭬ ﭭ ﭮﭯ ﭰ ﭱ ﭲ ﭳ ﭼ املزمل :١ មានន័យថា៖ « ពិតែរាកដពេលយប់ជាវេលាមួយស្ងប់បំផុត ដើម្បីថ្វាយបង្គំ និងសូត្របាន ត្រឹមត្រូវបំអុរ »។</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ពិតែរាកដ អល់ឡោះជាម្ចាស់បាន ពណ៌នាពីពួកអ្នកមាន ជំនឿ ដូចទ្រង់បាន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ﮌ ﮍ ﮎ ﮏ ﮐ ﮑ ﮒ ﮓ ﮔ ﮕ ﭼ</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الذاريات :٧١ - ٥١ មានន័យថា៖ « ពួកគេគដក្រិចរួចទៅពេលយប់។ ពេលទេៀប ភលឺពួកគេគងើបួងសួងសុំអ្ភ័យទេស »។ ទ្រង់បាន មាន ព្រះបន្ទូលទេៀរថា៖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ﮔ ﮕ ﮖ ﮗ ﮘ ﮙ ﮚ ﮛ ﮜ ﮝ ﮞ ﭼ السجدة :١١ មានន័យថា៖ « ខ្លួន ត្បាណ្ពួកគេឃាលរចក្ពីពូក្គខនើយគងើប ថ្វាយបង្គំបួងសួងចំពោះព្រះជាម្ចាស់របស់ពួកគេដោយសេចក្តី ការកោតខ្លាច ចង់បាន អលបុណ្យ ហើយពួកគេបរិចាគ្មួយចំនួន ន ទ្រព្យសម្បត្តិដែលយើងបាន ប្រភេទ ចំពោះពួកគេ »។ ខ្ញុំ ត្រូវសូត្រគម្ពីរអាល់គួរអាន ជាត្បចំជាពិគសសពេលអារុណ្រោះ ដូចទ្រង់បាន ប 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ﭷ ﭸ ﭹ ﭺ ﭻ ﭼ اإلسراء :٥٧</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«ពិតែរាកដការសូត្រគម្ពីរអាល់គួរអាន ទៅពេល អារុណ្រោះមាន គេមកធ្វើសាក្សី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សូត្រដោយអារមាណ៍សៃប់ ឹងឹងនិងមាន អារមាណ៍ គសាក្ទៅចំពោះខ្លួន ឯងដូចព្យាការីមូហាំម៉ាត់បាន មាន ប្រសាសន៍ថា៖</w:t>
      </w:r>
    </w:p>
    <w:p>
      <w:pPr>
        <w:spacing w:line="324" w:lineRule="auto" w:after="120" w:before="0"/>
        <w:jc w:val="left"/>
      </w:pPr>
      <w:r>
        <w:t>عن سعد بن أبي وقاص رض ي هللا عنه قال سمعت رسول هللا صلى هللا عليه وسلم يقول ( إن هذا القرآن نزل بحزن فإذا قرأتموه فابكوا ) رواه ابن ماجه حديث ضعيف មានន័យថា៖ « ពិតែរាកដ គម្ពីរអាល់គួរអាន នោះគេញុះមក ដោយទុក្ខលំបាក ដូចនេះទៅពេលដែលពួកអ្នកសូត្រ ចូរសូត្រ ដោយបងូរទឹកតភនក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ខ្ញុំត្រូវឹក្ដល់ពោលរបស់អល់ឡោះជាម្ចាស់៖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ﮉ ﮊ ﮋ ﮌ ﮍ ﮎ ﮏ ﮐ ﮑ ﮒ ﮓ ﮔ ﭼ :احلشر ٢١ មានន័យថា៖« បើសិន ជាយើងប្រភេទ គម្ពីរអាល់គួរអាន ចុះ មកចំពោះភនំ នោះអ្នកឹងគើញភនំខ្លចញ័របញ្ជាយព្រោះខ្លចអល់ឡោះ នោះជាម្ចាស់ »។</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:قال رسول صلى هللا عليه وسلم ) ( رب تال للقرآن والقرآن يلعنه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 ជួ កាលអ្នកដែលសូត្រគម្ពីរអាល់គួរអាន នោះត្រូវគម្ពីរអាល់គួរអានដាក់ផ្ទតសា»។ و قال رسول هللا صلى هللا عليه وسلم: ( القلب الذي ليس فيه قرآن قلب ) خرب មានន័យថា៖ « ចិរដែលោ គម្ពីរអាល់គួរអាន គឺជាចិត្តខូច »។ عن عبد هللا رض ي هللا عنه قال قال رسول هللا صلى هللا عليه وسلم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ان هذا القرآن مأدبة هللا ف أقبل وا على مأدبته ما استطعتم ان هذا القرآن حبل هللا والنور والشفاء النافع عصمه ملن تمسك به ونجاة ملن اتبعه ال يزيع فيستعتب وال يعوج فيقوم وال تنقض ي عجائبه وال يخلق عن كثرة الرد فأتلوه فإن هللا يأجركم على تالوته بكل حرف عشر حسنات أما اني ال أقول ألم ولكن بألف والم وميم ) رواه الدارمي.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 ពិតែរាកដ គម្ពីរអាល់គួរអាន ជាការជប់គលៀង របស់អល់ឡោះជាម្ចាស់។ ចូរនាំោនមកចូលរួមការជប់គលៀង របស់អល់ឡោះតាមលទ្ធភាពរបស់ពួកអ្នក។ ពិតែរាកដគម្ពីរអា ល់គួរអា នោះជាតខសចំណផងរបស់អល់ឡោះ ជាព លឺ ជាថានំ ពាបាលដ៏មាន ត្បសិទ្ធភាព ចកអុរភ័យចំពោះអ្នកដែលបាន ប្រកាន់ខ្ជប់។ រណាត្បរិបរតិតាមឹងបាន រួចអុរពីគភលើង រក មិ លំគអៀង ដែលត្រូវគេសតីបគ្នាស មិ គវៀចគវរ មិ ងហយអុរ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កំណត់អ្ចឆរិយៈរបស់វា មិ ទាំងអស់សុពលភាពព្រោះត្រូវមាន អ្នក ជំទស់ច្រើន គពក។ ចូរសូត្រគម្ពីរនោះ ពិតែរាកដ អល់ឡោះ ជាម្ចាស់ទ្រង់ឱយអលបុណ្យន ការសូត្រនោះមួយអក្សរគសើ ឹង ដប់ ហើយខ្ញុំមិ និយាយថា អាលិហវ មីម(ألم) មួយអក្សរ តែ អាលិហវ មួយអក្សរ ម មួយអក្សរនិងមីមួយអក្សរ »។ ព្យាការីមូហាំម៉ាត់លោកបាន តអតផ្ទតំអាពូគហសើរថា៖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كان رسول هللا صلى هللا عليه وسلم يوص ي أبا ذر فقال: ( عليك بتالوة القرآن فإنه نور لك في ألارض وذخر لك في السماء ) رواه ابن حبان មានន័យថា៖ « ចូរចំបាច់ត្រូវតែសូត្រគម្ពីរអាល់គួរអាន ព្រោះ វាជាព លឺសម្រាប់អ្នកទៅលើតអ ដីនោះ ហើយជាគសបៀង សម្រាប់អ្នកគេរសាទុក្ទៅលើគម »។</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 រំនលបើសិន ជោ សីល្ម៌។ ដូចជាសមតី របស់គោកោសា ់ បាសរីយ៍ ដែលគោកអ៊ីមុំ អាល់ពូគខ្រី យ៍លើក្គើងក្នុងគសៀវទៅសគហោះរបស់គោក្ថា៖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(ជំនឿពុំ តម តោ ់តែជាការត្បាថានប៉ុណ្ណោះទេ តែជាអ្វីដែលចិត្តទ្ទួល ស្គាល់ និងសតមតងបញ្ញជក់ដោយការអុវរតជាក់តសតង)។ មោទីសបញ្ញជក់ថា៖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هريرة رض ي هللا عنه قال قال رسول هللا صلى هللا عليه وسلم: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)(أكمل املؤمنين إيمانا أحسنهم خلقا سنن أبو داود حديث صحيح</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ពួកអ្នកមាន ជំនឿដែលពេញលក្ខណៈ ជាងគេគឺអ្នកមាន ជំនឿណាដែលមាន សីល្ម៌លអត្បគសើរជាង គេ »។ បើសិន ជោ តក្មសីល្ម៌ការគោរពសក្ការៈទាំង យតោ ់តែជាចលនាក្គត្មើក្ដែលោ ័យ។ ក្នុងគម្ពីរអា ល់គួរអា បាន តចងថា៖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ﯣ ﯤﯥﯦ ﯧ ﯨ ﭼ العنكبوت: ٤٥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ទីបី៖ ខ្ញុំជា មូស្លីម ក្នុងសីលធ ៌របស់ខ្ញុំ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 ពិតែរាកដ ការថ្វាយបង្គំព្រះ ជួយោមឃារ់ ពីអំពើអ្បាយមុខនិងអំពើបាប »។ ព្យាការីមូហាំម៉ាត់គោក បាន 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ابن عباس رض ي هللا عنهما قال : قال رسول هللا صلى هللا عليه وسلم ) ( من لم تنهه صالته عن الفحشاء واملنكر لم يزدد من هللا إال بعدا املعجم الكبير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 ណាដែលការថ្វាយបង្គំរបស់គេពុំបាន ឃារ់គេពីអំពើអ្បាយមុខនិងអំពើបាបទេនោះ ជ នោះោ គកើ អ្វីគតៅពីការឃាលរឆៃយពីអល់ឡោះជាម្ចាស់នោះហើយ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ទក់ទផង់ ឹងការបួសរមអោរ ព្យាការីលោកបាន មាន ប្រសាសន៍ថា៖ ٌ عن أبا هريرة رض ي هللا عنه يقول ( قال رسول هللا صلى هللا عليه وسلم وإذاٌ كان يوم صو م أحدكم فال يرفث وال يصخب فإن سابه أحد أو قاتله فليقل إني امرؤ صائم ) .صحيح البخاري មានន័យថា៖ « បើសិន ជាក្នុងថ្ងៃដែលពួកអ្នកបួស ចូរកុំរួម គមត្រីភាពជាមួយត្បព ធ កុំតស្រសកូ គ លោះត្បតក្កោន គបើ សិ ជាមាន រណាម្នាក់មកសតីបគ្នាស ឬចង់រក្គរឿងគ លោះ ជាមួយអ្នក ចូរ និយាយថា ពិតែរាកដ ខ្ញុំបួស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ក្នុងការត្បារពធពីបុណ្យហ័ជជ អល់ឡោះជាម្ចាស់ទ្រង់បា</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ﭑ ﭒ ﭓﭔ ﭕ ﭖ ﭗ ﭘ ﭙ ﭚ ﭛ ﭜ ﭝ ﭞ ﭟ ﭠ ﭼ البقرة :١٩٢ 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រដូវត្បារពធពីបុណ្យហ័ជជឋិរក្នុងប៉ុនា តខ ដែលគេបាន កំណត់។ ដូចនេះ រណាមាន ការពវកិចាត្បារពធពី កា ់គអៀសរ៉ាមកនុងរយៈពេលប៉ុនា តខនោះ ចូរអ្នកនោះកុំរួម គមត្រីភាពជាមួយត្បព ធ កុំត្បត្ពឹរតិអំពើបទ្គលើសនិងគ លោះ ត្បតក្កោនឱយគសោះ »។</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ចរិរលក្ខណៈដ៏សំខ ់បំអុរដែលសក្តិសមឹងមនុស្សម្នាក់ៗ ត្រូវប្រកាន់យកនោះគឺត្រូវក្លាយជាមូស្លីមកនុងចរិរលក្ខណៈ របស់គេដូចរទៅ៖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ជៀសវាងពីអំជពើស្សពិចស្សពិល៖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បុគ្គលគ្រប់រូបចំបាច់ត្រូវតែជៀសវាងពីអំពើខុសចាប់និងអំពើស្រសពិចស្រសពិល អុវរតា មប្រសាសន៍របស់អ្នក នាំសាររបស់អល់ឡោះ(សូមស តិភាពគកើរមាន ចំពោះគោក) ថា៖</w:t>
      </w:r>
    </w:p>
    <w:p>
      <w:pPr>
        <w:spacing w:line="324" w:lineRule="auto" w:after="120" w:before="0"/>
        <w:jc w:val="left"/>
      </w:pPr>
      <w:r>
        <w:t>(إن الحال ل بين والحرام بين وبينهما أمور مشتبهات ال يعلمهن كثير من الناس ، فمن اتقى الشبهات فقد استبرأ لدينه وعرضه ومن وقع في الشبهات وقع في الحرام كالراعي يرعى حول الحمى يوشك أن يقع فيه ، أال وإن لكل ملك حمى ، أال وإن حمى هللا محارمه، أال وإن في الجسد مضغة إذا صلحت صلح ) الجسد كله ، وإذا فسدت فسد الجسد كله، أال وهي القلب متفق عليه មានន័យថា៖ ពិតណាស់ត្បការដែលោ ល (ត្បការដែល ចាប់ឥស្លាមអុញ្ញារ)ត្រូវបាន បញ្ញជក់ច្បាស់លាស់ ហើយ លក្ខណស បរតិអ្នក មូស្លីម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31 ---</w:t>
      </w:r>
    </w:p>
    <w:p>
      <w:pPr>
        <w:spacing w:line="324" w:lineRule="auto" w:after="120" w:before="0"/>
        <w:jc w:val="left"/>
      </w:pPr>
      <w:r>
        <w:t>ត្បការោរុំ(ត្បការចាប់ឥស្លាមោមឃារ់)ក៏ត្រូវបាន បញ្ញជក់ យ៉ាងចាស់ផងដែរ។ ទៅចគ្នាលោះត្បការទាំងពីរនោះ មាន ត្បការមួយចំនួន ពុំបាន បញ្ញជក់ដោយសារក្នុងចំ ុចមាល សងស័យដែលមនុស្សភាគច្រើន ពុំបាន យល់ដឹង។ ជ ណា ជៀសឆៃយពីត្បការមាលសងស័យនោះ ជ នោះពិតជាបាន តថ្រក្សាសាសនា និងកិរតិយសរបស់គេ ហើយជ ណាបាន ត្បត្ពឹត្រូវត្បការមាលសងស័យនោះ ជ នោះពិតជាបាន បងខិរ ខ្លួន ទៅរកត្បការោរុំ។ គត្បៀបា ឹងអ្នកគផងហវលម្នាក់ឃាវល សត្វទៅជិររំប ់ោមឃារ់ដោយគសើរតែចូលដល់ក្នុងរំប ់ នោះ។ តើអ្នកដឹងទេថា គ្រប់មាស់ក្មាសិទ្ធិទាំងអស់អស់មាន ខណ្ឌសីមា? តើអ្នកដឹងទេថា ខណ្ឌសីមារបស់អល់ឡោះ (ចំពោះមនុស្ស) គឺត្បការោមឃារ់របស់ទ្រង់។ តើអ្នកដឹង ទេថា ទៅក្នុងខ្លួន មនុស្សមាន សាច់មួយដុំ គបើសាច់មួយដុំនោះ លអ គឺខ្លួន ត្បាណ្ទាំងមូលក៏លអ តែបើសិន ជាសាច់មួយដុំនោះ ខូច ខ្លួន ត្បាណ្ទាំងមូលក៏ខូច សាច់មួយដុំនោះគឺគបោះដូង។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ការរក្សាស្កសសសសនែក្ស៖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ការសំ ឹងគមើលគឺជាបុព្វគហរុជំរុញឱយគកើររណា។ គហរុ ដូចនេះ ទេើបអល់ឡោះបា ោស់គរឿ ក្នុងគម្ពីរអាល់គួរអាន ចំពោះការចង់ដឹង ចង់គើញនោះថា៖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ﭾ ﭿ ﮀ ﮁ ﮂ ﭼ النور :٣٠ មានន័យថា៖ ចូរប្រសាសន៍ (មូហាំម៉ាត់) ទៅកា ់ពួកអ្នកមាន ជំនឿឱយពួកគេដាក់តក្តសតភនក្របស់ពួកគេចុះ។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ការរក្សាអណ្តាត៖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ការរក្សាអ្ណាតែពី ក្យបាបក្មាន ការ និយាយឥរ ប្រយោជន៍៍ ៍ ការ និយាយគដើមគេ ចាក់រុកគេ។ អ៊ីមុំណាវា៉ាវីបានិយាយថា៖ « ចូរអ្នកដឹងថា ពិតណាស់ចំបាច់ចំពោះគ្រប់ បុគ្គលដែលពេញវ័យត្រូវតថ្រក្សាអ្ណាតែរបស់គេពីគ្រប់ ក្យ សមតី លើកលអងតែ ក្យសំដីណាដែលមាន ប្រយោជន៍៍ ៍ ប៉ុណ្ណោះ។ តែគបើ ក្យសមតីនោះមាន ប្រយោជន៍៍ ៍គសើនរវាង ការ និយាយឬការមិ និយាយ នោះតាមលំអា របស់អ្នកនាំសាររបស់ព្រះត្រូវទៅគសៃមកុំ និយាយគចញមក »។</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ការជអៀនខ្មាស៖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មនុស្សត្រូវចេះគអៀ ខាសទៅគ្រប់កាលៈទេសៈ។ លក្ខណៈ តែបនោះពុំបាន ឃារ់ឃទាំងដល់ភាពកាលោ ដែលបងហាញពីការ ពិតនោះហើយ។ ក្នុងចំពោះណាមលក្ខណៈគអៀ ខាសនោះ គឺ ជាការមិ ចូលគត្ជៀរតត្ជក្នុងកិច្ចការអ្នកដនទ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ការរក្សា តក្តសតភនក្ការជត្មោះសមែរអ្ណាតែពី ក្យសមតីអាក្រក់ឥតែានការនិងការបា ់សំគ ង។ ( ولقد روي عن رسول هللا صلى هللا عليه وسلم أنه كان أشد حياء من العذراء في خدرها ، وكان يقول: إلايمان بضع وسبعون أو بضع وستون شعبة ، فأضلها قول ال إله إال هللا وأدناها إماطة ألاذى عن الطريق والحياء شعبة ) من إلايمان صحيح مسلم មានន័យថា៖ ពិតណាស់ មាន សេចក្តីរាយការណ៍អំពីអ្នកនាំសារថា គោក្មាន ការគអៀ ខាសខ្លំងណាស់ គអៀ ខាស ជាងកូ តក្មុំដែលដាក់ខ្លួន ទៅតែក្នុងអោះ។ លោកបាន មាន ប្រសាសន៍ថា៖ « ជំនឿមាន ជាងចិរសិប ឬជាងហុក្សិបកត្មិរ »។ ជំនឿដែលលអបំអុរនោះ គឺការគ ល ក្យថា៖ « ោ ទេ មាស់ដែលត្រូវគេគោរពពិតែរាកដ មាន តែអល់ឡោះ »។ កត្មិរទបជាងគេនោះ គឺការយកអ្វីដែលបងកព្រោះថានក់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ដល់មនុស្ស គចញពីអលូវគដើរ ហើយការគអៀ ខាសក៏សារក្នុង កត្មិរមួយន ជំនឿ ផងដែរ។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ភាពជោះស្តង់៖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មនុស្សត្រូវប្រកាន់ភាពគសោះត្រង់ មិ ត្រូវភូរកុហកជោច់ ខ្រ។ ោ និយាយ ក្យពិត មិ ត្រូវបារមភការរិះគដៀលពី អ្នកដនទ្នោះហើយ។ ការភូរកុហក គឺជាត្ចក្លបួងរបស់ពួក នសារ (បិសាច)។ ការរក្សាខ្លួន ពីកំហុសន ការភូរកុហកគឺជា ការក្សារ រនិងជត្មោះសមែរខ្លួន ពីការអូសទញរបស់នសារ។ ការភូរកុហក គឺបំផ្ទលញខ្លួន ឯងនិងក្លាយជាមនុស្សទប គថាក្ផងដែរ។ អ្នកនាំសារបាន 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إن الصدق يهدي إلى البر وإن البر يهدي إلى الجنة ، وإن الرجل ليصدق حتى ي كتب عندهللا صديقا، وإن الكذب يهدي إلى القجور وإن الفجور يهدي إلى النار، وإن الرجل ليكذب حتى يكتب عندهللا كذابا ) متفق عليه មានន័យថា៖ ពិតណាស់ ភាពគសោះត្រង់ចងអុលបងហាញទៅរក អំពើលអ ហើយអំពើលអ ឹងចងអុលបងហាញទៅកា ់ឋានសួគ៌។ ពិតណាស់បុគ្គលម្នាក់ ឹងគសោះត្រង់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រហូរត្រូវគេចរទៅ ចំពោះអល់ឡោះថា ជាអ្នកគសោះត្រង់។ អុយទៅវិញ ការភូរ កុហកឹងជំរុញទៅរកអំពើអាក្រក់ ហើយអំពើអាក្រក់ ឹង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ជំរុញអ្នកត្បត្ពឹរតទៅរក្ឋា រក។ ពិតណាស់បុគ្គលម្នាក់ ឹង ភូរកុហក រហូរត្រូវគេចរទៅចំពោះអល់ឡោះថា ជាអ្នកភូរ កុហក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ការអត់ធាត់៖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អ្នកត្រូវប្រកាន់ភាពអ្រ់ារ់ ឹងសងឃឹមចំពោះកុសល អលបុណ្យពីអល់ឡោះ។ ការអ្រ់ារ់ជាតអនក្មួយន ជំនឿ ហើយពួកអ្នកអ្រ់ារ់ទាំងឡាយឹងទ្ទួលបា ូវកុសលអល បុណ្យច្រើន ឥរគណ្នា។ ដោយសារតែពួកគេត្បឈ្មឹង ព្រោះថានក់សព្វតែបយ៉ាង ធ្វើឱយពួកគេកា ់តែយល់ត្ពមទ្ទួល យកតាមការកំណត់របស់អល់ឡោះជាម្ចាស់។ គបើមនុស្សអាច អ្រ់ារ់បាន ក្នុងជីវិតគោកីយ៍ គេ ឹងជួបូវសុភមងគល ទៅថ្ងៃ បរគោក។ អល់ឡោះទ្រង់បាន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ﭠ ﭡ ﭢ ﭣ ﭤ ﭥ ﭦ ﭧ ﭨ ﭩﭪ ﭫ ﭬ ﭭ ﭼ البقرة :٤٤٢ មានន័យថា៖ « យើងពិតជា ឹងសាក្លបងពួកអ្នក ពីការភ័យ ខ្លច ការអ្រ់ឃាល ការខ្របង់ទ្រព្យសម្បត្តិ សេចក្តីសាលប់ ននិង កផងវោះខ្រអោលុអល។ ចូរអ្នក(មូហាំម៉ាត់)អតល់ដំណឹងរីក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រាយដល់ពួកអ្នកដែលអ្រ់ារ់ទាំងឡាយ »។ អ្នកនាំសារបាន 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ولن تعطوا عطاء خيرا وأوسع من الصبر ) وراه البخاري មានន័យថា៖ ពួកអ្នកឹងមិ ត្រូវបាន គេអតល់ក្តីប្រភេទ ណា ត្បគសើរជាងនិងវិគសសវិសាលជាងការអ្រ់ារ់នោះហើយ។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សុភាពរាប៖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ត្រូវប្រកាន់ចរិរសុភាពរាបសា ចំពោះបងបែ ដោយមិ តែងតចក្រវាងអ្នកមាងអ្នកត្ក។ អ្នកនាំសាររបស់អល់ឡោះ នោះពិតជាបាន បួងសួងសុំពីអល់ឡោះឱយបញ្ចៀសរូបគោក ពីក្តីអំ ួរ។ លោកបាន 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(ال يدخل الجنة من كان في قلبه مثقال ذرة من كبر ) رواه مسلم មានន័យថា៖ « ពុំបាន ចូលឋាននសួគ៌ទេ ចំពោះជ ណាដែល មាន ទៅក្នុងចិត្តរបស់គេ ូវភាពអំ ួរ គបើទេោះជាភាពអំ ួរ នោះរិចរួចយ៉ាងណាក៏ដោយ »។</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ជៀសវាងពីការាន និយាយជើមជេ ននិងតាមដានជរឿង អាម៉ាស់របស់ នមូសលឹម៖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អុវរតា មពោលរបស់អល់ឡោះ ក្នុងជំពូកអាល់ហូជជរ៉ារ វាក្យខ័ណ្ឌ ១២ 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ﭑ ﭒ ﭓ ﭔ ﭕ ﭖ ﭗ ﭘ ﭙ ﭚ ﭛﭜ ﭝ ﭞ ﭟ ﭠ ﭡ ﭢﭣ ﭤ ﭥ ﭦ ﭧ ﭨ ﭩ ﭪ ﭫﭬ ﭭ ﭮﭯ ﭰ ﭱ ﭲ ﭳ ﭼ احلجرات :١٢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 ឱពួកអ្នកដែលមាន ជំនឿ! ចូរគចៀសវាង ឱយឆៃយពីការសា។ ពិតណាស់ការសា មួយចំនួន គឺជា បាបក្មា។ ចូរពួកអ្នកកុំតាមោ គរឿងអាមា៉ាស់របស់ោនឯងនិង កុំ និយាយគដើមោនឱយគសោះ។ តើមាន រណាម្នាក់ក្នុងចំពោះណាម ពួកអ្នកចូលចិត្តសីសាច់បងបែ របស់គេដែលសាលប់ទេ? ពួក អ្នកពិតជាគខពើមរគអើមវាជាមិ ខ។ ចូរពួកអ្នកគោរពគការ ខ្លចចុះចំពោះអល់ឡោះ ជាការពិតណាស់ អល់ឡោះ ជាអ្នក ទ្ទួលយកូវការសារភាពនិងជាអ្នកអាណិរស្រឡាញ់បំអុរ »។</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សបបុរសធ្ម៌៖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អ្នកត្រូវមាន ចិត្តសបបុរស ចេះដាក់ខ្លួន ដាក់កាយនិងោ លោះបង់ទ្រព្យសមបរិត ដើម្បីបុព្វគហរុអល់ឡោះ សគងករលើ ការចំណាយចយរបស់គេលុះបញ្ញទាំងពីភាពសែរសែំន លក្ខណ សមបរតិរបស់បុគ្គលម្នាក់។ គួរអា មាន ១០វាក្យខ័ណ្ឌ ដែល បងហាញពីលក្ខណៈន ជំនឿ និងការបរិចាគ។ អល់ឡោះទ្រង់ 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ﭢ ﭣ ﭤ ﭼ البقرة :٠ មានន័យថា៖ អ្វីដែលយើងបាន អតល់ឱយពួកគេ ពួកគេ ឹង ធ្វើការបរិចាគ។ ពួកអ្នកដែលកំណាញ់សវិរទាំងឡាយ ចូរ សាតែ់ប្រសាសន៍របស់អ្នកនាំសាររបស់អល់ឡោះថា៖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ما من يوم يصبح العباد فيه إال ملكان ينزالن فيقوم أحدهما : اللهم أعط منفقا خلفا، ويقول آلاخر : اللهم أعط ممسكا تلفا ) متفق عل.يه មានន័យថា៖ ោ បុគ្គលណាម្នាក់ ដែលបាន ដល់ ពេលត្ពឹក្ទៅគរៀងរាល់ថ្ងៃ លើកលអងត្រូវមាន ទេវតាពីរនាក់ចុះ មក ដោយម្នាក់ក្នុងចំពោះណាមពួកគេទាំងពីរ បាន បួងសួងសុំថា៖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˝ឱអល់ឡោះជាម្ចាស់! សូមទ្រង់ប្រភេទ ដល់អ្នកដែលបរិចាគ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ូវទ្រព្យសម្បត្តិបតាមទេៀរ“។ ឯម្នាក់ទេៀរក៏បួងសួងសុំថា៖ ˝ ឱអល់ឡោះ ជាម្ចាស់! សូមទ្រង់បងកភាពវិនាសអ តែាយអង ចុះចំពោះអ្នកដែលកំណាញ់សវិរ “។ បុគ្គលគ្រប់រូបត្រូវធ្វើជា គំរូលអក្នុងចំពោះណាមនុស្សជារិ ហើយបងហាញតាមរយៈកាយ វិការដែលអុវរតា មគោលការណ៍អ៊ីសាលមនិងតក្មសីល្ម៌ ទាំងការបរិគភាគ ការហូបចុក ក្យសមតី ការរាប់ញាតិ ទាំង ពេលគចញដំគណើរ ទាំងពេលមាន វរតមាន ទៅក្នុងភូមិស្រសុក របស់គេទាំងពេលរវល់ ឹងការងហរនិងពេលទៅគសៃម។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ល.រ ពិតែរាកដសមាជិកភាពរបស់ខ្ញុំជាឥស្លាមជាការពវកិចាខ្ញុំ ត្រូវរស់ទៅត្បក្បដោយគោលជំនឿការគោរពសក្ការៈនិង សីល្ម៌។ ខ្ញុំត្រូវឱយសមាជិកភាពនោះរស់ក្នុងចិត្តគំ ិរខ្ញុំ អោះ របស់ខ្ញុំ និងត្គួសាររបស់ខ្ញុំ។ ខ្ញុំត្រូវត្បគ្ល់ជីវិតរបស់ខ្ញុំដើម្បី ធ្វើការលើក្កមពស់និងលើក្សាយឧរតមភាពនិងអំណាច 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មនុស្សរស់ក្សែងជោក្សីយ៍មនបីស្បជនទ៖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ប្រភេទទី១: រស់ដើម្បីគោកីយ៍ ជាពួករូបធាតុ ិយមទាំងគោលជំនឿ និងសងគមជាក់តសតង គម្ពីរអាល់គួរអាន បាន ឱយគោះពួកគេថាពួកពេលវេលា ិយម ទ្រង់បាន មាន ព្រះបន្ទូលពីសមតីរបស់ពួកគេថា៖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ﭫ ﭬ ﭭ ﭮ ﭯ ﭰ ﭱ ﭲ ﭳ ﭴ ﭵ ﭶ ﭼ اجلاثية :٢٤ មានន័យថា៖ “ ជីវិតែស់ទៅរបស់ពួកយើងោ អ្វីគតៅពីសាលប់ រស់ ហើយោ អ្វីបំផ្ទលញឱយពួកយើងវិនាសគតៅពីពេលវេលា ទីប៖ ខ្ញុំត្រូវរស់គើ បីអីស្លា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នោះហើយ“។ ទៅពេលដែលមនុស្សម្នាក់បដិគស្ថា ោ ជីវិត គតៅពីជីវិតគោកីយ៍នោះ។ ដូចនេះពិភពគោកឹងក្លាយជាទិស ទៅដ៏សំខ ់បំអុរនិងជាពុទ្ធិដ៏កំពូលរបស់គេ។ ប្រភេទទី២: វង្វេង ក់ក្ណាតលទី៖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គោលជំនឿរបស់ពួកគេត្ចបូកត្ចបល់វង្វេងអលូវក្នុងជីវិត គោកីយ៍ហើយសា ថា ខ្លួន កំពុងត្បត្ពឹរតអំពើកុសល្ម៌។ ពួកនោះ ថ្វីគបើមាន ជំនឿចំពោះអល់ឡោះនិងថ្ងៃបរគោក តាមពិតជំនឿរបស់ពួកគេតោ ់តែជារូបភាពមួយោច់គចញពី ការអុវរតជាក់តសតងរបស់ពួកគេ។ ប្រភេទទី៣:ចាប់ទុក្គោកីយ៍ជាចំការត្បមូលអលសម្រាប់ ថ្ងៃបគោក៖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គឺពួកអ្នកដែលមាន ជំនឿពិតែរាកដ យល់ពីធាតុពិតន ជីវិតនិងយល់ពីរំនលពិតន គោកីយ៍ គបើគត្បៀបឹងបរគោក ដូចទ្រង់បាន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ﭑ ﭒ ﭓ ﭔ ﭕ ﭖ ﭗﭘ ﭙ ﭚ ﭛ ﭜ ﭝﭞ ﭟ ﭠ ﭡ ﭼ العنكبوت :٢٤</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ជីវិតគោកីយ៍ោ អ្វីគតៅពីការគលង គសើច សបាយកមាន ត ហើយបរគោក្នោះទេ ដែលជា លំទៅឋ ដ៏លអត្បគសើរសំរាប់ពួកអ្នកដែលការកោតខ្លាច តើពួក អ្នកោ ខួរក្សាលគិរទេឬ? »។ ភស្តុតាងងដែលបញ្ញជក់ ដូចនេះ គឺរាល់សាននដរបស់មនុស្សជារិដែលបាន អលិរគើងដូច ជាវិទាសាស្រសតជឿ គលឿ ោ ទិសទៅអ្វីគតៅពីការសត្មួល ដល់ភាពសបាយរីក្រាយអលូវកាយសម្រាប់មនុស្សតែប៉ុណ្ណោះោ ទិសទៅដើម្បីក្សាងសាបនាពិភពគោកឱយមាន សេចក្តី សុខសុវរាភាពនោះហើយ។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ឥស្លាមពុំបា ោមឃារ់ការនចនត្បឌិរ សិកាស្រសាវត្ជាវ នោះទេ។ ក៏ប៉ុត ត្រូវមាន កត្មិរកំណត់មួយដែលមិ បណាតល ឱយព្រោះថានក់ដល់មនុស្សជារិ។ មា៉ាងទេៀរអាចសម្រេចបូវសេចក្តីលអ និងសាបព្រោះគុណម៌ដល់សងគមមនុស្ស។ ធ្វើដូចគមតច ទេើបខ្ញុំរស់ដើម្បីឥស្លាម?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ដើម្បីរត្មង់ជីវិតសម្រាប់ឥស្លាមចំបាច់ត្រូវតែយល់ឱយ ចាស់ ូវភារកិចា និងក្តាតចំបាច់របស់វា៖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យល់ពីទិសទៅជីវិត អល់ឡោះទ្រង់បាន មាន ព្រះ ប បន្ទូលថា៖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ﭳ ﭴ ﭵ ﭶ ﭷ ﭸ ﭼ الذاريات :٤٦ មានន័យថា៖ « យើងពុំបាន បង្កើតជី និងមនុស្សលើកលអង តែឱយពួកគេគោរពសក្ការៈចំពោះយើង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យល់ពីរំនលពិតន គោកីយ៍គបើគត្បៀបទៅ ឹងបរគោក អល់ឡោះទ្រង់បាន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ﮱ ﯓ ﯔ ﯕ ﭼ آ ل عمران :٢٤ មានន័យថា៖ « នោះតោ ់តែជាទ្រព្យសម្បត្តិជីវិតគោកីយ៍ ប៉ុណ្ណោះ »។ ជាការពិតណាស់មាន កត់ត្រាមួយបា ឱយដឹង ថា ទៅថ្ងៃមួយអ្នកនាំសារលោកបាន ឈ្រទៅមុខគំ រសំរាម ហើយលោកបាន ទៅសោពរ់របស់គោក្ថា « ចូរនាំោនមក គមើលគោកីយ៍ » បនាប់មកលោកបាន យកតក្ណារ់រតហក មួយចំណិរនិងែងពុក្មួយដុំ គោកត្បាប់ថា៖ « នោះគឺជា គោកីយ៍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 យល់ពីសេចក្តីសាលប់ដែលគេចមិ រួចសាច់ឈាម៖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ﭿ ﮀ ﮁ ﮂ ﮃ ﮄ ﮅ ﮆ ﮇ ﮈ ﮉ ﭼ الرمحن :٤٤ – ٢٤</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 រាល់អ្នកដែលទៅលើតអ ដីត្រូវតែវិនាស ទៅ សល់តែព្រះភ័គកព្រះជាម្ចាស់ដ៏មោថ្កុំគថ្កើងនិងមហាបវរ »។ 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ﮞ ﮟ ﮠ ﮡﮢ ﮣ ﮤ ﮥ ﮦ ﮧﮨ ﮩ ﮪ ﮫ ﮬ ﮭ ﮮ ﮯ ﮰﮱ ﯓ ﯔ ﯕ ﯖ ﯗ ﭼﯘ آل عمران :١٨٥ មានន័យថា៖ « រាល់ជីវិតនីមួយៗតែងស្គាល់រសជារិសាលប់ ជា ការពិតណាស់គេរបសនងអលលអអាក្រក់របស់ពួកអ្នកទៅថ្ងៃ បរគោកឯនោះ។ ដូចនេះ រណាបាន រួចអុរពីគភលើង រក ហើយ បាន ចូលឋាននសួគ៌ អ្នកនោះពិតជាបាន ទ្ទួលគជាគ្ជ័យយ៉ាង ត្បាក្ដ ហើយជីវិតគោកីយ៍ោ អ្វីគតៅពីទ្រព្យសម្បត្តិដែល អ តែធា នោះហើយ»។ មា៉ាងទេៀរក្នុងកត់ត្រាមួយបា ឱយ ដឹងថា អ្នកនាំសារលោកបាន មានប្រសាសន៍ថា៖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قال لها النبي صلى هللا عليه وسلم (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يا فاطمة أتدرين من بالباب هذا هادم اللذات ومفرق الجماعات ) حلية ألاولياء មានន័យថា៖ « តដាវរីម៉ោះតើដឹងទេ រណាទៅមារ់ទវរនោះ គឺជាអ្នកបំផ្ទលញភាពរីក្រាយនិងពតផងហរ់ឱយត រ់ត្បាសពីត្កុម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ត្គួសារ »។ គេរំណាលពីអាពូហូរ៉ាយគរា៉ោះបា ឱយដឹងថា៖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هريرة قال خرجنا مع رسول هللا صلى هللا عليه وسلم في جنازة فجلس إلى قبر منها فقال(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ما يأتي على هذا القبر من يوم إال وهو ينادي بصوت طلق زلق يا بن آدم كيف نسيتني ألم تعلم أني بيت الوحدة وبيت الغربة وبيت الوحشة وبيت الدود وبيت الضيق إال من وسعني هللا عليه ثم قال النبي صلى هللا عليه وسلم القبر روضة من رياض الجنة أو حفرة من حفر النار )</w:t>
      </w:r>
    </w:p>
    <w:p>
      <w:pPr>
        <w:spacing w:line="324" w:lineRule="auto" w:after="120" w:before="0"/>
        <w:jc w:val="left"/>
      </w:pPr>
      <w:r>
        <w:t>املعجم ألاوسط ពួកយើងបាន គចញ ជាមួយអ្នកនាំសារទៅតែងារសព គោក បាន អផងគុយជិរអនូរសពនោះ ហើយ និយាយថា៖ « គរៀងរាល់ថ្ងៃ អនូរនោះតែងតស្រសក្សួរដោយសគមលងចាស់ៗថា៖ ឱមនុស្ស គោក្ទាំងឡាយ! តើពួកអ្នកគភលចខ្ញុំឬ? តើដឹងទេ ខ្ញុំជាអោះឯ គកា ជាអោះចតមលក្ជាអោះនត្ពនអស ជាអោះដងកូវ ជាអោះចគងែរ លើក តលងតែ រណាដែលអល់ឡោះទ្រង់គបើកទ្រូងឱ្យទូលាយ សម្រាប់រូបគេ »។ បនាប់មកលោកបានននិយាយប តទេៀរថា៖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«អនូរជាទីធាលមួយន ទីធាលឋានសួគ៌ឬជារគតតមួយន រគតតគភលើង រក »។ យល់ពីធាតុពិតន ឥស្លាមដោយស្គាល់ពីមូលោឋ ត្គឹះ ក្បួ ចាប់ ោ លនិងោរា៉ាម អល់ឡោះទ្រង់បាន មាន ព្រះបន្ទូលថា៖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 ﭽ ﭠ ﭡ ﭢ ﭣ ﭼ طه :٢٤٤ មានន័យថា៖ « មូហាំម៉ាត់ចូរបួងសួងចុះថា សូមព្រះជាម្ចាស់ ប្រភេទ បតាមូវចំពោះណោះវិជាជដល់ខ្ញុំ »។ អ្នកនាំសារលោកបាន 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الدرداء رض ي هللا عنه أن رسول هللا صلى هللا عليه وسلم :قال ( ) و إن العلماء ورثة ألانبياء سنن أبي داود មានន័យថា៖ « អ្នកត្បាជ្វិទូជាអ្នកទ្ទួលមរ៌ក្ពីពួកអ្នកនាំសារ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 យល់ពីធាតុពិតន ក្តីវង្វេងលៃង់គលលដោយស្គាល់ពីគំ ិរ មគ្នាគ្មនិងទំគៀមទ្មាលប់ន ក្តីវង្វេងលៃង់គលលនោះ។ ដូចជា សុភាសិរមួយបាន គ លថា៖ « រណាចេះ ភាសាជារិសាស ៍ ណាមួយ អ្នកនោះ ឹងបាន រួចអុរភ័យពីលបិចក្លរបស់ពួកគេ »។</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លក្សខណសមបតាអែក្សស លរស់ជើមបីឥ 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ដើម្បីឱយខ្ញុំរស់ដើម្បីឥស្លាមចំបាច់ត្រូវប្រកាន់ខ្ជប់ក្នុង ជីវិតរបស់ខ្ញុំ ូវលក្ខណ្សមបរតិមួយចំនួន ពិគសសជាងជីវិត មនុស្សទូទៅ លក្ខណ្សមបរតិទាំងនោះមាន ដូចរទៅ៖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 អុវរតឥស្លាមឱយបាន ខ្ជប់ខជួ ជំនឿពុំតម ជាការ ស្រសគមើស្រសនម តែជាអ្វីដែលដក់ជាប់ក្នុងចិត្ត ហើយបងហាញភាព ពិតជាក់តសតងដោយការអុវរត។ អល់ឡោះជាម្ចាស់ 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ﭑ ﭒ ﭓ ﭔ ﭼ الرعد :٢٤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 ពួកអ្នកដែលមាន ជំនឿ ហើយបាន ត្បរិបរតិអំពើលអទាំងឡាយ »។ 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ﮤ ﮥ ﮦ ﮧ ﮨ ﮩ ﮪ ﮫﮬ ﮭ ﮮ ﭼ البقرة :٢٢ មានន័យថា៖ « តើពួកអ្នកប្រើឱយមនុស្សធ្វើលអ ហើយគភលច ខ្លួន ឯង ពួកអ្នកកំពុងសូត្រគម្ពីរ តើពួកអ្នកោ ខួរក្សាលគិរ ទេឬ? »។</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 តសវងរកអលប្រយោជន៍៍ ៍ឥស្លាម គយងតាមប្រសាសន៍ អ្នកនាំសារ៖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:قال النبي صلى هللا عليه وسلم أال إن رحى إلاسالم دائرة فدوروا مع الكتاب حيث دار ) املعجم الكبير</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 ពិតែរាកដ កផងចត្កឥស្លាមកំពុងតែវិល ដូចនេះ ចូរវិលទៅទីណាដែលគម្ពីរអាល់គួរអាន វិល »។ ប្រសាសន៍របស់គោក្មួយទេៀរ៖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(أنت على ثغرة من ثغر إلاسالم فال يؤتين من قبلك ) السلسلة الضعيفة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 ឯងកំពុងតែឈ្រទៅត្ចកត្ពំតដ មួយន ត្ចក ត្ពំតដ ឥស្លាម គេមិ បាន ប្រភេទ ឱយដូចនោះទេ សម្រាប់ពួក អ្នកជំនា ់មុ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 មាន ឥសសរភាពចំពោះសេចក្តីពិតនិងមាន ទំ ុក្ចិត្ត ចំពោះអល់ឡោះ គឺជាលក្ខណ្សមបរតិរបស់ពួកអ្នកមាន ជំនឿ អល់ឡោះទ្រង់បាន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ﮔ ﮕ ﮖ ﮗ ﭼ املنافقون :٨ មានន័យថា៖«ហើយសម្រាប់អល់ឡោះគឺឥសសរភាព ហើយ ឥសសរភាពសម្រាប់អ្នកនាំសាររបស់ទ្រង់ និងសម្រាប់ពួកអ្នក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ដែលមាន ជំនឿ»។ ស ស៊ូរ៉ោះ អាល់មូណាហវីគូ វាក្យខណ្ឌលេខ ៨។ ទ្រង់បាន ពោលទេៀរថា៖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ﮫ ﮬ ﮭ ﮮ ﮯ ﮰ ﮱ ﯓ ﯔ ﭼ آل عمران :٩٠٢ មានន័យថា៖ «ចូរពួកអ្នកកុំត្បមាថ្គមើលស្រសាលខ្លួន ឯង ហើយ កុំបារមភ ព្រោះពួកអ្នកគឺជាអ្នកដែលខពង់ខពស់ បើសិន ជាពួកអ្នក មាន ជំនឿពិតែរាកដ »។ ស ស៊ូរ៉ោះ អាលីអិមរ៉ា វាក្យខណ្ឌលេខ ១៣៩។ មាន គេរំណាលថា៖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 ពួកអ្នកគភៀសខ្លួន ដែល បាន ទៅត្ជក្គកា ទៅត្បទេសោពសសោះគភៀសខ្លួនដោយសារ សាសនារបស់ពួកគេ ពួកគេបាន ចូលទៅជួបគសតច ណាច សសីយ៍ ពួកបពវជិរសាសនា និងសងឃត្គិសតសាសនាបាន ត្បញាប់ប្រើឱយពួកគេត្កាបបងគំថាវយគសតច។ ោជក់គហវើរ ពិ អា ពូគតា ិបាន របវិញថា៖ « ពួកយើងជាត្កុមួយមិ ត្កាប បងគំថាវយ រណាគតៅពីអល់ឡោះជាម្ចាស់នោះហើយ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ធ្វើការដើម្បីឥស្លាមជាត្បចំ៖ ក្នុងនាមសមាជិកភាព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របស់ខ្ញុំជាឥស្លាម ខ្ញុំត្រូវមាន កិច្ចការធ្វើដើម្បីឥស្លាម...ជាអផងគ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ភាពមួយធ្វើសក្មាភាពមាន វិ ័យគោរពតាមីរិឥស្លាមដ៏ត្រឹម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ត្រូវ។ អលូវរបស់វាគឺការអំ វនាវទៅរកអល់ឡោះជាម្ចាស់ ននិង ណែនាំោនឱយធ្វើលអ ោមឃារ់ោនពីអំពើអាក្រក់ និងរសូក្នុងអលូវ អល់ឡោះ។ ត្រូវឹងពោលអល់ឡោះជាម្ចាស់៖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ﯭ ﯮ ﯯ ﯰﯱ ﯲ ﯳ ﯴ ﯵ ﯶ ﭼ املائدة :١ មានន័យថា៖ « ចូរសហការោនលើអំពើលអ និងសេចក្តីគការ ខ្លច ហើយកុំសហការោនលើអំពើបាបនិងចងសត្រូវោន »។ ប្រសាសន៍អ្នកនាំសារថា៖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موس ى عن النبي صلى هللا عليه وسلم ( : قال إن املؤمن للمؤمن كالبنيان يشد بعضه بعضاٌ) صحيح البخاري មានន័យថា៖ «ពិតែរាកដ អ្នកមាន ជំនឿ និងអ្នកមាន ជំនឿ គត្បៀបដូចជាសំណផង់ដ៏រឹងមាំមួយអារភាជប់ោនទៅវិញទៅមក »។ ប្រសាសន៍មួយទេៀរថា៖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ابن عمر قال قال رسول هللا صلى هللا عليه وسلم : (فإن يد هللا على الجماعة ) املعجم الكبير មានន័យថា៖ « ព្រះហសតរបស់អល់ឡោះទៅជាមួយត្កុម»។ អ្នកនាំសារបាន មាន ប្រសាសន៍ទេៀរថា៖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قال أبو الدرداء : سمعت رسول هللا صلى هللا عليه و سلم يقول(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فإنما يأكل الذئب من الغنم القاصية ) املستدرك</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«ពិតែរាកដ ត្កចចកឹងត្បមាញ់សីពតពណា ដែលតែកហវូងទៅតែឯង »។ លោកបាន ផ្ទតំទេៀរថា៖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حذيفة بن اليمان رض ي هللا عنهما قال قال رسول هللا صلى هللا عليه وسلم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 تلزم جماعة املسلمين وإمامهم .صحيح البخاري មានន័យថា៖ « អ្នកត្រូវប្រកាន់ខ្ជប់ជាមួយឹងត្កុមពួកអ្នក មូស្លីមនិងគមដឹក្នាំរបស់ពួកគេ »។</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ពិតែរាកដ សមាជិកភាពរបស់ខ្ញុំជាឥស្លាមធ្វើឱយខ្ញុំក្លាយ ជាគបសក្ជ ដឹក្នាំជីវិត។ មិ តែប៉ុណ្ណោះ ធ្វើឱយជីវិតរបស់ខ្ញុំ ទាំងមូលឋិរក្នុងការបគត្មើសារនោះ។ បើសិន ជាសមាជិកភាព របស់ខ្ញុំជាឥស្លាមបាន រត្មូវឱយខ្ញុំក្លាយជាមូស្លីមត្ជាបក្នុងគោល ជំនឿខ្ញុំ ការគោរពសក្ការៈរបស់ខ្ញុំ សីល្ម៌របស់ខ្ញុំ ដូចនេះ វាក៏ បាន រត្មូវឱយខ្ញុំធ្វើការដើម្បីឱយសងគមរបស់ខ្ញុំក្លាយជាសងគមតែប ឥស្លាមផងដែរ។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គហរុនោះ ការយកចិត្តទុកដាក់ចំពោះអ្នកដនទ ការអំ វ នាវនិងការទូនា គត្បៀ ត្បទៅចំពោះពួកគេជាលទ្ធអលដែល ឥស្លាមទ្ទួលបាន ជាតអលផ្ទកដោយគកើរគចញពីចិត្តរបស់មនុស្ស ត្រូវឹងប្រសាសន៍របស់អ្នកនាំសារថា៖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عن حذيفة رض ي هللا عنه عن النبي صلى هللا عليه و سلم قال( من لم يهتم للمسلمين عامة فليس منه م ) رواه أحمد មានន័យថា៖ « រណោ ស្មារតីយកចិត្តទុកដាក់ ឹងការងហរ ទីត្រុំ៖ ខ្ញុំត្រូវក្លា ជា មូស្លីម ក្នុងត្រួស្លរនិងផ្ទះរបស់ខ្ញុំ</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របស់ពួកអ្នកមូស្លីមទេ អ្នកនោះពុំតម ជាត្កុមរបស់ពួកគេ ហើយ»។ បនាប់មក ស្មារតីទំ ួលខុសត្រូវក្នុងការបំពេញ គបសក្កមាឥស្លាមដល់សងគមទាំងមូលក៏រត្មូវទៅតាមនោះតដរ។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 ដំបូងត្រូវឱយអោះរបស់ខ្ញុំ(សងគមរូចមួយ)ក្លាយជាអោះ មូស្លីម ហើយនោះជាអលូវដែលអ្នកនាំសារគោកអុវរតក្នុងពេល អំ វនាវដំបូងបងអស់ ពោលរបស់អល់ឡោះថា៖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ﭵ ﭶ ﭷ ﭸ ﭹ ﭺ ﭻ ﭼ ﭽ ﭾ ﭿ ﮀ ﮁ ﮂ ﮃ ﮄ ﮅ ﮆ ﮇ ﮈ ﭼ الشعراء :٢١٣ - ٢١٣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ចូរកុំបួងសួងសុំព្រះគអសងជាមួយឹងអល់ឡោះ នោះជាម្ចាស់ ដូចនេះអ្នកឹងក្លាយជាមនុស្សដែលត្រូវគេដាក់ ទរុណក្មា។ ចូរោស់គរឿ ត្កុមត្គួសារសាច់ញាតិជិរខផង របស់អ្នក។ ចូរបនាបខ្លួន ចំពោះពួកអ្នកមាន ជំនឿដែល ត្បរិបរតិតាមអ្នក »។ ស ស៊ូរ៉ោះ គអើសសូអារ៉ាក វាក្យខណ្ឌលេខ ២១៣ដល់២១៥។ ការពវកិចាដំបូងន ការពវកិចាបុគ្គលមូស្លីម គឺត្រូវគរៀបចំទុកដាក់អោះរបស់ខ្លួន ឱយស្រសបឹងឧរតមគ្រនិង គ លង្ម៌របស់ឥស្លាម ពោលអល់ឡោះថា៖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ﯛ ﯜ ﯝ ﯞ ﯟ ﯠ ﯡ ﯢ ﯣ ﯤ ﯥ ﯦ ﯧ ﯨ ﯩ ﯪ ﯫ ﯬ ﯭ ﯮ ﯯ ﯰ ﭼ التحريم :٦ មានន័យថា៖ « ឱពួកអ្នកដែលមាន ជំនឿ ចូរក្សារ រខ្លួន ននិង ត្កុមត្គួសារពួកអ្នកពីគភលើង រក ដែលគេយកមនុស្សនិងដុំថា ធ្វើជាអុសដុរ។ ពួកគេទ្វតាការ រគភលើង រក្នោះគតោរតោរ កាចសាដាវបំអុរ មិ គលើសឹងអ្វីដែលអល់ឡោះបងហគប់ពួក គេ ហើយពួកគេធ្វើតាមូវអ្វីដែលគេប្រើ »។ ស ស៊ូរ៉ោះ អារ់រោះរីម វាក្យខណ្ឌលេខ៦។ ទំនួលខុសស្តូវក្សែងការជរៀបអាពាហាជ្ជពាហ៍៖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ជាការពិតណាស់ អលូវដើម្បីបង្កើតអោះមូស្លីមដែលឥស្លាម បាន ចងអុលបងហាញនោះគឺធ្វើតាមជំោ ខផងគត្កាមដែលឹង ជួយសត្មួលដល់ការងហរនោះ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អា ហាជ្ជ ហ៍របស់ខ្ញុំ គឺដើម្បីក្សាងអោះមូស្លីមនិង បង្កើតពូជអំបូរលអ។ ដូចជាពោលអល់ឡោះថា៖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ﮘ ﮙ ﮚ ﮛﮜ ﮝ ﮞ ﮟ ﭼ آل عمران :٣٢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 ជាអំបូរមួយរពូជពីមួយជំនា ់ទៅមួយជំនា ់ ហើយអល់ឡោះមោលឺ មោដឹង»។ ស ស៊ូរ៉ោះ អាលអិមរ៉ាម វាក្យខណ្ឌលេខ៣៤។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គោលបំណផងអា ហាជ្ជ ហ៍របស់ខ្ញុំដើម្បីរក្សាតភនកនិងអលូវគភទ្របស់ខ្ញុំ ហើយដើម្បីគោរពការកោតខ្លាចំពោះអល់ឡោះ នោះជាព្រះជាម្ចាស់របស់ខ្ញុំ និងដើម្បីសម្រេចបាន តាមប្រសាសន៍ របស់អ្នកនាំសារថា៖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هريرة قال ق ال رسول هللا صلى هللا عليه وسلم (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ثالثة حق على هللا عونهم املجاهد في سبيل هللا واملكاتب الذي يريد ألاداء والناكح الذي يريد العفاف ) سنن الترمذي មានន័យថា៖ « មនុស្សបីប្រភេទ្ចំបាច់អល់ឡោះត្រូវតែជួយ ពួកគេសាច់ឈាម អ្នករសូតទាំងក្នុងអលូវអល់ឡោះ កូ បំណុលដែលមាន បំណផងសងនិងអ្នកគរៀបអា ហាជ្ជ ហ៍ ដែលមាន បំណផងចង់រក្សាភាពបរិសុទ្ធ»។ កត់ត្រារបស់ អ៊ីមុំ អារ់គរៀរមីហសីយ៍ ប្រសាសន៍មួយទេៀរថា៖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أنس بن مالك قال قال رسول هللا صلى هللا عليه و سلم(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إذا تزوج العبد فقد كمل نصف الدين فليتق هللا في النصف الباقي ) شعب إلايمان មានន័យថា៖ « រណាបាន គរៀបអា ហាជ្ជ ហ៍ អ្នកនោះបា</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ក់ក្ណាតលសាសនា។ ដូចនេះ សូមឱយគេគោរពការកោតខ្លាច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អល់ឡោះចំពោះ ក់ក្ណាតលដែលទៅសល់ »។ កត់ត្រា របស់អារ់រប់រា៉ា ីយ៍។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 គត្ជើសតើសត្បព ធឱយបាន លអ គយងតាមប្រសាសន៍ របស់អ្នកនាំសារថា៖ ٌ قال صلى هللا عليه و سلم (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تخيروا لنطفكم فإن العرق نزاع ) حديث ضعيف មានន័យថា៖ « ចូរគត្ជើសតើសសម្រាប់រំណ្ក់ទឹកកាមរបស់ ពួកអ្នក ពីព្រោះ ពូជអំបូរមាន លក្ខណៈទីនទ្ពីន »។ កំណត់ ត្តារបស់អារ់រប់រា៉ា ីយ៍។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 គត្ជើសតើសត្បព ធគ្រប់លក្ខណ៍មាន ទាំងសីល្ម៌ ននិង សាសនា ទេោះជាមាន ទ្រព្យសម្បត្តិរិចរួចនិងមិ សូវសែរក៏ ដោយ គយងតាមប្រសាសន៍អ្នកនាំសារថា៖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عبد هللا بن عمرو قال قال رسول هللا ص ـ لى هللا عليه وس ـ 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ال تزوجوا النساء لحسنهن فعس ى حسنهن أن يرديهن وال تزوجوهن ألموالهن فعس ى أموالهن أن تطغيهن ولكن تزوجوهن على الدين وألمة خرماء سوداء ذ ات دين أفضل ) رواه ابن ماجه حديث ضعيف មានន័យថា៖ « ចូរកុំគរៀបការជាមួយស្ត្រីដោយសារភាពស្រសស់ សែររបស់នាង ខ្លចតត្កផងភាពស្រសស់សែរនោះធ្វើឱយនាង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វិនាសមហ តែាយ ហើយកុំគរៀបការជាមួយស្ត្រីដោយសារ ទ្រព្យសម្បត្តិរបស់នាង ខ្លចតត្កផងទ្រព្យសម្បត្តិនោះធ្វើឱយនាង ធាលក់ក្នុងអំពើបទ្គលើស តែត្រូវគរៀបការជាមួយស្ត្រីដែលយល់ ដឹងពីសាសនា គបើទេោះជាស្ត្រីនោះជាខ្ញុំបគត្មើគេ ត្ចមុះតក្ពឹរ សមបុរគលា គបើមាន សាសនាត្បគសើរជាងគេបងអស់ »។ កំណត់ ត្តាអិពូមា៉ាហជោះ។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៥- ត្បយ័រនខុសឹងចាប់អល់ឡោះក្នុងការគរៀបអា ហាជ្ជ ហ៍។ អ្នកនាំសារលោកបាន ប្រសាសន៍ថា៖ « រណាគរៀប ការជាមួយស្ត្រីដោយសារគើញភាពហឺររបស់នាង អល់ឡោះ នោះធ្វើឱយគេកា ់តែអាប់គអា រណាគរៀបការជាមួយស្ត្រី ដោយសារទ្រព្យរបស់នាង អល់ឡោះ ឹងធ្វើឱយគេកា ់តែត្ក រណាគរៀបការជាមួយស្ត្រីដោយសារតែគក្រតិ៍គោះរបស់នាង អល់ឡោះ ឹងធ្វើឱយគេកា ់តែទបគថាក រណាគរៀបការជាមួយ ស្ត្រី បំណផងអ្វីគតៅពីចង់រក្សាតភនកនិងភាពបរិសុទ្ធរបស់គេងភាជប់ញាតិសនាត នោះ អល់ឡោះ ឹងប្រភេទ សិរីសួសតី ដល់គូសាវមីភរិយទាំងពីរនាក់ »។ កត់ត្រារបស់អារ់រប់រា៉ីយ៍។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ទំនួលខុសស្តូវជស្កាយជពលជរៀបអាពាហាជ្ជពាហ៍រួច៖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ចំបាច់ត្រូវមាន ទំ ួលខុសត្រូវបនាប់ពីគរៀអា ហាជ្ជ ហ៍ រួច ត្រូវធ្វើតាមជំោ ខផងគត្កាម៖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ធ្វើលអចំពោះត្បព ធរបស់ខ្ញុំ ដើម្បីឱយសម្រេចដូច ប្រសាសន៍របស់អ្នកនាំសារ៖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ابن ع باس . عن النبي صلى هللا عليه وسلم قال ( خيركم خيركم ألهله وأنا خيركم ألهلي ) سنن ابن ماجه មានន័យថា៖ « អ្នកដែលលអត្បគសើរជាងគេ អ្នលដែលធ្វើលអ ចំពោះត្គួសារបាន ត្បគសើរជាងគេ។ ខ្ញុំធ្វើលអចំពោះត្គួសារខ្ញុំ ជាងពួកអ្នក »។ កត់ត្រាអិពូមា៉ាហជោះ។ ប្រសាសន៍របស់ អ្នកនាំសារ៖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قالبة عن عائشة : قالت قال رسول هللا صلى هللا عليه وسلم ( إن أكمل املؤمنين إيمانا أحسنهم خلقا وألطفهم بأهل ه ) سنن الترمذي មានន័យថា៖ « អ្នកមាន ជំនឿពេញលក្ខណៈ គឺអ្នកមាន សីល ម៌លអជាងគេ និងទ ់ភល ់ជាងគេចំពោះត្គួសាររបស់ខ្លួន »។ កត់ត្រារបស់អារ់រប់រា៉ា ីយ៍។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២-ទំនាក់ទំនង ងរវាងខ្ញុំ ឹងត្បព ធរបស់ខ្ញុំមិ ត្រឹមតែជា ទំនាក់ទំនង ងរណាប៉ុណ្ណោះទេ។ តែជាទំនាក់ទំនង ងដែល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សម្រេចបា ូវភាពចុះសត្មុងោនខផងគំ ិរ សេចក្តីគសនោងមគ្នាសគញារនា.. សូត្រគម្ពីរជាមួយោន គោរពសក្ការៈរួម ជាមួយោន គរៀបចំការងហរអោះជាមួយោន លើសពីនោះត្រូវអតល់ឱ កាសឱយោនក្នុងការត្បតលងគលងនិងថានក់ថ្នម.. ទក់ទផងឹង តអនក្គោរពសក្ការៈអល់ឡោះទ្រង់បាន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ﮰ ﮱ ﯓ ﯔ ﯕ ﭼ طه :٣٢١ មានន័យថា៖«ចូរប្រើឱយត្គួសារថ្វាយបង្គំព្រះ និងពាយមអ្រ់ារ់លើការថ្វាយបង្គំនោះ»។ ស ស៊ូរ៉ោះគតោ វាក្យខណ្ឌលេខ ៣២។ 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ﭮ ﭯ ﭰ ﭱ ﭲ ﭳ ﭴ ﭵ ﭶ ﭼ مريم :٢٢ មានន័យថា៖ « គេបាន ប្រើត្គួសាររបស់គេឱយថ្វាយបង្គំព្រះ បង់វិភាគ្ទ ហាការ់ គេជាមនុស្សដែលជាទីប់ព្រះទ័យ របស់អល់ឡោះជាម្ចាស់ »។ ស ស៊ូរ៉ោះ គមើរយុំ វាក្យខណ្ឌលេខ ៥៥។ ទក់ទផងឹងការត្បតលងថានក់ថ្នម អ្នកនាំសារ (មូហាំម៉ាត់) គោក្ធាលប់ររ់ត្បណទាំងជាមួយលោកស្រីអាអ៊ីសះ។ ទក់ទផងឹងការជួយោនគរៀបចំអោះសតមបង អ្នកនាំសារគោក្ធាលប់ជួយ ធ្វើការបគត្មើត្គួសាររបស់គោកនិងគដរជួសជុលតសបក្គជើង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ដោយខ្លួន ឯង។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 ទំនាក់ទំនង ងរបស់ខ្ញុំជាមួយឹងត្បព ធខ្ញុំគកើរគចញពី លក្ខណៈស្រសបចាប់ ពុំតម យកឥស្លាមធ្វើជាតខ្លួន ឬធ្វើអ្វី ដែលអល់ឡោះជាម្ចាស់ោមឃារ់។ អ៊ីមុំ អាលីបាន គ ល ថា៖ « រណាម្នាក់សាតែ់តាមទំគើងចិត្តរបស់ត្បព ធនោះ អល់ឡោះ នោះ ឹងដុរគេធ្វើទរុណក្មាក្នុងគភលើង រក »។ ទំនួលខុសស្តូវរួមគ្នែក្សែងការអប់រំក្សូន៖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ការគត្ជើសតើសត្បព ធគ្រប់លក្ខណ៍ និងចំណផងអា ហ៍ ពិ ហ៍បតីត្បព ធក្នុងរងវង់ឥស្លាមជួយបាន មួយកត្មិរំលើការ អប់រំកូ ទៅតាមរបៀបអប់រំឥស្លាមដ៏ពិតែរាកដ។ រីឯភាពបរា ជ័យពុំបាន សម្រេចក្នុងការគរៀបអា ហាជ្ជ ហ៍តាមរគបៀប ឥស្លាមវិញឹងនាំមកូវអលព្រោះថានក់យ៉ាងៃ ់ៃរបំអុរ។ ព្រោះរាល់ចំណផងអា ហាជ្ជ ហ៍ ឹងប សល់គក្រដល់កូ ត្ពម ជាមួយឹងអលប៉ោះ ល់របស់វា។ ដូចនេះ កិច្ចការដំបូងបងអស់ ដើម្បីសម្រេចក្នុងការអប់រំតាមតែបឥស្លាមដល់កូ ទៅ ចំបាច់ ត្រូវសម្រេចនូវការគរៀបអា ហាជ្ជ ហ៍តែបឥស្លាមជាមុ សិ ដូចបាន លើក្គើងខផងលើ។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ពិតែរាកដ តអលផ្ទកដែលរំពឹងគិរទុក្ជាមុ នោះគឺបង្កើត ពូជអំបូរមួយលអត្បគសើរ ពោលអល់ឡោះថា៖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ﮥ ﮦ ﮧ ﮨ ﮩ ﮪ ﮫ ﮬ ﮭ ﮮ ﭼﮯ الفرقان :٣٤ មានន័យថា៖ « ឱព្រះជាម្ចាស់សូមទ្រង់ប្រភេទ សម្រាប់យើង ខ្ញុំ ូវត្បព ធនិងកូ ទៅដែលអតល់ភាពក្ក់ទៅត ហើយសូមទ្រង់ ឱយពួកយើងខ្ញុំក្លាយជាអ្នកនាំអលូវសម្រាប់ពួកអ្នកដែលការកោតខ្លាច»។ ស ស៊ូរ៉ោះ អាល់ហវួរគកា វាក្យខណ្ឌលេខ៧៤។ តាម្មាតាទរក តែងគកើរមកក្នុងឧបិសស័យ មានន័យថាសែរសែំ បើសិន ជា មាន កាគរៀបចំបរិយកាសអប់រំលអត្បគសើរទរក្នោះ ឹងក្លាយ ជាកូ លអ គបើគេំគើងក្នុងមជឈោឋ មួយគតៅពីឥស្លាម ទរក នោះក្លាយជាកូ អក្រញូ ត្រូវឹងប្រសាសន៍របស់អ្នកនាំសារ 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هريرة رض ي هللا عنه ق ال ــ ــــ قال النبي ص ـــــــــ لى هللا عليه وس ــــــــ 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)كل مولود يولد على الفطرة فأبواه يهودانه أو ينصراه أو يمجسانه ) ٌ صحيح البخاري មានន័យថា៖ « ទរក្គកើរមកក្នុងឧបិសស័យ តែតម៉ាឪរបស់គេ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ធ្វើឱយគេក្លាយជាជិហវសាសិក ឬក្លាយជាត្គិសតែរិស័ទ ឬក្លាយ ជាអ្នកគោរពអគ្គី »។ ដូចនេះ ឥស្លាមបាន រឹរប តឹងចំពោះការ អប់រំកូ ឱយបាន លអ អ្នកនាំសារលោកបាន 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جابر بن سمرة قال : قال رسول هللا صلى هللا عليه وسلم (ألن يؤدب الرجل ولده خير من أن يتصدق بصاع ) سنن الترمذي មានន័យថា៖ « បុរសម្នាក់ត្បឹងអប់រំកូ របស់ខ្លួន នោះត្បគសើរ ជាងគេដាក់ទ ចំនួន មួយកនាតំង »។ លោកបាន ប្រសាសន៍ ទេៀរថា៖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أنس بن مالك يحدث عن رسول هللا صلى هللا عليه وسلم قال: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أكرموا أوالدكم وأحسنوا أدبهم ) سنن ابن ماجه មានន័យថា៖ « ចូរឱយរំនលចំពោះកូ ៗរបស់ពួកអ្នក ហើយ អប់រំសីល្ម៌ពួកគេឱយបាន លអ »។ លោកបាន មាន ប្រសាសន៍ ទេៀរថា៖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 قال رسول هللا صلى هللا عليه وسلم إذا مات ابن آدم انقطع عمله إال من ثالث : صدقة جاريه أوعلم ينتفع به أو ولد صالح يدعو له ) أخرجه ابن ماجه មានន័យថា៖ « ទៅពេលណាមនុស្សលោក្សាលប់អុរទៅ ោច់ ទាំងអស់អំពើលអរបស់គេ លើកលអងតែបីត្បការ គឺការដាក់ទ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ដែលមិ រីងសៃរ ឬចំពោះណោះវិជាជមាន ប្រយោជន៍៍ ៍ ឬកូ ក្រញូ ដែលតែងបួងសួងជូ ឪពុក្មាតយ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ចមទាំងរបស់មនុស្សជាមួយឹងខ្លួន ជាចមទាំងមួយយូរ អ្តងវងអល់ឡោះទ្រង់បាន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ﭨ ﭩ ﭪ ﭫ ﭬ ﭭ ﭮ ﭯ ﭰ ﭱ ﭲ ﭳ ﭴ ﭵ ﭶ ﭷ ﭸ ﭹ ﭼ الشمس :٧ – ١٠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សូមសបថឹងខ្លួន មនុស្ស សបថឹងអ្វីដែលទ្រង់ រតត្មរត្មង់វា ទ្រង់បាន ជំរុញឱយខ្លួន មនុស្សដឹងូវត្បការ អាក្រក់ និងលអ ត្បាក្ដជាទ្ទួលបាន គជាគ្ជ័យចំពោះអ្នកណា ដែលចេះជត្មោះសមែរចិត្តខ្លួន ឯង ហើយខក្បំណផងចំពោះ រណាដែលជា ់ឈ្លីខ្លួន ឯង »។ ស ស៊ូរ៉ោះ គអើសាំ វាក្យខណ្ឌ គលខ៧ដល់១០។ អ្នកនាំសារលោកបាន ចងែលត្បាប់ពីចមទាំង ទីត្រុំ៖ ឈ្នះខា ឯង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 قال رسول هللا صلى هللا عليه وسلم تعرض الفتن على القلوب كالحصير عودا عودا فأي قلب أشربها نكت فيه نكتة سوداء وأ ي قلب أنكرها نكت فيه نكتة بيضاء حتى تصير على قلبين على أبيض مثل الصفا فال تضره فتنة ما دامت السماوات وألارض وآلاخر أسود مربادا كالكوز مجخيا ال يعرف معروفا وال ينكر منكرا إال ما أشرب من هواه ) صحيح مسلم មានន័យថា៖ « ការលបួងបាន តសតងគើងក្នុងចិត្តគសែក្សកោះដូច ជាសរនសក្គាល។ ដូចនេះត្រង់ណាដែលការលបួងត្ជាបចូល ដល់ចិត្ត ត្រង់នោះ ឹងមាន ជាប់ោមពណ៌គលា ហើយត្រង់ណា ដែលចិតត្បតក្កមិ ត្ពមទ្ទួលនោះ ឹងមាន ជាប់ោមពណ៌ស រហូរដល់ចិត្តទាំងពីរមួយក្លាយជាសថាលោ ការលបួងណា អាចប៉ោះ ល់ដល់ចិត្តរបស់គេហើយ ដរាណាទៅមាន គម ទៅមាន ដី។ រីឯចិត្តមួយទេៀរក្សាលយជាគលាគត្គិចដូចកំគសៀវត្ក ពិត។ មិនស្គាល់ត្បការលអ មិ ចេះត្បតក្កឹងត្បការអាក្រក់ មាន តែភាពងប់ងុលតាមចំណផង់រណារបស់ខ្លួន ប៉ុណ្ណោះ»។ កត់ត្រារបស់អ៊ីមុំមូស្លីម។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ការចបំងនឹងខ្លួនឯងជនោះសចក្សមនុស្សជាបីស្បជនទ៖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ប្រភេទ្មនុស្សដែលញទំគើងចិត្តឈ្នោះលើខ្លួន ឯង គឺ ពួកអ្នកោ ជំនឿងប្រភេទ្មនុស្សដែលគដើរតាមអលូវរបស់ ពួកគេ អល់ឡោះបាន ពណ៌នាពួកគេក្នុងគម្ពីរអាល់គួរអាន 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ﭑ ﭒ ﭓ ﭔ ﭕ ﭖ ﭗ ﭘ ﭙ ﭚ ﭛ ﭜ ﭝ ﭞ ﭟ ﭠ ﭡ ﭢ ﭣ ﭤ ﭥ ﭦﭧ ﭨ ﭩ ﭼ اجلاثية :٢٣ មានន័យថា៖ « តើឯងគើញទេអ្នកដែលយកទំគើងចិត្តខ្លួន ឯងធ្វើជាព្រះជាម្ចាស់ អល់ឡោះទ្រង់ធ្វើឱយគេវង្វេងទាំងខ្លួនគេមាន ចំពោះណោះដឹង។ ទ្រង់បាន គបោះត្តាលើត្រគចៀកនិងចិត្ត របស់គេ។ ទ្រង់ធ្វើឱយត្បស្រសីតភនក្របស់គេមាន របទាំង។ តើមាន រណាបងហាញអលូវដល់ពួកគេគតៅពីអល់ឡោះ តើពួកអ្នកដឹង ខ្លួន ទេ? »។ ស ស៊ូរ៉ោះ អាល់ោជសីយ៉ោះ វាក្យខណ្ឌលេខ២៣។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ប្រភេទ្ពួកអ្នកដែលត្បយុទ្ធរសូ ឹងចិត្តខ្លួន ឯងមតង ឈ្នោះមតងចញ់ ពួកគេភាលរ់ខ្លួន ធ្វើខុស ហើយសារភាពទេស កំហុសគើងវិញ ពោលអល់ឡោះថា៖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ﭭ ﭮ ﭯ ﭰ ﭱ ﭲ ﭳ ﭴ ﭵ ﭶ ﭷ ﭸ ﭹ ﭺ ﭻ ﭼ ﭽ ﭾ ﭿ ﮀ ﮁ ﮂ ﮃ ﭼ آل عمران :٢٢١ មានន័យថា៖ « ពួកអ្នកដែលទៅពេលណាត្បត្ពឹរតអំពើអ្បាយ មុខ ឬត្បត្ពឹរតអំពើអគ្រិចំពោះខ្លួន ឯង ពួកគេ ឹក្គើញអល់ឡោះ នោះ។ រួចហើយបួងសួងសុំការខ តីអ្ភ័យទេសចំពោះ កំហុសរបស់ពួកគេ។ នរណាអ្ភ័យទេសគតៅពីអល់ឡោះ នោះជាម្ចាស់ហើយុំ។ ពួកគេមិ បំ ទាំងចិត្តែឹងរូសចំពោះ អ្វីដែលបាន ធ្វើខុសកន្លងមក ហើយពួកគេដឹងខ្លួន ខុស »។ សូ គរា៉ោះ អាលអិមរ៉ាម វាក្យខណ្ឌលេខ១៣៥។ អ្នកនាំសារបាន ចងអុលបងហាញថា៖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أنس رض ي هللا عنه أن النبي ص ـ لى هللا عليه وس ـ لم قال ( :</w:t>
      </w:r>
    </w:p>
    <w:p>
      <w:pPr>
        <w:spacing w:line="324" w:lineRule="auto" w:after="120" w:before="0"/>
        <w:jc w:val="left"/>
      </w:pPr>
      <w:r>
        <w:t>كل ابن آدم خـ طاء وخ ـ ير الخ ـ طائين الت ـٌوابون ) رواه الترمذي وابن ماجه មានន័យថា៖« មនុស្សគ្រប់រូបតែងមាន កំហុស ហើយអ្នកមាន កំហុសដែលត្បគសើរជាងគេនោះ គឺអ្នកដែលចេះដាក់ខ្លួន »។ កត់ត្រាអ៊ីមុំអោះមា៉ារ់ និងអារ់គរៀរមីហសីយ៍។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៣-ប្រភេទអ្នកដែលឈ្នោះលើខ្លួន ឯងនិងអាចបគងហកបចិត្ត បាន ទាំងស្រសុងដើម្បីអល់ឡោះជាម្ចាស់។ នោះជាប្រភេទ្ដ៏លអ ត្បគសើរនិងមាន លំោប់ខពស់បំអុរ ពោលអល់ឡោះថា៖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ﮱ ﯓ ﯔ ﯕ ﯖ ﯗ ﯘ ﯙ ﯚ ﯛ ﯜ ﯝ ﯞ ﯟ ﯠ ﯡ ﯢ ﭼﯣ الفرقان :٢٦ – ٣٦ មានន័យថា៖ « ខ្ញុំបគត្មើព្រះជាម្ចាស់ដ៏មោគមតាត នោះគឺពួក អ្នកដែលគដើរលើភពតអ ដីនោះមាន កិរិយមាយទ្ទ ់ភល ់។ គបើមាន ពួកអ្នកអវិជ្ជាមកជតជកត្បតកក្រក្គ លោះ ពួកគេគ ល របវិញដោយស តិវិ។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ពួកអ្នកដែលគដក្យប់គងើបថ្វាយបង្គំ ចំពោះព្រះជាម្ចាស់ »។ ស ស៊ូរ៉ោះ អាល់ហវួរគកា វាក្យខណ្ឌលេខ ៦៣ ដល់៦៤។</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ក្សតាស លនំឱយឈែះសង្គ្រាមចិតាខ្លួនឯង៖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ចិតត្ជោះថាលគមតាតក្រុណា ត្រូវឹងសមតីរបស់អ៊ីមុំ អាលី ពិ អាពីគតាបិប « សម្រាប់អល់ឡោះជាម្ចាស់ទៅលើតអ ដីរបស់ទ្រង់មាន ភាជ ៍មួយគឺគបោះដូង គបើទ្រង់សព្វព្រះទ័យ ចំពោះវា ទ្រង់ធ្វើឱយវាថ្កុំគថ្កើង ទ្រង់ធ្វើឱយវាត្ជោះថាល ហើយទ្រង់ធ្វើឱយរឹងមាំ។ មានន័យថា៖ (ធ្វើឱយរឹងមាំក្នុងគោកីយ៍នោះ និងត្ជោះ ថាលក្នុងជំនឿ ហើយថ្កុំគថ្កើងចំពោះមនុស្សជារិ)»។ លោកបាន គ លទេៀរថា៖ «ចិត្តពួកអ្នកមាន ជំនឿទ្ទេសែរ ក្នុងនោះ មាន ចគងកៀងមួយកំពុងតចងចំងព លឺ រីឯចិត្តពួកអ្នកោ ជំនឿ វិញគលាងងឹរ »។ អល់ឡោះជាម្ចាស់បាន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ﮕ ﮖ ﮗ ﮘ ﮙ ﮚ ﭼ احلج :٢٢ មានន័យថា៖ «ពួកអ្នកដែលទៅពេលលឺគេរំលឹក្ពីអល់ឡោះ ជាម្ចាស់ចិត្តរបស់ពួកគេភ័យខ្លច »។ ស ស៊ូរ៉ោះ អាល់ហ័ជជ វាក្យ ខណ្ឌគលខ៣៥។ ទ្រង់បាន បងហាញពីរូបភាពន ចិត្តរបស់ពួក អ្នកោ ជំនឿថា៖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ﯲ ﯳ ﯴ ﯵ ﯶ ﯷ ﯸ ﯹ ﯺ ﯻ ﭼ احلج :٦٣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 ័យថា៖ « តាមពិត ពុំតម ខ្វក់តភនក្ទេ តែខ្វក់ចិត្ត ដែលទៅក្នុងត្ទូង »។ ស ស៊ូរ៉ោះ អាល់ហ័ជជ វាក្យខណ្ឌលេខ៤៦។ ទ្រង់បាន មាន ព្រះបន្ទូលទេៀរថា៖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ﮑ ﮒ ﮓ ﮔ ﮕ ﮖ ﮗ ﭼ حممد :٣٣ មានន័យថា៖ « តើពួកគេពុំត្ពមសញ្ជឹងគិរពីខ្លួនឹមសារគម្ពីរអាល់ គួរអា ឬក៏ចិត្តរបស់ពួកគេជាប់គសារ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២-បញ្ញាមុរយល់ដឹងនិងចេះតែងតចក្ចាស់.. ដូចអល់ឡោះ នោះទ្រង់បាន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ﯞ ﯟ ﯠ ﯡ ﯢ ﯣ ﭼ فاطر :٢٣ មានន័យថា៖ «ពិតែរាកដ មាន តែខ្ញុំបគត្មើដែលមាន ចំពោះណោះ ដឹងប៉ុណ្ណោះ ទេើបការកោតខ្លាចំពោះអល់ឡោះយ៉ាងពិតែរាកដ»។ ស ស៊ូរ៉ោះ អាល់ដាវគរៀរ វាក្យខណ្ឌ២៨។ ទ្រង់បាន មាន ព្រះ ពោលទេៀរថា៖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ﭶ ﭷ ﭸ ﭹ ﭺ ﭻ ﭼ طه :٣٢ មានន័យថា៖ « ពិតែរាកដិមិរតសញ្ញាទាំងនោះជាគមគរៀ សម្រាប់ពួកអ្នកមាន បញ្ញាចេះគិរ »។ ស ស៊ូរ៉ោះ គតោ វាក្យ ខណ្ឌគលខ៥៤។ ទ្រង់ក៏បាន មាន ព្រះបន្ទូលទេៀរថា៖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ﮨ ﮩ ﮪ ﮫ ﭼ العنكبوت :٢٣ មានន័យថា៖ « ោ បញ្ញាគិរនោះហើយ លើកលអងតែពួក អ្នកដែលស្គាល់អល់ឡោះ យល់ដឹងពី ិមិរតសញ្ញា និងក្បួ ចាប់របស់ទ្រង់ »។ ស ស៊ូរ៉ោះ អទាំងកាពូរ វាក្យខណ្ឌលេខ៤៣។ គហរុដូចនេះ ទេើបឥស្លាមជំរុញឱយតសវងរក្ចំពោះណោះដឹងនិង គឈ្វងយល់ពីសាសនាដើម្បីដុសខ្រ់ និងបណ្តុះបញ្ញាឱយចេះ តែងតចក្រវាងខុសនិងត្រូវ ការពិតនិងការមិ ពិត។ អ្នកនាំសារលោកបាន 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معاوية قال قال رسول هللا صلى هللا عليه وسلم ( من يرد هللا به خيرا يفقهه في الدين .) صحيح البخاري មានន័យថា៖ « រណាដែលអល់ឡោះសព្វព្រះទ័យឱយគេ បាន លអត្បគសើរនោះ ទ្រង់ ឹងឱយគេយល់ដឹងពីសាសនា »។</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លោកបាន ប្រសាសន៍ទេៀរថា៖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أبي أمامة الباهلي قال قال رسول هللا صلى هللا عليه وسلم: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فضل العالم على العابد كفضلي على أدناكم ) سنن الترمذي មានន័យថា៖ « ឋា ៈអ្នកចេះដឹងនិងអ្នកធ្វើសក្ការៈ(العابد)ខុសោនដូចឋា ៈខ្ញុំនិងសោពរ់របស់ខ្ញុំដែលមាន លំោប់ទប ជាងគេ »។ កត់ត្រាអារ់គរៀរមីហសីយ៍។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បញ្ញាអ្នកមូស្លីមាន ការយល់ដឹង ពីព្រោះគេគមើលឹងព លឺ របស់អល់ឡោះពីខផងក្នុងវទាំង ដ៏គសតើង ដូចទ្រង់បាន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ﮧ ﮨ ﮩ ﮪ ﮫ ﮬ ﮭ ﮮ ﮯ ﮰ ﭼ النور :٤٣ មានន័យថា៖ « ចំពោះអ្នកដែលអល់ឡោះពុំបាន ប្រភេទ ព លឺ សម្រាប់រូបគេ តើគេមាន ព លឺមកពីណា? »។ ស ស៊ូរ៉ោះ អា ់ ូរ វាក្យខណ្ឌលេខ៤០។ ព លឺនោះមិ ងហយឹងរលរ់ លុះត្តាតែ ត្បត្ពឹរតអំពើបទ្គលើស ហើយត្បត្ពឹរតជាត្បចំ ដូចទ្រង់បាន មាន ព្រះបន្ទូលថា៖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ﭹﭺ ﭻﭼ ﭽ ﭾ ﭿ ﮀ ﮁ ﮂ ﭼ املطففني :٣١ មានន័យថា៖ « ពុំតម ទេ តាមពិតមាន គមាហ៍បទាំងលើចិត្ត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របស់ពួកគេដោយសារតែអ្វីដែលពួកគេបាន សាង »។ ស ស៊ូរ៉ោះ អាល់មូរ័ហវហវីហវី វាក្យខណ្ឌលេខ១៤។ អាការៈបរា ័យខ្មងផ្លូវចិតា៖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ទៅពេលដែលមនុស្សម្នាក់បរាជ័យក្នុងការតទាំងជាមួយ នមស្សការ ត្ចក្ចូលន សេចក្តីអាក្រក់មាន ចំនួន គកើ គើង កា ់តែច្រើន។ នមស្សការ ររ់ក្នុងខ្លួន មនុស្សបីដូចជាចរ ត ម។ ទៅពេលដែលមនុស្សបារ់បង់ ឬលុះធាលយរបាំង ការ រអលូវចិត្តនោះ នមស្សការ ក្លាយជាគូក របស់គេ ដូចដែល ពោលអល់ឡោះថា៖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ﯸ ﯹ ﯺ ﯻ ﯼ ﯽ ﭼ اجملادلة :١١ មានន័យថា៖ « នមស្សការ បាន តែរសងករ់លើពួកគេ ហើយ បាន ធ្វើឱយពួកគេគភលចរំលឹក្ពីអល់ឡោះជាម្ចាស់ »។ ស ស៊ូរ៉ោះ អា ល់មូជទី ោះ វាក្យខណ្ឌលេខ១៩។ ពោលអល់ឡោះថា៖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ﭽ ﭾ ﭿ ﮀ ﮁ ﮂ ﮃ ﮄ ﮅ ﮆ ﮇ ﮈ ﮉ ﮊ ﮋ ﮌ ﮍ ﮎ ﮏﮐ ﮑ ﮒ ﮓ ﮔ ﭼ األعراف :٦١ – ٤١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w:t>
      </w:r>
    </w:p>
    <w:p>
      <w:pPr>
        <w:spacing w:line="324" w:lineRule="auto" w:after="120" w:before="0"/>
        <w:jc w:val="left"/>
      </w:pPr>
      <w:r>
        <w:t>« គហរុតែទ្រង់ធ្វើឱយខ្ញុំវង្វេង ខ្ញុំ ឹងខិរខំ ពាយមលបួងពួកគេឱយឃាលរចក្ពីអលូវត្រូវរបស់ទ្រង់។ ខ្ញុំ ឹង មកលបួងពួកគេពីគ្រប់ទិសទីទាំងអស់អស់ពីមុខ ពីក្រោយ ពីគ្វង ពីសាតំ ហើយទ្រង់ ឹងគើញពួកគេភាគច្រើន មិ ដឹងគុណ »។ ស៉ាស៊ូរ៉ោះ អាល់អាក់រា៉ាហវ វាក្យខណ្ឌលេខ១៦ដល់១៧។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ត្បការព្រោះថានក់បំអុរចំពោះពួកអ្នកបរាជ័យអលូវចិត្តគឺជំងឺ រំខ អលូវចិត្ត ដូចអ្នកនាំសារលោកបាន ប្រសាសន៍ថា៖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سبرة بن أبي فاكه قال سمعت رسول هللا : صلى هللا عليه وسلم يقول ( إن الشيطان قعد البن آدم بأطرقه فقعد له بطريق إلاسالم فقال تسلم وتذر دينك ودين آبائك وآباء آبائك فعصاه فأسلم ثم قعد له بطريق الهجرة فقال تهاجر وتذر أرضك وسماءك وإنما مثل املهاجر كمثل الفرس في الطور فعصاه فهاجر ثم قعد له بطريق ال جهاد فقال تجاهد فهو جهد النفس واملال فتقاتل فتقتل فتنكح املرأة ويقسم املال فعصاه فجاهد فقال رسول هللا صلى هللا عليه وسلم فمن فعل ذلك كان حقا على هللا أن يدخله الجنة ) رواه النسائي មានន័យថា៖ « ពិតែរាកដ នមស្សការ ចំលបួងមនុស្សលោក ដោយមគាបាយជាច្រើន ..លបួងដោយមគាបាយឥស្លាម វាខសិបក្នុងចិត្តថា៖ តើឯងចូលឥស្លាម ហើយគបោះបង់សាសនា របស់ខ្លួន និងសាសនាជីដូ ជីតារបស់អ្នកឬ? តែគេពុំសាតែ់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តាមវា ហើយក៏ចូលឥស្លាម។ បនាប់មកវាលបួងតាមរយៈការ គភៀសខ្លួន វាខសឹបថា៖ តើឯងគភៀសខ្លួន ឬ? តើឯងឹងគបោះបង់ ទឹកដីរបស់ឯងឬ? គេពុំសាតែ់តាមវា ហើយក៏គភៀសខ្លួន។ បនាប់មក វាលបួងតាមរយៈជីដ វាខសិបថា តើឯងទៅជី ដឬ? ជីដនោះធ្វើឱយបារ់បង់ជីវិតនិងទ្រព្យសម្បត្តិ ឯងទៅ ត្បយុទ្ធោន គេ ឹងសមាលប់ឯង ត្បព ធរបស់ឯងបាន ទៅអ្នកដនទ ទ្រព្យរបស់ឯងត្រូវគេយកទៅតចកោន? គេពុំសាតែ់តាមវា ហើយក៏គចញទៅជីដ។ បនាប់មកទេៀរ អ្នកនាំសារគោក បាន ប្រសាសន៍ថា៖ ចំពោះ រណាដែលបាន ធ្វើដូចនេះ ហើយ សាលប់ទៅ អល់ឡោះចំបាច់ត្រូវតែឱយគេចូលឋាននសួគ៌»។ កត់ត្រា អា ់ណាសាអ៊ីយ៍។ មូលជហតុស លអាចការពារខ្លួនពីស្ចក្សចូលរបស់ស្សសជតោន៖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ឥស្លាមបាន ចងអុលបងហាញមនុស្សូវមគាបាយអំណ្រ់ពុះ រ ក្នុងការធ្វើសគងហគមត្បឆំងឹងនមស្សការ ហើយមាន កុសល បុគ្គលម្នាក់លោកបាន គរៀបរាប់ជារួមដូចរទៅ៖ « ខ្ញុំបាន ពិ ិរយ សគងករនិងគិរអំពីទវរណាមួយដែលនមស្សការ អាចគត្ជៀរ ចូលខ្លួន មនុស្សបាន ហើយខ្ញុំក៏បាន រក្គើញដប់ត្ចក្គឺ៖</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ទី១៖ ការគោភល ់ និងការឹក្សា អាក្រក់ ហើយធ្វើ អុយវិញដោយភាពជឿជាក់ និងសកប់ចិត្ត។ ទី២៖ ស្រឡាញ់ជីវិតនិងសេចក្តីសងឃឹមយូរអ្តងវង ធ្វើអុយ មកវិញដោយការខ្លចតត្កផងអំពីសេចក្តីសាលប់ដែលគកើរគើង ដោយទ ់ហ ់។ ទី៣៖ ចង់ស្រសណុកនិងូរធារសតុក្សតមភ ធ្វើអុយវិញដោយ គិរដល់ការបារ់បង់ភាពសតុក្សតមភ អលអាក្រក់ន ការជត្មោះ បញ្ជីទៅថ្ងៃបរគោក។ ទី៤៖ អំ ួរ ធ្វើអុយវិញដោយការអុព្រោះគយគ្យល់ ននិង គិរតត្កផងពីលទ្ធអលចុងក្រោយន អំ ួរ។ ទី៥៖ គមើលស្រសាលនិងមិ សូវចេះគោរពអ្នកដនទ ធ្វើអុយ ដោយទ្ទួលស្គាល់សិទ្ធិ និងគោរពអ្នកដនទ។ ទី៦៖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ចិតត្ចតណិនា នីសធ្វើអុយវិញដោយភាពសកប់ ចិត្ត ពេញចិត្តឹងចំតណក្ដែលអល់ឡោះជាម្ចាស់បាន ប្រភេទ ជូ។ ទី៧៖ ចង់បាន មុខមារ់ និងការសរគសើរពីអ្នកដនទធ្វើអុយ វិញដោយចិតត្ជោះថាលចំពោះអល់ឡោះ។ ទី៨៖ រិះកំណាញ់ធ្វើអុយវិញដោយគិរថា អ្វីៗគ្រប់យ៉ាងឹង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វិនាស ហើយមាន តែអ្វីៗដែលទៅក្នុងក្ណាតែ់នដរបស់អល់ឡោះ នោះតែប៉ុណ្ណោះទេើបអ្មរៈ។ ទី៩៖ តកអឺរតកទ្មធ្វើអុយវិញដោយការបនាបខ្លួន។ ទី១០៖ មហិចឆតាគោភល ់ធ្វើអុយវិញដោយមាន ទំ ុក្ចិត្ត ចំពោះអ្វីដែលមាន ទៅជាមួយអល់ឡោះ ហើយលោះបង់ ូវអ្វី ដែលមនុស្សលោក្មា។ ដើម្បីការ រត្ពួញនមស្សការ ចំ បាច់ត្រូវរំលឹក្ចំពោះអល់ឡោះជាម្ចាស់ក្នុងគ្រប់ការងហរទាំងអស់អស់។ រំណាលមួយអំពីអាពូហូរ៉ាយគរា៉ោះដែលគេទៅថារំណាលអ្នក លក់គត្គឿងទេសបា ឱយដឹងថា៖ ٌ قال أبو هرير( : ة التقى شيطان املؤمن وشيطان الكافر فإذا شيطان الكافر دهين سمين كاس وشيطان املؤمن مهزول أشعث أغبر عار فقال شيطان الكافر لشيطان املؤمن مالك مهزول قال أنا مع رجل إذا أكل سم ى هللا فأظل جائعا وإذا شرب سمى هللا فأظل عطشانا وإذا لبس سمى هللا فأظل عريانا وإذا أدهن سمى هللا فأظل شعثا فقال لكني مع رجل ال يفعل شيئا من ذلك فأنا أشاركه في طعامه وشرابه ولباسه .) كتاب إحياء علوم الدين មានន័យថា៖ « នមស្សការ របស់អ្នកមាន ជំនឿ និងនមស្សការ របស់អ្នកណា ជំនឿបាន ជួបោន។ នមស្សការ របស់អ្នកណា ជំនឿធារ់ទ្រលន់ុកទ្រលន់ ់មាន សំគលៀក្បំ ក់ស្រសស់សែរ រីឯ</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នមស្សការ របស់អ្នកមាន ជំនឿវិញសគមសាគំងសក់ក្គគើងខ្លួន ត្ប ក់សុទ្ធតែដីស្រសារ ល។ នមស្សការ របស់អ្នកណា ជំនឿបាន សួរនមស្សការ របស់អ្នកមាន ជំនឿថា គហរុអ្វីបាន ជា ឯងសគមគមល៉ោះ? នមស្សការ របស់អ្នកមាន ជំនឿគ្លើយថា៖ ខ្ញុំទៅ ជាមួយបុរសម្នាក់ ពេលហូបចំណីគេសូត្រ (بسم هللا) ដូចនេះខ្ញុំទៅ តែឃាល រហូរ ទៅពេលគសលៀក្គខអាវគេសូត្រ(بسم هللا) ដូចនេះ ខ្ញុំ ស្រសាររហូរ ទៅពេលគោបគត្បងសក់គេសូត្រ(بسم هللا)ដូចនេះ សក់របស់ខ្ញុំមិ ដែលប៉ោះគត្បងគសោះ។ ឯចំតណក្នមស្សការ របស់អ្នកណា ជំនឿវិញត្បាប់ថា៖ ក៏ ប៉ុត តខ្ញុំវិញទៅជាមួយបុរសម្នាក់ោ ចេះសូត្រអីវគសោះ។ ដូចនេះ ខ្ញុំរួមចំតណក្ជាមួយគេក្នុងការហូបចុក អឹក្សី និងការគសលៀក ក់របស់គេ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អំពីមូលគហរុដែលអាចបងហករនមស្សការ បានោះគឺ ត្បុង ត្បយ័រនពីការហូរតែរ ហើយត្រូវហូបចំណីឱយមាន កំណត់ គបើ ទេោះជាចំណីនោះោ លសែរសែំក៏ដោយ ដូចពោល អល់ឡោះថា៖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ﭙ ﭚ ﭛ ﭜ ﭼ األعراف :١٢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واجبات المســــــــــــــــــلم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មានន័យថា៖ « ចូរពួកអ្នកហូបចុកនិងអឹក្ចុះ តែកុំខជោះខ្ជយ »។ ស ស៊ូរ៉ោះ អាល់អាក់រា៉ាហវាក្យខណ្ឌលេខ៣១។ ប្រសាសន៍អ្នក នាំសារថា៖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قال : رسول هللا صلى هللا عليه وسلم ( إن الشيطان يجري من إلانسان مجرى الدم فضيقوا عليه املجاري بالجوع ) رواه أحمد មានន័យថា៖ « ពិតែរាកដនមស្សការ ររ់ក្នុងខ្លួន មនុស្សដូចចរ ត ម។ ដូចនេះ ចូរបិទ្ចរ តរបស់វាដោយការអ្រ់ចំណី»។ កត់ត្រា អ៊ីមុំអោះមា៉ារ់។ គតៅពីនោះ មាន ដូចជាការសូត្រគម្ពីរអាល់គួរអាន រំលឹក្ចំពោះ អល់ឡោះនិងសូត្រម៌សុំអ្ភ័យទេសចំពោះទ្រង់។ ដូច ប្រសាសន៍អ្នកនាំសារថា៖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عـ ن أنس رض ي هللا عن ـ ه : أن النبي صلى هللا عليه و س ـ لم قال : ( إن الشيطان واضع خطمه في قلب ابن آدم فإذا ذكر خنس و إذا نس ي التقم قلبه ) شعب إلايمان មានន័យថា៖ « ពិតែរាកដ នមស្សការ ដាក់ត្បគមា៉ាយរបស់វា លើគបោះដូងរបស់មនុស្សលោក។ គបើគេរំលឹក្ចំពោះអល់ឡោះ ត្បគមា៉ាយវាលឹប។ គបើគភលចរំលឹកអល់ឡោះត្បគមា៉ាយវាគលៀ ស្រសូបយកគបោះដូង »។ កត់ត្រា អិពូ អាពី អារ់ទុ 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មា៉ាងវិញទេៀរ ត្រូវគបោះបង់ការត្បញាប់ត្បញាល់ទ ់ហ ់ ត្រូវមាន ភាពឹងឹងសកប់ចិត្តចំពោះគ្រប់កិច្ចការទាំងអស់អស់ ដោយគយងតាមប្រសាសន៍អ្នកនាំសារថា៖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عن أنس بن مالك رض ي هللا عنه أن النبي ص ـ: لى هللا عليه وسلم قال (التأني من هللا والعجلة من الشيطان ) سنن البيهقي មានន័យថា៖ «ការអំណ្រ់មកអំពីអល់ឡោះជាម្ចាស់ ហើយ ការត្បញាប់ទ ់ហ ់អំពីនមស្សការ »។ ត្រូវឹងព្រះបន្ទូលរបស់ អល់ឡោះជាម្ចាស់៖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ﭽ ﮉ ﮊ ﮋ ﮌ ﮍ ﮎ ﮏ ﮐ ﮑ ﮒ ﮓ ﮔ ﭼ األعراف :١٤٣ មានន័យថា៖ « ពិតែរាកដ ពួកអ្នកដែលការកោតខ្លាច។ បើសិន ជាមានមស្សការ មួយត្កុមមកលបួងពួកគេ ពួកគេ ឹក្ដល់ គរឿងការពវកិចាដែលអល់ឡោះបាន បងហគប់។ ដូចនេះពួកគេ បញ្ឈប់អំពើបទ្គលើសដោយស្មារតីទ្ទួលខុសត្រូវនិងសេចក្តី យល់ដឹង »។ ស ស៊ូរ៉ោះ អាល់អាក់រា៉ាហវ វាក្យខណ្ឌលេខ២០១។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 • • • •</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80 ---</w:t>
      </w:r>
    </w:p>
    <w:p>
      <w:pPr>
        <w:spacing w:line="324" w:lineRule="auto" w:after="160" w:before="0"/>
        <w:jc w:val="left"/>
      </w:pPr>
      <w:r>
        <w:rPr>
          <w:rFonts w:ascii="Leelawadee UI" w:hAnsi="Leelawadee UI"/>
          <w:b w:val="0"/>
          <w:i/>
          <w:color w:val="94A3B8"/>
          <w:sz w:val="22"/>
          <w:rFonts w:ascii="Leelawadee UI" w:hAnsi="Leelawadee UI" w:cs="Leelawadee UI"/>
          <w:cs/>
          <w:lang w:val="km-KH" w:bidi="km-KH"/>
        </w:rPr>
        <w:t>(ទំព័រទទេ / Blank Page)</w:t>
      </w:r>
    </w:p>
    <w:sectPr w:rsidR="00FC693F" w:rsidRPr="0006063C" w:rsidSect="00034616">
      <w:headerReference w:type="default" r:id="rId9"/>
      <w:footerReference w:type="default" r:id="rId10"/>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after="0" w:before="0"/>
      <w:jc w:val="center"/>
    </w:pPr>
    <w:r>
      <w:rPr>
        <w:rFonts w:ascii="Leelawadee UI" w:hAnsi="Leelawadee UI"/>
        <w:b w:val="0"/>
        <w:i w:val="0"/>
        <w:color w:val="94A3B8"/>
        <w:sz w:val="19"/>
        <w:rFonts w:ascii="Leelawadee UI" w:hAnsi="Leelawadee UI" w:cs="Leelawadee UI"/>
        <w:cs/>
        <w:lang w:val="km-KH" w:bidi="km-KH"/>
      </w:rPr>
      <w:t xml:space="preserve">CamQuran E-Library  |  ទំព័រទី </w:t>
    </w:r>
    <w:r>
      <w:rPr>
        <w:rFonts w:ascii="Leelawadee UI" w:hAnsi="Leelawadee UI"/>
        <w:b/>
        <w:i w:val="0"/>
        <w:color w:val="10B981"/>
        <w:sz w:val="19"/>
        <w:rFonts w:ascii="Leelawadee UI" w:hAnsi="Leelawadee UI" w:cs="Leelawadee UI"/>
        <w:cs/>
        <w:lang w:val="km-KH" w:bidi="km-KH"/>
      </w:rPr>
      <w:fldSimple w:instr="PAGE"/>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after="80" w:before="0"/>
      <w:jc w:val="right"/>
    </w:pPr>
    <w:r>
      <w:rPr>
        <w:rFonts w:ascii="Leelawadee UI" w:hAnsi="Leelawadee UI"/>
        <w:b w:val="0"/>
        <w:i/>
        <w:color w:val="64748B"/>
        <w:sz w:val="19"/>
        <w:rFonts w:ascii="Leelawadee UI" w:hAnsi="Leelawadee UI" w:cs="Leelawadee UI"/>
        <w:cs/>
        <w:lang w:val="km-KH" w:bidi="km-KH"/>
      </w:rPr>
      <w:t>📖 កាតព្វកិច្ចជនមូស្លីម</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eelawadee UI" w:hAnsi="Leelawadee UI"/>
      <w:sz w:val="24"/>
      <w:rFonts w:ascii="Leelawadee UI" w:hAnsi="Leelawadee UI" w:cs="Leelawadee UI"/>
      <w:cs/>
      <w:lang w:val="km-KH" w:bidi="km-KH"/>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