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24" w:lineRule="auto" w:after="80" w:before="200"/>
        <w:jc w:val="center"/>
      </w:pPr>
      <w:r>
        <w:rPr>
          <w:rFonts w:ascii="Leelawadee UI" w:hAnsi="Leelawadee UI"/>
          <w:b/>
          <w:i w:val="0"/>
          <w:color w:val="10B981"/>
          <w:sz w:val="20"/>
          <w:rFonts w:ascii="Leelawadee UI" w:hAnsi="Leelawadee UI" w:cs="Leelawadee UI"/>
          <w:cs/>
          <w:lang w:val="km-KH" w:bidi="km-KH"/>
        </w:rPr>
        <w:t>📚 ពិចារណា &amp; អប់រំ  •  CAMQURAN DIGITAL LIBRARY</w:t>
      </w:r>
    </w:p>
    <w:p>
      <w:pPr>
        <w:spacing w:line="324" w:lineRule="auto" w:after="120" w:before="80"/>
        <w:jc w:val="center"/>
      </w:pPr>
      <w:r>
        <w:rPr>
          <w:rFonts w:ascii="Leelawadee UI" w:hAnsi="Leelawadee UI"/>
          <w:b/>
          <w:i w:val="0"/>
          <w:color w:val="047857"/>
          <w:sz w:val="44"/>
          <w:rFonts w:ascii="Leelawadee UI" w:hAnsi="Leelawadee UI" w:cs="Leelawadee UI"/>
          <w:cs/>
          <w:lang w:val="km-KH" w:bidi="km-KH"/>
        </w:rPr>
        <w:t>ភ្លេចសួរខ្លួនឯង</w:t>
      </w:r>
    </w:p>
    <w:p>
      <w:pPr>
        <w:spacing w:line="324" w:lineRule="auto" w:after="280" w:before="0"/>
        <w:jc w:val="center"/>
      </w:pPr>
      <w:r>
        <w:rPr>
          <w:rFonts w:ascii="Leelawadee UI" w:hAnsi="Leelawadee UI"/>
          <w:b w:val="0"/>
          <w:i/>
          <w:color w:val="475569"/>
          <w:sz w:val="25"/>
          <w:rFonts w:ascii="Leelawadee UI" w:hAnsi="Leelawadee UI" w:cs="Leelawadee UI"/>
          <w:cs/>
          <w:lang w:val="km-KH" w:bidi="km-KH"/>
        </w:rPr>
        <w:t>Forgot to Ask Myself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ប្រភេទ៖ ពិចារណា &amp; អប់រំ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ចំនួនទំព័រ៖ 20 ទំព័រ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អក្ខរាវិរុទ្ធ៖ ត្រឹមត្រូវ ១០០%</w:t>
            </w:r>
          </w:p>
        </w:tc>
      </w:tr>
    </w:tbl>
    <w:p>
      <w:pPr>
        <w:spacing w:line="324" w:lineRule="auto" w:after="360" w:before="0"/>
        <w:jc w:val="center"/>
      </w:pPr>
      <w:r>
        <w:rPr>
          <w:rFonts w:ascii="Leelawadee UI" w:hAnsi="Leelawadee UI"/>
          <w:b w:val="0"/>
          <w:i w:val="0"/>
          <w:color w:val="10B981"/>
          <w:sz w:val="24"/>
          <w:rFonts w:ascii="Leelawadee UI" w:hAnsi="Leelawadee UI" w:cs="Leelawadee UI"/>
          <w:cs/>
          <w:lang w:val="km-KH" w:bidi="km-KH"/>
        </w:rPr>
        <w:t>❖  ❖  ❖</w:t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ភ្លេចសួរខ្លួនឯង តើសំណួរអ្វីខ្លះដែលកប់ជ្រៅនៅក្នុងខ្លួនរបស់អ្នក? តើអ្វីជាចម្លើយចំពោះសំណួរទាំងនោះ?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ភ្លេចសួរខ្លួនឯង តើសំណួរអ្វីខ្លះដែលកប់ជ្រៅនៅក្នុងខ្លួនរបស់អ្នក? តើអ្វីជាចម្លើយចំពោះសំណួរទាំងនោះ?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3 ---</w:t>
      </w:r>
    </w:p>
    <w:p>
      <w:pPr>
        <w:spacing w:line="324" w:lineRule="auto" w:after="160" w:before="0"/>
        <w:jc w:val="left"/>
      </w:pPr>
      <w:r>
        <w:rPr>
          <w:rFonts w:ascii="Leelawadee UI" w:hAnsi="Leelawadee UI"/>
          <w:b w:val="0"/>
          <w:i/>
          <w:color w:val="94A3B8"/>
          <w:sz w:val="22"/>
          <w:rFonts w:ascii="Leelawadee UI" w:hAnsi="Leelawadee UI" w:cs="Leelawadee UI"/>
          <w:cs/>
          <w:lang w:val="km-KH" w:bidi="km-KH"/>
        </w:rPr>
        <w:t>(ទំព័រទទេ / Blank Page)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តើនរណាជាអ្នកបង្កើតខ្ញុំ ហើយបង្កើតមកក្នុងគោលបំណងអ្វី? តើខ្ញុំត្រូវទៅទីណាបន្ទាប់ពីស្លាប់ ហើយវាសនារបស់ខ្ញុំនឹងទៅជាយ៉ាងណា? តើកន្លែងចុងក្រោយរបស់ខ្ញុំជាអ្វី? តើហេតុផលនៃវត្តមានទាំងអស់នៅលើលោកនេះជាអ្វី? តើវាស័ក្តិសមដែរទេប្រសិនបើទីបញ្ចប់នៃជីវិតរបស់ខ្ញុំគ្រាន់តែជាការស្លាប់ ក្លាយទៅជាដី និងត្រូវរលាយសាបសូន្យនោះ? តើវាមិនមែនជារឿរឿងដ៏គួរឱ្យភ័យខ្លាចទេឬ ប្រសិនបើរូបខ្ញុំមិនទាន់បានត្រៀម ខ្លួនសម្រាប់ជីវិតក្រោយពេលស្លាប់? ជម្រា បសួរ មិត្តអ្នកអានជាទីគោរពរាប់អាន! ១ តើលោកអ្នកធ្លាប់មានសំណួរនៅក្នុងខ្លួន ឬធ្លាប់ដែលសួរខ្លួនឯងទេថា៖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នៅពេលដែលមនុស្សម្នាក់សញ្ជឹងគិតអំពីផែនដីដែលពួកគេរស់នៅ មើលទៅ កាន់សកលលោកដ៏ធំល្វឹងល្វើយ មេឃដែលលម្អដោយដួងតារាជាច្រើន ហើយនិង ផែនដីដែលមានភ្នំ ទន្លេ បឹងបួ ដើមឈើ ដំណាំដុះ ខ្យល់ ទឹក ដីគោក សមុទ្រ ពេលយប់ និងពេលថ្ងៃ ទាំងអស់នេះដំណើរការទៅតាមប្រព័ន្ធប្រក្រតីភាព និងគន្លង របស់វាដោយល្អឥតខ្ចោះបែបនេះ នោះគេចាំបាច់ត្រូវតែសួរខ្លួនឯងថា៖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តើនរណាជាអ្នកបង្កើតអ្វីៗទាំងអស់នេះ? តើនរណាជាអ្នកបញ្ជូនទឹកភ្លៀងពីលើមេឃ ហើយធ្វើឱ្យមានរុក្ខជាតិ បន្លែ ផ្លែឈើគ្រប់ប្រភេដៃះចេញមក? តើនរណាជាអ្នកបង្កើតឱ្យមានទឹកដែលជីវិតមិនអាចរស់ដោយគ្មានវាបាន? តើនរណាជាអ្នកបង្កើតផែនដីដែលអាចរក្សាអ្វីទាំងអស់នេះបាន? តើនរណាជាអ្នកបង្កើតមនុស្សលោកឱ្យមានរូបរងដ៏ល្អឥតខ្ចោះបែបនេះ?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នៅពេលដែលមនុស្សម្នាក់សញ្ជឹងគិតអំពីខ្លួនឯង នោះគេនឹងរកឃើញភាព អស្ចារ្យនៃអ្នកដែលបង្កើត និងភាពល្អឯកនៃកិច្ចការរបស់គេ។ ចូរពិចារណាទៅលើ ប្រព័ន្ធសរីរាង្គផ្សេងៗនៃរាងកាយរបស់អ្នកដ៏សែនស្មុគស្មាញដែលដំណើរការយ៉ាង ហ្មត់ចត់ និងបំពេញតួនាទីរបស់វាយ៉ាងល្អ។ អ្នកអាចនឹងបានដឹងតិចតួចបំផុតអំពីដំណើរការរបស់វា ហើយអ្នកក៏គ្មាន សមត្ថភាពនៅក្នុងការគ្រប់គ្រងវានោះឡើយ។ ចូរសង្កេតមើលទៅខ្យល់ដែលអ្នក ដកដង្ហើម។ ប្រសិនបើវាឈប់មួយរំពេច នោះអ្នកនឹងបាត់បង់ជីវិតជាមិនខាន។ តើមនុស្សដែលមានបញ្ញាណគិតថា សកលលោក និងអ្វីៗទាំងអស់ត្រូវ បានបង្កើតឡើងដោយឥតប្រយោជន៍ ហើយមនុស្សកើតមករស់នៅលើផែនដី នេះត្រឹមួយរយៈពេល បន្ទាប់មកក៏ស្លាប់ ហើយអ្វីៗក៏ចប់ឬ? តើសកលលោកើតឡើងដោយចៃដន្យ ឬក៏កើតឡើងដោយឯកឯងឬ? មិនអាចទៅរួចនោះឡើយ គឺត្រូវតែមាននរណាម្នាក់ដែលមានព្រះប្រាជ្ញាណ ពេញលេញបង្កើតអ្វីទាំងអស់នេះ។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ពិតប្រាកដណាស់ ព្រះជាម្ចាស់គឺជាអ្នកដែលបង្កើតអ្វីៗទាំងអស់។ ទ្រង់បាន បង្កើតអ្នក និងសកលលោកទាំងមូលនេះពីភាពទទេគ្មានអ្វីសោះ។ ទ្រង់តែមួយព្រះ អង្គត់ដែលជាអ្នកគ្រប់គ្រង និងដឹកនាំគ្រប់យ៉ាង។ ហើយទ្រង់ក៏ជាអ្នកដែលផ្តល់ នូវលាភសក្ការៈ ផ្តល់នូវជីវិតបស់នៅ និងសេចក្តីស្លាប់ផងដែរ។ តើអ្នកគិតថា អ្នកមិនគួរនឹងចំណាយពេលដើម្បីស្គាល់ព្រះដែលបង្កើតអ្នក និងស្គាល់ពីអ្វីដែលទ្រង់ចង់បានពីអ្នកទេឬ? ហេតុអ្វីបានជាទ្រង់បង្កើតយើងមក? ហើយតើនរណាជាអ្នកដែលអាចឆ្លើយ នូវរាល់សំណួរទាំងអស់របស់អ្នកបាន? « ហើយពួកគេសញ្ជឹងគិតអំពីការបង្កើតមេឃជាច្រើនជាន់ ហើយនិងផែនដី (ដោយនិយាយថា៖) បពិត្រព្រះអម្ចាស់នៃយើង! ទ្រង់មិនបានបង្កើតអ្វីទាំងអស់ នេះដោយគ្មានគោលបំណងនោះឡើយ។ ទ្រង់ដ៏មហាសិរីរុងរឿង! » [ព្រះគម្ពីរគួរអាន ៣៖ ១៩១] ព្រះជាម្ចាស់បានជំរុញឲ្យយើងសញ្ជឹងគិត ប្រើហេតុផល និងធ្វើការវិនិច្ឆ័យ ដោយផ្អែកលើភស្តុតាងត្រឹមត្វ។ ទ្រង់បានមានបន្ទូលប្រាប់យើងអំពីអ្នកដែលប្រើ ហេតុផល និងការគិតពិចារណាថា៖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តើអ្នកមិនចាប់អារម្មណ៍សិក្សាឲ្យស៊ីជម្រៅអំពីសាសនាដែលរីកសុសសាយ យ៉ាងលឿនបំផុតដូចដែលស្ថិតិពិភពលោកបានបង្ហាញទេឬ? តើហេតុផលដែលនៅពីក្រោយរឿរឿងនោះគឺជាអ្វី? តើអ្នកគិតយ៉ាងណាដែរ ប្រសិនបើអ្នកផ្តល់ឱកាសឲ្យខ្លួនឯងយ៉ាងហោចណាស់ ឱបានម្តងក្នុងជីវិតរបស់អ្នក ដើម្បីស្គាល់សាសនាអ៊ីស្លាមពីប្រភពដែលត្រឹមត្រូវ បន្ទាប់មក ធ្វើការវិនិច្ឆ័យដោយផ្អែកលើមូលដ្ឋាន និងសុឆន្ទៈពិតប្រាកដនោះ? គឺជាការចុះចូលចំពោះព្រះជាម្ចាស់(អល់ឡោះ)ដែលជាអ្នកបង្កើត និងគ្រប់គ្រងសកលលោក ហើយត្រូវគោរពតាមបញ្ជារបស់ទ្រង់ ដោយសេចក្តីគោរពស្រឡាញ់។ ដោយមូលដ្ឋានគ្រឹះនៃជំនឿនៅក្នុងសាសនាអ៊ីស្លាម គឺការមានជំនឿលើអល់ឡោះថា ទ្រង់ជាអ្នកដែលបង្កើត ហើយអ្វីៗផ្សេងក្រៅពីទ្រង់ គឺជាការបង្កើតរបស់ទ្រង់។ ទ្រង់ជាអ្នកដែលស័ក្តិសមនឹងគោរពសក្ការៈតែមួយព្រះ អង្គត់។ គ្មានព្រះឯណាដែលត្រូវគោរពសក្ការៈដ៏ត្រឹមត្រូវក្រៅពីទ្រង់ឡើយ។ អ៊ីស្លាម អ៊ីស្លាមជាសាសនាដែលស៊ីចង្វាក់នឹង ហេតុផល និងស្រ បតាមធម្មជាតិ ដោយ ដួងចិត្តដ៏បរិសុទ្ធនឹងទទួលយក។ ជាសាសនានៃព្រះជាអម្ចាស់ដែលជា អ្នកបង្កើត ដោយព្រះអង្គបានដាក់វាជាបញ្ញត្តិ សម្រាប់ភាវៈដែលទ្រង់បានបង្កើត។ ដូចនេះ ទ្រង់មិនទទួលយកសាសនាផ្សេងឡើយ។ ជាសាសនាដែលព្យាការី និងអ្នកនាំសារ ទាំងឡាយបាននាំមក។ ជាសាសនានៃសេចក្តីល្អ និងសុភមង្គល សម្រាប់មនុស្សគ្រប់គ្នា ដោយមិនរើសអើង ពូជសាសន៍ ឬពណ៌សម្បុរឡើយ។ អល់ឡោះ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មនុស្សគ្រប់រូបមានភាពស្មើគ្នានៅក្នុងសាសនាអ៊ីស្លាម។ គ្មាននរណាម្នាក់ត្រូវ បានសម្គាល់លើសពីអ្នកដទៃឡើយ លើកលែងតែតាមរយៈការប្រព្រឹត្តសុចរិតរបស់ ពួកគេដែលផ្តល់ផលប្រយោជន៍ដល់ខ្លួនឯង និងអ្នកដទៃប៉ុណ្ណោះ។ អ្នកដែលចង់ចូលសាសនាអ៊ីស្លាម គឺគេគ្រាន់តែពោលពាក្យខាងក្រោមនេះ ប្រកបដោយជំនឿពិតប្រាកដ និងយល់ដឹងពីអត្ថន័យរបស់វាថា៖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«ទូលបង្គំសូមសច្ចាថា គ្មានទេព្រះដែលស័ក្តិសមនឹងគោរពសក្ការៈ លើកលែងតែអល់ឡោះ ហើយមូហាំម៉ាត់ គឺជាអ្នកនាំសាររបស់ទ្រង់ » បន្ទាប់មក ត្រូវរៀនអំពីបទបញ្ញត្តិផ្សេងៗទៀតនៃសាសនាអ៊ីស្លាមបន្តិចម្តងៗ ដើម្បីបំពេញកាតព្វកិច្ចដែលអល់ឡោះបានកំណត់។ ព្រះនាម នៅក្នុងភាសាអារ៉ាប់ មានអត្ថន័យដូចខាងក្រោម៖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“អល់ឡោះ” “អល់ឡោះ” មានន័យថា៖ ជាម្ចាស់ដែលត្រូវបានគេគោរពសក្ការៈ ដោយការគោរព សក្ការៈទាំងអស់ត្រូវធ្វើទៅកាន់ទ្រង់តែមួយព្រះអង្គ។ ទ្រង់ជាអង្គ ដ៏ឧត្តង្គឧត្តមនិងមានលក្ខណៈសម្បត្តិដ៏អស្ចារ្យដែលគំនិតនៃភាវៈទាំងពួងមិនអាច ស្រមៃដល់នោះឡើយ។ ប៉ុន្តែដួងចិត្តពិតជាជាប់ជំពាក់នឹងទ្រង់ ហើយដួងវិញ្ញាណពិត មានសេចក្តីត្រូវការចំពោះទ្រង់ ស្វែងរកភាពធូរស្រាលនៅក្នុងការរឭកទៅកាន់ទ្រង់ រីករាយនឹងការបង្កើនភាពជិតស្និទ្ធ និងការគោរពសក្ការៈទៅចំពោះទ្រង់។ ទី១៖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ជាម្ចាស់បង្កើតសកលលោក និងប្រព័ន្ធដំណើរការរបស់វា ហើយនិងអ្វីទាំងអស់ដែលមាននៅក្នុងវា។ ទោះបីជាតូចយ៉ាងណាក៏ដោយ គឺសុទ្ធតែជាការបង្កើតរបស់ទ្រង់ វាកើតឡើងតាមបំណង ការកំណត់ និងព្រះប្រាជ្ញាណ របស់ទ្រង់។ រាល់តំណក់ទឹកភ្លៀងដែលធ្លាក់ចុះ ឬការផ្លាស់ប្តូរពេលវេលាពេលថ្ងៃ និងយប់ អ្វីដែលលាត្រដាង ឬលាក់អាថ៌កំបាំង និងអ្វីដែលស្ថិតនៅផ្នែកណាមួយនៅ ក្នុងសកលលោកនេះ គឺសុទ្ធតែត្រូវបានអល់ឡោះជ្រាបដឹងអំពីវា។ ទី២៖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មានន័យថា៖ ជាម្ចាស់គ្រប់គ្រងដ៏យុត្តិធម៌បំផុត ទ្រង់មិនបំពានសូម្បីតែ ទម្ងន់ប៉ុនអាតូមដ៏តូចនោះឡើយ។ អ្វីដែលយើងបានឃើញនៅក្នុងជីវិត បានបង្ហាញឱ្យឃើញយ៉ាងច្បាស់ពីព្រះប្រាជ្ញាណ និងសេចក្តីសប្បុរសនៃទ្រង់។ ទី៣៖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នៅពេលដែលមានអ្នកខ្លះអះអាងថា អល់ឡោះបានបង្កើតមេឃ និងផែនដី ក្នុងរយៈពេលប្រាំមួយថ្ងៃ ហើយបន្ទាប់មក ទ្រង់សម្រាកនៅថ្ងៃទីប្រាំពីរនោះ ព្រះគម្ពីរ គួរអានបានបដិសេធការអះអាងយ៉ាងដូចនេះ ដោយទ្រង់មានបន្ទូលយ៉ាងច្បាស់ថា៖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 ហើយយើងពិតជាបានបង្កើតមេឃជាច្រើនជាន់និងផែនដី និងអ្វីៗដែលមាននៅ ចន្លោះវាទាំងពីរក្នុងរយៈពេលប្រាំ មួយថ្ងៃ ហើយយើងគ្មានការនឿយហត់នោះឡើយ។ » [ព្រះគម្ពីរគួរអាន ៥០៖ ៣៨] ការអះអាងរបស់គេនេះ គ្រាន់តែជាគំនិត និងជាការវិនិច្ឆ័យនូវអ្វីដែលមានភាព ប្រហាក់ប្រហែលនឹងខ្លួនឯង ឬជាភាវៈដែលមនុស្សអាចគិតទៅដល់ប៉ុណ្ណោះ។ ប៉ុន្តែ ព្រះអង្គ គឺខុសពីការគិតទាំងនោះ ព្រោះទ្រង់ជាអ្នកដែលបង្កើត ទ្រង់មានលក្ខណៈខុស ពីអ្វីដែលទ្រង់បានបង្កើត។ តើអ្វីដែលជាការបង្កើតរបស់ទ្រង់អាចប្រៀបធៀបជាមួយ នឹងទ្រង់ដែលជាអ្នកបង្កើតដោយរបៀបណា? យើងសង្កេតឃើញថា សូម្បីក្មេងតូចក៏មិនអាចយល់ពីសកម្មភាពមួយចំនួន របស់ឪពុកម្តាយរបស់ពួកគេ ហើយក៏មិនអាចនឹងពន្យល់ឱ្យពួកគេបានយល់ឡើយ ព្រោះតែភាពខុសគ្នាយ៉ាងខ្លាំងអំពីសមត្ថភាពនៃការគិតរបស់ពួកគេ។ យ៉ាងណាមិញ គំនិតរបស់មនុស្សនៅក្នុងការយល់ពីការបង្កើតរបស់ព្រះជាម្ចាស់ និងព្រះបញ្ញាណ របស់ទ្រង់ គឺវាពិតជាមានកង្វះខាតច្បាស់ណាស់។ « តាមពិត បញ្ជារបស់ទ្រង់ នៅពេលដែលទ្រង់មានព្រះបំណងប្រាថ្នាអ្វីមួយ គឺទ្រង់គ្រាន់តែមានបន្ទូលទៅកាន់វាថា៖ «ចូរកើតចុះ» នោះវានឹងកើតភ្លាម។ » [ព្រះគម្ពីរគួរអាន ៥០៖ ៣៨]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មនុស្សដំបូងបង្អស់ដែលព្រះជាម្ចាស់បានបង្កើត គឺអាដាំ។ លោកគឺជាបិតា នៃមនុស្សជាតិ និងជាអ្នកនាំសារដំបូងគេផងដែរ។ ទ្រង់បានបង្កើតលោកអំពីដីឥដ្ឋ (ផ្សំពីទឹកនិងដី) បន្ទាប់មក ទ្រង់បានធ្វើឱ្យលោកមានជារូបរាងឡើង ហើយក៏បានផ្លុំ វិញណចូលទៅក្នុងខ្លួនលោក។ ក្រោយមកទៀត ទ្រង់បានបង្កើតភរិយារបស់លោក ចេញពីខ្លួនលោក ដោយបានដកយកឆ្អឹងជំនីខាងឆ្វេងរបស់លោកមួយ។ បន្ទាប់មក ទ្រង់បានបង្កើតកូនចៅរបស់លោកពីសារធាតុរាវ(ទឹកាម)នៅក្នុងទីកន្លែងដែល មានសុវត្ថិភាព(នៅក្នុងស្បូន)។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ចម្លើយចំពោះសំណួរដ៏ធំនេះមានសារសំខាន់ខ្លាំងណាស់ ហើយវាចាំបាច់នៅ ក្នុងការផ្តល់ចម្លើយពីការបើកបង្ហាញអំពីបន្ទូលនៃព្រះជាម្ចាស់។ អល់ឡោះគឺជាម្ចាស់ ដែលបានបង្កើតយើង។ ដូចនេះ ទ្រង់ក៏ជាម្ចាស់ដែលប្រាប់យើងអំពីគោលបំណង ដែលទ្រង់បានបង្កើតយើងមកដូចគ្នា។ មនុស្សដំបូងនៅលើលើផែនដី « ហើយជាការពិតណាស់ យើងបានបង្កើតមនុស្សលោក(អាដាំ ) ពីដីឥដ្ឋ(ផ្សំពីទឹកនិងដី)។ ក្រោយមក យើងបានបង្កើតគេពីទឹកាម នៅក្នុងកន្លែងដែលមានសុវត្ថិភាព(នៅក្នុងស្បូន)។ » [ព្រះគម្ពីរគួរអាន ២៣៖ ១២-១៣] ហេតុអ្វីបានជាព្រះជាម្ចាស់បង្កើតយើយើងមក? « ហើយយើងមិនបានបង្កើតអមនុស្ស(ជិន) និងមនុស្សមកឡើយ លើកលែងតែដើម្បីឱ្យពួកគេគោរពសក្ការៈមកចំពោះយើងប៉ុណ្ណោះ។ » [ព្រះគម្ពីរគួរអាន ៥១៖ ៥៦]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 មេឃទាំងប្រាំ ពីរជាន់និងផែនដី និងអ្វីៗដែលមាននៅក្នុងនោះសុទ្ធតែ សរសើរតម្កើងទ្រង់។ ហើយគ្មានអ្វីមួយដែលមិនសរសើរតម្កើងទ្រង់ឡើយ ប៉ុន្តែពួកអ្នកមិនបានយល់ពីការសរសើរតម្កើងរបស់ពួកគេនោះឡើយ។ » [ព្រះគម្ពីរគួរអាន ១៧៖ ៤៤] ៩ រាល់ភាវៈទាំងអស់របស់អល់ឡោះត្រូវបានបង្កើតឡើង និងបានដាក់នូវទំនោរ ធម្មជាតិនៃជំនឿន ក្នុងខ្លួនរបស់ពួកគេចំពោះការគោរពសក្ការៈ និងការលើកតម្កើង ព្រះជាម្ចាស់នៃឋានទាំងអស់៖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ប៉ុន្តែការគោរពសក្ការៈ និងការសរសើរតម្កើងរបស់មនុស្សចំពោះព្រះជាម្ចាស់ គឺជាជម្រើសរបស់ពួកគេ មិនមែនជាការបង្ខនោះឡើយ។ « ទ្រង់គឺជាអ្នកម្ចាស់ដែលបានបង្កើតពួកអ្នក។ ដូចនេះ នៅក្នុងចំណោមពួកអ្នក គឺមានអ្នកដែលគ្មានជំនឿ និងមានអ្នកដែលមានជំនឿ ហើយអល់ឡោះទត ឃើញនូវអ្វីដែលពួកអ្នកប្រព្រឹត្ត។ » [ព្រះគម្ពីរគួរអាន ៦៤៖ ២] « តើអ្នកមិនបានឃើញទេឬថា ពិតណាស់ អល់ឡោះគឺត្រូវបានអ្នកនៅ លើមេឃជាច្រើនជាន់ និងអ្នកដែលនៅលើផែនដី ព្រះអាទិត្យ ព្រះចន្ទ ដួងតារា ភ្នំ ដើមឈើ សត្វ និងមនុស្សជាច្រើន(ដែលជាអ្នកមានជំនឿ) ក្រា បថ្វាយបង្គំទ្រង់នោះ? ហើយមនុស្សភាគច្រើន(ដែលជាអ្នកគ្មានជំនឿ) គឺត្រូវទទួលទណ្ឌកម្ម។ ហើយជនណាដែលអល់ឡោះធ្វើឲ្យគេអាម៉ាស់ គឺគ្មាននរណាម្នាក់អាចផ្តល់កិត្តិយសដល់គេបានឡើយ។» [ព្រះគម្ពីរគួរអាន ២២៖ ១៨] អល់ឡោះជាម្ចាស់ទ្រង់បានបង្កើតយើងមក គឺដើម្បីគោរពសក្ការៈចំពោះទ្រង់ និងដើម្បីសាកល្បងចំពោះការខិតខំប្រឹងប្រែងរបស់យើងនៅក្នុងការសម្រេចនូវការ គោរពសក្ការៈនេះ។ អ្នកដែលគោរពសក្ការៈអល់ឡោះជាម្ចាស់ ស្រឡាញ់ទៅចំពោះទ្រង់ ចុះចូលចំពោះទ្រង់ គោរពតាមបញ្ញត្តិរបស់ទ្រង់ ហើយនិងចៀចៀសសវាងនូវអ្វីដែល ទ្រង់ហាមឃាត់ នោះនឹងទទួលបានការស្រឡាញ់ពេញចិត្ត និងរង្វាន់ដ៏គាប់ប្រសើរ ពីទ្រង់ នោះគឺឋានសួគ៌ដ៏ប្រសើរថ្លៃថ្លា។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ចំណែកអ្នកដែលបដិសេធមិនគោរពសក្ការៈអល់ឡោះដែលជាម្ចាស់បង្កើតពួកគេ ផ្តល់លាភសក្ការៈដល់ពួកគេ បដិសេធមិនគោរពតាមបញ្ញត្តិរបស់ទ្រង់ មិនចៀចៀសវាង នូវអ្វីដែលទ្រង់ហាមឃាត់នោះ នឹងត្រូវទទួលរងនូវការក្រោធខឹងនិងការដាក់ទណ្ឌកម្ម ដ៏ឈឺចាប់ពីទ្រង់។ ព្រះជាម្ចាស់មិនបានបង្កើតយើងដោយគ្មានគោលដៅឡើយ ហើយក៏មិនទុក ឲ្យយើងវង្វេងដែរ។ មនុស្សដែលខ្វះការពិចារណា គឺអ្នកដែលទ្រង់បានផ្តល់ឱ្យនូវការ ស្តាប់ឮ ការមើលឃើញ និងព្រះប្រាជ្ញាណដើម្បីគិតពិចារណា ក៏ប៉ុន្តែពួកគេគិតថា វត្តមានរបស់ពួកគេនៅលើលោកិយនេះ គឺគ្រាន់តែដើម្បីរស់នៅត្រឹមួយរយៈពេល ហើយក៏ត្រូវស្លាប់ទៅវិញ និងមិនដឹងថា ហេតុអ្វីបានជាពួកគេមកកាន់លោកិយនេះ ហើយនិងត្រូវទៅទីណាបន្ទាប់ពីនេះឡើយ។ ១០ « តើពួកអ្នកគិតថា យើងបានបង្កើតពួកអ្នកមក គឺគ្រាន់តែជាការលេងសើច ដោយគ្មានគោលបំណង ហើយពួកអ្នកនឹងមិនត្រឡប់មកជួបយើងវិញទេឬ? » [ព្រះគម្ពីរគួរអាន ២៣៖ ១១៥] អល់ឡោះជាម្ចាស់មានព្រះនាម និងលក្ខណសម្បត្តិដ៏សិរីរុងរឿរឿង និងឧត្តុង្គ ឧត្តមបំផុត។ ហើយការស្គាល់ព្រះនាម និងលក្ខណសម្បត្តិរបស់ទ្រង់ នឹងជួយបង្កើន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សេចក្តីស្រឡាញ់ ការគោរព ការកោតខ្លាច និងការចុះចូលចំពោះទ្រង់។ ទ្រង់តែមួយ ព្រះអង្គជាអ្នកដែលបង្កើត អ្នកផ្តល់ពរជ័យ ផ្តល់លាភសក្ការៈ ផ្តល់ជីវិតបស់នៅ និងសេចក្តីស្លាប់។ដូចនេះ ការថ្វាយបង្គំ ការចុះចូល ការអធិដ្ឋាន ការបួងសួងសុំជំនួយ មិនគួរត្រូវបានប្រណិប័តន៍ ឬស្វែងរកពីអ្នកណាផ្សេងក្រៅពីទ្រង់នោះឡើយ មិនថាជា អ្នកនាំសារ ជាទេវតា ឬជាបព្វជិតក៏ដោយ។ មានជំពូកមួយនៅក្នុងគម្ពីរគួរអាន ដែលជាជំពូកដ៏សំខាន់ និងអស្ចារ្យបំផុត ដោយបានបង្ហាញឱ្យយើងបានដឹងកាន់តែច្បាស់ពីលក្ខណៈនៃព្រះជាម្ចាស់ដែលជា អ្នកបង្កើត។ ទ្រង់បានមានបន្ទូលឲ្យព្យាការីមូហាំម៉ាត់(សូមសន្តិភាព និងពរជ័យកើត មានដល់លោក) ប្រកាសប្រាប់យ៉ាងច្បាស់អំពីលក្ខណសម្បត្តិរបស់ទ្រង់ថា៖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លក្ខណសម្បត្តិនៃអល់ឡោះជាម្ចាស់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 ចូរពោលថា៖ អល់ឡោះ គឺជាព្រះជាម្ចាស់តែមួយព្រះអង្គ ត់។ អល់ឡោះ គឺជាម្ចាស់ដែលភាវៈទាំងឡាយត្រូវការពឹងពាក់។ ទ្រង់មិនបានប្រសូតបុត្រ និងក៏មិនត្រូវបានគេប្រសូតទ្រង់មកដែរ។ ហើយគ្មានអ្វីមួយអាចប្រៀប្រដូចនឹងទ្រង់បានឡើយ។ » [ព្រះគម្ពីរគួរអាន ១១២៖ ១-៤] អត្ថន័យនៃជំពូកនេះ គឺប្រៀបដូចជាកំពុងឆ្លើយនឹងសំណួរថា៖ «តើអល់ឡោះ ជានរណា?» ដែលចម្លើយនោះគឺ៖ អល់ឡោះគឺជាម្ចាស់តែមួយព្រះអង្គ ដែលត្រូវ គោរពសក្តារៈដ៏ពិតប្រាកដ និងគ្មានដៃគូនៅក្នុងការគោរពសក្ការៈជាមួយទ្រង់នោះ ឡើយ។ទ្រង់គឺជាម្ចាស់ដែលភាវៈទាំងអស់ត្រូវការពឹងពាក់សម្រាប់គ្រប់តម្រូវការ របស់ពួកគេ។ ទ្រង់មហារុងរឿរឿង ថ្កុំថ្កើងលើសពីការមានបុត្រ ឬត្រូវបានគេប្រសូត មក ព្រោះបើមានអ្នកប្រសូតទ្រង់ នោះមានន័យថា គឺនឹងមានអ្នកដែលអស្ចារ្យជាង ទ្រង់ទៅទៀត។ ទ្រង់គង់នៅរហូតឥតមានទីផ្តើម ហើយក៏ឥតមានទីបញ្ចប់ឡើយ។ គ្មានអ្វីអាចប្រដូច ឬស្រ ដៀដៀងនឹងទ្រង់ ហើយនិងលក្ខណសម្បត្តិរបស់ទ្រង់ឡើយ ដ្បិតទ្រង់គឺជាអ្នកបង្កើតដែលមានលក្ខណៈខ្ពង់ខ្ពស់ហួសប្រមាណ ដែលបញ្ញាមនុស្ស មិនអាចនឹងវិនិច្ឆ័យដល់។ ២- ៣- ៤- នេះជាជំពូកដែលបង្ហាញឱ្យយើងដឹងកាន់តែច្បាស់ពីភាពខុសគ្នារវាងលក្ខណ សម្បត្តិនៃព្រះជាម្ចាស់ដែលជាអ្នកបង្កើត និងភាវៈដែលទ្រង់បង្កើត ដោយអល់ឡោះ តែមួយព្រះអង្គជាអ្នកបង្កើត ហើយអ្វីផ្សេងពីទ្រង់ គឺសុទ្ធតែជាភាវៈ ឬជាអ្វីដែល ទ្រង់បង្កើតប៉ុណ្ណោះ។ ហេតុអ្វីបានជាយើយើងមិនអាចមើមើលឃើឃើញទ្រង់? ពិតប្រាកដណាស់ មានរឿរឿងជាច្រើនដែលយើងមិនអាចមើលឃើញ ដូចជា ខ្យល់ និងមិនអាចទ្រាំទ្រក្នុងការសម្លឹងមើលចំទៅកាន់វាបាន ដូចជា ពន្លឺព្រះអាទិត្យ នៅពេលថ្ងៃជាដើម ប៉ុន្តែយើងជឿជឿអំពីវត្តមានរបស់វា។ ដូចគ្នាដែរ យើងមានជំនឿអំពី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វត្តមានរបស់អល់ឡោះជាម្ចាស់ តាមរយៈភស្តុតាងជាច្រើនដែលទ្រង់បានបង្កើត ទោះបីជាយើងមិនអាចមើលឃើញទ្រង់ក៏ដោយ ព្រោះតែញាណនិងកម្លាំងរបស់យើង មិនអាចទ្រាំទ្រនឹងការឃើញទ្រង់នៅក្នុងលោកិយនេះឡើយ។ « គ្មានអ្នកណាម្នាក់មើលឃើញទ្រង់(នៅក្នុងលោកិយ)ឡើយ ប៉ុន្ដែទ្រង់ទេ ដែលជាអ្នកទតឃើញ(រាល់អ្វីៗទាំងអស់)នោះ ហ យទ្រង់ជាព្រះដ៏ល្អិតល្អន់ ជាទីបំផុត ជាព្រះដ៏ជ្រាបដឹងជាទីបំផុត។ » [ព្រះគម្ពីរគួរអាន ៤២៖ ១១] មានព្យាការីម្នាក់របស់អល់ឡោះបានទូលសុំចង់ឃើញទ្រង់ នោះគឺព្យាការី មូសេនៅពេលដែលទ្រង់បានមានបន្ទូលទៅកាន់លោកនៅភ្នំស៊ីណៃ។ « ព្យាការីមូសេបានមានប្រសាសន៍ថា៖ បពិត្រព្រះជាអម្ចាស់ទូលព្រះបង្គំ! សូមទ្រង់ មេត្តាបង្ហាញព្រះកាយមកកាន់ទូលព្រះបង្គំ ដើម្បីឲ្យទូលព្រះបង្គំអាចមើលឃើញ ទ្រង់ផង។ អល់ឡោះបានមានបន្ទូលទៅលោកថា៖ អ្នកនឹងមិនឃើញយើងនោះ ឡើយ ប៉ុន្តែចូរអ្នកក្រឡេកមើលទៅភ្នំនោះ(ភ្នំស៊ីណៃ)។ ប្រសិនបើវានៅនឹងថ្កល់ មួយកន្លែង នោះអ្នកប្រាកដជានឹងឃើញយើង។ ហើយនៅពេលដែលព្រះជាម្ចាស់ របស់លោកបានបង្ហាញខ្លួនទៅកាន់ភ្នំនោះ ទ្រង់បានធ្វើឲ្យវាក្លាយទៅជាធូលីដី ហើយមូសេក៏បានដួលសន្លប់នៅលើដី។ នៅពេលដែលលោកភ្ញាក់ឡើង លោក ក៏បានមានប្រសាសន៍ថា៖ សិរីរុងរឿងចំពោះព្រះអង្គ! ទូលព្រះបង្គំសូមសារភាព កំហុសចំពោះទ្រង់ ហើយទូលព្រះបង្គំគឺជាអ្នកដែលមានជំនឿដំបូងគេ។ » [ព្រះគម្ពីរគួរអាន ៧៖ ១៤៣] ភ្នំដ៏ធំមហិមាបានប្រាក់បែក និងញាប់ញ័រចំពោះការបង្ហាញព្រះកាយរបស់ អល់ឡោះទៅកាន់វា។ ដូចនេះ តើមនុស្សដែលមានកម្លាំងទន់ខ្សោយអាចនឹងទ្រាំទ្រ បានដោយរបៀបណា?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គោលគ្រឹះនៃសាសនាអ៊ីស្លាម សាសនាអ៊ីស្លាមានគោលគ្រឹះចំនួនប្រាំ៖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ទី១៖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ការសច្ចាថា « គ្មានទេព្រះដែលស័ក្តិសមនឹងគោរពសក្ការៈ លើកលែងតែ អល់ឡោះ ហើយមូហាំម៉ាត់ គឺជាអ្នកនាំសាររបស់ទ្រង់ »។ ទី២៖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ការប្រតិបត្តិថ្វាយបង្គំប្រាំដងក្នុងមួយថ្ងៃ។ ទី៣៖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ការដកទ្រព្យមួយចំណែកតូចំពោះអ្នកដែលមានទ្រព្យដល់ចំនួនដែលបាន កំណត់ម្តងក្នុងមួយឆ្នាំ ដើម្បីផ្តល់ឲ្យអ្នកក្រីក្រ និងអ្នកមានតម្រូវការ។ ទី៤៖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ការបួសតមអាហារខែរ៉ម៉ាឌនក្នុងមួយឆ្នាំម្តង។ ទី៥៖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ការធ្វើធម្មយាត្រាហាជ្ជី ដោយត្រូវធ្វើនៅទីក្រុងមេកា(ម៉ាក្កះ) ប្រទេសអារ៉ាប៊ី សាអ៊ូឌីត ឱ្យបានម្តងក្នុងមួយជីវិតសម្រាប់អ្នកដែលមានលទ្ធភាព និងសមត្ថភាព។ គោលគ្រឹះនៃជំនឿ សាសនាអ៊ីស្លាមានគោលគ្រឹះនៃជំនឿចំនួនប្រាំមួយ៖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ការមានជំនឿចំពោះអល់ឡោះជាម្ចាស់ ដោយទ្រង់តែមួយព្រះអង្គ គឺជា អ្នកបង្កើត គ្រប់គ្រង ផ្តល់លាភសក្ការៈ ផ្តល់ជីវិតបស់នៅ និងសេចក្តីស្លាប់។ ទ្រង់តែមួយព្រះអង្គដែលស័ក្តិសមនឹងគោរពសក្ការៈ។ ការមានជំនឿចំពោះទេវតាទាំងឡាយដែលអល់ឡោះជាម្ចាស់បានបង្កើត មកពីពន្លឺ ដើម្បីឱ្យពួកគេគោរពសក្ការៈទៅចំពោះទ្រង់ និងអនុវត្តាមយ៉ាង ពេញលេញចំពោះបទបញ្ជាទាំងឡាយរបស់ទ្រង់។ ហើយនៅក្នុងចំណោម ពួកគេ គឺមានទេវតាជីព្រីលជាអ្នកនាំសារពីអល់ឡោះមកកាន់បណ្តាព្យាការី។ ការមានជំនឿចំពោះព្រះគម្ពីរទាំងឡាយ ដែលអល់ឡោះបានបញ្ចុះមកកាន់ បណ្តាព្យាការី។ ហើយព្រះគម្ពីរគួរអាន គឺជាគម្ពីរចុងក្រោយដែលត្រូវបាន បញ្ចុះទៅកាន់ព្យាការីមូហាំម៉ាត់ និងត្រូវបានទ្រង់ថែរក្សាមិនឱ្យមានការកែ ប្រែនោះឡើយ រហូតដល់ថ្ងៃបរលោក។ ទី១៖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ទី២៖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ទី៣៖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ការមានជំនឿចំពោះអ្នកនាំសារទាំងឡាយ ដោយព្រះជាម្ចាស់បានចាត់ពួកគាត់ មកកាន់មនុស្សជាតិ និងបានបញ្ជូនគម្ពីរមកជាមួយពួកគាត់ ដើម្បីណែនាំ និងដាស់តឿតឿនដល់ពួកគេ។ ការមានជំនឿចំពោះថ្ងៃបរលោក ដោយនៅថ្ងៃនោះ ព្រះជាម្ចាស់នឹងឱ្យមនុស្ស រស់ពីផ្នូរឡើងវិញដើម្បីជំនុំជម្រះចំពោះទង្វើរបស់ពួកគេ។ អ្នកដែលមានជំនឿ ហើយនិងប្រព្រឹត្តអំពើល្អនោះ នឹងទទួលបាននូវសេចក្តីសុខជាអមតៈនៅក្នុង ឋានសួគ៌។ ចំណែកឯអ្នកដែលគ្មានជំនឿ និងប្រព្រឹត្តអំពើអាក្រក់វិញនោះនឹង ទទួលទណ្ឌកម្មដ៏ធផងន់ធផងរនៅក្នុងភ្លើងនរក។ ការមានជំនឿចំពោះព្រះលិខិត ដោយទ្រង់បានកំណត់ និងកត់ត រានូវរាល់អ្វីៗ ទាំងអស់ដែលកើតមានឡើងទាំងអស់នោះរួចជាស្រេចនៅក្នុងក រទាំងកំណត់ត រា របស់ទ្រង់មុននឹងទ្រង់បង្កើតវា។ ហើយរាល់អ្វីដែលទ្រង់មានចេតនាចង់ឱ្យមាន ទ្រង់នឹងបង្កើតវាឡើង ដោយគ្មានការភាន់ច្រឡំ ឬកំហុសឆ្គងនោះឡើយ។ ទី៤៖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ទី៥៖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ទី៦៖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ដើម្បីប្រើប្រាស់អ្វីមួយឱ្យបានល្អត្រឹមត្រូវ គឺយើងត្រូវមើលនូវសេចក្តីណែនាំ របស់វាជាមុន។ ដូចគ្នាដែរ ដើម្បីប្រើប្រាស់ជីវិតបស់នៅរបស់យើងឱ្យបានល្អត្រឹមត្រូវ គឺយើងត្រូវការសេចក្តីណែនាំពីអ្នកដែលបង្កើតយើងមក។ ទ្រង់មិនបានបង្កើតយើង មកឱ្យប្រើប្រាស់ជីវិតដោយគ្មានការណែនាំនោះឡើយ។ អល់ឡោះទ្រង់បានចាត់អ្នកនាំសារ ហើយបានបញ្ជូនគម្ពីរមកជាមួយពួកគាត់ ដើម្បីណែនាំ និងបង្ហាញដល់មនុស្សគ្រប់គ្នានូវមាគ៌ាដែលត្រឹមត្រូវ វែកញែករវាង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សេចក្តីពិត និងសេចក្តីមិនពិត និងអំពាវនាវឱ្យស្គាល់អល់ឡោះ និងគោរពសក្ការៈ ចំពោះទ្រង់តែមួយព្រះអង្គ។ ជីវិតពិតជាត្រូវការសេចក្តីណែនាំ « ហើយយើងមិនបានបញ្ជូនអ្នកនាំសារណាមួយមុនអ្នកឡើយ លើកលែងតែយើងបានបើកបង្ហាញដល់គេថា គ្មានព្រះឯណាផ្សេង ក្រៅពីយើងឡើយ។ ដូចនេះ ចូរគោរពសក្ការៈមកចំពោះយើង។ » [ព្រះគម្ពីរគួរអាន ២១៖ ២៥]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អ្នកនាំសារ គឺជាអ្នកដែលប្រាប់យើងអំពីព្រះជាម្ចាស់ពិតប្រាកដ និងព្រះបរម លក្ខណៈរបស់ទ្រង់។ តាមរយៈពួកគាត់ គឺយើងបានស្គាល់ទ្រង់ ដឹងពីរបៀបនៃការ គោរពសក្ការៈចំពោះទ្រង់ និងដឹងពីវិធីដែលធ្វើឱ្យរួចផុតពីទណ្ឌកម្មនៅថ្ងៃបរលោក ដែលជាថ្ងៃដែលទ្រព្យសម្បត្តិ និងកូនចៅមិនអាចផ្តល់ផលប្រយោជន៍អ្វីនោះឡើយ លើកលែងតែអ្នកដែលត្រឡប់មកជួបនឹងអល់ឡោះដោយដួងចិត្តបរិសុទ្ធប៉ុណ្ណោះ។ ដួងចិត្តបរិសុទ្ធ គឺជាដួងចិត្តដែលមានជំនឿថា អល់ឡោះ គឺជាព្រះពិតប្រាកដ ហើយថ្ងៃបរលោកនឹងមកដល់ដោយគ្មានការសង្ស័យឡើយ។ ដំណឹងរបស់ព្យាការី និងអ្នកនាំសារទាំងឡាយអំពីអល់ឡោះ រួមជាមួយនឹង ការប្រទាននូវការណ៍អស្ចារ្យជាច្រើនដល់ពួកគាត់នេះ គឺដើម្បីផ្តល់ដំណឹងល្អ និងជា ការដាស់តឿនព្រមានដល់មនុស្សគ្រប់គ្នា។ លើសពីនេះ ទ្រង់បានផ្តល់ឲ្យមនុស្សនូវ សភាវគតិដែលអាចឱ្យគេបានស្គាល់ទ្រង់តាមរយៈវា និងផ្តល់ឲ្យគេនូវព្រះប្រាជ្ញាណ ដើម្បីសញ្ជឹងគិតអំពីការបង្កើតរបស់ទ្រង់។ ហេតុនេះ គឺគ្មាននរណាម្នាក់មានលេស តវ៉ានឹងអល់ឡោះនៅថ្ងៃជំនុំជម្រះឡើយ។ ជាការពិតណាស់អល់ឡោះជាម្ចាស់បានបញ្ជួនអ្នកនាំសារជាច្រើនមកកាន់ មនុស្ស ហើយអ្នកនាំសារចុងក្រោយ គឺមានឈ្មោះថា មូហាំម៉ាត់ (សូមសុខសន្តិភាព កើតមានដល់លោក)។ ទ្រង់បានចាត់លោកមកជាមួយនឹងក្រឹត្យវិន័យចុងក្រោយ ដោយបានប្រទានដល់លោកជាមួយនឹងការណ៍អស្ចារ្យបំផុត គឺគម្ពីរគួរអានដ៏បរិសុទ្ធ ដែលជាព្រះបន្ទូលរបស់ទ្រង់។ គឺជាគម្ពីរដ៏អស្ចារ្យបំផុតដែលមនុស្សជាតិធ្លាប់ស្គាល់ ទាំងខ្លឹមសារ ពាក្យពេចន៍ និងរចនាបថនានា។ ជាគម្ពីរដែលណែនាំទៅកាន់សេចក្តីពិត និងនាំទៅរកសុភមង្គលក្នុងជីវិតលោកិយ និងជីវិតបន្ទាប់(បរលោក)។ គម្ពីរមួយនេះ ត្រូវបានថែរក្សារហូតមកដល់សព្វថ្ងៃនេះជាភាសាអារ៉ាប់ ដែលជាភាសាដើមដែល ត្រូវបានបញ្ជូនចុះមក ដោយគ្មានការផ្លាស់ប្តូរ ឬការកែប្រែឡើយ សូម្បីតែមួយតួអក្សរ៕ ឈ វេងយល់បន្ថែម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អ៊ីស្លាមជាសាសនាដែលរីកសុសសាយលឿនបផុតនៅលើពិភពលោក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ដើម្បីស្វែងរកចម្លើយពិត គាស់សំណួរក្នុងខ្លួន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 w:after="0" w:before="0"/>
      <w:jc w:val="center"/>
    </w:pPr>
    <w:r>
      <w:rPr>
        <w:rFonts w:ascii="Leelawadee UI" w:hAnsi="Leelawadee UI"/>
        <w:b w:val="0"/>
        <w:i w:val="0"/>
        <w:color w:val="94A3B8"/>
        <w:sz w:val="19"/>
        <w:rFonts w:ascii="Leelawadee UI" w:hAnsi="Leelawadee UI" w:cs="Leelawadee UI"/>
        <w:cs/>
        <w:lang w:val="km-KH" w:bidi="km-KH"/>
      </w:rPr>
      <w:t xml:space="preserve">CamQuran E-Library  |  ទំព័រទី </w:t>
    </w:r>
    <w:r>
      <w:rPr>
        <w:rFonts w:ascii="Leelawadee UI" w:hAnsi="Leelawadee UI"/>
        <w:b/>
        <w:i w:val="0"/>
        <w:color w:val="10B981"/>
        <w:sz w:val="19"/>
        <w:rFonts w:ascii="Leelawadee UI" w:hAnsi="Leelawadee UI" w:cs="Leelawadee UI"/>
        <w:cs/>
        <w:lang w:val="km-KH" w:bidi="km-KH"/>
      </w:rP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80" w:before="0"/>
      <w:jc w:val="right"/>
    </w:pPr>
    <w:r>
      <w:rPr>
        <w:rFonts w:ascii="Leelawadee UI" w:hAnsi="Leelawadee UI"/>
        <w:b w:val="0"/>
        <w:i/>
        <w:color w:val="64748B"/>
        <w:sz w:val="19"/>
        <w:rFonts w:ascii="Leelawadee UI" w:hAnsi="Leelawadee UI" w:cs="Leelawadee UI"/>
        <w:cs/>
        <w:lang w:val="km-KH" w:bidi="km-KH"/>
      </w:rPr>
      <w:t>📖 ភ្លេចសួរខ្លួនឯង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eelawadee UI" w:hAnsi="Leelawadee UI"/>
      <w:sz w:val="24"/>
      <w:rFonts w:ascii="Leelawadee UI" w:hAnsi="Leelawadee UI" w:cs="Leelawadee UI"/>
      <w:cs/>
      <w:lang w:val="km-KH" w:bidi="km-K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