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rPr>
          <w:rFonts w:ascii="Leelawadee UI" w:hAnsi="Leelawadee UI"/>
          <w:b/>
          <w:i w:val="0"/>
          <w:color w:val="10B981"/>
          <w:sz w:val="20"/>
          <w:rFonts w:ascii="Leelawadee UI" w:hAnsi="Leelawadee UI" w:cs="Leelawadee UI"/>
          <w:cs/>
          <w:lang w:val="km-KH" w:bidi="km-KH"/>
        </w:rPr>
        <w:t>📚 អប់រំកុមារ  •  CAMQURAN DIGITAL LIBRARY</w:t>
      </w:r>
    </w:p>
    <w:p>
      <w:pPr>
        <w:spacing w:line="324" w:lineRule="auto" w:after="120" w:before="80"/>
        <w:jc w:val="center"/>
      </w:pPr>
      <w:r>
        <w:rPr>
          <w:rFonts w:ascii="Leelawadee UI" w:hAnsi="Leelawadee UI"/>
          <w:b/>
          <w:i w:val="0"/>
          <w:color w:val="047857"/>
          <w:sz w:val="44"/>
          <w:rFonts w:ascii="Leelawadee UI" w:hAnsi="Leelawadee UI" w:cs="Leelawadee UI"/>
          <w:cs/>
          <w:lang w:val="km-KH" w:bidi="km-KH"/>
        </w:rPr>
        <w:t>គោលគ្រឹះនៃជំនឿ សម្រាប់កុមារ</w:t>
      </w:r>
    </w:p>
    <w:p>
      <w:pPr>
        <w:spacing w:line="324" w:lineRule="auto" w:after="280" w:before="0"/>
        <w:jc w:val="center"/>
      </w:pPr>
      <w:r>
        <w:rPr>
          <w:rFonts w:ascii="Leelawadee UI" w:hAnsi="Leelawadee UI"/>
          <w:b w:val="0"/>
          <w:i/>
          <w:color w:val="475569"/>
          <w:sz w:val="25"/>
          <w:rFonts w:ascii="Leelawadee UI" w:hAnsi="Leelawadee UI" w:cs="Leelawadee UI"/>
          <w:cs/>
          <w:lang w:val="km-KH" w:bidi="km-KH"/>
        </w:rPr>
        <w:t>Foundations of Faith for Children</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អប់រំកុមារ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56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rPr>
          <w:rFonts w:ascii="Leelawadee UI" w:hAnsi="Leelawadee UI"/>
          <w:b w:val="0"/>
          <w:i w:val="0"/>
          <w:color w:val="10B981"/>
          <w:sz w:val="24"/>
          <w:rFonts w:ascii="Leelawadee UI" w:hAnsi="Leelawadee UI" w:cs="Leelawadee UI"/>
          <w:cs/>
          <w:lang w:val="km-KH" w:bidi="km-KH"/>
        </w:rPr>
        <w:t>❖  ❖  ❖</w:t>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គោលគ្រឹះនៃជំនឿ គោលគ្រឹះនៃជំនឿ នឿ គោលគ្រឹះនៃជំនឿ រូ រូកុ កុ ន អ៊ី អ៊ី ម៉ា ម៉ា ន រូកុ ន អ៊ី ម៉ា 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គោលគ្រឹះនៃជំនឿ រូ កុ ន អ៊ី ម៉ា ន សៀសៀវភៅនេះជាកម្មសិទ្ធិឈ្មោះ៖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គោលគ្រឹះនៃជំនឿទី១ ខ្ញុំមានជំនឿចំពោះព្រះអល់ឡោះ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គោលគ្រឹះនៃជំនឿទី២ ខ្ញុំមានជំនឿចំពោះទេវតា(ម៉ាឡាអ៊ីកាត់)របស់ព្រះអល់ឡោះ គោលគ្រឹះនៃជំនឿទី៣ ខ្ញុំមានជំនឿចំពោះព្រះគម្ពីររបស់ព្រះអល់ឡោះ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គោលគ្រឹះនៃជំនឿទី៤ ខ្ញុំមានជំនឿចំពោះអ្នកនាំសាររបស់ព្រះអល់ឡោះ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គោលគ្រឹះនៃជំនឿទី៥ ខ្ញុំមានជំនឿចំពោះថ្ងៃបរលោក(ថ្ងៃអាឃីរ៉ាត់)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គោលគ្រឹះនៃជំនឿទី៦ ខ្ញុំមានជំនឿចំពោះការកំណត់វាសនារបស់ព្រះអល់ឡោះ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អាស្សាឡាមូ អាឡៃគុម ១ ១៤ ២០ ២៦ ៣៧ ៤៤ វ៉ាអាឡៃគូ មុស្សាឡាម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មានជំនឿចំពោះ ព្រះអល់ឡោះ មានជំនឿចំពោះ ការកំណត់វាសនា របស់ព្រះអល់ឡោះ មានជំនឿចំពោះ ទេវតា(ម៉ាឡាអ៊ីកាត់) របស់ព្រះអល់ឡោះ មានជំនឿចំពោះ ថ្ងៃបរលោក (ថ្ងៃអាឃីរ៉ាត់) មានជំនឿចំពោះ អ្នកនាំសារ របស់ព្រះអល់ឡោះ គោលគ្រឹះនៃជំនឿ មានជំនឿចំពោះ ព្រះគម្ពីរ របស់ព្រះអល់ឡោះ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ខ្ញុំមានជំនឿចំពោះ ព្រះអល់ឡោះ ១ គោលគ្រឹះនៃជំនឿទី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បង្កើតសព្វបែបយ៉ាង ព្រះអល់ឡោះ បង្កើតព្រៃឈើឈើមានពណ៌បៃតង និងមេឃមានពណ៌ខៀខៀវ។ ព្រះអល់ឡោះ បង្កើតភ្នំដ៏ខ្ពស់ និងសត្វលោកទាំងឡាយ។ ព្រះអល់ឡោះ បង្កើតខ្លាដំបងមានល បឿនលឿន និងសត្វកវែងមានកម្ពស់ខ្ពស់។ ព្រះអល់ឡោះ បង្កើតបក្សីហើហើរខ្ពស់លើលើអាកាស និងស្រ មោចតូចៗដែលអាចវារដើម្បីផ្លាស់ទី។ ខ្ញុំស្រឡាញ់ 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បង្កើតគ្រប់យ៉ាងសម្រាប់ យើង ព្រះអល់ឡោះ បង្កើតព្រះអាទិត្យជាពន្លឺដើម្បីឱ្យយើង អាចមើលឃើញ។ ព្រះអល់ឡោះ បង្កើតផ្កាយដ៏ត្រចង់ និងសមុទ្រដ៏សែនជ្រៅ។ ព្រះអល់ឡោះ បង្កើតពេលយប់ឱ្យងងឹតដើម្បីឱ្យយើង អាចគេងសម្រាក។ ព្រះអល់ឡោះ បង្កើតពេលថ្ងៃឱ្យភ្លឺ ដើម្បីយើងបានធ្វើការ និងព្យាយាមឱ្យអស់ពីសមត្ថភាព។ ខ្ញុំស្រឡាញ់ 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ផ្តល់ការប្រោសប្រទានជាច្រើនដល់យើង ព្រះអល់ឡោះ បញ្ចុះទឹកភ្លៀងសម្រាប់ យើងប្រើប្រា ស់។ ព្រះអល់ឡោះ ប្រោសប្រទានគ្រប់យ៉ាងដើម្បីឱ្យយើង ចេះអរព្រះគុណដល់ទ្រង់ និងចេះយកគិតពិចារណា។ ព្រះអល់ឡោះ បញ្ចុះទឹកភ្លៀងដើម្បីឱ្យបន្លែផ្លែឈើឈើ បានដុះលូតលាស់។ ព្រះអល់ឡោះ ប្រទានផ្លែឈើឈើ ដ៏ឈផងុយឆផងាញ់ជាច្រនសម្រាប់ ឱ្យយើងញុំ! ខ្ញុំស្រឡាញ់ 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ប្រទានរាងកាយដ៏ល្អដល់ខ្ញុំ ព្រះអល់ឡោះ ប្រទានភ្នែក ត្រចៀក និងច្រមុះដល់ខ្ញុំ។ ព្រះអល់ឡោះ ប្រទានដៃពីរ និងជើជើងពីរដល់ខ្ញុំ។ ព្រះអល់ឡោះ ប្រទានខួរក្បាល សក់ និងបបូរមាត់ដល់ខ្ញុំ។ ព្រះអល់ឡោះ ប្រទានអណ្តាដែល់ខ្ញុំ ដើម្បីឱ្យខ្ញុំបានភ្លក់អាហារដ៏ឆផងាញ់។ ខ្ញុំស្រឡាញ់ ព្រះអល់ឡោះ! ខួរក្បាល ត្រចៀក ច្រមុះ ដៃ អណ្តាត ជង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ប្រទានមនុស្សដែលស្រឡាញ់ ខ្ញុំ ព្រះអល់ឡោះ ប្រទានម្តាយដែលថ្នាក់ថ្នមបីបាច់ខ្ញុំ។ ព្រះអល់ឡោះ ប្រទានឪពុកដែលលើកត្រកងរូបខ្ញុំ។ ព្រះអល់ឡោះ ប្រទានជីដូនជីតាដែលតែងតែតាមចិត្តខ្ញុំ។ ព្រះអល់ឡោះ ប្រទានបងប្អូន សាច់ញាតិ និងមិត្តភក្តិដែលតែងលេងជាមួយខ្ញុំ។ ខ្ញុំស្រឡាញ់ 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الحمدلله ព្រះអល់ឡោះ ដ៏មហាសប្បុរស ព្រះអល់ឡោះ ប្រទានខ មៅដៃផាត់ពណ៌ និងក្រដាសឱ្យខ្ញុំគូរ។ ព្រះអល់ឡោះ ប្រទានសម្លៀកបំពាក់ និងរបស់លេងដល់ខ្ញុំ។ ព្រះអល់ឡោះ ពោរពេញដោយសេចក្តីសប្បុរស។ នៅពេលខ្ញុំថ្លែងអំណរគុណទ្រង់ នោះទ្រង់នឹងប្រទានឱ្យខ្ញុំ ច្រើនថែមទៀត។ ពេលខ្ញុំគិតពីរបស់ដែលទ្រង់បានប្រទាន វាធ្វើឱ្យខ្ញុំមានអារម្មណ៍អស្ចារ្យនៅក្នុងចិត្តណាស់។ ខ្ញុំស្រឡាញ់ 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សណ្តាប់គ្រប់យ៉ាង ព្រះអល់ឡោះ សណ្តាប់រាល់សំទេងឃ្មុំ ដែលកំពុងតែបឺតលំអងផ្កា។ ព្រះអល់ឡោះ សណ្តាប់រាល់សំទេងស្លឹកឈើឈើ ដែលកំពុងតែជ្រុះុះពីដើដើមរបស់វា។ ព្រះអល់ឡោះ សណ្តាប់រាល់ពាក្យដែលខ្ញុំគិត នៅក្នុងចិត្ត ឬនិយាយចេញមកក្រៅ។ ព្រះអល់ឡោះ សណ្តាប់ និងទទួលយក ការទូអាបួងសួងរបស់ខ្ញុំ ទោះបីជារូបខ្ញុំ មិនបានបញ ចេញសំទេងក៏ដោយ។ ខ្ញុំស្រឡាញ់ 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ទតឃើញគ្រប់យ៉ាង ព្រះអល់ឡោះ ទតឃើញខ្ញុំនៅពេលមានពន្លឺ។ ព្រះអល់ឡោះ ទតឃើញខ្ញុំនៅពេលងងឹត។ ព្រះអល់ឡោះ ទតឃើញស្រ មោចខ មៅតូចៗ ដែលកំពុងវារលើលើដី។ ព្រះអល់ឡោះ ទតឃើញកូនសោ ដែលគេបានបាត់រកមិនឃើញ។ ខ្ញុំស្រឡាញ់ 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ជ្រា បគ្រប់យ៉ាង ព្រះអល់ឡោះ ជ្រា បអំពីអ្វីដែលបានកើកើតឡើឡើងពីម្សិលមិញ និងអ្វីដែលនឹងកើកើតឡើឡើងនៅថ្ងៃស អែក។ ព្រះអល់ឡោះ ជ្រា បអំពីស្លឹកឈើឈើដែលធ្លាក់ គ្រប់សន្លឹក និងគ្រា ប់ពូជទាំងអស់ដែលនឹងដុះ លូតលាស់ឡើឡើង។ ព្រះអល់ឡោះ ជ្រា បគ្រប់យ៉ាង នូវអ្វីដែលនៅលើលើមេឃ និងផែនដី។ ព្រះអល់ឡោះ ជ្រា បអំពីពេលវេលាដែលខ្ញុំនឹងត្រូវស្លាប់ ត្រឡប់ទៅជួបទ្រង់វិញ។ ខ្ញុំស្រឡាញ់ 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គឺជាស តេចលើលើស តេចទាំងឡាយ ព្រះអល់ឡោះ គឺជាស តេចលើលើស តេចទាំងអស់។ ព្រះអល់ឡោះ មានអំណាចលើលើអ្វីគ្រប់យ៉ាង។ ព្រះអល់ឡោះ គ្រប់គ្រងមេឃជាច្រើនជាន់ ផែនដី ហ្វូងតារា ព្រះចន្ទ និងព្រះអាទិត្យ។ ព្រះអល់ឡោះ គឺជាម្ចាស់នៃអ្វីគ្រប់យ៉ាង និងជាម្ចាស់នៃយើងគ្រប់គ្នា។ អល់ឡហ៊ូអឹកពើពើរ!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អល់ឡោះគឺជាព្រះជាម្ចាស់តែមួយអង្គគត់ អល់ឡោះគឺជាព្រះជាម្ចាស់តែមួយអង្គគត់។ ទ្រង់គ្មានបុត្រា និងបុតឡើយ។ ទ្រង់គ្មានមាតា គ្មានបិតា និងគ្មានដៃគូឡើយ។ ទទង់គ្មានបងប្អូន ទ្រង់មិនត្រូវការពឹងពាក់ អ្នកណាមួយ ហើយក៏គ្មាននរណាមួយដូចទ្រង់ឡើយ។ ឡាអ៊ីឡាហា អិលលល់ឡោះ!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ខ្ញុំគោរពសក្ការៈព្រះអល់ឡោះ តែមួយអង្គគត់ មូសាកំពុងតែនិយាយជាមួយបងស្រី របស់គេ ខ្ញុំស្រឡាញ់ ព្រះអល់ឡោះ ហើយខ្ញុំគោរព សក្ការៈចំពោះទ្រង់តែមួយអង្គគត់! តើបងស្រី គិតថ មានអ្នកដែល សសឡាញ់ ប្អូនខ្លាំងជាង ម៉ាក់និងប៉ាទេ? ចាស មាន គឺព អល់ឡោះ! ព អល់ឡោះស្រឡាញ់ យើង ខ្លាំងណាស់ ទ្រង់គឺជាអ្នកដែល បង្កើតយើង និងជ្រា បពីអ្វីដែល ល្អបំផុតសម្រាប់យើង។ ចុះតើ ព្រះអល់ឡោះ បង្កើតយើង មកដើដើមបីអ្វី? គឺដើម្បី ឱ្យយើង គោរពសករៈ ចំពោះទទង់ តែមួយគត់។ តើការ គោរពសក្ការៈ មានអត្ថន័យ ដូចមច? ការគោរពសក្ការៈ គឺជការធ្វើនូវ រាល់ប្រការដែល អល់ឡោះស្រឡាញ់។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ខ្ញុំមានជំនឿចំពោះ ម៉ាឡាអ៊ីកាត់របស់ ព្រះអល់ឡោះ ម៉ាឡាអ៊ីកាត់ ទេវតា ទេវតា ម៉ាឡាអ៊ីកាត់ ១៤ គោលគ្រឹះនៃជំនឿទី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ម៉ាឡាអ៊ីកាត់ដ៏ឧត្តង្គឧត្តម ព្រះអល់ឡោះ បានបង្កើតម៉ាឡាអ៊ីកាត់រាប់ពាន់លានពីពន្លឺ។ ព្រះអល់ឡោះ បានប្រទានដល់ពួកគេនូវកម្លាំង និងភាពអសរ្យយ៉ាងច្រើន។ យើងមិនអាចមើលឃើញម៉ាឡាអ៊ីកាត់បានឡើយ ប៉ុនយើងមានជំនឿពេញលេញថាពួកគេមានពិត។ ម៉ាឡាអ៊ីកាត់ជាខ្ញុំបម្រើរបស់ព្រះអល់ឡោះ ហើយពួកគេតែងតែធ្វើតាមបទបញ្ជារបស់ទ្រង់ជានិច្ច។ ពួកគេពិតជាអស្ចារ្យណាស់។ ខ្ញុំស្រ លាញ់ម៉ាឡាអ៊ីកាត់!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ម៉ាឡាអ៊ីកាត់ដ៏អស្ចារ្យ ព្រះអល់ឡោះ បានបង្កើតម៉ាឡាអ៊ីកាត់យ៉ាងអស្ចារ្យបំផុត។ ក្នុងពេលមួយព្រិចភ្នែក ពួកគេអាចធ្វើដំណើណើរបានយ៉ាងឆផងាយ។ ទោះជាម៉ាឡាអ៊ីកាត់មានល បឿនលឿន និងមានកម្លាំងខ្លាំងមែន តែពួកគេមិនដែលមានមោទនភាព ឬក្រអឺតក្រទមឡើយ។ ហើយពួកគេតែងតែដឹងគុណដល់ព្រះអល់ឡោះ ជានិច្ច។ ខ្ញុំស្រ លាញ់ម៉ាឡាអ៊ីកាត់!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 ال- ِِّ َُْ ال- ِّ الَاَُْ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ម៉ាឡាអ៊ីកាត់គោរពសក្ការៈ ព្រះអល់ឡោះ ជានិច្ច ម៉ាឡាអ៊ីកាត់មានស្លាបច្រើន និងមានកម្លាំងខ្លាំងណាស់។ ទោះជាយ៉ាងណា ពួកគេស្តាប់បង្គាប់ព្រះអល់ឡោះ ជានិច្ច ហើយមិនដែលធ្វើអ្វីខុសឡើយ។ ម៉ាឡាអ៊ីកាត់ដឹងថា អល់ឡោះគឺជាព្រះជាម្ចាស់ខ្ពង់ខ្ពស់ និងត្រចះត្រចង់ជាទីបំផុត។ ដូចនេះ ពួកគេសរសើសើរតម្កើងព្រះអល់ឡោះ ជានិច្ច ហើយពួកគេមិនដែលហត់នឿនឿយឡើយពីការពោលថា៖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‘សុបហានុលឡោះ’ យើងក៏គួរតែសរសើសើរតម្កើងព្រះអល់ឡោះ ជានិច្ចដែរ!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ម៉ាឡាអ៊ីកាត់ជាអង្គរក្សរបស់យើង ម៉ាឡាអ៊ីកាត់ការពារយើង តែយើងមើលមិនឃើញពួកគេទេ។ ពួកគេដូចជាអ្នកការពារ និងមើលថែយើងដោយឥតគិតថ្លៃ! ម៉ាឡាអ៊ីកាត់លាត្រដាងស្លាបរបស់ពួកគេពីលើយើងនៅ ពេលដែលយើងចេញទៅសិក្សាចំណេះ ះដឹងសាសនា។ នៅពេលយើងទូអាបួងសួងសម្រាប់ គ្រួសារ និងមិត្តភក្តិរបស់យើង ម៉ាឡាអ៊ីកាត់ពោលថា៖ ‘អាមីន’ សូមអរព្រះគុណព្រះអល់ឡោះ ដែលប្រទាន ម៉ាឡាអ៊ីកាត់ដែលបួងសួងសម្រាប់ ពួកយើង!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ម៉ាឡាអ៊ីកាត់នៅជាមួយយើង យើងគ្រប់គ្នាមានម៉ាឡាអ៊ីកាត់ពិសេសពីររូបនៅជាមួយយើង។ ម៉ាឡាអ៊ីកាត់នៅខាងស្តាំកត់ត្រា រាល់ទង្វើល្អរបស់យើង។ ម៉ាឡាអ៊ីកាត់នៅខាងឆ្វេងកត់ត្រា រាល់ទង្វើអាក្រក់របស់យើង។ ទោះបីខ្ញុំនៅម្នាក់ឯងក្នុងទីងងឹត និងឆផងាយពីមនុស្សគ្រប់គ្នា ក៏ព្រះអល់ឡោះ នៅតែទតឃើញខ្ញុំ ហើយទេវតារបស់ទ្រង់ ក៏នៅចាំ កត់ត្រា រាល់អ្វីដែលខ្ញុំបានធ្វើផងដែរ។ ទោះបីគ្មានមនុស្សធំនៅជិតក៏ដោយ ក៏ខ្ញុំនឹងមិនប្រើភាសា ដែលមិនសមរម្យឡើយ។ ខ្ញុំនឹងមិនស្រែកដាក់អ្នកដទៃ ហើយនឹងមិនធ្វើអាក្រក់ដាក់អ្នកណាម្នាក់ឡើយ។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ខ្ញុំមានជំនឿចំពោះ ព្រះគម្ពីររបស់ ព្រះអល់ឡោះ គីតាប គម្ពីរ ២០ គោលគ្រឹះនៃជំនឿទី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បានបញ្ជូនព្រះគម្ពីរទៅកាន់អ្នកនាំសាររបស់ទ្រង់។ ព្រះគម្ពីរទាំងនោះ គឺជាសារដ៏ពិសេសពីព្រះអល់ឡោះ។ ព្រះគម្ពីរទាំងន បានណែនាំមនុស្សឱ្យគោរពសក្ការៈ ចំពោះព្រះអល់ឡោះ តែមួយអង្គគត់ ហើយបង្រៀនពួកគេ ពីរបៀបដើម្បីក្លាយជាមនុស្សល្អ។ ព្រះគម្ពីរមួយចំនួនរបស់ព្រះអល់ឡោះ មាននាមថា៖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 តដាវរ៉ត ព្រះគម្ពីរ ហ្សាពួរ ព្រះគម្ពីរ អិនជីល ប៉ុន្តែព្រះគម្ពីរទាំងនេះត្រូវបានកែប្រែដោយមនុស្ស។ ហើយសព្វថ្ងៃនេះ មានតែព្រះគម្ពីរមួយគត់ ដែលមិនត្រូវបានកែប្រែ នោះគឺ ព្រះគម្ពីរគួរអាន។ ព្រះអល់ឡោះ បញ្ជូនព្រះគម្ពីរមកដើម្បីអ្វី?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បានបញ្ជូនព្រះគម្ពីរគួរអានមក ដើម្បីជួយយើងឱ្យរស់នៅបានល្អក្នុងលោកិយ និងបានចូលស្ថានសួគ៌។ គួរអាន គឺជាព្រះគម្ពីរពិសេសដែលមានបទបញ្ញត្តិ និងដំបូន្មាន ព្រមទាំងរឿរឿងរ៉ាវដ៏អស្ចារ្យជាច្រើន។ ព្រះគម្ពីរគួរអាន គឺមានរចនាប័ទ្ម រួមជាមួយសោភ័ណ្ឌភាព ល្អឥតខ ចោះនៃភាសា និងមិនត្រូវបានផ្លាស់ប្តូរឡើយ។ ព្រះគម្ពីរគួរអាន គឺជាសារពិសេសអំពីព្រះអល់ឡោះ សម្រាប់មនុស្សគ្រប់គ្នា។ ព្រះគម្ពីរគួរអាន ខ្ញុំស្រ លាញ់ព្រះគម្ពីរគួរអាន!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ខ្ញុំសូត្រព្រះគម្ពីរគួរអាននៅពេលព្រឹក។ ខ្ញុំសូត្រព្រះគម្ពីរគួរអាននៅពេលលផងាច។ ខ្ញុំសូត្រព្រះគម្ពីរគួរអានមុនពេលចូលគេង។ ខ្ញុំសូត្រព្រះគម្ពីរគួរអនដោយយកចិត្តទុកដាក់។ ខ្ញុំសូត្រព្រះគម្ពីរគួរអាននៅក្នុងម៉ាស្ជិត។ ខ្ញុំសូត្រព្រះគម្ពីរគួរអាននៅផ្ទះដោយមិនរអ៊ូរទាំ។ ខ្ញុំសូត្រព្រះគម្ពីរគួរអាននៅពេលខ្ញុំរីករាយ។ ខ្ញុំសូត្រព្រះគម្ពីរគួរអាននៅពេលខ្ញុំសោកសៅ។ ខ្ញុំសូត្រព្រះគម្ពីរគួរអាន ដើម្បីឱ្យខ្ញុំបានដឹងថាអ្វីល្អ និងអ្វីអាក្រក់។ ខ្ញុំសូត្រព្រះគម្ពីរគួរអាន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ខ្ញុំនឹងសូត្រព្រះគម្ពីរគួរអានឱ្យបានពីរោះ។ ដើម្បីឱ្យព្រះអល់ឡោះ ផ្តល់ផលបុណ្យដល់ខ្ញុំយ៉ាងច្រើន។ ខ្ញុំនឹងរៀនសូត្រ គិតពិចារណា និងអនុវត្តា មព្រះគម្ពីរគួរអន ដើម្បីឱ្យព្រះអល់ឡោះ ស្រ លាញ់រូបខ្ញុំ។ ខ្ញុំនឹងស ងៀមនៅពេលឮគេកំពុងសូត្រព្រះគម្ពីរគួរអាន ហើយស្តាប់ដោយយកចិត្តទុកដាក់។ ខ្ញុំនឹងយកវូហ្ទុមុនពេលប៉ះព្រះគម្ពីរគួរអាន ហើយកាន់ព្រះគម្ពីរគួរអានដោយការប្រុងប្រយ័ត្ន។ ខ្ញុំអនុវត្តា មព្រះគម្ពីរគួរអាន ខ្ញុំស្រ លាញ់ព្រះគម្ពីរគួរអាន!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ខ្ញុំទន្ទេញព្រះគម្ពីរគួរអាន មូសាកំពុងលេងបល់ទាត់ជាមួយហាសាន់មិតរបស់គេ។ នៅពេលខ្ញុំធំឡើឡើង ខ្ញុំចង់ក្លាយជាហាហ្វីស អិនស្ហាអល់ឡោះ ដូច បងស្រី ធំ របស់ខ្ញុំដែរ។ ហាវ៉ តើហាហ្វីស ជអ? គឺជាអ្នកដែលចាំ ព គម្ពីរ គួរអានក្នុងខ្លួន និងអាចសូត្រ ដោយមិនចាំ បាច់មើល។ បាទ! ព គម្ពីរគួរអាន ទាំងមូលឬ?! ម៉ាស្ហាអល់ឡោះ! អស្ចារ្យណាស់! ខ្ញុំគិតថាខ្ញុំចង់ក្លាយ ជាហាហ្វីសដែរ។ តោះអង្គុយចុះ ហើយបួងសួង ទៅកាន់ព្រះ អល់ឡោះ សូមឱ្យយើង ក្លាយជា ហាហ្វីស។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ខ្ញុំមានជំនឿចំពោះ អ្នកនាំសាររបស់ ព្រះអល់ឡោះ គីតាប អ្នកនាំសារ ណាពី ព្យាការី រ៉សូល ២៦ គោលគ្រឹះនៃជំនឿទី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គ្មានព្រះណាដែលត្រូវគោរពសក្ការៈ ផ្សេងពីព្រះអល់ឡោះឡើយ! ពេលខ្លះយើងភ្លេចថា ហេតុអ្វីបានជាព្រះអល់ឡោះ ផ្តល់ជីវិដែល់យើង។ យើងភ្លេចថានឹងមានជីវិតក្រោយស្លាប់។ ពេលខ្លះយើងអាចនឹងមានការច្របូកច្របល់ ក្នុងការជ្រើសរវាងរឿរឿងពីរ។ យើងមិនដឹងថា តើការសម្រេចិត្តមួយណាដែលល្អបំផុតឡើយ។ ព្រះអល់ឡោះ មេត្តាករុណាបំផុត ទ្រង់បានចាត់បញ្ជូន មនុស្សពិសេសមកប្រា ប់យើងថា អ្វីខុសនិងអ្វីត្រូវ។ មនុស្សទាំងនេះគឺជា ‘អ្នកនាំសារ’ របស់ព្រះអល់ឡោះ ដែលបានខិតខំប្រឹងប្រែងយ៉ាងខ្លាំងទាំងយប់ទាំងថ្ងៃ។ ហេតុអ្វីបានជាព្រះអល់ឡោះ ចាត់បញ្ជូនអ្នកនាំសារ? សូមអរព្រះគុណព្រះអល់ឡោះ ដែលបានចាត់បញ្ជូន អ្នកនាំសារដ៏អស្ចារ្យទាំងនេះមកឱ្យពួកយើង!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រាល់អ្នកនាំសារបានអំពាវនាវឱ្យគោរពសក្ការៈព្រះអល់ឡោះ មួយអង្គត់ និងហាមឃាត់ការគោរពសក្ការៈបដិមាន ដើដើមឈើឈើ សត្វ ព្រះអាទិត្យ ឬផ្កាយជាដើដើម។ អ្នកនាំសារទាំងអស់ គឺជាមនុស្សដ៏ស្មោះត្រង់បំផុត។ ពួកលោក គឺមានដូចជា អាដាំ នូហ មូសា អ៊ីសា និងផ្សេងទៀត។ ពួកយើងស្រ លាញ់ និងមានជំនឿលើលើពួកលោកទាំងអស់គ្នា។ ព្រះអល់ឡោះ បានប្រទានដល់អ្នកនាំសារនូវអច្ឆរិយភាពជាច្រើន ដើម្បីបញ្ជាក់ថាប្រសាសន៍របស់ពួកលោកគឺជាការពិត។ ព្រះអល់ឡោះ បានប្រទានគម្ពីរជាពិសេសដល់អ្នកនាំសារ មួយចំនួនក្នុងចំណោមពួកគេ ដើម្បីផ្តល់ជាចម្លើយ និងដំណោះស្រា យសម្រាប់បញ្ហាជីវិតរបស់យើង។ តើអ្នកនាំសារមានតួនាទីត្រូវធ្វើអ្វី? សូមអរព្រះគុណព្រះអល់ឡោះ ដែលបានចាត់បញ្ជូន អ្នកនាំសារដ៏អស្ចារ្យទាំងនេះមកឱ្យពួកយើង!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បានចាត់បញ្ជូនអ្នកនាំសាររាប់ពាន់នាក់។ ហើយអ្នកនាំសារដែលល្អបំផុតក្នុងចំណោមពួកគេទាំងអស់ គឺមានឈ្មោះថា មូហាំម៉ាត់។ លោកគឺជាសេចក្តីមេត្តា សម្រាប់យើងទាំងអស់គ្នា។ មូហាំម៉ាត់ គឺជាអ្នកនាំសារចុងក្រោយ ហើយគ្មាន អ្នកនាំសារផ្សេងបន្ទាប់ពីលោកទៀតនោះឡើយ។ លោកគឺជាអ្នកនាំសារសម្រាប់មនុស្សគគប់គ្នារហូត ដល់ថ្ងៃបរលោក ហើយលោកគឺជាគ្រូដ៏ល្អបំផុត។ តើនរណាជាអ្នកនាំសារចុងក្រោយ? សូមអរព្រះគុណព្រះអល់ឡោះ ដែលបានចាត់បញ្ជូន អ្នកនាំសារមូហាំម៉ាត់មកឱ្យពួកយើង!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ខ្ញុំស្រ លាញ់ អ្នកនាំសារមូហាំម៉ាត់ ណាពី ព្យាការី អ្នកនាំសារ រ៉សូល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មូហាំម៉ាត់ត្រូវបានព្រះអល់ឡោះ ជ្រើសជាណាពី និងជាអ្នកនាំសាររបស់ទ្រង់។ លោកបានមានប្រសាសន៍ទៅកាន់ប្រជាជាតិរបស់លោកថា៖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“ចូរគោរពសក្ការៈទៅចំពោះព្រះអល់ឡោះ តែមួយអង្គគត់ ហើយត្រូវស្តាប់បង្គាប់ទ្រង់! រូបខ្ញុំមិនបានស្វែងរក ផលប្រយោជន៍ណាមួយពីអ្នករាល់គ្ឡើយ!” លោកតែងតែញញឹម និងជួយអ្នកដទៃ។ ពេញមួយថ្ងៃ លោករវល់នឹងការគោរពសក្ការៈព្រះអល់ឡោះ និងការបង្រៀន។ មូហាំម៉ាត់ គឺជាអ្នកនាំសាររបស់ព្រះអល់ឡោះ ខ្ញុំស្រ លាញ់ណាពីមូហាំម៉ាត់ាំ ម់ាត់របស់ខ្ញុំ!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ណាពីមូហាំម៉ាត់ាំម៉ាត់តែងតែធ្វើល្អចំពោះកុមារ ហើយលោកតែងតែគោរពចាស់ទុំជានិច្ច។ លោកមិនដែលមើលងាយអ្នកណាម្នាក់ ហើយក៏មិនដែលស្រែកគំរាមដាក់អ្នកដទៃឡើយ។ លោកមិនប្រព្រឹត្តទង្វើឃោរឃៅចំពោះសត្វនោះទេ។ លោកចូលចិត្តចែករំលែកអាហារដល់អ្នកអត់ឃ្លាន និងតែងតែជួយដល់អ្នកដែលមានស្ថានភាពក្រីក្រ។ លោកតែងតែដុសសម្អាតធ្មេញរបស់លោក។ លោកជាមនុស្សមានអនាម័យណាស់ ហើយលោកមានក្លិនក្រអូបជានិច្ច។ ណាពីមូហាំម៉ាត់ាំ ម៉ាត់មានចិត្តសប្បុរសបំផុត ខ្ញុំស្រ លាញ់ណាពីមូហាំម៉ាត់ាំ ម៉ាត់របស់ខ្ញុំ!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ណាពីមូហាំម៉ាត់ាំម៉ាត់ជាមនុស្សដែលមានចិត្តអាណិតអាសូរ និងសប្បុរសណាស់។ អ្នកនឹងមិនរកឃើញបុរសណាដែលល្អជាងលោកឡើយ។ ណាពីមូហាំម៉ាត់ាំម៉ាត់អស្ចារ្យណាស់។ លោកបង្រៀនយើង ឱ្យបានដឹងត្រូវខុស។ ណាពីមូហាំម៉ាត់ាំម៉ាត់ក្លាហានណាស។ លោកគឺជាអ្នកនាំសារ នៃព្រះអល់ឡោះ និងជាខ្ញុំបម្រើជាទីស្រ លាញ់របស់ទ្រង់។ ណាពីមូហាំម៉ាត់ាំ ម៉ាត់ គឺជាបុរសដ៏ល្អបំផុត ខ្ញុំស្រ លាញ់ណាពីមូហាំម៉ាត់ាំ ម់ាត់របស់ខ្ញុំ!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ណាពីមូហាំម៉ាត់ាំ ម៉ាត់មិនដែលនិយាយកុហកឡើយ មិនថានៅពេលលោកមានវ័យចាស់ ឬពេលនៅក្មេងឡើយ។ ព្រះអល់ឡោះ បានប្រទានអច្ឆរិយភាពជាច្រើន ដល់ណាពីមូហាំម៉ាត់ាំ ម៉ាត់ ដើម្បីឱ្យយើងមានជំនឿចំពោះលោក។ ព្រះគម្ពីរគួរអាន គឺជាអច្ឆរិយភាពដ៏ធំបំផុត ដែលយើងមិនអាចខ្វះបាននោះឡើយ។ ណាពីមូហាំម៉ាត់ាំ ម៉ាត់ គឺជាបុរសដ៏ស មោះត្រង់បំផុត ខ្ញុំមានជំនឿចំពោះណាពីមូហាំម៉ាត់ាំ ម៉ាត់ និងស្រ លាញ់លោកខ្លាំងណាស់!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ណាពីមូហាំម៉ាត់ាំម៉ាត់ ចូលចិត្តអាហារផ្អែមនិងចូលចិត្តទឹកឃ្មុំ។ ពេលខ្លះលោកនិយាយលេងនិងកំប្លែង។ ប៉ុន្តែលោកមិនដែលធ្វើឱ្យអ្នកណាឈឺចិត្ត ឬនិយាយកុហកអ្នកណានោះឡើយ។ លោកមិនដែលវាយកុមារ ឬធ្វើឱ្យពួកគេយំឡើយ។ ណាពីមូហាំម៉ាត់ាំ ម៉ាត់ គឺជាវីរបុរសរបស់ខ្ញុំ ណាពីមូហាំម៉ាត់ាំ ម៉ាត់ គឺជាវីរបុរសរបស់ខ្ញុំ!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ណាពីមូហាំម៉ាត់ាំ ម៉ាត់ស្រ លាញ់ខ្ញុំ និងអ្នករាល់គ្នាណាស់។ លោកតែងតែគិដែល់យើង ហើយទូអាបួងសួង សម្រាប់ យើងផងដែរ។ ខ្ញុំត្រូវនិយាយថា៖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រាល់ពេលដែលខ្ញុំលឺឈ្មោះរបស់លោក ទោះបីជាខ្ញុំ កំពុងរវល់លេងជាមួយមិត្តភក្តិរបស់ខ្ញុំក៏ដោយ។ ណាពីមូហាំម៉ាត់ាំ ម៉ាត់ស្រ លាញ់ខ្ញុំណាស់! ខ្ញុំស្រ លាញ់ណាពីមូហាំម៉ាត់ាំ ម៉ាត់របស់ខ្ញុំ! ‘ស៊ុលលល់ឡហូ អាឡៃហ៊ី វ៉ាសល់ឡា’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ថ្ងៃបរលោក ខ្ញុំមានជំនឿចំពោះ ថ្ងៃបរលោក ថ្ងៃគីយ៉ាម៉ាត់ ថ្ងៃបរលោក ថ្ងៃគីយ៉ាម៉ាត់ ៣៧ គោលគ្រឹះនៃជំនឿទី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នៅថ្ងៃបរលោក ពិភពលោកទាំងមូលនឹងត្រូវបញ្ចប់។ ហើយអ្វីគ្រប់យ៉ាងក៏នឹងរលត់បាត់ទៅ។ ព្រះអល់ឡោះ នឹងធ្វើឱ្យមនុស្សគ្រប់គ្នារស់ឡើឡើងវិញ។ ថ្ងៃនោះព្រះអល់ឡោះ នឹងជំនុំជម្រះរាល់ទង្វើរបស់យើង។ ហើយមនុស្សគ្រប់គ្នានឹងមានវត្តមាននៅទីនោះ។ ប្រសិនបើបើយើងមានជំនឿលើលើព្រះអល់ឡោះ និងធ្វើល្អ នៅក្នុងលោកិយនេះ គឺទ្រង់នឹងបញ្ជូនយើងទៅស្ថានសួគ៌។ ប៉ុន្តែប្រសិនបើបើយើងមិនជឿជឿលើលើព្រះអល់ឡោះ និងធ្វើអាក្រក់ គឺយើងនឹងត្រូវគេបោះចូលទៅក្នុងជាស្ថាននរក ហើយត្រូវរងទុក្ខវេទនាយ៉ាងធផងន់ធផងរបំផុត! តើអ្វីទៅជាថ្ងៃបរលោក?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នឹងប្រទានស្ថានសួគ៌ដល់យើង ប្រសិនបើបើយើងជឿជឿលើលើទ្រង់និងធ្វើល្អ។ ព្រះអល់ឡោះ ផ្តល់រង្វាន់ជាទីពេញចិត្ដែល់យើង សម្រាប់ការព្យាយាមធ្វើយ៉ាងល្អបំផុតរបស់យើង។ នៅក្នុងស្ថានសួគ៌ គឺមានសួនច្បារដ៏ស្រ ស់ស្អាត មានដើដើមល មើ មានទន្លេទឹកឃ្មុំ និងទឹកដោះគោ។ នៅក្នុងស្ថានសួគ៌ យើងនឹងពាក់គ្រឿងអលង្ការ ដ៏ល្អបំផុត និងសម្លៀកបំពាក់ទន់ល មើយ បំផុតដែលធ្វើអំពីសូត្រ។ នៅក្នុងស្ថានសួគ៌ យើងនឹងមិនចាំ បាច់ ធ្វើការងារអ្វីនោះឡើយ។ នៅក្នុងស្ថានសួគ៌ យើងនឹងទទួលបាន នូវអ្វីដែលយើងប្រាថ្នាចង់បាន។ តើនរណានឹងបានចូលស្ថានសួគ៌? បពិត្រព្រះអល់ឡោះ ជាម្ចាស់ សូមប្រទានស្ថានសួគ៌ដល់រូបខ្ញុំផង!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នៅក្នុងស្ថានសួគ៌ មានវិមានដ៏ស្កឹមស កៃដែលសាងឡើឡើងពីឥដ្ឋមាសឥដ្ឋប្រា ក់។ និងក្រា លដោយគ្រួសដែលជាត្បូងដ៏ភ្លឺចទាំងចែង។ ជាអំណោយពីព្រះជាម្ចាស់ដ៏សប្បុរសបំផុតរបស់យើង។ អង្គុយសម្រា កលើលើសា ងយ៉ាងសុខស្រួ លបំផុត ហើយយើងនឹងស្ថិតនៅទីនោះជាដរាបរៀរៀងទៅ។ យើងនឹងមិននឹកដល់លោកិយនិងអ្វីដែលមាននៅក្នុងវាឡើយ។ យើងនឹងញុំពីចនដែលធ្វើពីប្រា ក់ និងពែងដែលធ្វើពីមាស។ យើងនឹងមិនដែលមានអារម្មណ៍ធុញទ្រា ន់ ហើយយើងក៏មិនប្រែប្រួលទៅជាចាស់ដែរ។ វិមានស្ថានសួគ៌ បពិត្រព្រះអល់ឡោះ ជាម្ចាស់ សូមប្រទានស្ថានសួគ៌ដល់រូបខ្ញុំផង! 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នៅក្នុងស្ថានសួគ៌ យើងនឹងមិនឃ្លានឡើយ។ នៅក្នុងស្ថានសួគ៌ យើងនឹងមិនស្រេកទឹកឡើយ។ នៅក្នុងស្ថានសួគ៌ យើងនឹងមិនខ្លាចឬឈឺចាប់ឡើយ។ នៅក្នុងស្ថានសួគ៌ យើងនឹងមិនឈឺ ឬត្អូញត្អែរឡើយ។ នៅក្នុងស្ថានសួគ៌ យើងនឹងមិនចាំបាច់ទៅបនប់ទឹកឡើយ។ នៅក្នុងស្ថានសួគ៌ យើងនឹងមានក្លិនក្រអូបជានិច្ច។ នៅក្នុងស្ថានសួគ៌ យើងនឹងមិន… បពិត្រព្រះអល់ឡោះ ជាម្ចាស់ សូមប្រទានស្ថានសួគ៌ដល់រូបខ្ញុំផង!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នៅក្នុងស្ថានសួគ៌ គ្មានការឈ លោះប្រកែកគ្នាទេ។ គ្រប់គ្នាគឺពោរពេញដោយភាពរីករាយបំផុត។ នៅក្នុងស្ថានសួគ៌ អ្វីទាំងអស់គឺឥតគិតថ្លៃ! ខ្ញុំអាចធ្វើពិធីជប់លៀលៀងជារៀរៀងរាល់ថ្ងៃ ដោយមិនមានការបង់លុយឡើយ! នៅក្នុងស្ថានសួគ៌ ខ្ញុំនឹងសប្បាយរីករាយ ជាមួយមិត្តភក្តិនិងគ្រួសាររបស់ខ្ញុំ។ នៅក្នុងស្ថានសួគ៌ ខ្ញុំនឹងជិះសត្វហោះ និងចុះហែលទឹកជ្រោះដោយរំភើភើប។ នៅក្នុងស្ថានសួគ៌ ខ្ញុំនឹងញុំផ្លែឈើឈើឆផងាញ់ៗ។ នៅក្នុងស្ថានសួគ៌ ខ្ញុំនឹងមានស្ករគ្រា ប់ សូកូឡា និងនំដែលឆផងាញ់ៗ គ្មានដែនកំណត់ឡើយ។ ស្ថានសួគ៌ជាកន្លែងដ៏ល្អបំផុត ប៉ុន្តែរឿរឿងដែលល្អជាងគេបំផុតនោះគឺ….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នៅក្នុងស្ថានសួគ៌ ខ្ញុំនឹងបានជួបណាពីរបស់ខ្ញុំ និងបានឃើញព្រះភកត្រដ៏ផូរផង់របស់ព្រះអល់ឡោះ អិនស្ហាអល់ឡោះ!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ការកំណត់វាសនារបស់ ព្រះអល់ឡោះ ខ្ញុំមានជំនឿចំពោះ ការកំណត់វាសនា កឌើឌើរ ៤៤ គោលគ្រឹះនៃជំនឿទី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ការមានជំនឿលើការកំណត់វាសនារបស់ព្រះអល់ឡោះ (កឌើឌើរ) គឺជាការជឿជឿថា ព្រះអល់ឡោះ បានកត់ត្រា រាល់អ្វីដែលកើកើតឡើឡើង។ ព្រះអល់ឡោះ ជ្រា បដឹងគ្រប់យ៉ាង ទាំងអតីតកាល ទាំងបច្ចុប្បន្នកាល និងអនាគតកាល។ អ្វីទាំងអស់ដែលកើកើតឡើឡើងក្នុងលោកនេះ គឺកើកើតឡើឡើងតាមព្រះបំណងរបស់ព្រះអល់ឡោះ។ ការមានជំនឿលើការកំណត់វាសនារបស់ព្រះអល់ឡោះ (កឌើឌើរ) គឺជាគោលគ្រឹះនៃជំនឿទីប្រាំ មួយ។ ការកំណត់វាសនារបស់ព្រះអល់ឡោះ (កឌើឌើរ)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មានផែនការដ៏អស្ចារ្យសម្រាប់អ្វីគ្រប់យ៉ាង ដែលទ្រង់បង្កើត។ ហើយទ្រង់គឺជាអ្នកចាត់ចែងលើលើអ្វីទាំងអស់ មិនថាជារឿរឿងល្អៗ ឬជារឿរឿងដែលមើលទៅហាក់ដូចជាមិនល្អឡើយ។ ពេលខ្លះយើងគិតថាអ្វីមួយនោះមិនល្អសម្រាប់យើង ប៉ុន្តែព្រះអល់ឡោះ ជ្រា បច្បាស់ជាងយើង! ពេលខ្លះយើងមិនចូលចិត្តបសជាតិថ្នាំ ប៉ុន្តែយើងផឹកវា ព្រោះយើងដឹងថាវាល្អសម្រាប់យើង។ មែនហើយ! ខ្ញុំស្អប់ថ្នាំដែលម្តាយរបស់ខ្ញុំ ឱ្យខ្ញុំលេបនៅពេលឈឺណាស់។ តែគាត់ឱ្យវាដល់ខ្ញុំ ព្រោះគាត់ស្រ លាញ់ខ្ញុំ ខ្ញុំដឹងថាវាមានរសជាតិមិនឆផងាញ់ ប៉ុន្តែវាល្អសម្រាប់ខ្ញុំ! ផែនការដ៏អស្ចារ្យរបស់ព្រះអល់ឡោះ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សូមអរគុណ! សូមអរគុណចំពោះការចូលរួមសិក្សាអំពីគោល គ្រឹះឹះនៃជំនឿ(រូកុនអ៊ីម៉ាន)ជាមួយពួកយើង! សង្ឃឹមថាយើងនឹងបានជួបគ្នាឆាប់ៗទៀត នៅក្នុងសៀសៀវភៅគោលគ្រឹះអ៊ីស្លាម(រូកុនអ៊ីស្លាម)! អិនស្ហាអល់ឡោះ! ខ្ញុំមានជំនឿ ចំពោះ...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 ម៉ាឡាអ៊ីកាត់ របស់ព្រះអល់ឡោះ ព្រះគម្ពីរ របស់ព្រះអល់ឡោះ អ្នកនាំសារ របស់ព្រះអល់ឡោះ ថ្ងៃបរលោក (ថ្ងៃអាឃីរ៉ាត់) ការកំណត់វាសនា របស់ព្រះអល់ឡោះ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Facebook Page សារសន្ដិភាព Messages of Peace Ask Islam Camboda សំណួរ-ចម្លើយ អាសយដ្ឋាន៖ បុរីរុងរឿរឿង ផ្ទះលេខ 3946 ផ្លូវរុងរឿរឿង 4 សង្កាត់ព្រែកលៀលៀប ខណ្ឌជ្រោយចង្វារ រាជធានីភ្នំពេញ ស្វែងយល់បន្ថែមអំពីសាសនាអ៊ីស លា 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55 ---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ចូរអប់រំកូនចៅយើងទាំងពីរក្មេង ស្រ បតាមការណែនាំនៃព្រះគម្ពីរ គួរអាន ស៊ុណ្ណះរបស់ណាពី និងការពន្យល់របស់អ្នកចេះដឹង ដើម្បីឱ្យពួកគេធំឡើឡើងក្លាយជា កូនដែលមានគោលគ្រឹះជំនឿ និងការគោរពប្រតិបត្តិត្រឹមត្រូវ តាមសាសនាអ៊ីស្លាម។ ចូរអប់រំកូនចៅយើងទាំងពីរក្មេង ស្រ បតាមការណែនាំនៃព្រះគម្ពីរ គួរអាន ស៊ុណ្ណះរបស់ណាពី និងការពន្យល់របស់អ្នកចេះដឹង ដើម្បីឱ្យពួកគេធំឡើឡើងក្លាយជា កូនដែលមានគោលគ្រឹះជំនឿ និងការគោរពប្រតិបត្តិត្រឹមត្រូវ តាមសាសនាអ៊ីស្លាម។ បោះពុម្ពដោយ បោះពុម្ពដោយ បោះពុម្ពលើកទី១ ឆ្នាំ២០២៦ បោះពុម្ពលើកទី១ ឆ្នាំ២០២៦</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គោលគ្រឹះនៃជំនឿ សម្រាប់កុមារ</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