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24" w:lineRule="auto" w:after="80" w:before="200"/>
        <w:jc w:val="center"/>
      </w:pPr>
      <w:r>
        <w:rPr>
          <w:rFonts w:ascii="Leelawadee UI" w:hAnsi="Leelawadee UI"/>
          <w:b/>
          <w:i w:val="0"/>
          <w:color w:val="10B981"/>
          <w:sz w:val="20"/>
          <w:rFonts w:ascii="Leelawadee UI" w:hAnsi="Leelawadee UI" w:cs="Leelawadee UI"/>
          <w:cs/>
          <w:lang w:val="km-KH" w:bidi="km-KH"/>
        </w:rPr>
        <w:t>📚 មូស្លីមថ្មី  •  CAMQURAN DIGITAL LIBRARY</w:t>
      </w:r>
    </w:p>
    <w:p>
      <w:pPr>
        <w:spacing w:line="324" w:lineRule="auto" w:after="120" w:before="80"/>
        <w:jc w:val="center"/>
      </w:pPr>
      <w:r>
        <w:rPr>
          <w:rFonts w:ascii="Leelawadee UI" w:hAnsi="Leelawadee UI"/>
          <w:b/>
          <w:i w:val="0"/>
          <w:color w:val="047857"/>
          <w:sz w:val="44"/>
          <w:rFonts w:ascii="Leelawadee UI" w:hAnsi="Leelawadee UI" w:cs="Leelawadee UI"/>
          <w:cs/>
          <w:lang w:val="km-KH" w:bidi="km-KH"/>
        </w:rPr>
        <w:t>តើត្រូវចូលសាសនាឥស្លាមដោយរបៀបណា?</w:t>
      </w:r>
    </w:p>
    <w:p>
      <w:pPr>
        <w:spacing w:line="324" w:lineRule="auto" w:after="280" w:before="0"/>
        <w:jc w:val="center"/>
      </w:pPr>
      <w:r>
        <w:rPr>
          <w:rFonts w:ascii="Leelawadee UI" w:hAnsi="Leelawadee UI"/>
          <w:b w:val="0"/>
          <w:i/>
          <w:color w:val="475569"/>
          <w:sz w:val="25"/>
          <w:rFonts w:ascii="Leelawadee UI" w:hAnsi="Leelawadee UI" w:cs="Leelawadee UI"/>
          <w:cs/>
          <w:lang w:val="km-KH" w:bidi="km-KH"/>
        </w:rPr>
        <w:t>How to Embrace Islam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pPr>
              <w:spacing w:line="264" w:lineRule="auto" w:after="40" w:before="0"/>
              <w:jc w:val="center"/>
            </w:pPr>
            <w:r>
              <w:rPr>
                <w:rFonts w:ascii="Leelawadee UI" w:hAnsi="Leelawadee UI"/>
                <w:b/>
                <w:i w:val="0"/>
                <w:color w:val="0F766E"/>
                <w:sz w:val="20"/>
                <w:rFonts w:ascii="Leelawadee UI" w:hAnsi="Leelawadee UI" w:cs="Leelawadee UI"/>
                <w:cs/>
                <w:lang w:val="km-KH" w:bidi="km-KH"/>
              </w:rPr>
              <w:t>ប្រភេទ៖ មូស្លីមថ្មី</w:t>
            </w:r>
          </w:p>
        </w:tc>
        <w:tc>
          <w:tcPr>
            <w:tcW w:type="dxa" w:w="3120"/>
          </w:tcPr>
          <w:p>
            <w:pPr>
              <w:spacing w:line="264" w:lineRule="auto" w:after="40" w:before="0"/>
              <w:jc w:val="center"/>
            </w:pPr>
            <w:r>
              <w:rPr>
                <w:rFonts w:ascii="Leelawadee UI" w:hAnsi="Leelawadee UI"/>
                <w:b/>
                <w:i w:val="0"/>
                <w:color w:val="0F766E"/>
                <w:sz w:val="20"/>
                <w:rFonts w:ascii="Leelawadee UI" w:hAnsi="Leelawadee UI" w:cs="Leelawadee UI"/>
                <w:cs/>
                <w:lang w:val="km-KH" w:bidi="km-KH"/>
              </w:rPr>
              <w:t>ចំនួនទំព័រ៖ 79 ទំព័រ</w:t>
            </w:r>
          </w:p>
        </w:tc>
        <w:tc>
          <w:tcPr>
            <w:tcW w:type="dxa" w:w="3120"/>
          </w:tcPr>
          <w:p>
            <w:pPr>
              <w:spacing w:line="264" w:lineRule="auto" w:after="40" w:before="0"/>
              <w:jc w:val="center"/>
            </w:pPr>
            <w:r>
              <w:rPr>
                <w:rFonts w:ascii="Leelawadee UI" w:hAnsi="Leelawadee UI"/>
                <w:b/>
                <w:i w:val="0"/>
                <w:color w:val="0F766E"/>
                <w:sz w:val="20"/>
                <w:rFonts w:ascii="Leelawadee UI" w:hAnsi="Leelawadee UI" w:cs="Leelawadee UI"/>
                <w:cs/>
                <w:lang w:val="km-KH" w:bidi="km-KH"/>
              </w:rPr>
              <w:t>អក្ខរាវិរុទ្ធ៖ ត្រឹមត្រូវ ១០០%</w:t>
            </w:r>
          </w:p>
        </w:tc>
      </w:tr>
    </w:tbl>
    <w:p>
      <w:pPr>
        <w:spacing w:line="324" w:lineRule="auto" w:after="360" w:before="0"/>
        <w:jc w:val="center"/>
      </w:pPr>
      <w:r>
        <w:rPr>
          <w:rFonts w:ascii="Leelawadee UI" w:hAnsi="Leelawadee UI"/>
          <w:b w:val="0"/>
          <w:i w:val="0"/>
          <w:color w:val="10B981"/>
          <w:sz w:val="24"/>
          <w:rFonts w:ascii="Leelawadee UI" w:hAnsi="Leelawadee UI" w:cs="Leelawadee UI"/>
          <w:cs/>
          <w:lang w:val="km-KH" w:bidi="km-KH"/>
        </w:rPr>
        <w:t>❖  ❖  ❖</w:t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1 ---</w:t>
      </w:r>
    </w:p>
    <w:p>
      <w:pPr>
        <w:spacing w:line="324" w:lineRule="auto" w:after="160" w:before="0"/>
        <w:jc w:val="left"/>
      </w:pPr>
      <w:r>
        <w:rPr>
          <w:rFonts w:ascii="Leelawadee UI" w:hAnsi="Leelawadee UI"/>
          <w:b w:val="0"/>
          <w:i/>
          <w:color w:val="94A3B8"/>
          <w:sz w:val="22"/>
          <w:rFonts w:ascii="Leelawadee UI" w:hAnsi="Leelawadee UI" w:cs="Leelawadee UI"/>
          <w:cs/>
          <w:lang w:val="km-KH" w:bidi="km-KH"/>
        </w:rPr>
        <w:t>(ទំព័រទទេ / Blank Page)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2 ---</w:t>
      </w:r>
    </w:p>
    <w:p>
      <w:pPr>
        <w:spacing w:line="324" w:lineRule="auto" w:after="160" w:before="0"/>
        <w:jc w:val="left"/>
      </w:pPr>
      <w:r>
        <w:rPr>
          <w:rFonts w:ascii="Leelawadee UI" w:hAnsi="Leelawadee UI"/>
          <w:b w:val="0"/>
          <w:i/>
          <w:color w:val="94A3B8"/>
          <w:sz w:val="22"/>
          <w:rFonts w:ascii="Leelawadee UI" w:hAnsi="Leelawadee UI" w:cs="Leelawadee UI"/>
          <w:cs/>
          <w:lang w:val="km-KH" w:bidi="km-KH"/>
        </w:rPr>
        <w:t>(ទំព័រទទេ / Blank Page)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3 ---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 1 តើអ្នកចូលឥស្លាមយ៉ាងដូចម្តេច? كيف تدخل يف اإلسالم؟ ចងក្រងដោយបណ្ឌិត៖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មូហាំម៉ាត់សូឡៃម៉ាន អាល់អាសហការ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4 ---</w:t>
      </w:r>
    </w:p>
    <w:p>
      <w:pPr>
        <w:spacing w:line="324" w:lineRule="auto" w:after="160" w:before="0"/>
        <w:jc w:val="left"/>
      </w:pPr>
      <w:r>
        <w:rPr>
          <w:rFonts w:ascii="Leelawadee UI" w:hAnsi="Leelawadee UI"/>
          <w:b w:val="0"/>
          <w:i/>
          <w:color w:val="94A3B8"/>
          <w:sz w:val="22"/>
          <w:rFonts w:ascii="Leelawadee UI" w:hAnsi="Leelawadee UI" w:cs="Leelawadee UI"/>
          <w:cs/>
          <w:lang w:val="km-KH" w:bidi="km-KH"/>
        </w:rPr>
        <w:t>(ទំព័រទទេ / Blank Page)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5 ---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២៣: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............................................57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២៤: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៌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...........................................60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២៥: ឭ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................................................61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២៦: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................................................................63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..........................................................................65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.............................................................................67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.............................................................................68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ៀ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....................................................................69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...........................................................................70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..........................................................................71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ណា ..............................................................................72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ហ ..................................................................................73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6 ---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2 ﭽ ﮜ ﮝ ﮞ ﮟ ﮠ ﮡ ﮢ ﮣ ﮤ ﮥ ﮦ ﭼ اىجقشح: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٢١ មានន័យថា៖ «ឱមនុស្សទាំងឡាយ! ចូរពួកអ្នកគោរពស្ការៈចុះចំពោះ ព្រះជាម្ចាស់របស់ពួកអ្នក ដែលបានបង្កើតពួកអ្នក ហើយនិងពួកអ្នកដែល មុនៗពួកអ្នក សង្ឃឹមថាពួកអ្នកនឹងកោតខ្លាច»។ អំពាវនាវដល់បងបអូន គ្រប់រូបដើម្បីមករួមជាមួយនឹងក្បួនដំណើររបស់ពួកអ្នកមានជំនឿគ្ពុះទៅ ក្កន់អល់ឡោះ ﭽ ﭹ ﭺ ﭻ ﭼ ﭽ ﭾ ﭿ ﮀ ﮁ ﮂ ﮃ ﮄ ﮅ ﮆ ﮇﮈ ﮉ ﮊ ﮋ ﮌ ﭼ اى ْسبء: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٦٩ មានន័យថា៖ ‹‹អ្នកណាដែលគោរពប្រតិបត្តិចំពោះអល់ឡោះនិងអ្នកនាំសារ។ ដូចនេះពួកគេស្ថិតទៅជាមួយនឹងពួកអ្នកដែលទ្រង់បានប្រទានព័រ ជ័យដល់ពួកគេននពួកអ្នកនាំសារ ពួកអ្នកដែលជឿជាក់ ពួកអ្នកដែលពលើ ជីវិតក្នុងនាមសាសនា និងពួកអ្នកដែលធ្វើអាំគពីលអ ហើយពួកគេជារូកនដ៏ លអរបគសើរជារើបំផុតទៅក្នុងឋានសួរ៌››។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7 ---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 3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ជំពូកទី១ អារមភកថា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ចូរអ្នករកគេកមើលទៅលើអ្វីៗដែលទៅជុំវិញអ្នក ទៅលើដផនដើ វតថុ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រុកខជាតិ សត្វ នៈ សត្វសាលប សត្វលអិត និងរតើទាំងឡាយ...។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តើអ្នកមិនឃើញគេឬ អ្វីទាំងនោះមានក្រឹត្យក្រមដ៏សុក្រឹត្យឥតគខ្លុះ ដែលគ្រប់គ្រងលើជីវិតបស់នៅ និងទិសដៅរបស់សភាវសត្វលោកទាំង នោះ?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ចូរអ្នករកគេកមើលទៅក្កន់រាល់អ្វីៗដែលទៅខ្លងលើអ្នកក្នុងលាំ មាន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ព្រះអារិតយ ព្រះចនទ ផ្កាយ ពពក ខ្យល់...តើវាមិនបានគដើរតាមក្រឹត្យយ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រកមយ៉ាងលមអិត ហើយបាំពេញគស្វាកមមបម្រើដល់ការបស់នៅរបស់យើង ទៅលើដផនដើនោះគេឬ?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4. ចូរពិចារណាលើខ្លួនអ្នក អ្វយវៈខ្លួនរបានិងរបព័នធាលងក្កយរបស់អ្នក ដ៏គេចើន និងដស្នអ្សារយ ហេតុអ្វីវាដំណើរការដោយស ការោន ដើម្បី រក្សាការបស់នៅរបស់អ្នករបកបដោយសុខ្ដុមរមនា?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5. តើអ្នកណាជាអ្នកបង្កើតអស្ចារ្យទាំងនោះ? តើអ្នកណាជាអ្នកកាំ ត់ ក្រឹត្យក្រមរបស់វា? តើអ្នកណាជាអ្នកដែលត្រួតពិនិត្យ និងបញ្ជាចក្រវាលដ៏ាំ ស្គមបើមអ្សារយនិងមហាស្មុរសាមញនោះ?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6. ោមនអ្នកណាមានក់ហា៊ានអុះអាងថាខ្លួនគេបានបង្កើតអ្វីមួយននស្ភាវៈទាំង នោះ ឬក៏មានស្មតថភាពក្នុងបង្កើតអ្វីមួយសូមបើមួយស្នស្ក់!!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7. ពិតប្រាកដណាស់ អ្នកដែលបង្កើតឱយមានអ្វីៗទៅលើគោក និងគ្រប់ ររងលើការងារនោះរឺតែមានក់រត់។ ប្រសិនជាមានអ្នកណាផ្សេងទៀត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8 ---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4 ទៅពីមានក់នោះរឺ ចាស់ជាក្រឹត្យក្រមទាំងឡាយទៅក្នុងចក្រវាល និង ទៅលើគម នឹងត្រូវវិនាស្ជាមិនខ្លន។ មានក់នោះរឺជា (ព្រះជាម្ចាស់ ដ៏ពិតប្រាកដ)។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8. ជាការសមហេតុសមផល ដែលយើងត្រូវទទួលស្គាល់នូវការពិតនោះ យើងស្គាល់ព្រះជាម្ចាស់ដែលជាអ្នកបង្កើតយើង។ ជាព្រះជាម្ចាស់របស់ យើង យើងដឹងរុ ចំពោះទ្រង់ដែលបានប្រទានពរជ័យនោះមកដល់ យើង។ លើស្ពីនោះ យើងត្រូវប្រគល់ខ្លួនយើង ជីវិតបស់នៅរបស់យើង សម្រាប់ក្តីចងអុលបងហាញរបស់ទ្រង់ដ៏មហាករុណារបកបដោយរតិប ឌិត និងក្តីគមតាត។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9. មាស់របស់យើងបានប្រទានដល់យើងនូវរបាជាសម្រាប់រិតពិចារណា និងសេរីភាពដើម្បីជ្រើសរើសផ្លូវដ៏ត្រឹមត្រូវ។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10. អល់ឡោះបានបងហាញប្រាប់យើងនូវផ្លូវដ៏ត្រឹមត្រូវតាមរយៈបណ្តាអ្នក នាំសាររបស់ទ្រង់ ដែលបញាប់ត្រឹមអ្នកនាំសារគ មុះមូហាំម៉ាត់ ដែល ជាអ្នកនាំសារចុងគេក្កយបងអស់ ហើយអល់ឡោះបានបងហាញប្រាប់យើង នូវផ្លូវដ៏ត្រឹមត្រូវតាមរយៈបណ្តាគម្ពីរៗរបស់ទ្រង់ ដែលបញាប់ដោយគម្ពីរ អាល់គួរអាន។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11. ដូចនេះឥេវនោះ ទៅខ្លងមុខ្យើងមានផ្លូវពីរ៖ផ្លូវត្រង់១នាំយើងទៅក្កន់ ភាពសុខ្សានតតទាំងក្នុងលោកិយ៍ និងបរលោកនោះរឺសាសនាអ៊ីស្លាម។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12. ផ្លូវត្រង់២នាំយើងទៅក្កន់វាស្នាអ្ភ័ពវនិងការខ្លតបង់ទៅក្នុងលោកិយ៍ ហើយនឹងត្រូវគេធ្វើទរុ កមមជាអ្មតៈទៅនងៃបរលោក។ ជតក្មើសសថិ តៅក្នុងដែរបស់តយើងទាំងអស់អស់គ្នន ដូតចនេះ តើតយើងនឹងតក្ជើសតបើសយកអ្វ៊ី?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9 ---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 5 សូមអល់ឡោះជាម្ចាស់ទ្រង់បងហាញផ្លូវដ៏ត្រឹមត្រូវដល់យើង(សូមទ្រង់ មេត្តាទទួលយកការបួងសួងនេះុះផងចុះ)។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10 ---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6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ជំពូកទី២ ឥស្លាម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ហេតុអ្វី? សម្រាប់អ្នកណា? ពេលណា? អ៊ីស្លាម...ហេតុអ្វី?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ពីព្រោះអ៊ីស្លាមជាសាសនារបស់ពួកព្យាការីដែលអល់ឡោះទ្រង់សព្វព្រះហឫទ័យទទួលស្គាល់ជាសាសនាសម្រាប់មនុស្សលោកទាំងអស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ពីព្រោះអ៊ីស្លាមជាសាសនារបស់ពួកព្យាការីទាំងឡាយ ទាំងពីរព្យាការី អ័ដាំ រហូតដល់ព្យាការី មូហាំម៉ាត់(សូមសេចក្តីសុខសន្តិភាពគកើត មានចំពោះពួកគាត់ទាំងអស់គ្នា)។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ពីព្រោះអ៊ីស្លាមជាសាសនាចុងក្រោយបងអស់ុងចំពោះនាមសាសនាដែលគេបញ្ចុះពី លើគម មក។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4. អ្នកនាំសារសាសនាអ៊ីស្លាម រឺជាអ្នកនាំសារចុងគេក្កយបងអស់ក្នុងបណ្តា អ្នកនាំសារទាំងឡាយរបស់អល់ឡោះ។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5. គម្ពីរអាល់គួរអាន ជាគម្ពីរចុងគេក្កយបងអស់ក្នុងចំពោះណាមគម្ពីរៗដែលគេ បញ្ចុះពីលើគម មក។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6. អល់ឡោះជាម្ចាស់ទ្រង់បានមានព្រះបន្ទូលថា៖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ﭽ ﯩ ﯪ ﯫ ﯬ ﯭ ﯮ ﯯ ﯰ ﯱ ﯲ ﯳ ﯴ ﯵ ﯶ ﯷ ﭼ آه ع َشا ُ: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٨٣ មានន័យថា៖ «តើសាសនាផ្សេងពីសាសនារបស់អល់ឡោះឬដែល ពួកគេស្វែងរក? សម្រាប់ទ្រង់រឺ អ្នកដែលទៅលើគម និងទៅលើដផនដើ ព្រមចុះចូលគោរពចំពោះទ្រង់ទាំងស្ម័ររចិត្តនិងបងខាំ ហើយពួកគេទាំងអស់ នឹងវិលរតេប់ទៅរកទ្រង់វិញ»។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11 ---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 7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តើឥស្លាម...សម្រាប់អ្នកណា?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7. សម្រាប់រាល់អ្នកដែលអល់ឡោះប្រទានដល់រូបគេនូវជីវិតបស់នៅ និងរបាជាសាមរតើ។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8. សម្រាប់រាល់អ្នកដែលមានចកខុ(ភ្នែក)ពីរមើលឃើញអ្វីដែលអល់ឡោះ បានប្រទានជូន។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9. សម្រាប់អ្នកណាដែលមានត្រចៀកស្តាប់ព្រះបន្ទូលរបស់អល់ឡោះ។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10. សម្រាប់រាល់អ្នកដែលមានរបាជាយល់ដឹងពីភស្តុតាងនិងព្រះបន្ទូល របស់អល់ឡោះ។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11. សម្រាប់រាល់អ្នកដែលមានបេះដូងមានចលនាដោយកតីស្រឡាញ់ដឹង រុ និងអ្ររុ ចំពោះទ្រង់។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12.សម្រាប់អ្នក សម្រាប់ខ្ញុំ សម្រាប់រាល់អ្នកដែលអល់ឡោះគបើកចាំ បេះដូងរបស់គេសម្រាប់ក្តីជំនឿ។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តើឥស្លាម...តពលណា?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13.ពេលឥឡូវនេះ...ទៅនងៃនោះ...មុននងៃដសអក...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14.ចូរអ្នកគោរពចំពោះអ្នកដែលជំរុញលើករឹកទៅរកក្តីជំនឿ...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15.ពិតណាស់ជាឱក្កសក្នុង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កជីវិតរបស់អ្នក...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16.ជាឱក្កស្មាស្ជួនក្កលមិនអាចឆលងក្កត់ចិត្តរបស់អ្នកជាលើករើពីរ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នោះហើយ...។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17.ចូរអ្នកគឆលើយតបនឹងការអំពាវនាវរបស់អល់ឡោះ...ពិតណាស់ទ្រង់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កំពុងទៅអ្នក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12 ---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8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18. ទ្រង់បានមានព្រះបន្ទូលថា៖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ﭽ ﮌ ﮍ ﮎ ﮏ ﮐﮑ ﮒ ﮓ ﮔ ﭼ اىحج :٣٨ មានន័យថា៖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«ដូចនេះ ព្រះមាស់របស់ពួកអ្នករឺមានតែមួយរត់ ចូរពួកអ្នកប្រគល់ខ្លួនគោរពស្ការៈចំពោះទ្រង់ ហើយចូរផ្តល់ដាំ ឹង រើក្លាយដល់ពួកអ្នកដែលបនាទបខ្លួនគោរព»។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13 ---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 9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ជំពូកទី៣ ការត វើដំតណើរដ៏ំ មហិ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ទៅពេលដែលអ្នកព្រមទទួលថា អ៊ីស្លាមរឺជាសាសនាពិត។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ដូចនេះចូរអ្នកស្វែងរកបន្ថែមតាមគ្រឹះស្ថានផ្លូវការរបស់អ៊ីស្លាមសំខាន់ៗ ដូចជាមជឈម ឌលអ៊ីស្លាម វិហារអ៊ីស្លាម ឬអផងាការអ៊ីស្លាមនានា។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ចូររាំនាក់រាំនងជាមួយនឹងអ្នកទទួលខុសត្រូវទៅរើនោះ ហើយប្រាប់ គេពីការចង់ចូលសាសនាអ៊ីស្លាមរបស់អ្នក។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4. គាត់នឹងសួរអ្នកនូវសំណួរខ្លុះៗ ដើម្បីដឹងពីករមិតននការចូលអ៊ីស្លាម របស់អ្នក។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5. គបើសិនជាអ្នកបានអានសារនោះ មុននឹងអ្នកទៅជួបគាត់ អ្នកអាច គឆលើយនឹងសំណួររបស់គាត់បាន។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6. ក្នុងនងៃដែលអ្នកសម្រេចិត្តថា អ្នកនឹងរបក្កខ្លួនចូលអ៊ីស្លាម ដូចនេះ មុននឹងអ្នកធ្វើដំណើរទៅក្កន់កដនលងណាត់ជួបដ៏សំខាន់លន់នោះចូរអ្នក ងូតបឹកស្មាអតខ្លួន ដោយនឹកនុងចិត្តថា ខ្ញុំចូលសាសនាអ៊ីស្លាម ហើយជាការរបគសើរបំផុត គបើសិនជាអ្នកបានគការស្ក់និងគស្លៀក សម្លៀកបំពាក់ ក់ណាដែលអ្នករិតថាវាលអជាងគេក្នុងចំពោះណាមសាំគលៀក បាំ ក់របស់អ្នក ហើយអាចោប និងបាញ់រឹកអ្ប់ឱយរកអូបផងដែរ។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14 ---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10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ជំពូកទី៤ តើអ្នកក វ ថាអ្វ៊ីះតៅតពលអ្នកក្បកាសានចូលឥស្លាម?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គ្រប់រោន់សម្រាប់ការចូលអ៊ីស្លាមដោយរោន់តែគ លថា៖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(أشهد أن ال إله إال اهلل ) មានន័យថា៖ « ខ្ញុំធ្វើស្ចាថា ពិតប្រាកដ ណាស់ោមនគេព្រះមាស់ដែលគោរពស្ការៈយ៉ាងពិតប្រាកដ លើកលែងតែអល់ឡោះ»។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(وأشهد أن محمدا رسول اهلل) មានន័យថា៖ «ហើយខ្ញុំសូមស្ចាថា ពិតប្រាកដណាស់មូហាំម៉ាត់ជាអ្នកនាំសាររបស់អល់ឡោះ»។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4. وأشهد أن عيسى عبد اهلل ورسوله( ) មានន័យថា៖ «ហើយខ្ញុំសូម ស្ចាទៀតថា ពិតប្រាកដណាស់ ព្យាការីអ៊ីសា(យេស៊ូ)រឺជាខ្ញុំ បម្រើរបស់អល់ឡោះ និងជាអ្នកនាំសាររបស់ទ្រង់)។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5. (برئت من كل دين يخالف دين اإلسالم) មានន័យថា៖(ខ្ញុំលែង ក់ព័នធជាមួយនឹងសាសនាដែលផ្សេងពីសាសនាអ៊ីស្លាម)។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6. ប៉ុដនតជាការលអណាស់ គបើសិនជាអ្នកសូត្រថា៖ ខ្ញុំជឿចំពោះអល់ឡោះ ពួកទេវតារបស់ទ្រង់ គម្ពីរៗរបស់ទ្រង់ ពួកអ្នកនាំសាររបស់ទ្រង់ ជឿចំពោះនងៃបរលោក ហើយជឿចំពោះសាំណាងលអនិងសាំណាង អារកក់មកពីអល់ឡោះ។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7. ខ្ញុំស្នាចំពោះអល់ឡោះថា ខ្ញុំមិនយកអ្វីមួយមកគោរពចូលរួម ជាមួយនឹងទ្រង់ជោច់ខ្លត។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8. ខ្ញុំប្រតិបត្តិសឡាត(ថ្វាយបង្គំ)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9. ខ្ញុំបរិចារររពយ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10. ខ្ញុំមិនលួចបលន់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15 ---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11. ខ្ញុំមិនរបរពឹតតអាំគពីផិតកបត់ជាមួយនឹងស្រស្តើផ្សេងៗ។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12. ខ្ញុំមិនសាំោប់ជីវិតដែលគេដាក់ចាប់បាំលម។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13. ខ្ញុំមិនរបរពឹតតគលមើស្នឹងអល់ឡោះ។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14. ការស្គសើរសម្រាប់អល់ឡោះ ដែលទ្រង់បានប្រទានដល់ខ្ញុំឱយ ស្គាល់នូវជំនឿ។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15. បញ្ជាក់៖ អ្នកដែលទទួលខុសត្រូវ របបើសុំបួងសួងពីអល់ឡោះឱយ អ្នកដែលមករបក្កខ្លួនចូលអ៊ីស្លាមដែលកំពុងតែឈរទៅចំពោះ មុខ្គេនោះដោយបួងសួងថា៖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(غفراهلل لي ولك ، وتقّبل اهلل مني ومنك ، اللهم اجعله مع الذين أنعت عليهم من النبيين )،والصديقين ، والشهداء ، والصالحين ، وحَسُن أولئك رفيقا មានន័យថា៖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«សូមអល់ឡោះលើកលែងគទស្ដល់រូបខ្ញុំនិងអ្នក ហើយអល់ឡោះទ្រង់ទទួលយកអាំពីរូបខ្ញុំនិងអ្នក ឪអល់ឡោះសូម ទ្រង់បង្កើតរូបគេផងចុះក្នុងចំពោះណាមពួកអ្នក ដែលទ្រង់បានប្រទាន ដល់ពួកគេននពួកព្យាការី ពួកអ្នកជឿជាក់ ពួកអ្នកពលើដើម្បីសាសនា ពួកអ្នកធ្វើអាំគពីលអ ហើយលអណាស់ដែលបានពួកគេជារូកននោះ»។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16 ---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12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ជំពូកទី៥ តើឥស្លាមគឺជាអ្វ៊ី?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អ៊ីស្លាមមាន៣របការ សាំដើ ការជឿជាក់ក្នុងចិត្ត និងការអនុវត្ត។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សាំដើ៖ អ្វីដែលបានគេបញ្ជាក់ប្រាប់អ្នកក្នុងជំពូកមុន។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ការជឿជាក់ក្នុងចិត្ត៖ រឺការជឿចំពោះអល់ឡោះ ទេវតា គម្ពីរៗ ដែលគេប្រទានចុះមកពីលើគម ពួកអ្នកនាំសារ ហើយនិងនងៃ បរលោក។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4. ការអនុវត្ត៖ ដូចជាការបួស ការថ្វាយបង្គំ ការបរិចារររពយ ការទៅធ្វើបុ យ្មមយរតា (ហាជា)ទៅរើរកុងមឹកុះ។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17 ---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ជំពូកទី៦ ការតជឿចំតេះអល់ឡោះតេះ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ពួកយើងមានជំនឿថា ពិតប្រាកដណាស់ អល់ឡោះរឺជាព្រះមាស់តែ មួយ ទ្រង់ជាព្រះញជាម្ចាស់របស់យើង និងជាព្រះជាម្ចាស់ននអ្វីៗ គ្រប់យ៉ាង។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អល់ឡោះទ្រង់ជាអ្នកបង្កើតអ្វីគ្រប់យ៉ាង។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រាល់អ្វីៗដែលផ្សេងអាំពីទ្រង់រឺជាសភាវសត្វលោកដែលទ្រង់បានបង្កើត ជាខ្ញុំរបស់អល់ឡោះ ោមនសិរធិអំណាចអ្វីរួមជាមួយនឹងអល់ឡោះ ហើយ។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4. សូមបើពួកទេវតា ពួកព្យាការី ពួកគេទាំងនោះក៏ជាខ្ញុំបម្រើរបស់អល់ឡោះ- គឡុះផងដែរ។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5. ក្នុងចំពោះណាមពួកគេមានដូចជា អ៊ីសា(យេស៊ូ) មូហាំម៉ាត់ ពួកគេ ទាំងពីរោមនសិរធិអំណាចអ្វីក្កលយជាព្រះជាម្ចាស់នោះហើយ។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6. ពួកយើងជឿជាក់ក្នុងចិត្តថា ពិតប្រាកដណាស់ អល់ឡោះ ទ្រង់រស់ ជាអ្មតៈ ទ្រង់ជាព្រះដាំបូងបងអស់ោមនរើចាប់គផដើម ទ្រង់ជាព្រះចុង គេក្កយបងអស់ោមនរើបញាប់។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7. ទ្រង់មហាឮ ឮរាល់ស្គមលងទាំងឡាយ ហើយទ្រង់មហាឃើញ ឃើញរាល់អ្វីៗទាំងអស់។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8. ទ្រង់រឺមហាស្គណាតស មហាអា ិតស្រឡាញ់ មានអានុភាពលើអ្វី គ្រប់យ៉ាង។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9. ទ្រង់មានព្រះនាមៗដ៏លអរបនព និងមានលកខ ៈស្មបតតិដ៏ខ្ពង់ខ្ពស់ ជារើបំផុត។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18 ---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14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10. ពួកយើងជឿជាក់ក្នុងចិត្តថា ពិតប្រាកដណាស់ អល់ឡោះទ្រង់បាន បង្កើតពួកយើងពីភាពោមន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11. ទ្រង់បានបង្កើតពួកយើងឱយមានរូបស្មបតតិលកខ ៈដ៏លអរបនពជារើ បំផុត។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12. ទ្រង់បានប្រទានដល់ពួកយើងនូវរាល់ពរជ័យទាំងឡាយ ហេហេតុដូចនេះ គេមិនអ្នុញ្ជាតឱយយើងគោរពស្ការៈចំពោះអ្នកណាមានក់ផ្សេងទៅ ពីទ្រង់ហើយ សូមបើអ្នកនោះជាគស្តចដ៏ខ្ពង់ខ្ពស់ ឬក៏ជាអ្នកនាំសារ ដែលគេបញូនមកក៏ដោយ។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13. អ្នកណាថ្វាយបង្គំចំពោះអ្នកផ្សេងទៅពីអល់ឡោះ ឬ គអានកាល សាំពុះទៅពីអល់ឡោះ ឬសាំគេះសត្វថាវយជូនអ្វីផ្សេងទៅពីអល់ឡោះ ក្នុងបទាំងគោរពបូជា និងលើកតគមើងអ្នកនោះ ដូចនេះគេរឺជាអ្នក របទាំងនឹងអល់ឡោះ ហើយអ្នកនោះមិនមែនជាអ្នកអ៊ីស្លាមគេ គបើគទុះ ជាគេគ ល កយស្ចាសាកសើក៏ដោយ។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14. អល់ឡោះជាម្ចាស់ទ្រង់បានមានព្រះបន្ទូលថា៖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ﭽ ﯓ ﯔ ﯕ ﯖ ﯗ ﯘ ﯙ ﯚ ﯛ ﯜ ﯝ ﯞ ﯟﯠ ﯡ ﯢ ﯣ ﯤ ﯥ ﯦ ﭼ ًاأل ّعب :١٩٢ - ٨٩٢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មានន័យថា៖«មូហាំម៉ាត់ចូរអ្នកគ លចុះ ពិតណាស់ ការថ្វាយបង្គំ របស់ខ្ញុំ ការសាំគេះសត្វបូជារបស់ខ្ញុំ ការបស់នៅរបស់ខ្ញុំ ការសាលប់ របស់ខ្ញុំ ដើម្បីអល់ឡោះជាម្ចាស់ននស្កលគោកទាំងមូលោមនគេ នដរូបួមចំណែកសម្រាប់ទ្រង់ក្នុងការគោរពស្ការៈ។ ទាំងនោះរឺជាអ្វី ដែលគេបងាប់ប្រើមកចំពោះខ្ញុំ ហើយខ្ញុំជាអ្នកមូស្លើមដាំបូងបងអស់)។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19 ---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15. អ៊ីស្លាម រឺជាសាសនាដែលមានគោលជំនឿលើព្រះតែមួយ ក្នុងសាសនា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16. អ៊ីស្លាមពុំមានមាស់ពីរដូចពួកអ្នកគោរពគភលើង ហើយោមនព្រះបើអផងា ដូចពួកគ្រិស្តសាសនិកនោះដែរ។ អល់ឡោះរឺជាព្រះតែមួយោមនអ្នកណា មានក់ជានដរូសម្រាប់ទ្រង់ក្នុងការគ្រប់គ្រង ហើយក៏ោមនផងដែរក្នុងការ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17. ក្កត់ក្តី សម្រាប់អល់ឡោះរឺមានព្រះនាមៗដ៏មហាលអរបនព និងមាន លកខ ៈស្មបតតិមហាខ្ពង់ខ្ពស់។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18. អល់ឡោះបានមានបនទូលថា៖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ﭽ ﭑ ﭒ ﭓ ﭔ ﭕ ﭖ ﭗ ﭘ ﭙ ﭚ ﭛ ﭜ ﭝ ﭞ ﭟ ﭠ ﭡ ﭢ ﭣ ﭼ :اإلخالص ٢ - ٣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មានន័យថា៖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«មូហាំម៉ាត់ ចូរអ្នកមានរបសាស្ន៍ចុះថា ទ្រង់រឺអល់ឡោះតែមួយរត់។ អល់ឡោះជារើពាំនឹង ទ្រង់មិនរបស់ត ហើយក៏ោមនអ្នកណាមានក់បង្កើតទ្រង់ដែរ។ ោមននរណាមានក់គេបៀប ផទឹមនឹងទ្រង់បានហើយ)។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20 ---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16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ជំពូកទី ៧ ជំតនឿចំតេះពួកតទវតា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យើងមានជំនឿថាសម្រាប់អល់ឡោះរឺមានពួកទេវតាដែលអល់ឡោះ បានបង្កើតដើម្បីឱយពួកគេគោរពស្ការៈចំពោះទ្រង់ និងបម្រើកិចាការរបស់ទ្រង់។ ពួកគេជារូតនាំសាររវាងទ្រង់ ជាមួយនឹងពួកព្យាការីទាំងឡាយ។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ទេវតាទាំងនោះមានគ មុះ ជើរពីលល ជាអ្នកនាំវា៉ា ើ(ព្រះបន្ទូល) មកឱយព្យាការីរបស់យើងមូហាំម៉ាត់(សូនសន្តិភាពគកើតចំពោះ រូបគាត់)។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ទេវតាគ មុះ មើក្កអើល ជាអ្នកនាំរឹកគភលៀង។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4. ទេវតាគ មុះ មា៉ាលើរុលគមា៉ាត(ទេវតាដកយកជីវិត ឬយមាលជ) ជាអ្នកគ្រប់គ្រងខ្លងការដកយករពលឹងមនុស្សទៅពេលពួកគេ សាលប់។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5. ទេវតាទាំងនោះជាខ្ញុំបម្រើរបស់អល់ឡោះ។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6. ហេហេតុដូចនេះ ពួកយើងចាំបាច់គោរពពួកគេ តគមើងពួកគេ។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7. ក៏ប៉ុដនតយើងមិនសាំពុះបូជាពួកគេ មិនបួងសួងសុំអ្វីពីពួកគេ ហើយ មិនចាត់រុកពួកគេជាកូនរបុស ឬកូនរសើរបស់អល់ឡោះនោះហើយ។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8. គ លរឺយើងត្រូវគោរពស្ការៈចំពោះអល់ឡោះតែមួយរត់ជាអ្នក ដែលបានបង្កើតពួកគេ។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9. អល់ឡោះបានមានព្រះបន្ទូលថា៖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21 ---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17 ﭽ ﭡ ﭢ ﭣ ﭤﭥ ﭦﭧ ﭨ ﭩ ﭪ ﭫ ﭬ ﭭ ﭮ ﭯ ﭰ ﭱ ﭲ ﭳ ﭴ ﭵ ﭶ ﭷ ﭸ ﭹ ﭺ ﭻ ﭼ ﭽ ﭾ ﭿ ﮀ ﮁ ﮂ ﮃ ﮄ ﮅ ﮆ ﮇ ﮈ ﮉ ﮊ ﮋ ﮌ ﮍﮎ ﮏ ﮐ ﮑ ﮒ ﭼ :األ ّج ٞبء ٩١ - ٦١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មានន័យថា៖«ពួកអ្នកគោរពពុគេពនិយាយថា ព្រះជាម្ចាស់ទ្រង់មានកូន ទ្រង់មហាសាអតសអាំ ប៉ុដនតពួកទេវតាទាំង នោះជាខ្ញុំបម្រើដ៏ថ្លៃថ្លា។ ពួកគេមិននិយាយអ្វីមួយលើកលែងតែទ្រង់ប្រើ ឱយនិយាយ ហើយពួកគេអនុវត្តា មកករបងាប់បញ្ជារបស់ទ្រង់។ ទ្រង់ដឹង ពីអ្វីដែលទៅពីមុខ្និងទៅពីគេក្កយពួកគេ ពួកគេមិនអាចស្គស្រងុះនរណា មានក់លើកលែងតែចំពោះអ្នកដែលទ្រង់អ្នុញ្ជាត ហើយពួកគេភ័យខ្លលច តែធ្វើខុសនឹងបរបញ្ជារបស់ទ្រង់។ ចំពោះទេវតាណាដែលអុះអាងថា ខ្លួនគេជាព្រះផ្សេងពីអល់ឡោះនោះ យើងនឹងដាក់គេចូលទៅក្នុងគភលើង នរក ក៏ដូចោននោះដែរយើងតបស្នងចំពោះពួកអ្នកដែលអ្រតិគោរពពុ គេពនិយម»។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22 ---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18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ជំពូកទី ៨ ជំតនឿចំតេះគមព៊ីរៗដែលតគបញ្ចុះព៊ីតលើតមឃ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យើងជឿថាអល់ឡោះបានបញ្ចុះគម្ពីរៗទៅចំពោះអ្នកនាំសារខ្លុះរបស់ ទ្រង់ ដើម្បីឱយពួកគេផ្តល់គម្ពីរទាំងនោះដល់មនុស្សទាំងឡាយ។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គម្ពីរទាំងនោះជាព្រះបន្ទូលរបស់អល់ឡោះ។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ក្នុងនោះមាន គម្ពីរស៊ូ ៊ុ វរបស់ណាពីអ៊ីប្រាហ៊ីម។ គម្ពីរ អាត់តាវរ៉ាត ដែលគេបញ្ចុះឱយព្យាការី មូសា(ម៉ូសេស) គម្ពីរ អាសាបួរ ដែលគេបញ្ចុះឱយព្យាការី ដាវូត(ដាវើត) គម្ពីរ អាល់អើនជើល ដែលគេបញ្ចុះឪយព្យាការី អ៊ីសា(យេស៊ូ) គម្ពីរ អាល់គួរអាន ដែលគេបញ្ចុះឱយព្យាការី មូហាំម៉ាត់(សូមសុខ សន្តិភាពកើតមានចំពោះពួកគាត់)។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4. ពិតប្រាកដណាស់ ពួកជវើ វ(យ៉ា ៊ូដ)និងពួកគ្រិស្តសាសនិក(ណាសាល៉ានើ) ពួកគេបានដកដរបខ្លុះនូវអ្វីដែលមានទៅក្នុងគម្ពីរតាវរ៉ាត និងគម្ពីរអាល់- អើនជើល។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5. រាល់អ្វីៗដែលមានក្នុងគម្ពីរដែលគេបានបញ្ចុះមុនៗនោះ ត្រូវចាត់រុក ជាអ្សារបង់ដោយយើងមានគម្ពីរអាល់គួរអាន ហើយរាល់សាសនា ដែលផ្សេងពីសាសនាអ៊ីស្លាមត្រូវក្កលយជាអ្សារបង់។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6. រាល់អ្វីដែលអ្នកឃើញទៅក្នុងគម្ពីរៗដែលគេបានបញ្ចុះពីលើគម មក ផទុយនឹងអ្វីដែលមានក្នុងគម្ពីរអាល់គួរអាន រឺគម្ពីរនោះអាចត្រូវបានគេ ដកប្រើ ឬត្រូវចាត់រុកជាគមា ៈ។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7. អល់ឡោះជាម្ចាស់ទ្រង់បានមានព្រះបន្ទូលថា៖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23 ---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19 ﭽ ﭿ ﮀ ﮁ ﮂ ﮃ ﮄ ﮅ ﮆ ﮇ ﮈ ﮉ ﮊ ﭼ اى َبئذح :٣٣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មានន័យថា៖ «យើងបានបញ្ចុះទៅក្កន់អ្នកនូវគម្ពីរមួយរបកបដោយភាពស្ចាៈ ដើម្បីបញ្ជាក់ពីរមុនៗ និងបករសាយបាំភលឺពីការដកដរបរបស់គម្ពីរមុនៗ»។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8. ពិតប្រាកដណាស់អល់ឡោះបានបញ្ចុះគម្ពីរអាល់គួរអានជាភាសារ អាល៉ាប់។ អល់ឡោះបានធានារក្សាគម្ពីរនោះពីការដកដរបទាំងឡាយ។ ដូចអល់ឡោះបានមានព្រះបន្ទូលថា៖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ﭽ ﮗ ﮘ ﮙ ﮚ ﮛ ﮜ ﮝ ﮞ ﭼ اىحجش :٦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មានន័យថា៖ ‹‹ពិតប្រាកដណាស់យើង(អល់ឡោះ)បានបញ្ចុះគម្ពីរ អាល់គួរអាន ហើយពិតប្រាកដណាស់យើងជាអ្នកដងរក្សាវាជាដាលប រៀងទៅ››។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24 ---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20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ជំពូកទី៩ ជំតនឿចំតេះពួកពាការ៊ី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យើងជឿថាអល់ឡោះបានជ្រើសរើសក្នុងចំពោះណាមមនុស្សនូវពួកពា- ការើ ហើយមានតែពួកគេប៉ុគណាណុះ ដែលអល់ឡោះប្រាប់អាំពីដាំ ឹងលើ គម។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អល់ឡោះបានជ្រើសរើសក្នុងចំពោះណាមពួកព្យាការីទាំងនោះនូវអ្នកនាំសាររបស់ទ្រង់។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ទ្រង់បានផ្តល់(វា៉ា ើ)ព្រះបន្ទូលស្តើពីក្បួនវិន័យទាំងឡាយដល់ពួកគេ ដើម្បីផសព្វផាយដល់មនុស្ស និងបគេងៀនក្បួនវិន័យទាំងឡាយដល់ មនុស្សរូទៅ។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4. ក្នុងចំពោះណាមពួកព្យាការីទាំងនោះ មានពួកព្យាការីដែលគេឱយគ មុះ ថា”កំពូលអ្នកគផតជាចិត្ត”ពួកគេទាំងនោះរឺជាអ្នកទទួលបន្ទុកដ៏ៃន់ ៃនរបំផុតក្នុងការអំពាវនាវមនុស្សទៅរកអល់ឡោះ។ ពួកគេទាំងនោះ មាន ព្យាការី ួ ព្យាការីអ៊ីប្រាហ៊ីម មូសា(ម៉ូសេស) អ៊ីសា(យេស៊ូ) ហើយនិងមូហាំម៉ាត់(សូមអល់ឡោះជូនពរជ័យចំពោះពួកគាត់)។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5. ចូររជាបថា ទៅពេលដែលអ្នកចូលអ៊ីស្លាម អ៊ីស្លាមមិនប្រើអ្នកឱយរបាំង ចំពោះមូសា(ម៉ូសេស) ឬអ៊ីសា(យេស៊ូ) ហើយនិងបណ្តាព្យាការីដនរ ទៀតនោះគេ។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6. ក៏ប៉ុដនតអ៊ីស្លាមបញ្ជាក់ប្រាប់អ្នកអាំពីរគបៀបលកខ ៈដ៏ត្រឹមត្រូវននការជឿ គោរពចំពោះពួកគេ។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7. អល់ឡោះបានមានព្រះបន្ទូលថា៖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25 ---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21 ﭽ ﭿ ﮀ ﮁ ﮂ ﮃ ﮄ ﮅ ﮆ ﮇ ﮈ ﮉ ﮊ ﭼ اى َبئذح :٣٣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មានន័យថា៖(យើងបានបញ្ចុះទៅក្កន់អ្នកនូវគម្ពីរដោយស្ចាៈដើម្បី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បញ្ជាក់ពីរមុនៗ និងបករសាយបាំភលឺពីការដកដរបរបស់គម្ពីរមុនៗ)។ មានន័យថា បញ្ជាក់ពីភាពពិតដែលគេបានដកដរប។ របាកដណាស់អល់ឡោះ បានមានព្រះបន្ទូលប្រាប់ពីគ មុះព្យាការីជាគេចើនទៅក្នុងគម្ពីរអាល់គួរអាន អល់ឡោះបានមានព្រះបន្ទូលថា៖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ﭽ ﭣ ﭤ ﭥ ﭦ ﭧ ﭨ ﭩ ﭪ ﭫ ﭬ ﭭ ﭮ ﭯ ﭰ ﭱ ﭲ ﭳ ﭴ ﭵ ﭶ ﭷ ﭸ ﭹ ﭺ ﭻ ﭼ ﭽ ﭾ ﭿ ﮀ ﮁ ﮂ ﭼ اىجقشح :٩٨٢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មានន័យថា៖(ចូរពួកអ្នកថាចុះ ពួកយើងមានជំនឿចំពោះអល់ឡោះ ហើយនិងអ្វីៗដែលអល់ឡោះបានបញ្ចុះមកចំពោះយើង និងចំពោះ អ៊ីប្រាហ៊ីម អ៊ីសាមគអ្ល អ៊ីសាក យ៉ាក់កូប និងកូនទៅពួកគេ ហើយនិង មូសា(ម៉ូសេស) អ៊ីសា(យេស៊ូ) ហើយនិងអ្វីៗដែលអល់ឡោះបាន ប្រទានចុះមកចំពោះពួកព្យាការីដនរទៀត ដោយពួកយើងមិនបាន ដបងដចកអ្នកណាមានក់ក្នុងចំពោះណាមពួកគេហើយ ហើយពួកយើងប្រគល់ ខ្លួនជូនចូលចំពោះទ្រង់)។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8. ព្យាការីអ័ដាំ រឺជាព្យាការីដាំបូងគេបងអស់ក្នុងចំពោះណាមព្យាការីទាំងឡាយ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9. ព្យាការីចុងគេក្កយបងអស់រឺព្យាការីមូហាំម៉ាត់ (សូមសន្តិភាពគកើត មានចំពោះគាត់) ោមនព្យាការីណាមក បនាទប់ពីត់ហើយ។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26 ---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22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10. ហេហេតុដូចនេះ សាសនារបស់គាត់ រឺជាសាសនាពិតែមួយរត់ ដែលទៅស្ថិតគស្ថររហូតដល់នងៃបរលោក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11. គាត់រឺ មូហាំម៉ាត់ កូន អាប់ឌុលគឡុះ កូនអាប់ឌុលមូតោប កូនហាស្សើម ជនជាតិអាល៉ាប់មកពីកុលស្មព័នធរូគេ៉ាស្សដ៏លបើដលបង មកពីពូជពងសព្យាការីអ៊ីប្រាហ៊ីម និងអ៊ីសាមគអ្ល(សូមសុខសន្តិភាពគកើត មានចំពោះពួកគេទាំងពីរ)។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12. គាត់បានគកើតទៅរើរកុងមឹកុះ(អាល៉ាប៊ើគសអូឌើត)នាំដាំរើ(៥៧១រ.ស)។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13. អល់ឡោះបានប្រទានការរតាស់បនទូល(វា៉ា ើ)ដល់គាត់ជាព្យាការី ទៅពេលដែលគាត់មានអាយុ៤០នាំ។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14. គេក្កយពេលក្កលយជាព្យាការីត់ធ្វើការអំពាវនាវមនុស្សឱយចូលអ៊ីស្លាម ទៅរើរកុងមឹកុះទាំងអស់រយៈពេល១៣នាំ។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15. មានអ្នករសុកមឹកុះតិចតួចណាស់ដែលជឿតាមគាត់។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16. ដូចនេះគាត់ក៏បានគភៀខ្លួនទៅក្កន់រើរកុងមា៉ាឌើ ុះ ទៅរើនោះគាត់ ក៏បានអំពាវនាវមនុស្សឱយចូលអ៊ីស្លាម ហើយអ្នកទាំងនោះក៏មានជំនឿ ចំពោះគាត់។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17. គាត់បានរាំគោះរើរកុងមឹកុះមកវិញ (ដែលជារើកដនលងកាំគើតរបស់គាត់)ទៅនាំរើ៨ .ស (នាំគភៀខ្លួនទៅមា៉ាឌើ ុះ)។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18. គាត់បានទទួលមរណភាព ភាពទៅពេលដែលគាត់មានអាយុ៦៣នាំ។ គាត់បានទទួលមរណភាព ភាពបនាទប់ពីការបញ្ចុះគម្ពីរអាល់រូបអានពី អល់ឡោះជាម្ចាស់មកដល់គាត់បានចប់ស្ពវគ្រប់ ហើយពួកអាល៉ាប់ ទាំងអស់ក៏បានចូលអ៊ីស្លាមរួចរាល់ហើយដែរ។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27 ---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ជំពូកទី១០ ជំតនឿចំតេះដងៃបរតលក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យើងជឿថា គេក្កយពីការបស់នៅលើលោកិយ៍នោះ រឺមានការបស់នៅ ផ្សេងទៀត។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ទៅពេលដែលអាយុក្កលពិភពគោកបានដល់កាំ ត់ ពិតប្រាកដ ណាស់អល់ឡោះនឹងប្រើទេវតាឱយផលុំដរត រាំគពចនោះមនុស្សទាំងអស់ ត្រូវសាលប់។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គេក្កយមកទេវតាក៏បានផលុំដរតនោះមតងទៀត ដូចនេះមនុស្សទាំងអស់ ទាំងពីរស្ម័យព្យាការីអ័ដាំ រហូតដល់ ស្ម័យព្យាការីមូហាំម៉ាត់ នឹងគងើបគចញពីផនូរទាំងអស់ដោយឆ្ពោះទៅកាន់កដនលងជាំនុំជរមុះ។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4. គេក្កយមកអល់ឡោះនឹងជាំនុំជាំរុះពួកគេតាមរគងវើរបស់ពួកគេទៅលើ លោកិយ៍នោះ។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5. រើឯអ្នកដែលមានជំនឿចំពោះអល់ឡោះ ចំពោះអ្នកនាំសារអល់ឡោះ ហើយពួកគេបានធ្វើអាំគពីលអ ដូចនេះ អល់ឡោះនឹងឱយពួកគេចូលឋាន- សួរ៍របស់ទ្រង់។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6. ទៅក្នុងឋានសួរ៌ពួកគេស្បាយរើក្លាយជាមួយនឹងក្តីប្រទានរបស់អល់ឡោះ គឡុះោមនរើបញាប់។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7. រើឯអ្នកដែលរបទាំងនឹងអ្នកនាំសាររបស់អល់ឡោះ របទាំងនឹងបញ្ជា របស់អល់ឡោះ ពួកគេនឹងចុះនរក។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8. ទៅក្នុងនរកត្រូវគេធ្វើទរុ កមមដស្នឈឺចាប់គខ្លលចផាជារើបំផុតដោយោមននងៃបញាប់។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28 ---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24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9. បពិរតអល់ឡោះជាម្ចាស់ សូមទ្រង់គមតាតប្រទានឋានសួរ៌ដល់ពួក យើងផងចុះ សូមទ្រង់បគញៀស្ពួកយើង ពីគភលើងនរក។ (សូមទ្រង់ ទទួលយកការបួងសួងនេះុះផងចុះ)។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10. អល់ឡោះទ្រង់បានមានបនទូលថា៖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ﭽ ﯝ ﯞ ﯟ ﯠ ﯡ ﯢ ﯣ ﯤ ﯥ ﯦ ﯧ ﯨ ﯩ ﯪ ﯫ ﯬ ﯭ ﯮ ﯯ ﯰ ﯱ ﯲ ﯳ ﯴ ﯵ ﯶ ﯷ ﯸ ﭼ اى ْبصعبد :٣٨ - ٢٣ មានន័យថា៖ «រើឯអ្នកដែលបានបាំ ន ហើយឱយតាំនលជីវិតលើលោកិយ៍ ជាងនងៃបរលោក ពិតប្រាកដណាស់គភលើងនរករឺជាកដនលងរជកគក្កនរបស់គេ។ ឯចំណែកអ្នកដែលកោតខ្លាច ពេលដែលគេឈរជាំនុំជរមុះទៅចំពោះមុខ ព្រះជាម្ចាស់របស់គេ ហើយបានរក្សាការ រខ្លួនពីកិគលស្តណា ពិតប្រាកដ ណាស់ឋានសួរ៌រឺជារើរជកគក្កនសម្រាប់គេ»។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29 ---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ជំពូកទី ១១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ការតគ្នរពសការៈ (កិចក្បិប តិដនស្លសនា)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កិចាប្រតិបត្តិក្នុងសាសនាអ៊ីស្លាមដបងដចកជាពីររបគភរាំៗរឺ៖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ក. ការគោរពស្ការៈ៖ រឺជាអ្តតស្ញជា និងជាក្កតពវកិចាននការ គោរពស្ការៈ ដូចជាការថ្វាយបង្គំ បរិចារររពយ តមអាហារពេល នងៃ(បួស) និងធ្វើមមយរតា (ដំណើរទៅរើរកុងមឹកុះ)។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ខ. រាំនាក់រាំនង៖ រាល់ស្កមមភាពរស់នៅទាំងអស់ទក់រងនឹងបុរាល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ឬគ្រួសារ ឬសផងាម ឬរបជាជាតិអ៊ីស្លាមទាំងមូល...គទុះជាទក់រង</w:t>
      </w:r>
    </w:p>
    <w:p>
      <w:pPr>
        <w:spacing w:line="324" w:lineRule="auto" w:after="120" w:before="0"/>
        <w:jc w:val="left"/>
      </w:pPr>
      <w:r>
        <w:t>នឹងបញ្ជានគយបាយ ឬគស្ដធកិចា ឬវបប្ម៍ ឬបញ្ជាតុលាការ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ឬសើល្ម៌...ក្នុងតាំបន់ ឬអ្នតបជាតិ។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ការរាំនាក់រាំនង៖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ទៅពេលដែលការរាំនាក់រាំនងអនុវត្តា មចាប់សារើអាត់របស់ អល់ឡោះនោះ នឹងក្កលយទៅជាការគោរពស្ការៈក្នុងន័យរូទៅ។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ក្នុងកូនគសៀវទៅដ៏តូចនោះមិនបានបញ្ជាក់អាំពីរគបៀបននរាំនាក់រាំនង នោះគេ។ អ្នកចាំបាច់ត្រូវស្វែងរកមើលក្នុងគសៀវទៅក្បួនចាប់អ៊ីស្លាម ផ្សេងៗ ឬអ្នកអាចសួរបុរាលណាក៏បាន ដែលជាអ្នកគចុះដឹងទៅរជុះ ឬក៏អផងាការអ៊ីស្លាមនានា។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4. គោលររឹះអ៊ីស្លាមដផនកប្រតិបត្តិមាន៥ របការរឺ កយស្ចាទាំងពីរ ការថ្វាយបង្គំ បរិចារររពយ តមអាហារ ធ្វើយមមយរតា។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30 ---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26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ជំពូកទី ១២ កយសចច្ទំងព៊ីរ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អ្នកត្រូវស្ចានឹងស្មតើរបស់អ្នក ហើយជឿក្នុងចិត្តរបស់អ្នក ដោយ គ លថា៖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) أشهد أن ال إله إال اهلل ( មានន័យថា៖ (ខ្ញុំស្ចាថា ពិតប្រាកដ ណាស់ោមនគេមាស់ទៅពីអល់ឡោះ)1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(وأشهد أن حممدا رسول اهلل) មានន័យថា៖ (ហើយខ្ញុំស្ចាទៀតថា មូហាំម៉ាត់ជាអ្នកនាំសារអល់ឡោះ)2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 .អត្ថន័យននពាក្យសច្ចាននេះ គឺនផេជ្ញាទទួលស្គាល់ និងនឿជ្ញក់ក្នុងចិតេចំនពោះភាពជ្ញព្ពេះជ្ញម្ចាស់ត្មួយរបស់អល់នេះ គ្មានអនក្នផេងនពៅពីព្ទង់ ម្ចនតតអល់នេះតែលស្គក្សមចំនពោះការនគ្មរពសការៈននេះ។ 2 .អត្ថន័យននពាក្យសច្ចាទីពីរ គឺនផេជ្ញាចិតេទទួលស្គាល់ និងនឿជ្ញក់ក្នុងចិតេថាពព្យាការីមូហំម្ច៉ាត់ជ្ញអនក្នំស្គេរបស់អល់នេះ នំគមពីរអាល់គួរអានមកឱយនយើង តែលក្នុងគមពីរនិងធមានិយម(សុណ្ណេះ) ជ្ញម្ចគ្ម៌ដ៏សុព្កឹត្សពម្ចប់ ីវិត។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31 ---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ជំពូកទី១៣ ការថ្វាយបង្គំគំ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យើងថ្វាយបង្គំរៀងរាល់នងៃ ហើយក្នុងមួយនងៃ៥ដង។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ថ្វាយបង្គំពេលអ្រុ រុះ (សាឡាតស៊ូគហាពុះ) ពីរដងឱន។ ពេលវេលាបនាទប់ពីអារុ រុះរហូតដល់ ព្រះអារិតយរុះ។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ថ្វាយបង្គំពេលនងៃរគសៀល(សាឡាត សូ ួរ) ៤ដងឱន។ ពេលវេលា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4. ចាប់ពីព្រះអារិតយគេជទៅរិសខ្លងលិចបន្តិចរហូតដល់ ក់កណាតល ចគ្នាលុះនងៃគេជនិងនងៃលិច។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5. ថ្វាយបង្គំពេលនងៃប្រាក់រគសៀល(សាឡាតអាគសើរ) ៤ដងឱន។ ពេលវេលារបស់វារឺចាប់ពីគមា៉ាងទាំងអស់ពេលថ្វាយបង្គំនងៃរគសៀល រហូតដល់នងៃលិច។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6. ថ្វាយបង្គំគេក្កយនងៃលិចបន្តិច(សាឡាតមា៉ាស្រាប) ៣ដងឱន។ ពេលវេលាចាប់ពីនងៃលិចរហូតដល់បាត់គជើងគម ព ៌រក ម (គេក្កយពេលនងៃលិចរបដ ល១គមា៉ាង១៥នារើ)។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7. ថ្វាយបង្គំពេលរពលប់(សាឡាតអ៊ីសា) ៤ដងឱន។ ពេលវេលា ដែលរបគសើរបំផុតចាប់ពីពេលផុតគមា៉ាងថ្វាយបង្គំមា៉ាស្រាបរូត ដល់ ក់កណាតលអារធាត។ អាចពនារដល់ពេលអារុ រុះ។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32 ---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28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ជំពូកទី ១៤ ការជក្មេះសា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ចាំបាច់ចំពោះអ្នកមូស្លឹមត្រូវតែជរមុះស្មាអតទៅពេលថ្វាយបង្គំ។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ការជរមុះស្មាអតមានពីររបគភរ៖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ការយករឹកវូ ទុ(ការជរមុះស្មាអតតូច) និងការងូតបឹក(ការជរមុះ ស្មាអតាំ)។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ក.ការយករឹកវូ ទុ(ជរមុះស្មាអតតូច)យើងត្រូវធ្វើដូចខ្លងគេក្កម៖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នឹកនុងចិត្តថា នោះជាការយករឹកវូ ទុដើម្បីថ្វាយបង្គំ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4. សូត្រថា(بسم اهلل الرحمن الرحيم)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5. ោងនដទាំងពីរដោយរឹកសាអតបូដែល់កនដទាំងពីរ ខ្ពុរមាត់ រឺតបឹកចូលក្នុងរចមុះ ហើយគញើស្គចញមកវិញដើម្បីសាំអាតបនធរចមុះ។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6. លុបមុខ្នឹងរឹក។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7. ោងនដទាំងពីររហូតដល់ដកងនដោយចាប់ពីនដសាដាំមុន។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8. យកនដគផសើមរឹក រួចជូតកាលនិងត្រចៀកទាំងពីរ។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9. ោងគជើងទាំងពីររហូតដល់ភ្នែកគោលដោយចាប់គផតើមពីគជើងសាតាំមុន។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10. បនាទប់ពីចប់ស្ពវគ្រប់ យើងគ ល កយស្ចាទាំងពីរ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11. ទៅពេលដែលយើងយករឹកវូ ទុរួច(ជរមុះក្កយដើម្បីថ្វាយបង្គំ) យើងមិនចាំបាច់យកមតងទៀតនោះគេលើកលែងតែមានរបការ ណាមួយដែលធ្វើឱយវាខូច។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12. របការដែលធ្វើឱយខូចរឹកវូ ទុមាន ការបត់គជើងតូច ការបត់គជើងាំ គផ្កម គដកលក់។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33 ---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ខ. ការងូតបឹក(ការជរមុះស្មាអតាំ)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13. អ្នកមូស្លើមចាំបាច់ត្រូវតែងូតបឹក្នុងករើដូចខ្លងគេក្កម៖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១. គចញរឹក្កមដោយ្មមជាតិ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២. រួមដាំគ ក គទុះបានស្គេមច ឬមិនបានស្គេមច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៣. ទៅពេលស្រស្តើទាំងអស់រដូវ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៤.ទៅពេលស្រស្តើទាំងអស់ មស្រមាលកូន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14. ត្រូវងូតបឹកសាអតហើយងូតគអាយស្ពវខ្លួនរបាន ទាំងមូល។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រ. អាត់តាយុំមាំ(ការជរមុះស្មាអតសៃត)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15. យើងធ្វើតាយុំមាំនោះទៅពេលដែលយើងោមនរឹកសម្រាប់ជរមុះ ក្កយដើម្បីថ្វាយបង្គំ ឬសម្រាប់ងូត ឬទៅពេលយើងឈឺ ឬមូលហេតុផ្សេងៗទៀតដែលធ្វើឱយយើងមិនអាចប៉ុះរឹកបាន។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16. យើងធ្វើតាយុំមាំនោះដោយរោន់តែយកបាតនដទាំងពីរទៅរុះ លើដែលរជុះសាអត។ គេក្កយមកយកបាតនដទាំងពីរជូតលើមុខ (ជូតែមតង)។ បនាទប់ពីជូតមុខ្រួចជូតនដទាំងពីរត្រឹមកនដប៉ុគណាណុះ។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34 ---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30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ជំពូកទី ១៥ តើតយើងថ្វាយបង្គំគំយ៉ាងដូចតមតច?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ជាការលអបំផុតដែលអ្នកចូលរួមថ្វាយបង្គំជាមួយនឹងពួកអ្នកមូស្លើមដនរ ទៀតទៅមា៉ាសារ(វិហារ) អ្នកនឹងទទួលបានផលបុ យជាគេចើនពី អល់ឡោះ ហើយអ្នកនឹងបានហាត់គៀនយ៉ាងងាយរសួលពីរគបៀបរបប ថ្វាយបង្គំដ៏ត្រឹមត្រូវ។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ក្នុងករើដែលអ្នកថ្វាយបង្គំមានក់ឯង អ្នកត្រូវអនុវត្តតដូចខ្លងគេក្កម៖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ត្រូវដឹងចាស់ថា សម្លៀកបំពាក់ ក់របស់អ្នក ខ្លួនរបាន របស់អ្នក និងរើកដនលងថ្វាយបង្គំរបស់អ្នកសាអត។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4. ដបរទៅរិស្រិបេ័ត(រិសខ្លងលិច)។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5. លើកនដទាំងពីរត្រឹមសាម ឬត្រឹមត្រចៀក ហើយត្រូវសូត្រថា(هللا أكبر)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6. ដាក់នដទាំងពីរលើររូង នដសាតាំលើនដគឆវង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7. សូត្រជំពូកអាល់ហាវរើ ុះ(سىرة الفاتحت)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8. ឱនទៅមុខ្នដរចត់ជងាង់ ហើយសូត្រថា(هللا أكبر) ខ្នងដាក់ឱយរតង់ជា មួយនឹងកាលរបស់អ្នក ហើយស្មលឹងភ្នែកទៅគេក្កម។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9. ទៅពេលឱនសូត្រថា(سبحان ربي العظين) បើដង។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10. គងើបមកវិញដោយសូត្រថា(سمع هللا لمه حمده ، ربنا ولك الحمد)។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11. យើងត្រូវសូត្រថា(هللا أكبر) ហើយឱនរក្កបដោយដាក់ថាស រចមុះ បាតនដទាំងពីរ កាលជងាង់ទាំងពីរ រមាមគជើងទាំងអស់ដល់ដើ ឬករមាល រួចត្រូវសូត្រថា(سبحان ربي األعلى)បើដង។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12. ត្រូវគងើបអផងុយដោយសូត្រថា (هللا أكبر) ហើយទៅពេលអផងុយនោះ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35 ---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31 ត្រូវសូត្រថា(رب اغفرلي وارحمني)។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13. ត្រូវសូត្រថា (هللا أكبر) ហើយឱនរក្កបលើករើពីរដោយធ្វើដូចលើក រើមួយ រួចត្រូវសូត្រថា(سبحان ربي األعلى)បើដង។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14. គេក្កយពីបានបញាប់ការរក្កបលើករើពីរនោះរួចរាល់រឺយើងបានបញាប់ មួយដងឱនននការថ្វាយបង្គំ។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15. គេក្កយពីនោះសូត្រទៀតថា(هللا أكبر) រួចថ្វាយបង្គំឱនរើពីរបនតទៀត ដោយអនុវត្តតដូចឱនរើមួយដែរ។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16. គេក្កយពីបានបញាប់ឱនរើពីរនោះ យើងអផងុយសូត្រអាត់តាសុះ ៊ុដ (التشهد) ហើយនិងសាឡាវា៉ាតចំពោះព្យាការី(والصالة اإلبراهيميت)3។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17. ត្រូវងាកសាតាំដោយសូត្រថា(السالم عليكن ورحمت هللا)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18. រួចងាកគឆវងសូត្រថា(السالم عليكن ورحمت هللا 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19. នោះជាការថ្វាយបង្គំពេលស៊ូគហាពុះ(الصبح) ពីព្រោះវាមានតែពីរដងឱនប៉ុគណាណុះ។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20. រើឯការថ្វាយបង្គំទៅពេល សូ ួរ(الظهر) យើងត្រូវគេក្កកឈរគេក្កយពីអផងុយអាត់តាសុះ ៊ុដ(التشهد)ដោយ យើងមិនបាច់សូត្រការសាឡាវា៉ាត(والصالة اإلبراهيميت) ទៅក្នុង អាត់តាសុះ ៊ុដ(التشهد)នោះគេ ពីពីព្រោះយើងត្រូវបនតការថ្វាយបង្គំនោះ ពីរដងឱនទៀត។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21. ទៅចុងបញាប់ការឱនរើពីរនោះ ត្រូវអផងុយអាត់តាសុះ ៊ុដទៀតដែល ក្នុងនោះយើងត្រូវសាឡាវា៉ាត(والصالة اإلبراهيميت) គេក្កយមកត្រូវងាក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 ចូរតសែងរក្នមើលគំរូអាត់តាសហេះហែ(التشهد) នហើយនិងស្គ វ៉ាត ( والصالة اإلبراهيميت) នៅទំព័រចុងនព្កាយនននសៀវនៅននេះ (នមើលក្នុងនសចកទីបតនថមទី 2)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36 ---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32 សាតាំគឆវងដោយសូត្រ(السالم عليكن ورحمت هللا)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22. ក៏ដូចោននោះដែរការថ្វាយបង្គំពេលអាគសើរ និងអ៊ីសា។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23. តែថ្វាយបង្គំពេលមា៉ាស្រាបមានតែបើដងឱនតែប៉ុគណាណុះ ដូចនេះយើង ថ្វាយបង្គំបនាទប់ពីអផងុយអាត់តាសុះ ៊ុដ(التشهد) រួចតែមួយដងឱន ទៀតប៉ុគណាណុះ។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តហុអ្វ៊ីតយើងក វ ថ្វាយបង្គំគំ?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24. អ្នកមូស្លើមថ្វាយបង្គំជាការគោរពស្ការៈចំពោះអល់ឡោះ។ ការថាវយ បងាំរឺជាការប្រតិបត្តិដ៏សំខាន់លន់បំផុតដែលអល់ឡោះជាម្ចាស់ទ្រង់សព្វព្រះហឫទ័យចង់ឱយមនុស្សគោរពប្រតិបត្តិ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25. ជាការដឹងរុ ចំពោះអល់ឡោះដ៏មហាខ្ពង់ខ្ពស់ដែលទ្រង់បានបង្កើត យើងឱយមានរូបស្មបតតិដ៏លអរបគសើរជារើបំផុត។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26. ទ្រង់បានប្រទានដល់យើងនូវសាសនាអ៊ីស្លាម។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27. ដើម្បីផារភាប់អ្នកមូស្លើមជាមួយនឹងមាស់របស់ពួកគេទៅក្នុងការថាវយ បងាំ ដោយសូត្រព្រះបន្ទូលអល់ឡោះ រឺគម្ពីរអាល់គួរអាន។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28. ដើម្បីឱយអ្នកមូស្លើមរាំលឹកចំពោះមាស់របស់ពួកគេ ហើយមិនគភលចទ្រង់ មិនគភលចរាល់បរបញ្ជារបស់ព្រះជាម្ចាស់ជាមួយនឹងភាពមមាញឹកនន ជីវិត។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29. ដើម្បីឱយអ្នកមូស្លើមបួងសួងចំពោះព្រះជាម្ចាស់ដ៏ខ្ពង់ខ្ពស់ សុំជាំនួយ ក្តីស្គេមចគជារជ័យ និងក្តីចងអុលបងហាញផ្លូវជារបចាំក្នុងភាពងងឹតអ្នធការ ននជីវិត។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30. ដើម្បីពរងឹងក្តីស្រឡាញ់ចំពោះអល់ឡោះនិងភាពកោតខ្លាចំពោះទ្រង់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37 ---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33 ទៅក្នុងចិត្តរបស់អ្នកដែលថ្វាយបង្គំ។ ដូចនេះអត្តចរិតរបស់គេទៅ តែឋិតក្នុងភាពខ្លាប់ខ្លួនរតាមសាសនានិងកបូនចាប់អ៊ីស្លាម។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31. ថ្វាយបង្គំដើម្បីទទួលបានផលបុ យ ហើយអល់ឡោះទ្រង់លុបោង កាំ ុស្និងអាំគពីបាបរបស់យើង។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32. ដើម្បីជួបព្រះមាស់ទៅនងៃបរលោក ហើយស្បាយរើក្លាយជាមួយនឹង អ្វីដែលអល់ឡោះបានគៀបចាំសម្រាប់គេទៅក្នុងឋានសួរ៌ដ៏មានបរមសុខ។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33. ការថ្វាយបង្គំរឺជាកមមវិ វឹកហាត់និងអ្ប់រាំខ្លួន។ ប្រសិនគបើគេប្រតិបត្តិ បានលអនឹងទទួលបានផលរបគយជន៍គេចើនសម្រាប់អ្នកមូស្លើម ទាំងផ្លូវ ក្កយ អ្តតចរិក និងចិត្តវិញ្ជា ឧទ រ ៍៖ ការអ្នាម័យ សុខ្ភាព ស្ណាតប់ធានប់ ភាព មត់ចត់ រៀងរតង់ ភាតបភាព ស្មភាព និងសាមរើភាពសផងាម។ល។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38 ---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34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ជំពូកទី១៦ ការបរិចច្គក្ទពយ )الزكاة(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កយាក្កត់ ”الزكاة “ទៅក្នុងន័យចាំរឺភាពលូតោស់ និងភាព រជុះសាអត។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ន័យបញាតិក្នុងអ៊ីស្លាមមានន័យថា៖ ការបង់តាមភាររយដែលគេ កាំ ត់ននររពយស្មបតតិស្នសាំរុករៀងរាល់ មួយខួបមតងរិតាម្នាំចនទរតិ ចាំណាយក្នុងផ្លូវលអដែលគម្ពីរអាល់- រួរអានបានកាំ ត់។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ទៅពេលររពយស្មបតតិរបស់អ្នកគ្រប់ចំនួនដែលត្រូវបរិចារសម្រាប់មួយ ខួបមតងរិតាម្នាំចនទរតិ។ រិតជាសាច់រប្រាក់មានតាំនលមិនតិចជាង ៨៥រក្កមមាស្សុរធ(របដ ល១០០០ដុះល) ចាំបាច់អ្នកត្រូវបរិចារ ចំនួន១/២ (២.៥%)។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4. យកតាំនលដែលបានបរិចារនោះផ្តល់ជូនអ្នករកើរក អ្នកដំណើរោច់ ស្ដងវងតាមផ្លូវ ផាត់ផាង់ដល់ការអំពាវនាវអ៊ីស្លាម និងការតស៊ូក្នុងផ្លូវ អល់ឡោះ ឬសម្រាប់ជាការលើករឹកចឹតតចំពោះអ្នកដែលចង់ចូល អ៊ីស្លាម ឬជួយអ្នកដែលជាំ ក់បាំ ុលគេគេចើន ហើយោមនលរធភាព សផងគេ។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5. ប្រសិនជាអ្នកមានរាំនិញជួញដូរ ហើយគ្រប់ចំនួនដែលត្រូវបរិចារ រឺ ចាំបាច់អ្នកត្រូវតែបរិចារដែរ។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6. អ្នកអាចសាកសួរអ្នកដែលគចុះដឹងបន្ថែមទៀត ឬអាចអានគសៀវទៅៗ ដែលនិយាយអាំពីបញ្ជានោះដើម្បីបគងើនចំពោះដឹងរបស់អ្នក បន្ថែមទៀត។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39 ---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តហុអ្វ៊ីច្ចំបាច់ក វ បរិចច្គ?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យើងបរិចារដើម្បីជាការគោរពប្រតិបត្តិចំពោះអល់ឡោះ ពីគេ ព្រះអល់ឡោះទ្រង់បានបងាប់ប្រើមកចំពោះយើង ហើយទ្រង់រសឡាញ់ពួកអ្នកដែលបរិចារររពយធ្វើទន។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ដើម្បីគោរពអាំ ររុ ចំពោះអល់ឡោះដែលទ្រង់បានប្រទានររ ពយស្មបតតិទាំងនោះដល់យើង និងបាន ធ្វើឱយយើងទទួលគជារជ័យក្នុងការរបកបរបស់រកសើ។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ដើម្បីជួយដល់អ្នករកើរកឱយពួកគាត់ទទួលបានសុភមងាល និងជួយស្គស្រងុះដល់ពួកអ្នកដែលទទួលរងគោះរុរភិកស។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4. ដើម្បីចូលរួមចំណែកនុងការលើកស្ទួយសផងាមអ៊ីស្លាម។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5. ដើម្បីចូលរួមចំណែកនុងការផសព្វផាយសាសនាអ៊ីស្លាមទៅលើស្ក លគោក។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6. យើងបរិចារដើម្បីជរមុះខ្លួនយើងពីចិត្តបិះកាំណាញ់។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7. ដើម្បីឱយខ្លួនឯងក្កលយជាម្ចាស់ររពយ ពុំមែនក្កលយជាទស្កររបស់ររពយនោះគេ។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8. បរិចារដើម្បីជរមុះស្មាអតបរពយរបស់យើងពីភាពរុចារិតដែលយើង បានរបរពឹតតក្នុងពេលកំពុងរកសើ។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9. អល់ឡោះរក្សានិងផ្តល់ពរជ័យដល់ររពយស្មបតតិរបស់យើង។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10. បរិចារដើម្បីទទួលបានផលបុ យដ៏លអរបគសើរអាំពីអល់ឡោះទៅនងៃ បរលោក។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11. ដើម្បីការ រកុំឱយពួកអ្នករើរ័លរកគកើតចិត្តបចដ ន ននើស។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40 ---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36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12. ដើម្បីការ រសផងាមរបស់យើងពីជគមាលុះវ ណៈ ហើយចូលរួមចំណែក គោះរសាយបញ្ជាគស្ដឋកិចា។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13. អ្នកអាចបរិចារផងដែរដល់រតនោឥស្លាមដែលទទួលររពយបរិចារ ឬស្មារមអ៊ីស្លាមណាមួយមានការជឿរុកចិត្ត ដែលទទួលបន្ទុក ក្នុងការរបមូលនិងដចកចាយររពយបរិចារទាំងនោះ។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41 ---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ជំពូកទី១៧ បួស(ការ មអាហារ)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ទៅពេលដខ្រ៉ាមា៉ា ទនមកដល់(ដខ្រើ៩នន្នាំចនទរតិរបស់អ៊ីស្លាម)អ្នក មូស្លើមទាំងអស់ត្រូវតែតមអាហារក្នុងដខ្នោះជាការគោរពប្រតិបត្តិ ចំពោះអល់ឡោះនិងជាការដឹងរុ ដល់ទ្រង់ដែលបានប្រទានព្រះ គម្ពីរអាល់គួរអានចុះមកក្នុងដខ្នោះ។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ការតមនោះរឺតមកករូបចុក ផឹករឹក រួមដាំគ ក ចាប់ពីពេលអ្រុ រុះរហូតដល់នងៃលិច។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អ្នកណាដែលមានជំងឺឈឺថាត់ក្នុងដខ្នោះ ឬត្រូវគចញដំណើរផ្លូវៃយ តាមចាប់អ៊ីស្លាមអ្នុគោះចំពោះអ្នកទាំងនោះមិនបាច់បួស្គេ។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4. គបើសិនជាអ្នកជំងឺបានោច់បួស ឬអ្នកដំណើរដែលបានោច់បួស គេត្រូវបួស្សផងវិញទៅនងៃផ្សេងតាមចំនួននងៃដែលរូបគេបានោច់បួស នោះ។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5. ទៅពេលចប់ដខ្រ៉ាមា៉ា នៃ នងៃបុ យរសាយបួស្នឹងមកដល់ រឺនងៃរើ មួយននដខ្សាវវា៉ាល ជាដខ្ដែលទៅបនាទប់ពីដខ្រ៉ាមា៉ា ទន។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6. ទៅរពឹកនងៃបុ យនោះ អ្នកមូស្លើមទាំងអស់ត្រូវជួបជុំោនដើម្បីធ្វើការ ថ្វាយបង្គំជួបជុំោនទៅរើវាលណាមួយ ឬទៅព្រះវិហារ ដើម្បីអ្ររុ ចំពោះអល់ឡោះជាម្ចាស់ដែលទ្រង់គមតាតប្រទានដល់ពួកគេបាន បាំពេញក្កតពវកិចាបួស។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7. អល់ឡោះជាម្ចាស់ទ្រង់បានមានព្រះបន្ទូលទក់រងនឹងក្កតពវកិចាដ៏ សំខាន់លន់នោះថា៖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42 ---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38 ﭽ ﭣ ﭤ ﭥ ﭦ ﭧ ﭨ ﭩ ﭪ ﭫﭬ ﭭ ﭮ ﭯ ﭰ ﭱ ﭼ اىجقشح :٨٣٢ មានន័យថា៖ «ឱពួកអ្នកមានជំនឿ គេបានដាក់ក្កតពវកិចាបួស្លើ ពួកអ្នក ដូចដែលគេបានដាក់ក្កតពវកិចានោះលើពួកអ្នកជាំនាន់មុនដែរ សង្ឃឹមថាពួកអ្នកនឹងកោតខ្លាច»។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8. អល់ឡោះទ្រង់បានមានព្រះបន្ទូលថា៖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ﭽ ﮘ ﮙﮚ ﮛ ﮜﮝ ﮞ ﮟ ﮠ ﮡ ﮢ ﮣﮤ ﮥ ﮦ ﮧ ﮨ ﮩﮪ ﮫ ﮬ ﮭ ﮮ ﮯ ﮰ ﮱ ﮲ ﮳ ﮴ ﭼ اىجقشح :١٣٢ មានន័យថា៖ «ដខ្រ៉ាមា៉ា ទនដែលគេបានបញ្ចុះគម្ពីរអាល់គួរអានមកក្នុង ដខ្នោះជាមរាគេស្ក៍សម្រាប់មនុស្សលោក ហើយជាការបញ្ជាក់ពីសេចក្តី ចងអុលបងហាញ និងការដបងដចករវាងស្ចាភាពនិងអស្ចាភាព។ ដូចនេះ អ្នក ណាមានវតតមានក្នុងដខ្នោះ រឺត្រូវតែបួស។ រើឯអ្នកណាដែលឈឺថាត់ ឬត្រូវគចញដំណើរ រឺត្រូវបួស្សផងវិញទៅនងៃផ្សេង»។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43 ---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តហុអ្វ៊ីច្ចំបាច់ក វ បួស( ម)ដ រ៉ា៉ាហទន?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9. យើងបួសក្នុងដខ្រ៉ាមា៉ា ទនដើម្បីគោរពប្រតិបត្តិតាមររបញ្ជារបស់ អល់ឡោះ។ អល់ឡោះទ្រង់បានបងាប់ប្រើដូចនេះ ពីពីព្រោះទ្រង់ ស្រឡាញ់អ្នកដែលបួស។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10. យើងបួស្ដើម្បីអ្ររុ ចំពោះទ្រង់ដែលបានប្រទានគម្ពីរអាល់រួរ- អានចុះមកក្នុងដខ្រ៉ាមា៉ា ទនជាការបងហាញផ្លូវដល់ពួកយើងនិងមនុស្ស រូទៅ។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11. អាំ ររុ ចំពោះទ្រង់ដែលបានជ្រើសរើសយើងនិងបង្កើតយើងជា អ្នកអ៊ីស្លាម។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12. អាំ ររុ ចំពោះទ្រង់ដែលបានផ្តល់ឱក្កសឱយយើងបានរគនទញ សូត្រ យល់ និងទទួលសេចក្តីចងអុលបងហាញពីគម្ពីរអាល់គួរអាន។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13. យើងបួស្ដើម្បីគ្រប់គ្រងខ្លួនយើងពីសេចក្តីគោភលន់ ូបចុកដែល អល់ឡោះបានកកាំ ត់ក្នុងខ្លួនរបាន របស់យើង។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14. ដើម្បីហាត់ពត់ខ្លួនឱយគចុះលុះបង់ចាំ ើអាហារ ររពយស្មបតតិណា ដែលអ៊ីស្លាមហាមរបាមជាសេចក្តីគោរពប្រតិបត្តិចំពោះបរបញ្ជា របស់អល់ឡោះជាម្ចាស់។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15. យើងបួស្ដើម្បីនឹករិដែល់ជនរកើរក អ្នករន់គខាយខ្វុះខ្លតដែល ពួកគេភារគេចើនកំពុងរងគោះអ្ត់ឃ្លលន ហើយកូនទៅរកុមគ្រួសារ របស់ពួកគាត់ក៏អ្ត់ឃ្លលនផងដែរ។ ដូចនេះយើងចាំបាច់ធ្វើការដាក់ ទនដចកចាយជូនដល់ពួកគេនូវអ្វីដែលអល់ឡោះបានប្រទានដល់ យើង។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44 ---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40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16. យើងបួស្ដើម្បីជៀស្វាងពីភាពមមាញឹកនឹងកិគលស្តណា យើង បគងើនការយកចិត្តបុកដាក់ចំពោះផ្លូវចិត្តរបស់យើងតាមរយៈការ ខិតខាំរបឹងដរបងគោរពប្រតិបត្តិចំពោះអល់ឡោះក្នុងដខ្គម្ពីរអាល់ រួរអានដ៏ឧតតុងាឧត្តមនោះ។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17. ដើម្បីបគងើនភាពគសាមុះរតង់ ដឹងពីការឃ្លលាំមើលរបស់អល់ឡោះ សេចក្តីអ្ត់មត់ និងការគោរពប្រតិបត្តិចំពោះអល់ឡោះជាម្ចាស់។ មា៉ាងទៀតបួស្មានសាររបគយជន៍សម្រាប់សុខ្ភាពផ្លូវក្កយផងដែរ។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18. អល់ឡោះនឹងផ្តល់ផលបុ យជាគេចើនដល់យើងទាំងអស់គ្នាទៅនងៃ បរលោក។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45 ---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ជំពូកទី១៨ ត វើបុណ្យហាជជ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បុ យហាជារឺជាការធ្វើដំណើរទៅកៈ ពុះទៅរើរកុងមា៉ាកុះ ក្នុងបាំង ប្រតិបត្តិតាមបរបញ្ជារបស់អល់ឡោះ និងបាំពេញអ្តតស្ញជា ពិគស្មួយចំនួនទៅរើនោះ (ដើម្បីដស្វងយល់ឱយបានចាស់អាំពី គមគៀននោះ សូមរតលប់ទៅរកអានគសៀវទៅឯកសារគយងស្តើអាំពី របធានបរនោះ)។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ការធ្វើហាជានោះជាក្កតពវកិចាត្រូវអនុវត្តតឱយបានមតងក្នុងមួយជីវិត លើអ្នកមូស្លើមដែលគ្រប់អាយុនិងមានលរធភាព(ទាំងសុខ្ភាពផ្លូវ ក្កយ និងររពយស្មបតតិ)។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ដំណើរទៅធ្វើហាជានិងការប្រតិបត្តិផ្សេងៗទៀតបងហាញយ៉ាងចាស់ ពីរូបភាពតែមួយរត់ននគោលការ ៍ឥស្លាម និងដើម្បីរាំឭកដល់ គោលប្រតិបត្តិរបស់ពួកព្យាការីដូចជាអិរពើម អ៊ីសាមគអ្ល មូហាំម៉ាត់ (សូមសន្តិភាពកើតមានចំពោះពួកគាត់)។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4. ជារូទៅគេប្រតិបត្តិបុ យហាជាទៅ ក់កណាតលរើ១ននដខ្ស៊ុលហា ជុះ(ដខ១២នន្នាំ ិចគាល៉ុះ)។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5. គេប្រតិបត្តិការគោរពបុ យហាជាដ៏ាំនោះទៅនងៃរើ៩ននដខ្ស៊ុលហាជុះ រឺការឈប់ស្រមាកទៅភនាំអាល៉ាហាវតដែលពួកអ្នករបារពធបុ យហាជា ទៅជួបជុំោនទៅរើនោះ។ ចំនួនអ្នកចូលរួមទាំងអស់ពេលខ្លុះអាចដល់ ទៅ២ោននាក់។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6. អ្នកធ្វើហាជាទាំងអស់របមូលផតុំោនទៅអាល៉ាហាវតដោយពួកគេធ្វើការបួង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46 ---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42 សួងសុំការអ្ភ័យគទស្ចំពោះ អល់ឡោះជាម្ចាស់ របក្កស្ករសារ ភាពកាំ ុស និងរបាថានចង់បានក្តីគមតាតករុណានិងការអ្ភ័យគទស្ពី ទ្រង់។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7. ទាំងនោះជាការរាំលឹកពួកយើងពីការជួបជុំោនដ៏ាំមួយទៅនងៃបរលោក។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8. នងៃបនាទប់(នងៃរើ១០)ជានងៃបុ យដ៏ាំ រឺបុ យសាំគេះសត្វ ក្នុងនងៃ នោះអ្នកធ្វើបុ យហាជាទាំងអស់ត្រូវសាំគលុះសត្វបូជារបស់ពួកគេ គេក្កយពីសាំគេះរួច ពួកគេបនតទៅមឹកុះ ពួកគេត្រូវគដើររបរ័កសិ ជុំវិញ( )ط ٘افកៈ ពុះចំនួន៧ជុំ។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9. អ្នកមូស្លើមគ្រប់រើកដនលងត្រូវធ្វើការសាំគេះសត្វរបស់ពួកគេផងដែរដូច ជា គោ ពដព គេក្កយពីថ្វាយបង្គំននបុ យនោះរួច។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10. ការសាំគេះនោះដាក់ចាប់ឱយប្រតិបត្តិដើម្បីរាំឭកដល់ការលុះបង់ដ៏ាំ របស់ព្យាការីអ៊ីប្រាហ៊ីម។ អល់ឡោះជាម្ចាស់ប្រើព្យាការីអ៊ីប្រាហ៊ីមឱយ សាំគេះកូនរបស់គាត់ព្យាការីអ៊ីសាមគអ្ល ហើយកកលនោះគាត់គស្ទើរ តែសាំគេះកូនជារើស្រឡាញ់របស់គាត់មែនដរន។ នោះរោន់តែជា ការសាកលបងពីភាពគសាមុះរតង់ និងការគោរពប្រតិបត្តិរបស់គាត់ ចំពោះទ្រង់តែប៉ុគណាណុះ។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11. ទៅពេលណាអ្នកបានទៅធ្វើហាជារួចស្ពវគ្រប់ អ្នកអាចទៅរស្សនា មា៉ាសាតព្យាការីទៅរើរកុងមា៉ាឌើ ុះមូណាវារ៉ាស់ ហើយចូរអ្នកថាវយ បងាំទៅវិហារនោះ ពីពីព្រោះការថ្វាយបង្គំទៅក្នុងវិហារនោះមានផល បុ យាំគផងណាស់។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12. ទៅពេលណាអ្នកបានទៅរើរកុងមា៉ាឌើ ុះមូណាវា៉ារ៉ាស់ អ្នករបបើចូល មើលផនូររបស់ព្យាការីមូហាំម៉ាត់(សូមសន្តិភាពកើតមានចំពោះគាត់)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47 ---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43 និងផនូររបស់ស ការើរបស់គាត់ដ៏មហានងលថាល។ ការចូលមើលរស្សនា រឺជារបការដែលគេប្រើ ហើយសូមអ្នកឱយសឡាមសាវរមដល់ពួកគាត់។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13. ដូចនេះដែរការទៅរស្សនាវិហារអាល់អ្ក់ស្រ ទៅយ៉ារូសោម ជា របការរបបើធ្វើផងដែរក្នុងអ៊ីស្លាម។ សូមអល់ឡោះទ្រង់គមតាតជួយ ដល់ពួកអ្នកមូស្លើមកនុងការស្គស្រងុះវិហារនោះឱយរួចផុតពីការរតួត រតារបស់ពួកជិ វ លន ន។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តហុអ្វ៊ីក វ ត វើហាជជ?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14. ធ្វើហាជាដើម្បីគោរពបរបញ្ជារបស់អល់ឡោះដ៏មហាខ្ពង់ខ្ពស់ ពីព្រោះ ទ្រង់បានដាក់ក្កតពវកិចាមកចំពោះយើងទាំងអស់គ្នា។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15. ដើម្បីជាការដឹងរុ ដែលទ្រង់បានប្រទានសុខ្ភាពបរិបូរ ៍ កូន ទៅ ររពយស្មបតតិដល់ពួកយើងទាំងអស់គ្នា។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16. ដើម្បីលើកតគមើងទ្រង់ដោយគដើរជុំវិញកៈ ពុះជាវិហាររបស់អល់ឡោះ ដ៏រជុះសាអត។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17. កៈ ពុះជាវិហារដាំបូងបងអស់ដែលគេបានសាងសផង់លើភពដផនដើរុក ជារើស្ការៈចំពោះអល់ឡោះ។ សាងសផង់ដោយព្យាការីអ៊ីប្រាហ៊ីមនិង បុរតរបស់គាត់ព្យាការីអ៊ីសាមគអ្ល ដោយមានការបងាប់បញ្ជាពី អល់ឡោះជាម្ចាស់។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18. យើងធ្វើហាជាដើម្បីបានថ្វាយបង្គំទៅកៈ ពុះដែលជារិបេ័ត(រិស) សម្រាប់ពួកអ្នកមូស្លើមទាំងអស់ទៅលើស្កលគោកគ្ពុះតបមង់ក្នុង ពេលថ្វាយបង្គំ។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19. ដើម្បីឈប់ទៅភនាំអាល៉ាហាវត និងប្រតិបត្តិការស្ការៈដ៏ឧត្តមទៅរើនោះ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48 ---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44 ដូចជារាំឭកចំពោះអល់ឡោះ ជរមុះខ្លួនរបស់យើងពីអាំគពីបាប និង សុំការលើកលែងគទស្ពីអល់ឡោះជាម្ចាស់។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20. ដើម្បីរស្សនាកដនលងដែលពយកករើអ៊ីប្រាហ៊ីមនិងពាការរើអ៊ីសាមគអ្លបាន សានក់ទៅនិងកដនលងដែលពួកគាត់ទាំងពីរបានគោរពប្រតិបត្តិចំពោះ អល់ឡោះជាម្ចាស់។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21. ដើម្បីចង់ឃើញរឹកដើពិសិដធដែលព្យាការីមូហាំម៉ាត់របស់យើងគាត់បាន របស់តនិងាំដឹងក្តី ហើយបានទទួលវា៉ា ើទៅរើនោះ។ កដនលងដែលគាត់បានទទួលការឈឺចាប់ និងបានតស៊ូក្នុងការផសព្វផាយពនលឺរបស់ អល់ឡោះ។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22. ដើម្បីជួបជុំបងបអូនអ៊ីស្លាមដែលមកពីគ្រប់រិស្រើ ដោយមិនរបក្កន់ ពូជសាស្ន៍ ពរ ៌ស្មបុរ ជើវភាពរស់នៅ និងការរបក្កន់ផ្សេងៗ ទៀតដែលចាប់លោកិយ៍បានបង្កើតគើង។ ទៅរើនោះយើងមើល ឃើញពីស្កលគោកអ៊ីស្លាម។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23. ដើម្បី វឹកហាត់ចរិតអ្ត់មត់ លុះបង់ ពុះ រ ភាពសាមញានិងការ ប្រតិបត្តិផ្លូវចិត្តផ្សេងៗទៀត ដែលពួកយើងកំពុងតែត្រូវការបំផុត។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24. ដើម្បីជរមុះស្មាអតខ្លួនយើងពីអាំគពីបាបទាំងឡាយ យើងរតលប់មក វិញដោយោមនអាំគពីបាប ហើយយើងចាប់គផតើមជីវិតរបស់យើងដោយ ភាពសាអតសអាំ។ សផងឈឹមថាយើងនឹងរក្សាភាពសាអតសអាំនោះរហូតដល់នងៃ ដែលយើងទៅជួបនឹងអល់ឡោះជាម្ចាស់ ហើយយើងក្កលយរកុម អ្នកដែលទទួលបាននូវការអា ិតស្រឡាញ់ ពីទ្រង់ទៅក្នុងឋានសួរ៌ដ៏អ្មតៈ។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49 ---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ជំពូកទី១៩ តើអ្នកអ្ភិវឌ្ឍឥស្លាមរបស់អ្នកយ៉ាងដូចតមតច?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ទៅពេលអ្នករបក្កខ្លួនព្រមចូលអ៊ីស្លាម មានន័យថា អ្នកកំពុងគបើក រាំព័រសក្នុងបញើអាំគពីលអរបស់អ្នក។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រើឯអ្វីៗដែលបានកនលងួស្ននអាំគពីអារកក់ទាំងប៉ុនាមននោះសផងឈឹមថា អល់ឡោះទ្រង់នឹងអ្ភ័យគទស្ដល់អ្នកដោយសារការចូលអ៊ីស្លាមរបស់ អ្នក។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របាកដណាស់ ទៅពេលអ្នកបានចូលអ៊ីស្លាម មានន័យថាអ្នកបាន គកើតសាជាងមើក្នុងសាសនាអ៊ីស្លាម។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4. ចំពោះអ្នកត្រូវតែអ្ភិវឌឍខ្លួនឯងនិងធ្វើឱយខ្លួនឯងរើកលូតោស់ក្នុង ឥស្លាម។ តើត្រូវធ្វើយ៉ាងដូចគមតច?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ទ៊ី១ បតងើនការយល់ដឹងរបស់អ្នកអំព៊ីឥស្លាម៖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ដោយសូត្រអាល់គួរអាន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អានអាំពីការបករសាយ(តា វគសៀរ)អាល់គួរអាន។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អានបណ្តាហារើស្ដែលគេបានាំនាំពីព្យាការីមូហាំម៉ាត់(សូមស្នតិ ភាពកើតមានចំពោះគាត់)។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4. អានជើវៈរបវតតិរបស់គាត់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5. អានជើវរបវតតគមដឹកនាំអ៊ីស្លាមនិងជើវរបវតតរបស់អ្នកគចុះដឹងមុនៗដែល ពួកគេបានផសព្វផាយសាសនាអ៊ីស្លាមរូតបានសុសសាយពេញ លើស្កលគោក។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50 ---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46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6. ចូលរួមថ្វាយបង្គំនងៃសុរក(សាឡាតយាំអាត់) ដើម្បីស្តាប់បររូនាមន គេបៀនរបទៅ និងដើម្បីថ្វាយបង្គំជាមួយនឹងបងបអូនអ៊ីស្លាម។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7. ចូលរួមថ្វាយបង្គំនងៃបុ យទាំងពីរ និងស្តាប់ កយរូនាមនគេបៀនរបទៅ របស់អើមុំ។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8. ថ្វាយបង្គំទាំង៥ពេលក្នុងវិហារអ៊ីស្លាម ទៅពេលដែលោមនបញ្ជា លាំបាកអ្វីគកើតគើងចំពោះអ្នក។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9. ចូលរួមកនុងកមមវិនានាដែលបគេងៀនអាំពីសាសនាអ៊ីស្លាម។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10. ពាយមរាំនាក់រាំនងជាមួយអ្នកដែលមានលរធភាពននពួកអ្នកដែល មានចំពោះដឹង អ្នកដឹកនាំវិហារ និងររូបគេងៀនសាសនា ហើយចូរ ដ នាំខ្លួនរបស់អ្នកដល់ពួកគេ និងសួរពួកគេពីអ្វីដែលអ្នកមិនទន់ យល់ចាស់ននក្កតពវកិចាសាសនាអ៊ីស្លាម។ ចាស់ណាស់បុរាលដែល អ្នកទៅសួរនោះគាត់នឹងស្បាយចិត្ត រើក្លាយក្នុងការបករសាយ ជូនដល់អ្នកជាមិនខ្លន។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11. ពាយមាលប់អានមិត្តភ័កតិដែលជាអ្នកមូស្លើម គចុះដឹងអាំពីសាសនា អ៊ីស្លាម ដើម្បីចងអុលបងហាញអ្នក ពនយល់អ្នកពីអ្វីដែលអ្នកពុំទន់យល់ ចាស់ននក្កតពវកិចាសាសនាអ៊ីស្លាម។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12. ចូរអានរបភពររឹះននសាសនាអ៊ីស្លាម(គម្ពីរអាល់គួរអាន និងក្បួន ចាប់របស់ព្យាការី) ព្រមទាំងគសៀវទៅដែលមានជំនឿរុកចិត្តបក រសាយអាំពីអ៊ីស្លាម ដើម្បីបគងើនចំពោះដឹងរបស់អ្នក។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13. អ្នកនឹងបានយល់ជាគេចើនអាំពីវិន័យអ៊ីស្លាម រគបៀបរបបននប្រតិបត្តិ ទាំងឡាយ វិន័យគ្រួសារ ការរាំនាក់រាំនង សុជើវ្ម៍ គស្ដឋកិចា ហើយនិងកិចាការរូទៅ។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51 ---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14. អ្នកនឹងរជាបពីមោ៍អ៊ីស្លាមនិងរស្សនរបស់វាដែលស្តើអាំពីការបង្កើត ភពដផនដើ មនុស្សលោក និង ការបស់នៅ។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15. អ៊ីស្លាមមិនត្រឹមតែជាសាសនាប៉ុគណាណុះគេ តែជារបព័នធគ្រប់គ្រង សផងាម ចាប់រដធ និងជាផ្លូវសម្រាប់ជីវិតផងដែរ។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ទ៊ីព៊ីរ៖ បតងើនការក្បិប តិអំតពីលា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16. ពាយមធ្វើនូវរគងវើលអបន្ថែមពីលើរការប្រតិបត្តិទាំង៥ដែលបាន និយាយកនលងមក ឧទ រ ៍៖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17. ធ្វើការថ្វាយបង្គំបន្ថែមពីលើការថ្វាយបង្គំទាំង៥ពេល។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18. ឬជួយជនរកើរកនិងអ្នកដែលខ្វុះខ្លតអ្ត់ឃ្លលនបន្ថែមពីលើររពយដែល ចាប់អ៊ីស្លាមបងាប់ឱយបរិចារ ឬជួយពួកគេក្នុងការគៀបចាំកិចាការចាំ បាច់ដែលពួកគេពុំមានលរធភាពធ្វើ។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19. ឬបួស(តម)បន្ថែមពីលើការបួសក្នុងដខាល៉ាមា៉ា ទន។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20. ឬចូលរួមកនុងរគេមាងសផងាមកិចាក្នុងគោលបទាំងចូលរួមអ្ភិវឌឍន៍ សផងាមអ៊ីស្លាម។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21. ឬអំពាវនាវមិត្តភ័ក្តីណាមានក់ឱយចូលអ៊ីស្លាម។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52 ---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48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ជំពូកទី២០ តើអ្នករក្សាឥស្លាមរបស់អ នកយ៉ាងដូចតមតច?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ទៅពេលដែលអ្នកបានចូលអ៊ីស្លាម មានន័យថា អ្នកបានរក្សារុក អាំគពីលអជាគេចើនសម្រាប់ខ្លួនអ្នក។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អ្នកគេបៀបដូចជាអ្នកដែលដែលមានសាំណាងទទួលបានកាំ ប់ដ៏មាន តនមល។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អ្នកដែលមានកាំ ប់ដ៏មានតនមលនោះ របាកដជាមានស្ត្រូវជាគេចើន ពាយមមកលួចយកកាំ ប់របស់អ្នក។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4. ដូគចានុះដែរ អ្នកបានទទួលកាំ ប់អ៊ីស្លាម។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5. រង់តែមានមនុស្សមួយចំនួននឹងពាយមាលាលទាំងអ្នកពីសាសនាងមើរបស់ អ្នក។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6. ពួកគេទាំងនោះជាស្ត្រូវរបស់អល់ឡោះ។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7. ស្ត្រូវរបស់អល់ឡោះរឺពួកបិសាចជាមនុស្សមនុស្សដូចោន និង រ ពួកបិសាច។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8. រើឯរ ពួកបិសាចមនុស្សរឺពួកគេពាយមសាកលបងនិយាយរបមាង មើលងាយអ្នក។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9. ឬពាយមបញ្ចុះបញូលអ្នកដោយយកលុយមករិញរឹកចិត្តរបស់អ្នក ឱយចាកគចញពីសាសនារបស់អ្នក។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10. គេនិយាយប្រាប់អ្នកថា អ៊ីស្លាមជាសាសនាដបបនោះដបបនោះ ហើយ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11. ពួកគេនិយាយបនលប់ អ្នកដើម្បីធ្វើឱយអ្នករចបូករចបល់គកើងក្តីមនទិល សផងស័យ។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53 ---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12. ចូររជាបចុព្រះអល់ឡោះបានមានព្រះបន្ទូលថា៖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ﭽ ﭑ ﭒ ﭓ ﭔ ﭕ ﭖ ﭗ ﭘ ﭙ ﭼ ُاىفشقب :٨٨ មានន័យថា៖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«ហើយពួកគេនឹងមិននាំមកនូវភស្តុតាងឬគលស្សាំអាង ណាមួយ លើកលែងតែយើងប្រទានជូនដល់អ្នកនូវចគមលើយដ៏ស្ចាៈត្រឹម ត្រូវ ហើយជាការបករសាយដ៏របគសើរជារើបំផុត»។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13. ចូរអ្នកសួរពួកអ្នករបាជារបស់អ៊ីស្លាមពីចគមលើយដែលអល់ឡោះបាន ប្រទានចុះមកក្នុងគម្ពីរអាល់គួរអាន ចំពោះរាល់ការចម្ងល់សផងស័យ របស់អ្នក។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14. រើឯរ ពួកបិសាច(យិន)វិញ ពួកគេបានពងវក់ដួងចិត្តរបស់អ្នកឱយ វិលវល់ ពួកគេខ្សឹបប្រាប់អ្នកថា៖តើអ្នកគបុះបង់សាសនារបស់អ្នក និងគបុះបង់សាសនាជើដូនជើតា ហើយជ្រើសរើសយកសាសនាដនរឬ?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15. តើអ្នកតាមសាសនាដែលបងាប់ប្រើឱយថ្វាយបង្គំ(សាឡាត) បួស (តម) និងបរិចារ( ាក្កត)ឬ? សាសនាដែលហាមអ្នកមិនឱយ ផឹករសា។ល។?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16. ចូររជាបចុះថា រាល់មនុស្សទាំងអស់តែងរបរុះឃើញខ្លួនឯគដើរតាម សាសនាដែលឪពុកមាតយរបស់គេបានគដើរតាម ហើយគោំដឹងក្តីក្នុង សាសនានោះ។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17. ទាំងពួកអ្នកគដើរលើផ្លូវត្រូវ និងអ្នកគដើរលើផ្លូវខុស។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18. ក៏ប៉ុដនតជាបញ្ជាទៅរតង់ តើសាសនាណាមួយដែលពិត ហើយសាសនា ណាមួយដែលវគងវង?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19. ជាពិតណាស់ អ៊ីស្លាមជាសាសនាដ៏ពិតប្រាកដ រជុះសាអតពីអ្បិយ ជំនឿទាំងឡាយ រជុះសាអតពីអាំគពីពុគេពក្នុងការគោរពស្ការៈ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54 ---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50 ចំពោះព្រះជាម្ចាស់។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20. ជាសាសនាដែលមានជំនឿចំពោះមាស់តែមួយរត់ និងគសាមុះរតង់ ចំពោះទ្រង់។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21. ទៅពេលអ្នកមានអារ ម៍ថា មានរ ពួកបិសាចមកយយើអ្នក ចូរអ្នកសូត្រថា៖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ﭽ ﮛ ﮜ ﮝ ﮞ ﮟ ﮠ ﮡ ﮢ ﮣ ﮤ ﮥ ﮦ ﮧ ﭼ ٍُْ٘اى َإ :٣٦ - ٣٦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មានន័យថា៖ «បពិរតព្រះជាម្ចាស់របស់ខ្ញុំ សូមទ្រង់គមតាតោំ រ ខ្ញុំពីការលបួងរបស់ពួករ ពួកបិសាច។ សូមទ្រង់គមតាតោំ រខ្ញុំពីការមក យយើរបស់ពួកគេក្នុងកិចាការងាររបស់ខ្ញុំ»។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22. ចូរសូត្រផងដែរជំពូកអាល់ហាវទឹក (س ٘سح اىفيق)និងជំពូកអាន់គើស )س ٘سحاى ْبس(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(សូមអានក្នុងគមគៀនបន្ថែម)។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55 ---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ជំពូកទី២១ តើអ្នកអំ វនាវអ្នកដដទឱយចូលឥស្លាមយ៉ាងដូចតមតច?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ព្យាការីមូហាំម៉ាត់បានមានរបសាស្ថា៖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قبه اىشس ٘ه ٚطي اهلل ٔٞعي ٌٗسي ) :ف ٘اهلل ُأل ٖٛٝذ اهلل ثل ًسجال ًٗاحذا خ ٞش ىل ٍِ ُ أ ُ٘ٝن ىل ح َش ٌَاى َّْع ( ٓس ٗا ،ٛاىجخبس ٌٍٗسي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មានន័យថា‹‹ខ្ញុំសូមស្បងចំពោះអល់ឡោះជាម្ចាស់ គបើអល់ឡោះទ្រង់ ប្រទានសេចក្តីចងអុលបងហាញដល់នូវបុរស្មានក់ចូលអ៊ីស្លាមដោយសារ អ្នក វារបគសើរចំពោះអ្នកជាងអ្នកមានសត្វសត្វអូដឋនងលមួយកាលររពយ ដែលមានតនមលបំផុតទៅអាល៉ាប់ក្កលស្ម័យបុល )››។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គាត់បានរបសាស្ន៍ទៀតថា៖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ٗقبه ٚطي اهلل ٔٞعي ٌٗسي أ ٝضب ) :ٍِ دعب ٚئى ٕٙذ ُمب ٔى ٍِ األجش ٍثو أج ٘س ٍِ ٔ رجع ال ْٝقض رىل ٍِ ٌٕأج ٘س ًش ٞئب (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មានន័យថា‹‹អ្នកណាដែលបានអំពាវនាវទៅរកសេចក្តីចងអុលបងហាញ អ្នកនោះទទួលផលបុ យដូចអ្នក ដែលបានធ្វើតាមគេដែរោមនខ្លត បង់ផលបុ យរបស់ពួកគេអ្វីបន្តិចហើយ››។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ចូរយកចិត្តបុក្នុងការអំពាវនាវទៅរកអ៊ីស្លាមចំពោះបុរាលមិនមែន មូស្លើមដែលអ្នកស្គាល់។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4. ចាប់គផតើមពីសាច់ញាតិដែលជិតជាងគេបំផុតដូចជាឪពុកមាតយរបស់ អ្នក របំពានធ បតើ កូនរបុស កូនរសើ បងបអូនរបុស្រសើ អ្នកជិតខ្លង មិត្តភ័កតិ។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5. អល់ឡោះជាម្ចាស់បានមានព្រះបន្ទូលដល់ព្យាការីរបស់គាត់ថា៖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56 ---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52 ﭽ ﭿ ﮀ ﮁ ﮂ ﭼ اىشعشاء :٣٢١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មានន័យថា៖(ចូរអ្នកគេកើនរាំលឹកោស់គតឿនដល់សាច់ញាតិរបស់អ្នក ដែលជិតបំផុត)។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6. ចូរបងហាញប្រាប់ពូកគេអាំពីសាសនាពិត ហើយបញ្ចុះបញូលពូកគេឱយ ពេញចិត្តនឹងសាសនានោះ។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7. ផ្តល់ដាំ ឹងរើក្លាយដល់ពួកគេ ពីអ្វីដែលអល់ឡោះបានប្រទានដល់ ពួកគេក្នុងលោកិយ៍នោះហើយនិងក្នុងបរលោក ដោយពួកគេគដើរតាម រនលងអ៊ីស្លាម។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8. ចូរោស់គតឿនពួកគេឱយដឹងថា អល់ឡោះទ្រង់ខឹងចំពោះពួកគេទៅ ពេលដែលពួកគេមិនព្រមមានជំនឿចំពោះគម្ពីរអាល់គួរអានដែល ទ្រង់បានបញ្ចុះមកជាមរាគេស្ក៍សម្រាប់មនុស្សលោកទាំងមូល។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9. ឬពួកគេមិនមានជំនឿចំពោះព្យាការីមូហាំម៉ាត់ដែលអល់ឡោះបាន បញូនគាត់មកជាក្តីគមតាតសម្រាប់ស្កលគោកទាំងមូល។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10. ចូរអំពាវនាវដោយកតីស្រឡាញ់ និងគសាមុះរតង់។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11. ខ្លួនអ្នកផ្កទល់ត្រូវធ្វើរាំរូលអដោយរបក្កន់នូវអត្តចរិតនងលងនូរ។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12. ចូររបញាប់របញាល់ធ្វើអាំគពីលអ និងជារបគយជន៍រួម។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13. គបើសិនជាអ្នកធ្វើដូចនេះអ្នកនឹងក្កលយជាអ្នកអំពាវនាវមករកអ៊ីស្លាមដោយ រគងវើនិងស្មតើរបស់អ្នក។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14. មិត្តភ័កតិរបស់អ្នកនឹងទទួលការអំពាវនាវរបស់អ្នកយ៉ាងរ ័ស ប្រសិន គបើអល់ឡោះទ្រង់គបើកផ្លូវចងអុលបងហាញដល់ពួកគេ។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15. ពួកគេនឹងដឹងអ្វីដែលគចញពីមាត់របស់អ្នកសុរធតែជាការពិត។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16. ពួកគេនឹងទទួលយកអ៊ីស្លាម ស្រឡាញ់ចូលចិត្ត ហើយពួកគេនឹង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57 ---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53 ស្រឡាញ់ចូលចិត្តអ្នកផងដែរ។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17. អ្នកចាំបាច់ត្រូវម៉ាតចត់ក្នុងការអំពាវនាវ និងបគេងៀន។ ចូរអ្នកនិយាយ ផសព្វផាយទៅគ្រប់រើកដនលងទាំងអស់ដែលស្មរស្ប។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18. ដោយមាន កយគសាលកអាល៉ាប់មួយគ លថា៖(រាល់ស្មតើនើមួយៗអ្រស័ យទៅនឹងបរិបរ)។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19. អល់ឡោះជាម្ចាស់ទ្រង់បានមានព្រះបន្ទូលថា៖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ﭽ ﮦ ﮧ ﮨ ﮩ ﮪ ﮫ ﮬﮭ ﮮ ﮯ ﮰ ﮱ﮲ ﮳ ﮴ ﮵﮶ ﮷ ﮸ ﮹ ﮺﮻ ﮼ ﮽ ﮾ ﮿ ﭼ اى ْحو :١١٢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មានន័យថា៖ «ចូរអ្នកអំពាវនាវទៅក្កន់ផ្លូវព្រះជាម្ចាស់របស់អ្នកដោយ រតិប ឌិត និងការរូនាមនគេបៀរបទៅដ៏លអ របនព ហើយចូរអ្នកជដជកជាមួយ នឹងពួកគេដោយអ្វីដែលលអរបគសើរ។ របាកដណាស់ ព្រះជាម្ចាស់របស់អ្នក មហាដឹងចំពោះអ្នកដែលវគងវងពីផ្លូវរបស់ទ្រង់ ហើយទ្រង់មហាដឹងចំពោះ អ្នកដែលទទួលបាននូវសេចក្តីចងអុលបងហាញ)។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20. គបើសិនជាអ្នកមិនទន់គចុះភាសារអាល៉ាប់ទៅរជុះគេនោះ ចូរអ្នករសាវ រជាវសិកាបន្ថែម ដើម្បីដស្វងយល់អាំពីសាសនាអ៊ីស្លាមឱយដឹងក្កន់តែ ចាស់ពីរបភពគដើមរបស់វា។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21. ទៅពេលនោះ គបើសិនជាអ្នកនិយាយអាំពីសាសនាអ៊ីស្លាម អ្នកនឹងនិយាយ ពីចំពោះដឹងផ្កទល់ននព្រះបន្ទូលរបស់អល់ឡោះ និង កយរបសាស្ន៍ របស់អ្នកនាំសាររបស់អល់ឡោះ និងសាំមតើអ្នករបាជាអ៊ីស្លាម។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58 ---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54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22. ចូរផ្តល់គសៀវទៅនោះមួយចាប់ជូនដកលអ្នកណាដែលអ្នកពេញចិត្ត ចង់អ្នកនឹងអំពាវនាវគេឱយចូលអ៊ីស្លាមដើម្បីជាជាំនួយដល់អ្នកក្នុង ការបករសាយពនយល់។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ជំពូកទី២២ ក្បការដែលតគហាមឃា ់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របាកដណាស់ អល់ឡោះជាម្ចាស់បាបបញាតិចាប់ដល់យើងទាំងអស់គ្នាទៅក្នុងគម្ពីរអាល់គួរអាន និង រាំគនៀមរាំោប់(សុ ណុះ) ជាគេចើនរបស់ព្យាការីមូហាំម៉ាត់។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ក្នុងនោះមានរបការចាំបាច់ត្រូវតែធ្វើ និងរបក្កចាំបាច់ត្រូវតែគបុះបង់។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អ្វីដែលជារបការចាំបាច់ត្រូវតែធ្វើនោះរឺយើងបានបករសាយវារួចមក ហើយក្នុងគមគៀនមុនៗ។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4. រើឯរបក្កចាំបាច់ត្រូវតែគបុះបង់ នោះរឺយើងនឹងនិយាយអាំពីការបក រសាយដូចខ្លងគេក្កម៖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ទ៊ីមួយ៖ ចំណ៊ីអាហារដែលតគហាមឃា ់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5. សាកស្ព៖ សាកស្ពសត្វ នៈដែលរស់នៅលើគោក គទុះបើសត្វ នោះសាលប់ដោយោច់ខ្យល់(មិនបានសាំគេះតាមកបួនចាប់អ៊ីស្លាម) ឬសាលប់ដោយគេចងក ឬសាលប់ដោយត្រូវគេរចានរាំដាក់ពីរើខ្ពស់ ឬត្រូវសត្វសាហាវខ្លាំសើ ហើយសាលប់ដោយមិនទន់បានសាំគេះ។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6. ក៏ដូចោនដែរ អ្នកដែលសាំគេះនោះមិនមែនជាអ្នកមូស្លើម ទៅពី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59 ---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55 ណាស្រ៉ានើ(គ្រិស្តសាសនិក) និងយ៉ា ូឌើ(ជិ វ)។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7. រើឯសាកស្ពសត្វដែលរស់នៅក្នុងរឹកគេពុំបានហាមឃ្លត់គេ មាន ន័យថាយើងអាចូបាន។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8. មដែលូរគចញពីសត្វគេសាំគេះ។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9. សាច់រជូក។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10. សត្វដែលគេសាំគលុះមិនបានសូត្រព្រះនាមអល់ឡោះ ឬគេសាំគេះរុក បូជាទៅពីអល់ឡោះ។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11. សាច់សត្វសាហាវដូចជាសត្វគតា ខ្លល ដឆា ឬសាច់សត្វសាលបកាំណាច ដូចជាសាទាំង ឥស្រនទើ។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12. សាច់សត្វោរសុក។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13. សាច់សត្វដែលសើចាំ ើកខ្វក់សអុយរលួយ លុះរតាតែយើងុំវារុក ដើម្បីឱយចាំ ើសាអតវាសើមួយរយៈក្កលគ្រប់រោន់មុននឹងសាំគេះវូប។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14. រាល់មូបចាំ ើណាដែលរបដាក់របស់កខ្វក់ លុះរតាណាយើងោង ស្មាអតវាសិនគបើអាច។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15. រសា គេរឿងគញៀន និងវតថុទាំងឡាយដែលមានជាតិរស្វឹង។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16. រាល់ចាំ ើណាដែលធ្វើគអាយគោះថានក់ដល់សុខ្ភាពាលងាក្កយ ដូចជាថានាំពុលជាគដើម។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ទ៊ីព៊ីរ៖ ទតងវើដែលតគហាមឃា ់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រឺជារគងវើដែលអល់ឡោះសអប់គខ្ពីម ទ្រង់គេក្កខឹង ហើយទ្រង់នឹង ទរុ កមមចំពោះអ្នកដែលរបរពឹត។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60 ---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56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17. គោព្រមាស់ផ្សេងរួមជាមួយអល់ឡោះ(សើរិក)អ្កតញូចំពោះ ឪពុកមាតយ។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18. ធ្វើសាកសើគបាករបាស់ក្ក រជនរុចារិត។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19. ស្មាលប់ជីវិត ដែលចាប់អ៊ីស្លាមបានហាម លើកលែងតែខុសនឹង ចាប់ឥស្លាម។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20. របរពឹតតអាំគពីផិតជាមួយអ្នកដែលចាប់អ៊ីស្លាមបានហាមឃ្លត់។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21. ការលួច បលន់។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22. គកងរបវ័ញាររពយស្មបតតិគកមងកាំរ។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23. រត់គេចគចញពីសង្គ្រាមងាមរបយុរធរបទាំងជាមួយនឹងស្ត្រូវ។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24. គចាររបក្កន់អាំគពីផិតកបត់ចំពោះបុរស និងស្រស្តើដែលសាអតសអាំ។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25. គបើកបងហាញគករតិ៍ខ្លមស( )ع ٘سح4ទៅចំពោះមុខ្មហាជន លើកលែងតែ ដើម្បីពាបាល។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26. គកងរបវ័ញាររពយស្មបតតិអ្នកដនរដោយអាំគពីរុចារិត ឬសូកបា៉ាន់ គបាក របាស់។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27. ប្រើរបាស់ការសូកបា៉ាន់ដើម្បីគកងរបវ័ញាររពយស្មបតតិអ្នកដនរ ឬដើម្បី យកស្មបតតិអ្នកដនរធ្វើជាកមមសិរធិខ្លួនដោយខុសចាប់។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28. គៀបការជាមួយមាតយខ្លួនឯង ឬកូនរសើខ្លួនឯង ឬគៀបការជាមួយមាន បង្កើត ឬកមួយរសើបង្កើត ជាបងបអូនបង្កើតឬរួមដម៉ាគោះ ឬក៏ជារបំពានធ របស់ឪពុក ឬក៏កូន ឬមាតយគកមក ឬកូនរបស់របំពានធជាគដើម។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 ពាក្យ )عىرة( គឺជ្ញតផនក្មួយននរាងកាយរបស់ព្បុស និងព្សីតែលព្តូវតត្បិទបំង។ សពម្ចប់បុរស គឺច្ចប់ពីផាត្រហូតែល់ ងាង់ រីឯស្រសទីវិញគឺខ្លួនព្បណំ មូល នលើកលែងតត្មុខ និងព្បអប់នែំ ងពីរ។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61 ---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29. បុរស្មូស្លើមកុំគៀបការជាមូយស្រស្តើដែលជាពួការគ វៀត(របទាំង) លើកលែងតែពួកណាសាល៉ានើ(គ្រិស្តសាសនិក) និងពួកយ៉ា ូដ(ជើ វ)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30. កុំគៀបការស្រស្តើអ៊ីស្លាមឱយទៅបុរស្កគ វៀរ គទុះបើជាណាសាល៉ានើ (គ្រិស្តសាសនិក) ឬយ៉ា ូឌើ(ជើ វ)។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ជំពូកទី២៣ អាវល៊ីយ៉ាក5របស់អល់ឡោះតេះ (សំណ្ពវចិ តរបស់អល់ឡោះតេះ)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សាំ ពវចិត្តរបស់អល់ឡោះរឺជាអ្នកដែលអល់ឡោះទ្រង់ស្រឡាញ់ ស្ពវព្រះហឫទ័យចំពោះពួកគេ ហើយពួកគេក៏ស្រឡាញ់អល់ឡោះ ផងដែរ។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ពួកគេរឺជាអ្នកប្រតិបត្តិអាំគពីកុស្លម៌ មានជំនឿចំពោះអល់ឡោះ និងប្រតិបត្តិតាមបញ្ជារបស់ទ្រង់។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អល់ឡោះតបស្នងដល់ពួកគេនូវការបស់នៅដ៏មានបរមសុខ្សុភមងាល ទៅក្នុងគោកិយនោះ ហើយពួកគេនឹងបានរស់នៅជិតខ្លងអល់ឡោះ ក្នុងនងៃបរលោកទៅឋានសួរ៌ដ៏ឧតតុងាឧត្តម។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4. ពូកគេ(ពួកទៅលើយ៉ាក)ោមនលរធភាពអាចជួយស្គស្រងុះអ្នកណាមានក់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 (អាវលីយ៉ាក)ពហុវចនៈននពាក្យ(វ៉ាលីយ៍)ជ្ញបនចាក្សពទអ៊ីស្គលមម្ចនន័យកំណ្ត់ បននសចកទីថាជ្ញអនក្មូស្លីមតែលបនសម្ចាត្ចិតេ របស់នគនោយនសចកទីពេះថាលសពម្ចប់បទបញ្ជារបស់អល់នេះក្នុងអត្ថន័យដ៏ទូលំទូលាយនិងសី នពៅ។ ក៏ប៉ុតនេបនចាក្សពទននេះព្តូវបនអនក្មូស្លីមខ្លះនព្បើខុស។ តែលពួកនគបនទទួលឥទធិពលពីនពៅមិនតមនម្ចនលក្ខណៈជ្ញអ៊ីស្គលម។ ែនចនេះពូក្នគសំនៅនៅនលើ នចំតឡក្តែលព្បក្បនោយអាថ៌ាកំបំងអេះ អាងថាខ្លួននគម្ចនអានុភាពក្នុងការបនងើតឱយម្ចនភាពអចឆរិយៈ។ ឧំ ហរណ៍ែចជ្ញពួកអនកព្បានលាក ខាងលិចតែលសិកាអំពីឥស្លាមយល់ថាថាពាក្យ(អាវលីយ៉ាក)ព្សនែងនឹងពាក្យ‹‹អាល់គែសីន››(សនេបុគាល) ក្នុងសាសនាព្គិស្គទន អំណេះអំណាងននេះគ្មាននគ្មលព្គឹះការពិតអែំ ងអស់។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62 ---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58 បានហើយ គេក្កយពីពួកគេបានសាលប់ ហើយក៏ោមនដែរក្នុង កជីវិត របស់ពូកគេ លើកលែងតែតាមូលហេតុមមតាប៉ុគណាណុះ។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5. ដូចអល់ឡោះបានមានបនទូលថា៖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ﭽ ﭑ ﭒ ﭓ ﭔ ﭕ ﭖ ﭗ ﭘ ﭙ ﭚ ﭛ ﭜ ﭝ ﭞ ﭟ ﭠ ﭡ ﭢ ﭣ ﭤ ﭥ ﭦ ﭧﭨ ﭩ ﭪ ﭫ ﭬﭭ ﭮ ﭯ ﭰ ﭱ ﭲ ﭼ ّٝ٘س :١٩ - ٣٩ មានន័យថា៖«របាកដណាស់ សាំ ពវចិត្តរបស់អល់ឡោះ រឺពួកគោមនភាពភ័យខ្លលច ហើយក៏ោមនគកើតបុកខរពួយអ្វីដែរ។ ពួកអ្នកដែល មានជំនឿ ហើយគោរពកោតខ្លាច។ សម្រាប់ពួកគេនោះរឺដាំ ឹងរើក្លាយទៅលើលោកិយ៍ និងទៅនងៃបរលោក ព្រះបន្ទូលរបស់អល់ឡោះោមនការផ្កលស់បតូរហើយ។ នោះរឺជាការគជារជ័យដ៏ាំគផងជារើបំផុត)។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6. ចូរកសាងខ្លួនជាអ្នកអ៊ីស្លាមដ៏លអនោះអ្នកនឹងក្កលយជាអ្នកដែលទៅក្នុង ចំពោះណាមពួកគេ។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7. អល់ឡោះមានបនទូលថា៖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ﭽ ﭹ ﭺ ﭻ ﭼ ﭽ ﭾ ﭿ ﮀ ﮁ ﮂ ﮃ ﮄ ﮅ ﮆ ﮇﮈ ﮉ ﮊ ﮋ ﮌ ﭼ اى ْسبء :٦٩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មានន័យថា៖ ‹‹ អ្នកដែលគោរពប្រតិបត្តិចំពោះអល់ឡោះនិងអ្នក នាំសារ ពួកគេស្ថិតទៅជាមួយនឹងពួកអ្នកដែលទ្រង់បានប្រទានពរជ័យ ដល់ពួកគេននពួកអ្នកនាំសារ ពួកអ្នកមានជំនឿគសាមុះរតង់ ពួកអ្នក ពលើជីវិតក្នុងផ្លូវអល់ឡោះ និងពួកអ្នកដែលសាងនូវកុស្លម៌ ហើយពួកគេជារូកនដ៏លអរបគសើរជារើបំផុត››។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63 ---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8. ពួកអ្នកដែលជាសាំ ពវចិត្តរបស់អល់ឡោះមានដូចជាពួកព្យាការីរបស់ ទ្រង់ដ៏ថ្លៃថ្លា។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9. ពួកស ការើរបស់ព្យាការីដែលពួកគេមានជំនឿយ៉ាងមុតមាំចំពោះពួក ព្យាការី។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10. ពួកស ការើរបស់ព្យាការីមូហាំម៉ាត់(សូមសន្តិភាពកើតមានចំពោះគាត់)និងភរិយៗរបស់គាត់។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11. ពួកស ការើដ៍លអបំផុតរបស់គាត់ រឺអ្នកទាំងដប់ដែលគេផ្តល់ដំណឹងលអឱយបានចូលឋានសួរ៌។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12. ពួកគេទាំងនោះរឺជាស ការើដែលបានគេជ្រើសរើសជាអ្នកជាមនុស្សដ៏ លអរបគសើរជារើបំផុតដោយកករចូលឥស្លាមុនគេ មានជាំ ររឹងមាំ ហើយហា៊ានលុះបង់ដើម្បីអ៊ីស្លាម។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13. ពួកអ្នកដែលមានឋានៈខ្ពស់ជាងអ្នកទាំងដប់នោះរឺ ពួកខ្លើ វុះទាំង បួន(اىخيفبء ِٝاىشاشذ)ដែលពួកអ្នកមូស្លើមទាំងអស់នាស្ម័យនោះ បានជ្រើសរើសលើកពួកគាត់ជាអ្នកដឹកនាំអាណាចរកអ៊ីស្លាមបនាទប់ ពីអ្នកនាំសារមូហាំម៉ាត់(សូមសន្តិភាពកើតមានចំពោះគាត់)ពួកគេ ទាំងនោះរឺ(រិតាមលាំោប់ននរុ ស្មបតតិនិងឋានានុរកមននការ គ្រប់គ្រងើឡា វុះ)៖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1) អាពូគពីការ អាស្សើតឌើក(ទទួលមរណភាព ភាពជាអ្នកដឹកនាំ១៣ .ស)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2) អូគមើរ កូន អាល់ខ្ត់តប(ទទួលមរណភាព ភាពជាអ្នកដឹកនាំ២៣ .ស)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3) អូសាមន កូន អ័ វហាវន(ទទួលមរណភាព ភាពជាអ្នកដឹកនាំ២៥ .ស)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4) អាលើ កូន អាពីតោប(ទទួលមរណភាព ភាពជាអ្នកដឹកនាំ៤០ .ស)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14. រើឯអ្នកបនាទប់ក្នុងចំពោះណាមអ្នកទាំងដប់នោះរឺ ស្ស៊ូដពរ កូន អាល់អាវវា៉ាម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64 ---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60 សាអាដ កូន អាពីវា៉ាគកើស តល់ ុះ កូន អ៊ូនបរិលគឡុះ អាប់ឌុររ៉ាស់មា៉ាន កូន អ័ វ អាពូអូនបឌុះ អាគមៀរ កូន អាល់គជើររ៉ាស់ សាអើដ កូន គស្សត(អល់ឡោះបានស្ពវព្រះហឫទ័យចំពោះពួកគេ ព្រមទាំងពួកស ការើទាំងអស់)។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ជំពូកទី២៤ ស៊ីល ម៌ និងសុជ៊ីវ ម៌ឥស្លាម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1) អ្នកមូស្លើមរៀងរតង់ជឿជាក់ ោមនការភូតកុ ក។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2) អ្នកមូស្លើមគោរព កយស្នា មិនមានឧបាយកលកបត់ មានជំនឿរុក ចិត្ត មិនគបាករបាស់។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3) អ្នកមូស្លើមិននិយាយបងបអូនមូស្លើមខ្លួនឯង។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4) អ្នកមូស្លើមកកលហាន មិនកាំសាក។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5) អ្នកមូស្លើមតស៊ូអ្ត់មត់ចំពោះស្ចាម៌ ហា៊ានគ ល កយពិត។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6) អ្នកមូស្លើមផ្តល់ភាពយុត្តិម៍ដល់មនុស្សរូទៅ មិនរពឹតតអាំគពីអ្យុត្តិម៍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7) លើនរណាមានក់ ហើយក៏មិនព្រមឱយនរណាមានក់របរពឹតតអាំគពីអ្យុត្តិម៍ មកលើខ្លួនឯងដែរ។ អ្នកមូស្លើមនងលងនូរោមននរណាមានក់អាចរបមាង មើលងាយគេបានហើយ។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8) អ្នកមូស្លើមសុំរបឹកាគយបល់ចំពោះគ្រប់កិចាការទាំងអស់ ហើយពឹង អារស័យអល់ឡោះ។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9) អ្នកមូស្លើមត្រូវម៉ាត់ចង់ចំពោះការងាររបស់ខ្លួន។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10) អ្នកមូស្លើមឱនលាំគទន គមតាតករុណា ប្រើនឱយប្រតិបត្តិអាំគពីលអហាម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65 ---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11) ឃ្លត់ោនពីការរបរពឹតតអាំគពីអារកក់។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12) អ្នកមូស្លើមតស៊ូដើម្បីលើកតគមើងបនទូលរបស់អល់ឡោះ និងអាំ វ នាវដើម្បីលើកស្ទួយសាសនាឥស្លាម។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13) ស្រស្តើមូស្លើមត្រូវគស្លៀក ក់បិរបទាំងខ្លួនរបាន ជិតៗតាមចាប់សាលម ទៅមុខអ្នកដែលមិនមែនជាសាច់ញាតិរបស់ខ្លួន។ ត្រូវររបជិតខ្លួន របាន ទាំងមូលលើកលែងតែមុខ្និងបាតនដទាំងពីរ។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ជំពូកទី២៥ ការរំឭក និង ការបួងសួង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1) ទៅពេលណាអ្នកចង់ ូបចុក ឬផឹក ចាំបាច់អ្នកត្រូវសូត្រថា៖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‹‹ពីស្មើលេះ›› ‹‹ ٌثس اهلل ››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2) ូបអាហារនឹងនដសាតាំ មិនមែនូបនឹងនដគឆវងគេ។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3) ទៅពេលអ្នករួចរាល់ពីការូបចុកចូរអ្នកសូត្រថា៖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‹‹អាល់ហាំឌូលើលេះ›› ‹‹ اىح َذ هلل››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4) ទៅពេលអ្នកបានជួបនឹងបងបអូនអ៊ីស្លាមរបស់អ្នក អ្នកត្រូវចាប់នដោន ហើយញញឹមដាក់ោន ដោយគ លថា៖ ‹‹ ًاىسال ٌعي ٞن ٗسح َخ اهلل ٔٗثشمبر ››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5) ទៅពេលបងបអូនអ៊ីស្លាមឱយសាឡាមដល់អ្នក ( កយជូនពរ)ថា៖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‹‹ ًاىسال ٌعي ٞن ٗسح َخ اهلل ٔٗثشمبر ›› អ្នកត្រូវតបវិញថា៖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‹‹ ٌٗعي ٞن ًاىسال ٗسح َخ اهلل ٔٗثشمبر ››។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6) ទៅពេលនងៃរុះ ឬទៅពេលោច ចូរអ្នកសូត្រ៖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66 ---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62 )أطجح ْب (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ឬ ) أ ٍس ْٞب (ٚعي فطشح ًاإلسال ، ٗمي َخ اإلخالص ، ِٝٗد ّج ْٞب ٍح َذ ، ٍٗيخ أث ْٞب ٌٕٞئثشا ، ح ْٞفب ٍسي َب ، ٍٗب أ ّب ٍِ ِٞاى َششم (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7) ទៅពេលគខ្នើតដខផងមើរុះគើងចូរសូត្រថា៖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)ٕاله خ ٞش ٗسشذ ، ٌٖاىي ٔأ ٕي عي ْٞب َِٞثبى ُٗاإل ٍب ، ٗاىسال ٍخ ًٗإلسال .(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8) ទៅពេលទៅសួរសុខ្រុកខអ្នកជំងឺ ត្រូវសូត្រថា៖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)ٌثس اهلل ، ٌٖاىي أر ٕت اىجأس ، سة اى ْبس ، ٌٖاىي اشف ٗأ ّذ ٜاىشبف ، الشفبء ئال شفبؤك ، شفبء ال ٝغبدس سق َب .(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9) ទៅពេលអ្នកចូលមា៉ាសាត ចូរអ្នកសូត្រថា៖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)ٌثس اهلل ، ٗاىظالح ًٗاىسال ٚعي ٘سس ه اهلل ، ٌٖاىي اغفش ٜى ٜر ّ٘ث ، ٗفزح ٜى أث ٘اة سح َزل (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10) ទៅពេលអ្នកចាកគចញពីមា៉ាសាត ចូរសូត្រដូចពេលអ្នកចូលដែរ រោន់តែចុងគេក្កយបតូរថា៖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)ٗافزح ٜى أث ٘اة فضيل (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11) ទៅពេលអ្នកវិលរតលប់មកផទុះវិញ ចូរសូត្រថា៖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)اىح َذ هلل ٛاىز أطع َْب ٗسقب ّب ٗآ ٗا ّب ، ٌفن ٍَِ ال ٜمبف ٔى ٗال ٍٗإٙ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.(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12) រៀងពេលវេលា ចូរបគងើនការប្រតិបត្តិអាំគពីលអដោយសូត្រថា៖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ُسجحب اهلل .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ٗاىح َذ اهلل .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ٗاهلل أمجش .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ٗال ح ٘ه ٗال ق ٘ح ئال ثبهلل .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67 ---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13) ដូចនេះដែរ ចូរបគងើនការសាឡាវា៉ាត(ការឱយពរ)ដល់ព្យាការី មូហាំ មា៉ាត់ (ٚطي اهلل ٔٞعي ٌٗسي)។ ជាពិគស្ទៅពេលដែល យើងបានឮគ មុះរបស់គាត់ រឺយើងសូត្រថា៖ ស្ល់េល់ ឡា ៊ូអានេ ើវា៉ាសាលឡាម(ٚطي اهلل ٔٞعي ٌٗسي)។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ជំពូកទី២៦ ស្តសត៊ីមូសា៊ីម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1) ស្រស្តើក្នុងសាសនាអ៊ីស្លាមជាបងបអូនបង្កើតរបស់បុរស។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2) ស្រស្តើជាមនុស្សដែលអល់ឡោះបានបង្កើតមកដូចបុរស្ដែរ។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3) ដូចនេះនាងក៏ត្រូវបានគេអំពាវនាវឱយចូលអ៊ីស្លាមផងដែរ។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4) នាងក៏ត្រូវបានគេបងាប់ប្រើឱយមានជំនឿចំពោះអល់ឡោះ គោរពប្រតិបត្តិ និងស្រឡាញ់ទ្រង់។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5) នាងក៏ត្រូវបានគេទមទរឱយមានជំនឿចំពោះសាររបស់ព្យាការី មូហាំម៉ាត់។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6) គេទមទឱយនាងថ្វាយបង្គំ បួស(តម) បរិចារ ធ្វើហាជា និង គោរពស្ការៈចំពោះអល់ឡោះ។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7) គេទមទឱយអនុវត្តា មចាប់វិន័យអ៊ីស្លាមដូចបុរស្ដែរ។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8) អ្ប់រាំកូនៗរបស់នាងតាមោ៌អ៊ីស្លាម ឱយកូនៗស្គាល់នូវរុម៌ បើបាច់ដងរក្សាពួកគេ។ ស្រស្តើខុសពីបុរស្ដូចតទៅ៖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9) នាងត្រូវ ក់សម្លៀកបំពាក់ ក់ររបជិតាលងក្កយទាំងមូលលើកលែង តែមុខ និងបាតនដទាំងពីរ។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68 ---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64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10) ទៅពេលនាងមានរដូវ ចាប់អ៊ីស្លាមមិនអ្នុញ្ជាតឱយនាងថាវយ បងាំ បួស(តម) មិនឱយសូត្រគម្ពីររអាល់គួរអាន មិនឱយចូលវិហារ (មា៉ាសាត)។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11) ទៅពេលនាងទាំងអស់រដូវ ចាំបាច់ត្រូវងូតបឹក និងបួស(តម)សផងវិញ តែមិនចាំបាច់ថ្វាយបង្គំសផងគេ។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12) មិនចាំបាច់ចំពោះស្រស្តើត្រូវចូលរួមថ្វាយបង្គំនងៃសុរកនោះគេ។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13) ចាប់អ៊ីស្លាមមិនអ្នុញ្ជាតឱយស្រស្តើគៀបការជាមួយបុរស្ណាសាល៉ា នើ(គ្រិស្តសាសនិក) ឬបុរស្យ៉ា ៊ូឌើ(ជើ វ) ឬជនក្កគ វៀរនោះគេ។ លើកលែងតែពួកគេទាំងនោះចូលអ៊ីស្លាមយ៉ាងពិតប្រាកដ ជឿជាក់ចាស់។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69 ---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65 តសចកត៊ីបន្ថែមទ៊ី១ (ជំពូក១តៅក្នុងគមព៊ីរអាល់គួរអាន)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ជំពូកអាល់ហាវទ៊ីហេះ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٢-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ﭽ ﭑ ﭒ ﭓ ﭔ ﭕ ﭼ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١-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ﭽ ﭖ ﭗ ﭘ ﭙ ﭚ ﭼ ٨-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ﭽ ﭛ ﭜ ﭝ ﭼ ٣-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ﭽ ﭞ ﭟ ﭠ ﭡ ﭼ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١-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ﭽ ﭢ ﭣ ﭤ ﭥ ﭦ ﭼ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٩-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ﭽ ﭧ ﭨ ﭩ ﭪ ﭼ ٣-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ﭽ ﭫ ﭬ ﭭ ﭮ ﭯ ﭰ ﭱ ﭲ ﭳ ﭴ ﭼ មានន័យថា៖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‹‹ ក្នុងព្រះនាមអល់ឡោះមហាគមតាត មហាករុណា››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‹‹ ការស្រគសើរសម្រាប់អល់ឡោះជាព្រះជាម្ចាស់ននស្កលគោក ទាំងមូល ››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‹‹ ព្រះមហាគមតាត មហាករុណា ››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4. ‹‹ ទ្រង់ជាគស្តចគ្រប់គ្រងនននងៃក្កត់ក្តី ››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5. ‹‹ ចំពោះទ្រង់តែមួយរត់ដែលពួកយើងគោរពស្ការៈ ហើយមានតែ ទ្រង់តែមួយរត់ដែលពួកយើងសុំជាំនួយ ››។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70 ---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66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6. ‹‹ សូមទ្រង់គមតាតប្រទានដល់ពួកយើងនូវមោ៌ដ៏ត្រឹមត្រូវ ››។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7. ‹‹ មោ៌ដែលទ្រង់បានប្រទានដល់ពួកអ្នកដែលទ្រង់ប្រទានពរ ជ័យដល់ពួកគេ មិនមែនជាមោ៌ពួកអ្នកដែលត្រូវគេគេក្កខឹង និងមិនមែនជាមោ៌ពួកដែលវដងវង ››។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71 ---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ជំពូកអាល់តអើសរ៊ី (س ٘سح اىعظش) ﭽ ﭑ ﭒ ﭓ ﭔ ﭼ ﭽ ﭑ ﭒ ﭓ ﭔ ﭕ ﭖ ﭗ ﭘ ﭙ ﭚ ﭛ ﭜ ﭝ ﭞ ﭟ ﭠ ﭡ ﭼ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មានន័យថា៖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‹‹ អល់ឡោះទ្រង់បានស្បងនឹងពេលវេលា ››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‹‹ពិតប្រាកដណាស់មនុស្សលោកទាំងអស់ស្ថិតក្នុងភាពខ្លតបង់››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‹‹ លើកលែងតែពួកអ្នកដែលមានជំនឿចំពោះអល់ឡោះ បាន ប្រតិបត្តិអាំគពីលអ ហើយបានដផតផ្កតាំោនឱយរបក្កន់ខ្លាប់ការពិត និង ដផតផ្កតាំោនឱយរបក្កន់ខ្លាប់នូវការអ្ត់មត់ ››។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72 ---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68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ជំពូក អាល់ា៉ាអូន (س ٘سح ُ٘اى َبع) ﭽ ﭑ ﭒ ﭓ ﭔ ﭼ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ﭽ ﭦ ﭧ ﭨ ﭩ ﭪ ﭫ ﭬ ﭭ ﭮ ﭯ ﭰ ﭱ ﭲ ﭳ ﭴ ﭵ ﭶ ﭷ ﭸ ﭹ ﭺ ﭻ ﭼ ﭽ ﭾ ﭿ ﮀ ﮁ ﮂ ﮃ ﮄ ﮅ ﭼ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មានន័យថា៖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‹‹ ដនមូហាំម៉ាត់តើអ្នកបានឃើញអ្នកដែលបដិគស្នឹងនងៃក្កត់ក្តីជាំនុំ ជរមុះដែរឬគេ? ››។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‹‹នោះរឺជាអ្នកដែលគបុះបង់គកមងកាំរ ››។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‹‹ ហើយពួកគេមិនជំរុញោនឱយឧបតថមភដល់ជនរកើរក ››។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4. ‹‹ ហើយនរកគវលរឺសម្រាប់អ្នកដែលសាឡាត(ថ្វាយបង្គំ)››។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5. ‹‹ពួកអ្នកដែលគ្វស្របដ ស្ចំពោះពេលវេលាថ្វាយបង្គំរបស់ ពួកគេ ››។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6. ‹‹ អ្នកដែលធ្វើអាំគពីលអដើម្បីចង់ឱយគេឃើញ គេស្រគសើរប៉ុគណាណុះ ››។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7. ‹‹ ហើយពួកគេរិះកាំណាញ់មិនឱយគេខើរបស់ប្រើរបាស់ ››។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73 ---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ជំពូក អាល់តអៀ ត ស (س ٘سح اإلخالص) ﭽ ﭑ ﭒ ﭓ ﭔ ﭼ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ﭽ ﭑ ﭒ ﭓ ﭔ ﭕ ﭖ ﭗ ﭘ ﭙ ﭚ ﭛ ﭜ ﭝ ﭞ ﭟ ﭠ ﭡ ﭢ ﭣ ﭼ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មានន័យថា៖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‹‹ ដនមហាំមា៉ាត់ ចូរមានរបសាស្ន៍ចុះថា ទ្រង់រឺអល់ឡោះ ជាព្រះជាម្ចាស់តែមួយរត់››។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‹‹ អល់ឡោះជារើពាំនាក់អារស័យននសត្វលោកទាំងមូល››។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‹‹ ទ្រង់មិនរបស់តបុរត ហើយក៏ោមនអ្នកណារបស់តទ្រង់ដែរ ››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4. ‹‹ ហើយក៏ោមននរណាមានក់គេបៀបគស្មើនឹងទ្រង់ដែរ››។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74 ---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70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ជំពូក អាល់កាវតសើរ (س ٘سح اىن ٘ثش)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ﭽ ﭑ ﭒ ﭓ ﭔ ﭼ ﭽ ﮆ ﮇ ﮈ ﮉ ﮊ ﮋ ﮌ ﮍ ﮎ ﮏ ﮐ ﮑ ﮒ ﭼ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មានន័យថា៖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‹‹ពិតប្រាកដណាស់យើងបានប្រទានដល់អ្នក(មូហាំម៉ាត់)នូវ រគនលក្កវគសើរទៅក្នុងឋានសួរ៌››។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‹‹ ដូចនេះចូរសឡាត(ថ្វាយបង្គំ) និងសាំគលុះសត្វបូជាចំពោះព្រះ ជាម្ចាស់របស់អ្នក››។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‹‹ របាកដណាស់ អ្នកដែលខឹង សអប់គខ្ពីមចំពោះអ្នកនោះ រឺជា អ្នកដែលត្រូវផុតខ្កបាំង ››។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75 ---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ជំពូក អាល់ហាវ ក ( س ٘سح اىفيق) ﭽ ﭑ ﭒ ﭓ ﭔ ﭼ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ﭽ ﭤ ﭥ ﭦ ﭧ ﭨ ﭩ ﭪ ﭫ ﭬ ﭭ ﭮ ﭯ ﭰ ﭱ ﭲ ﭳ ﭴ ﭵ ﭶ ﭷ ﭸ ﭹ ﭺ ﭻ ﭼ ﭽ ﭾ ﭿ ﭼ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មានន័យថា៖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‹‹ ដនមូហាំម៉ាត់ចូរមានរបសាស្ន៍ចុះថា សូមព្រះជាម្ចាស់ននពេល គៀបភលឺ សូមទ្រង់គមតាតបគញៀស ››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‹‹ អាំពីរបការអារកក់ទាំងឡាយដែលទ្រង់បានបង្កើត ››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‹‹ អាំពីរបការអារកក់ទាំងឡាយននពេលយប់ ទៅពេលភាពងងឹត មកដល់ ››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4. ‹‹ អាំពីរបការអារកក់ទាំងឡាយរបស់ស្រស្តើមនតអារម ដែលសូត្រផលុំ ក្នុងដខ្សកថា ››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5. ‹‹ អាំពីរបការអារកក់ទាំងឡាយរបស់ពួកអ្នកដែល ននើស ទៅ ពេលគេរចដ ន ››។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76 ---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72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ជំពូក អាន់ណាស (س ٘سح اى ْبس) ﭽ ﭑ ﭒ ﭓ ﭔ ﭼ ﭽ ﮀ ﮁ ﮂ ﮃ ﮄ ﮅ ﮆ ﮇ ﮈ ﮉ ﮊ ﮋ ﮌ ﮍ ﮎ ﮏ ﮐ ﮑ ﮒ ﮓ ﮔ ﮕ ﮖ ﮗ ﮘ ﮙ ﭼ មានន័យថា៖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‹‹ ដនមូហាំម៉ាត់ ចូរមានរបសាស្ន៍ចុះថា ខ្ញុំសុំពីព្រះជាម្ចាស់នន មនុស្សលោក ››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‹‹ ជាគស្តចគ្រប់គ្រងមនុស្សលោក ››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‹‹ ជាព្រះជាម្ចាស់ដែលមនុស្សលោកទាំងអស់ត្រូវគោរពស្ការៈ ››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4. ‹‹ សូមគមតាតទ្រង់កាំបទាំងពីការពងវក់របស់រ ពួកបិសាចទាំងឡាយ ដែលដាក់ខ្លួន ››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5. ‹‹ ដែលកំពុងតែពងវក់ក្នុងចិត្តរបស់មនុស្សលោក ››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6. ‹‹ រ ពួកបិសាចទាំងនោះរឺមកពីជិន និងមនុស្ស ››។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77 ---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តើអ្នកចូលឥស្លាមយ៉ាងដូចម្តេច?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តសចកត៊ីបន្ថែមទ៊ី២ អា ់តាសហេះហុដ ( اىزش ٖذ 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 . اىزح ٞبد هلل ، ٗاىظي ٘اد ٗاىط ٞجبد ،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 . ًاىسال عي ٞل أ ٖٝب ٜاى ْج ٗسح َخ اهلل ٔٗثشمبر ،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 . ًاىسال عي ْٞب ٚٗعي عجبد اهلل ِٞاىظبىح ،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 . أش ٖذ ُأ ال ٔئى ئال اهلل ،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 . ٗأش ٖذ ُأ ٍح َذا ٔسس ٘ى .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មានន័យថា៖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‹‹ រាល់ការគោរពស្ការៈ ពរជ័យ និងសេចក្តីលអទាំងឡាយសម្រាប់ អល់ឡោះជាម្ចាស់តែមួយរត់ ››។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‹‹ បពិរតព្យាការីមូហាំម៉ាត់ សូមភាពសុខ្សានត ការគេបាស្របើ គមតាត ការឱយពររបស់អល់ឡោះកើតមានចំពោះគោក ››។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‹‹ ភាពសុខ្សានតកើតមានចំពោះយើង និងខ្ញុំបាំគើអល់ឡោះដែល របកបដោយកុស្លម៌››។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4. ‹‹ ខ្ញុំសូមស្ចាថោមនព្រះជាម្ចាស់ដែលត្រូវគេគោរពស្ការៈយ៉ាងពិតប្រាកដ លើក លែងតែអល់ឡោះតែមួយរត់ ››។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5. ‹‹ ហើយខ្ញុំសូមធ្វើស្ចាថា មូហាំម៉ាត់ជាអ្នកនាំសាររបស់អល់ឡោះ ››។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78 ---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كيف تدخل يف اإلسالم؟ 74 ស វ៉ា (ជូនពរ)តាមពាការ៊ីអុ៊ីក្ពហុ៊ីម 1 . ٌٖاىي طو ٚعي ٍح َذ ، 2 .ٚٗعي آه ٍح َذ، 3 . م َب طي ٞذ ٚعي ٌٕٞئثشا ، 4 .ٚٗعي آه ٌٕٞئثشا، 5 .ٗثبسك ٚعي ٍح َذ، 6 .ٚٗعي آه ٍح َذ 7 . م َب ثبسمذ ٚعي ٌٕٞئثشا ، 8 .ٚٗعي آه ٌٕٞئثشا، 9 . ٜف َِٞاىعبى ، 10 . ئ ّل ح َٞذ ٍج ٞذ . មានន័យថា៖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‹‹ បពិរតអល់ឡោះ សូមទ្រង់ប្រទានពរជ័យសិរើសួស្តើកើតមានដល់ មូហាំម៉ាត់ ››។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‹‹ និងដល់គ្រួសាររបស់គាត់ ››។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3. ‹‹ ដូចជាទ្រង់បានប្រទានពរជ័យសិរើសួស្តើកើតមានដល់អ៊ីប្រាហ៊ីម››។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4. ‹‹ និងដល់គ្រួសារអ៊ីប្រាហ៊ីម ››។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5. ‹‹ សូមទ្រង់ទ្រង់របសិរធិពរដល់មូហាំម៉ាត់ ››។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6. ‹‹ និងដល់គ្រួសារអ៊ីប្រាហ៊ីម ››។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7. ‹‹ ដូចដែលទ្រង់បានរបសិរធិពរដល់អ៊ីប្រាហ៊ីម ››។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8. ‹‹ និងដល់គ្រួសារអ៊ីប្រាហ៊ីម ››។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9. ‹‹លើស្កលគោកទាំងមូល ››។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10.‹‹ ពិតណាស់អល់ឡោះមហាគមតាត និងមហាឧតតុងាឧត្តម ››។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79 ---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: &amp;,11111 J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:,,&gt;..,,,......-,,,: .... ., .... '"".t&gt;-;;'"'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.&gt; /&lt; \ {!-'O.),u\4.U\}.j..0-J j ffjnfUtlUJU "uru1rnt1rnnftDJ18Mgu1g um&amp;}tD1trnma C C$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• C C&gt;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• &lt;WftfjnIUlllQJ l,DH\fff=Hff tlffM\ &amp;}mmjf\flY"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line="240" w:lineRule="auto" w:after="0" w:before="0"/>
      <w:jc w:val="center"/>
    </w:pPr>
    <w:r>
      <w:rPr>
        <w:rFonts w:ascii="Leelawadee UI" w:hAnsi="Leelawadee UI"/>
        <w:b w:val="0"/>
        <w:i w:val="0"/>
        <w:color w:val="94A3B8"/>
        <w:sz w:val="19"/>
        <w:rFonts w:ascii="Leelawadee UI" w:hAnsi="Leelawadee UI" w:cs="Leelawadee UI"/>
        <w:cs/>
        <w:lang w:val="km-KH" w:bidi="km-KH"/>
      </w:rPr>
      <w:t xml:space="preserve">CamQuran E-Library  |  ទំព័រទី </w:t>
    </w:r>
    <w:r>
      <w:rPr>
        <w:rFonts w:ascii="Leelawadee UI" w:hAnsi="Leelawadee UI"/>
        <w:b/>
        <w:i w:val="0"/>
        <w:color w:val="10B981"/>
        <w:sz w:val="19"/>
        <w:rFonts w:ascii="Leelawadee UI" w:hAnsi="Leelawadee UI" w:cs="Leelawadee UI"/>
        <w:cs/>
        <w:lang w:val="km-KH" w:bidi="km-KH"/>
      </w:rPr>
      <w:fldSimple w:instr="PAGE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line="240" w:lineRule="auto" w:after="80" w:before="0"/>
      <w:jc w:val="right"/>
    </w:pPr>
    <w:r>
      <w:rPr>
        <w:rFonts w:ascii="Leelawadee UI" w:hAnsi="Leelawadee UI"/>
        <w:b w:val="0"/>
        <w:i/>
        <w:color w:val="64748B"/>
        <w:sz w:val="19"/>
        <w:rFonts w:ascii="Leelawadee UI" w:hAnsi="Leelawadee UI" w:cs="Leelawadee UI"/>
        <w:cs/>
        <w:lang w:val="km-KH" w:bidi="km-KH"/>
      </w:rPr>
      <w:t>📖 តើត្រូវចូលសាសនាឥស្លាមដោយរបៀបណា?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eelawadee UI" w:hAnsi="Leelawadee UI"/>
      <w:sz w:val="24"/>
      <w:rFonts w:ascii="Leelawadee UI" w:hAnsi="Leelawadee UI" w:cs="Leelawadee UI"/>
      <w:cs/>
      <w:lang w:val="km-KH" w:bidi="km-KH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