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មូស្លីមថ្មី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ច្បាប់ឥស្លាមសម្រាប់មូស្លីមថ្មី</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Islamic Law for New Muslims</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មូស្លីមថ្មី</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46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ច្បាប់ឥស្លាម ច្បាប់ឥស្លាម ច្បាប់ឥស្លាម រក្សាសិទ្ធិគ្រប់យ៉ាង បោះពុម្ពលើកទី១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ស្វែងយល់អំពី ច្បាប់ឥស្លាម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រៀបរៀងដោយ អង្គការវប្បធម៌ អារ្យធម៌ កម្ពុជា-អារ៉ាប់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បោះពុម្ភលើកទី១ ឆ្នាំ២០២៥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មេរៀនទី១: គោលគ្រឹះនៃសាសនាឥស្លាម និងគោលគ្រឹះនៃជំនឿ ១ . គោលគ្រឹះនៃសាសនាឥស្លាម ២ . គោលគ្រឹះនៃជំនឿ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មេរៀនទី២: ការយកទឹកវូហ្ទុ(យកទឹកជម្រះកាយ) និងការងូតទឹក ១ . ការយកទឹកវូហ្ទុ(យកទឹកជម្រះកាយ) ២ . ការជូតលើលើស បែកជើជើងឃ្លុប និងស្រោមជើជើង ៣ . ការងូតទឹក ច្បាប់ដែលទាក់ទងនឹងស ត្រីមានឈាមរដូវ ឈាមជំងឺ និងឈាមសម្រា លកូនរួច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មេរៀនទី៣: ការប្រតិបត្តិសឡាត និងការទន្ទេញជំពូកអាល់ហ្វាទីហះ ១ . សារៈសំខាន់ និងគុណប្រយោជន៍នៃសឡាត ២ . សឡាតដែលជាកាតព្វកិច្ច ៣ . ជំពូកអាល់ហ្វាទីហះ (ទន្ទេញ)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មេរៀនទី៤: របៀបសឡាត និងការទន្ទេញតះយិត ១ . របៀបសឡាត ២ . តះយិត(ទន្ទេញ) តារាងពាក្យសូត្រក្នុងពេលសឡាត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មេរៀនទី៥: សឡាវ៉ាតលើលើណាពី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មេរៀនទី៦: ជំពូកអាល់អៀអៀខ្លើស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មេរៀនទី៧: ជំពូកអាល់អោសរ៍ និងជំពូកអាល់កាវសើសើរ ១ ៧ ៧ ១២ ១៥ ១៩ ២៣ ២៣ ២៤ ២៧ ២៨ ២៨ ៣៤ ៣៥ ៣៧ ៣៨ ៣៩ ១ 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ធ្វើសាក្សី សឡាត ហ្សាកាត់ បួស ហាជ្ជី គេស្ថាបនាសាសនាឥស្លាមនៅលើលើគោលគ្រឹះចំនួនប្រាំ។ មិនអាច ក្លាយជាអ្នកឥស្លាមបានឡើយ លើកលែងតែគេព្រមទទួលស្គាល់ និង ប្រតិបត្តិតាមវាយ៉ាងពេញលេញដោយមានជំនឿពិតប្រាកដ និងស្មោះ ស្ម័គ្រ។ អំពី កូនអ៊ូមើមើរ គាត់បាននិយាយថា អ្នកនាំសាររបស់ អល់ឡោះ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“គេស្ថាបនាឥស្លាមលើលើគោលគ្រឹះចំនួនប្រាំ គឺ ធ្វើសាក្សីថា គ្មានទេម្ចាស់ដែលត្រូវគេគោរពសក្ការៈដ៏ត្រឹមត្រូវ គឺមានតែអល់ឡោះតែមួយគត់ ហើយមូហាំម៉ាត់ គឺជាអ្នកនាំសាររបស់អល់ឡោះ ប្រតិបត្តិសឡាត(ថ្វាយបង្គំ) បរិច្ចាគហ្សាកាត់ ធ្វើធម្មយាត្រា ហាជ្ជី និងបួសខែរ៉ម៉ាហ្ទន”។ (រាយការណ៍ដោយ អាល់ពូខរី និង មូស្លីម) ១ . គោលគ្រឹះនៃសាសនាឥស្លាម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មេរៀនទី១ គោលគ្រឹះនៃសាសនាឥស្លាម និងគោលគ្រឹះនៃជំនឿ គោលគ្រឹះនៃសាសនាឥស្លាម និងគោលគ្រឹះនៃជំនឿ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ពោលពាក្យសក្ខីកម្មទាំងពីរគឺ៖ ខ្ញុំសូមធ្វើ សាក្សីថា គ្មានទេម្ចាស់ដែលត្រូវគេគោរពសក្ការៈដ៏ ត្រឹមត្រូវ គឺមានតែអល់ឡោះជាម្ចាស់តែមួយគត់ ហើយខ្ញុំធ្វើសាក្សីទៀតថា មូហាំម៉ាត់ គឺជាអ្នកនាំសារ របស់អល់ឡោះ។ ជាភាសាអារ៉ាប់គឺ៖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َأ ْش َه ُد َأ َّن ُم َح َّمد ًا َّر ُس ْو ُل اللهوَأ ْش َه ُد َأ ْن َّال ِإ َل َه ِإَّال الل ُه َ អានថា៖ “អាស្ហា ទូ អាល់ឡា អ៊ីឡាហា អិលលល់ឡោះ វ៉ាអាស្ហា ទូ អាន់ណា មូហាំម៉ាហ្ទាន់ រ៉ស៊ូលុលឡោះ”។ គោលគ្រឹះនៃសាសនាឥស្លាមគឺ គោលគ្រឹះនៃសាសនាឥស្លាម និងគោលគ្រឹះនៃជំនឿ ២ ២ ៣ ការប្រតិបត្តិសឡាត (ថ្វាយបង្គំ) ការបរិច្ចាគហ្សាកាត់ (បង់មួយចំណែកតូចនៃ ទ្រព្យសម្បត្តិ) ៤ ៥ ការបួស ក្នុងខែរ៉ម៉ាហ្ទន ការធ្វើធម្មយាត្រា ហាជ្ជី ចំពោះអ្នកដែលមានលទ្ធភាព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គោលគ្រឹះនៃសាសនាឥស្លាម និងគោលគ្រឹះនៃជំនឿ ពិតប្រាកដណាស់ គ្មានទេម្ចាស់ដែលត្រូវគេគោរពសក្ការៈដ៏ត្រឹម ត្រូវ គឺមានតែអល់ឡោះជាម្ចាស់តែមួយគត់ ហើយទ្រង់សក្តិសមនឹង ទទួលរាល់ការគោរពសក្ការៈទាំងអស់ ដូចជា ការខ្លាច ការសង្ឃឹម ការប្រគល់ការទុកចិត្ត ការសុំឱ្យជួយ ការបួងសួង ការឱនរូកុ ការ ក្រា បស៊ូជោទ ឱនលំទោន និងការបន្ទាបខ្លួន -ល-។ អល់ឡោះទ្រង់ ជាព្រះជាម្ចាស់ដ៏ពិតប្រាកដ ហើយរាល់ការគោរពសក្ការៈទៅចំពោះ ព្រះផ្សេងពីទ្រង់ គឺមិនមែនជាព្រះពិតប្រាកដឡើយ។ ហើយរួមបញ្ចូលនៅក្នុងការធ្វើសក្ខីកម្មនេះ គឺការបដិសេធ និង ទទួលស្គាល់។ បដិសេធរាល់ការគោរពសក្ការៈដែលផ្សេងពីអល់ឡោះ ទាំងអស់ ហើយទទួលស្គាល់រាល់ការគោរពសក្ការៈទាំងអស់ចំពោះ អល់ឡោះតែមួយគត់ ដោយគ្មានដៃគូរួមជាមួយទ្រង់ឡើយ។ អត្ថន័យនៃឃ្លា “ខ្ញុំសូមធ្វើសាក្សីថា គ្មានទេម្ចាស់ដែលត្រូវគេគោរពសក្ការៈដ៏ត្រឹមត្រូវ គឺមានតែអល់ឡោះជាម្ចាស់តែមួយគត់”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សំនួរ ពិចារណា តើពេលណាទើទើបុគ្គលម្នាក់ក្លាយជាអ្នកឥស្លាម?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តើជាអ្នកឥស្លាមត្រឹមត្រូវដែរឬទេ បើបើគាត់ទទួលស្គាល់ ការបួសក្នុងខែរ៉ម៉ាហ្ទន និងការធ្វើធម្មយាត្រា ហាជ្ជី តែគាត់ មិនទទួលស្គាល់ការបរិច្ចាគហ្សាកាត់(បរិច្ចាគមួយចំណែក តូចនៃទ្រព្យសម្បត្តិ)នោះ? ១ ២ គោលគ្រឹះនៃសាសនាឥស្លាម និងគោលគ្រឹះនៃជំនឿ ៤ អត្ថន័យនៃឃ្លា “ហើយខ្ញុំធ្វើសាក្សីទៀតថា មូហាំម៉ាត់ គឺជាអ្នកនាំសាររបស់អល់ឡោះ” ពិតប្រាកដណាស់ មូហាំម៉ាត់ លោកគឺជាអ្នកនាំសាររបស់ អល់ឡោះដ៏ពិតប្រាកដ។ ចាំ បាច់ត្រូវប្រតិបត្តិតាមអ្វីដែលលោកបង្គាប់ ប្រើ ជឿជាក់រាល់ដំណឹងដែលលោកបានប្រា ប់ ចៀចៀសឱ្យឆផងាយពីអ្វីដែល លោកបានហាមឃាត់ ហើយគោរពសក្ការៈទៅចំពោះអល់ឡោះ ទៅតាមកបួនច្បាប់ដែលលោកបានកំណត់។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គោលគ្រឹះនៃសាសនាឥស្លាម និងគោលគ្រឹះនៃជំនឿ ២ . គោលគ្រឹះនៃជំនឿ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គ្មាននរណាម្នាក់អាចក្លាយជាអ្នកមានជំនឿពេញលេញនោះឡើយ លើកលែងតែគេជឿចំពោះគោលគ្រឹះនៃជំនឿទាំងអស់នេះ។ អំពី អ៊ូមើមើរ កូន អាល់ខត់តប បាននិយាយថា មានបុរស ម្នាក់បានសួរអ្នកនាំសាររបស់អល់ឡោះអំពីជំនឿ? លោកបានឆ្លើយថា៖ “ជំនឿនោះគឺ អ្នកត្រូវជឿចំពោះអល់ឡោះ ជឿចំពោះម៉ាឡាអ៊ីកាត់(ទេវៈ)របស់ទ្រង់ ជឿចំពោះបណ្តាគម្ពីរ របស់ទ្រង់(ដែលទ្រង់បានបញ្ចុះមក) ជឿចំពោះបណ្តាអ្នកនាំសារ របស់ទ្រង់(ដែលទ្រង់បានបញ្ជូនមក) ជឿចំពោះថ្ងៃបរលោក និងជឿចំពោះការកំណត់វាសនាល្អនិងអាក្រក់”។ (រាយការណ៍ដោយ មូស្លីម) ៥ គោលគ្រឹះនៃជំនឿមាន ប្រការ ៦ អល់ឡោះ ទេវតា គម្ពីរ អ្នកនាំសារថ្ងៃបរលោក វាសនា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គោលគ្រឹះនៃសាសនាឥស្លាម និងគោលគ្រឹះនៃជំនឿ ៦ គោលគ្រឹះនៃជំនឿគឺ ១ ២ ជឿចំពោះ អល់ឡោះ ជឿចំពោះ ម៉ាឡាអ៊ីកាត់ (ពួកទេវតា)របស់ទ្រង់ ៣ ៤ ជឿចំពោះ បណ្តាគម្ពីររបស់ទ្រង់ ជឿចំពោះ បណ្តាអ្នកនាំសារ ទាំងឡាយរបស់ទ្រង់ ៥ ៦ ជឿចំពោះ ថ្ងៃបរលោក ជឿចំពោះ ការកំណត់វាសនាល្អ និងអាក្រក់ សំនួរ ពិចារណា តើច្បាប់ឥស្លាមចែងយ៉ាងដូចម្តេចំពោះជនដែលបាន បដិសេធលើការបង្កើតមនុស្សឱ្យរស់ឡើឡើងវិញបន្ទាប់ពីស្លាប់? តើជាជំនឿត្រឹមត្រូវដែរឬទេចំពោះបុគ្គលដែលមានជំនឿតែ ចំពោះអល់ឡោះ និងម៉ាឡាអ៊ីកាត់(ពួកទេវតា)របស់ទ្រង់ តែមិន មានជំនឿចំពោះបណ្តាអ្នកនាំសារទាំងឡាយរបស់ទ្រង់នោះ?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 ការយកទឹកវូហ្ទុ (យកទឹកជម្រះកាយ) ការយកទឹកវូហ្ទុ (យកទឹកជម្រះកាយ) និងការងូតទឹក 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មេរៀនទី២ ការយកទឹកវូហ្ទុ (យកទឹក ជម្រះកាយ) និងការងូតទឹក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 គុណប្រយោជន៍នៃការយកទឹកវូហ្ទុ(យកទឹកជម្រះកាយ) មានសេចក្តីរាយការណ៍ជាច្រើននៅក្នុងប្រសាសន៍របស់ព្យាការី មូហាំម៉ាត់ដែលទាក់ទងនឹងគុណប្រយោជន៍នៃការយកទឹកវូហ្ទុនេះ ក្នុងនោះ ប្រសាសន៍មួយរបស់ព្យាការីមូហាំម៉ាត់បានលើកឡើឡើងថា៖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“បុគ្គលណាយកទឹកវូហ្ទុដោយល្អត្រឹមត្រូវនោះ បាបកម្មរបស់គាត់នឹងចេញពីខ្លួនប្រា ណរបស់ គាត់ សូម្បីតែនៅក្រោមករចក”។ (រាយការណ៍ដោយ 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ការយកទឹកវូហ្ទុ (យកទឹកជម្រះកាយ) និងការងូតទឹក 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 របៀបយកទឹកវូហ្ទុ(យកទឹកជម្រះកាយ) ១ ខ្ញុំនៀនៀត(ប៉ង)យក ទឹកវូហ្ទុនៅក្នុងចិត្ត ២ ខ្ញុំសូត្រ ពីសមិលឡះ ) (بسم الله ខ្ញុំលាងប្រអប់ដៃ ទាំងពីរចំនួនបីដង ខ្ញុំខ្ពុរមាត់ ចំនួនបីដង បឺតទឹកបញ្ចូលច្រមុះ និងញើញើសវាចេញ មកវិញចំនួនបីដង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ការយកទឹកវូហ្ទុ (យកទឹកជម្រះកាយ) និងការងូតទឹក ៩ ខ្ញុំលាងមុខរបស់ខ្ញុំចំនួនបីដង ចាប់ពីគល់សក់ រហូតដល់ក្រោមចង្កា ហើយចាប់ពីត្រចៀកម្ខាង រហូតដល់ត្រចៀកម្ខាងទៀត។ ហើយខ្ញុំលាង ពុកចង្កានិងស បែកដែលនៅក្រោមពុកចង្កា ប្រសិនបើបើវាស តើង។ តែប្រសិនបើបើវាក្រា ស់ ខ្ញុំលាងពីលើលើ និងឈ្លីពុកចង្កានោះ។ ៩ ខ្ញុំជូត្រចៀកទាំងពីរ ដោយបញ្ចូល ម្រា មដៃចង្អុលក្នុងត្រចៀក ហើយជូត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ផ្នែកខាងក្រៅនៃស្លឹកត្រចៀកដោយ មេដៃទាំងពីរ។ (ជូតក្បាលជាមួយ ត្រចៀកតែមួយដងប៉ុណ្ណោះោះ)។ ខ្ញុំលាងដៃទាំងពីរ ចាប់ពីចុង ម្រា ម រហូតដល់កែងដៃចំនួន បីដង លាងដៃស្តាំមុនដៃឆ្វេង ខ្ញុំជូតក្បាលមួយដងគត់ (ចាប់ ផ្តើមពីផ្នែកខាងមុខនៃក្បាល រហូតដល់ក្រោយ។ បន្ទាប់មក អូសត្រឡប់មកខាងមុខវិញ)។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រាល់អ្វីដែលចេញតាមទ្វារទាំងពីរ(ប្រដាប់ភេទនិងរន្ធគូទ) ដូចជា ទឹកនោម លាមក ផោម ទឹកម៉ាហ្ស៊ី និងទឹករំអិលជាដើដើម។ ចេញសារធាតុកខ្វក់ក្រៅពីទ្វារទាំងពីរដូចជាឈាមអាក្រក់ ទឹកនោម លាមក ឈាមច្រមុះច្រើន។ បាត់បង់វិចារណញាណ ដូចជាគេងលង់លក់ ឆ្កួត ឬសន្លប់ ឬ ស្រ វឹង ឬដោយការប្រើថ្នាំ។ ប៉ះប្រដាប់ភេទ និងរន្ធគូដៃយផ្ទាល់។ បរិភោគសាច់អូដ្ឋ។ ការយកទឹកវូហ្ទុ (យកទឹកជម្រះកាយ) និងការងូតទឹក ១០ ១០ ខ្ញុំលាងជើជើងទាំងពីររហូត ដល់ភ្នែកគោលចំនួន បីដង លាងជើជើងស្តាំមុន ជើជើងឆ្វេង។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ប្រការដែលនាំ ឱ្យខូចទឹកវូហ្ទុមានប្រាំ ប្រការ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បុរសម្នាក់បានយកទឹកវូហ្ទុរួច ហើយក៏បានគេងលក់បន្តិច តែគាត់នៅអង្គុយ តើវូហ្ទុរបស់គាត់ខូចដែរឬទេ? បុរសម្នាក់បានយកទឹកវូហ្ទុរួច ហើយក៏បានប៉ះប្រដាប់ភេទពី លើលើសំលៀលៀកបំពាក់របស់គាត់។ តើគាត់ត្រូវយកទឹកវូហ្ទុម្តង ទៀតដែរឬទេ? បុរសម្នាក់បានយកទឹកវូហ្ទុរួច ហើយក៏បានហូបសាច់ពពែ តើគាត់ត្រូវយកទឹកវូហ្ទុដើម្បីសឡាតដែរឬទេ? បុរសម្នាក់បានយកទឹកវូហ្ទុដោយលាងជើជើងទាំងពីរ ហើយ លាងមុខ រួចមកជូតក្បាល បន្ទាប់មកទៀត លាងដៃទាំងពីរ របស់គាត់។ ចូររៀរៀបរាប់កន្លែងដែលគាត់បានធ្វើខុសក្នុង ពេលយកទឹកវូហ្ទុ? សំនួរ ពិចារណា ១ ២ ៣ ៤ ការយកទឹកវូហ្ទុ (យកទឹកជម្រះកាយ) និងការងូតទឹក 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 ប្រការដែលគេហាមិនឱ្យអ្នកគ្មានទឹកវូហ្ទុធ្វើ ប្រតិបត្តិសឡាត (ថ្វាយបង្គំ) តវ៉ាហ្វ (ដើដើរប្រទក្សិណជុំវិញកាក់ហ្ពះ) ប៉ះគម្ពីរគួរអាន ដោយផ្ទាល់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 បែកជើជើងដែលពាក់លើលើជើជើងទាំងពីរ ប្រសិនបើបើវាធ្វើអំពីស បែក សត្វ វាជាស បែកជើជើងឃ្លុប។ តែប្រសិនបើបើវាមិនមែនធ្វើអំពីស បែកសត្វ ទេនោះ ដូចជាធ្វើអំពីរោមសត្វ ក្រណាត់ និងក្រណាត់ធ្វើពីសរសៃ រុក្ខជាតិ វាជាស្រោមជើជើង។ ហើយស្រោមជើជើងក៏អាចជំនួសកន្លែង ស បែកជើជើងឃ្លុបានដែរ ប្រសិនបើបើវាបិទជិតភ្នែកគោល។ នៅពេលដែលគេពាក់ស បែកជើជើងឃ្លុបឬស្រោមជើជើងហើយចង់យក ទឹកវូហ្ទុនោះ ពិតណាស់ គេអាចជូតពីលើលើស បែកជើជើងឃ្លុបឬស្រោមជើជើង នោះបាន ដោយអនុវត្តា មលក្ខណ្ឌខាងក្រោម៖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យកដៃទៅប៉ះទឹកឱ្យសើសើម ហើយជូតពីលើលើស បែកជើជើងឃ្លុប ឬ ស្រោមជើជើងនោះដោយម្រា មដៃ។ ការយកទឹកវូហ្ទុ (យកទឹកជម្រះកាយ) និងការងូតទឹក 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ការជូតលើលើស បែកជើជើងឃ្លុប និង ស្រោមជើជើង (ជំនួសឲ្យការលាងជើជើង) ត្រូវពាក់វានៅពេលដែលមានទឹកវូហ្ទុ។ ត្រូវឱ្យស បែកជើជើងឃ្លុបឬស្រោមជើជើង នោះអាចបិទជិតប្រអប់ជើជើងរហូតដល់ ភ្នែកគោល។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 ច្បាប់ដែលទាក់ទងនឹងការជូត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 របៀបជូត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មិនធ្វើដំណើណើរ ម៉ោង ៧២ ធ្វើដំណើណើរ ម៉ោង ការយកទឹកវូហ្ទុ (យកទឹកជម្រះកាយ) និងការងូតទឹក ១៣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ថេរវេលានៃការជូត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 ប្រការដែលនាំ ឱ្យខូចការជូត សម្រាប់អ្នកដែលមិនធ្វើដំណើណើរ គេអនុញ្ញាតឱ្យជូតលើលើស បែកជើជើង ឃ្លុបនិងស្រោមជើជើងក្នុងរយៈពេល១ថ្ងៃ១យប់(២៤ម៉ោ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 រីឯអ្នកធ្វើ ដំណើណើរ គឺមានរយៈពេល៣ថ្ងៃ ៣យប់ (៧២ម៉ោ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 ហើយចាប់ផ្តើម រាប់ពីពេលដែលជូតលើកដំបូងក្រោយពីបានដាច់ទឹកវូហ្ទុ។ ផុតពេលកំណត់ រាល់ប្រការដែលចាំបាច់ លើលើគេត្រូវងូតទឹក (នឹងមានការ បកស្រា យនៅទំព័រខាងមុខ) ដោះស បែកជើជើង ឃ្លុប ឬស្រោម ជើជើងចេញ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ការយកទឹកវូហ្ទុ (យកទឹកជម្រះកាយ) និងការងូតទឹក ១៤ បុរសម្នាក់បានយកទឹកវូហ្ទុ បន្ទាប់មក ក៏ពាក់ស្រោមជើជើង ហើយក៏ដោះវាចេញវិញ រួចក៏ពាក់វាម្តងទៀត។ តើច្បាប់ អនុញ្ញាតឱ្យគាត់ជូតលើលើវាដែរឬទេ? បុរសម្នាក់បានជូតលើលើស បែកជើជើងឃ្លុបទាំងខាងលើលើ និង ខាងក្រោម។ តើអ្នកគួរប្រា ប់គាត់ដូចម្តេច? សំនួរ ពិចារណា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ការយកទឹកវូហ្ទុ (យកទឹកជម្រះកាយ) និងការងូតទឹក ១៥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ការងូតទឹក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 របៀបងូតទឹកដែលគ្រប់លក្ខណៈនិងពេញលេញ ១ ២ នៀនៀត(ប៉ង)ជម្រះកាយ នៅក្នុងចិត្តរបស់ខ្ញុំ ខ្ញុំសូត្រ ពិសមីលឡះ ៣ ៤ ខ្ញុំលាងប្រអប់ដៃរបស់ខ្ញុំ ទាំងពីរចំនួនបីដង ខ្ញុំលាងប្រដាប់ភេទ របស់ខ្ញុំ ) (بسم الله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ខ្ញុំយកទឹកវូហ្ទុដូចយកទឹកវូហ្ទុសឡាត។ បន្ទាប់មក ខ្ញុំលាងជើជើងទាំងពីរ ហើយខ្ញុំក៏អាចទុក ការលាងជើជើងនៅពេលចុងក្រោយនៃការងូតទឹក ក៏បាន។ នៅពេលរួចរាល់ ខ្ញុំស្រោចទឹកលើក្បាល បីដងឱ្យសព្វដល់គល់សក់។ ខ្ញុំស្រោចទឹកលើលើខ្លួនឱ្យសព្វពេញរាងកាយ ដោយចាប់ផ្តើមពីផ្នែកខាងស្តាំ បន្ទាប់មកខាងឆ្វេង ជាមួយនឹងការដុះលាងត្រង់ក្លៀក ក្នុងត្រចៀក និង ផ្ចិត។ ហើយក៏ដូចនោះដែរ ត្រង់កន្លែងគន្លាក់ដែល ចាំបាច់ត្រូវដុះលាង។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ខ្ញុំនៀនៀត(ប៉ង)ជម្រះកាយ។ បន្ទាប់មក សូត្រ “ពីសមិលឡះ” រួច ស្រោចទឹកលើលើខ្លួនឱ្យសព្វពេញរាងកាយ និងលាងក្នុងមាត់និងច្រមុះ ដោយការខ្ពុរមាត់ និងស្រូ បទឹកបញ្ចូលច្រមុះ។ ២ ៣ ៤ ៥ ១ ចេញទឹកាមពេលមានអារម្មណ៍ ដោយសារក្សាររួមដំណេក ឬយល់សប្តិ ឬផ្សេងពីនេះ ដូចជាការសម្រេចកាមដោយ ខ្លួនឯងជាដើដើម។ ការប៉ះគ្នារវាងប្រដាប់ភេទបុរសនឹងប្រដាប់ភេទស ត្រី ទោះបីជា មិនចេញទឹកាមក៏ដោយ។ មានឈាមរដូវ និងឈាមឆ្លងទន្លេ ហើយលក្ខណ្ឌរបស់វា គឺ ត្រូវងូតទឹកបន្ទាប់ពីអស់ឈាម។ អ្នកចូលឥស្លាមថ្មី។ ការស្លាប់ដែលមិនមែនជាការពលីជីវិតក្នុងសមរភូមិក្នុងមាគ៌ា អល់ឡោះ។ ការយកទឹកវូហ្ទុ (យកទឹកជម្រះកាយ) និងការងូតទឹក 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 របៀបងូតទឹកដែលអាចទទួលយកបាន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ប្រការដែលចាំ បាច់ត្រូវងូតទឹក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ប្រតិបត្តិសឡាត (ថ្វាយបង្គំ) ១ ប៉ះគម្ពីរគួរអាន ២ សូត្រគម្ពីរគួរអាន ៣ ការតវ៉ាហ្វ(ប្រទក្សិណជុំវិញកាក់ហ្ពះ) ៤ ៥ ស្ថិតនៅក្នុងម៉ាស្ជិទ លើកលែងតែយកទឹកវូហ្ទុ ការយកទឹកវូហ្ទុ (យកទឹកជម្រះកាយ) និងការងូតទឹក ១៧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 អ្វីដែលគេហាមឃាត់មិនឱ្យអ្នកមានជូនុប (អ្នកចេញទឹកាម) ប្រព្រឹត្ត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 ប្រការដែលគេហាមឃាត់មិនឱ្យអ្នកមានឈាមរដូវ និងឈាម ឆ្លងទន្លេប្រព្រឹត្ត ប្រតិបត្តិសឡាត (មិនតម្រូវ ឲ្យសឡាតសងវិញទេ) បួស (ត្រូវឲ្យបួសសងវិញ ប្រសិនបើបួសរ៉ម៉ាហ្ទន) ការតវ៉ាហ្វ (ដើដើរប្រទក្សិណជុំវិញ កាក់ហ្ពះ)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ការយកទឹកវូហ្ទុ (យកទឹកជម្រះកាយ) និងការងូតទឹក ១៨ ស្ថិតនៅក្នុងម៉ាស្ជិទ ប៉ះគម្ពីរគួរអាន (តែគេអនុញ្ញាតឱ្យសូត្រគម្ពីរ គួរអាន និងប៉ះគួរអានដោយ មានអ្វីទ្រា ប់ ដូចជាស្រោមដៃ) រួមដំណេក បុរសម្នាក់រួមដំណេកជាមួយប្រពន្ធរបស់ខ្លួន ក្រោយមក គាត់ចង់សូត្រគម្ពីរគួរអាន តើគាត់ត្រូវធ្វើដូចម្តេច? ស ត្រីម្នាក់មានឈាមរដូវ បន្ទាប់មក ក៏អស់ឈាមរដូវវិញមុន ពេលសឡាត តើគាត់ត្រូវធ្វើដូចម្តេច? សំនួរ ពិចារណា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និយមន័យ វាគឺជាឈាមធម្មជាតិដែលមានលាយពណ៌ ខ មៅខាប់ ដែលចេញពីប្រដាប់ភេទស ត្រី។ រយៈពេល តិចបំផុត ១ថ្ងៃ១យប់។ ជាទូទៅ ៦ឬ៧ថ្ងៃ ជារៀរៀងរាល់ខែ។ ច្រើនបំផុត ១៥ថ្ងៃ។ ពេលវេលាចេញ ចាប់ពីអាយុ៩ឆ្នាំ រហូតដល់ពេលអស់ឈាម នៅអាយុ ៥០ឆ្នាំ ជាទូទៅ។ កាតព្វកិច្ច ត្រូវងូតទឹករោយពេលអស់វា និងត្រូវបួសសង។ ការយកទឹកវូហ្ទុ (យកទឹកជម្រះកាយ) និងការងូតទឹក ១៩ ច្បាប់ដែលទាក់ទងនឹងស ត្រីមានឈាមរដូវ ឈាមជំងឺ និងឈាមសម្រា លកូនរួច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ឈាមរដូវ ប្រការដែល គេហាមឃាត់ សឡាត បួស តវ៉ាហ្វ ប៉ះគម្ពីរគួរអាន ដោយគ្មានអ្វីទ្រា ប់ ស្ថិតនៅ ក្នុងម៉ាស្ជិទ រួមដំណេក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ពេលវេលាចេញ មិនមានពេលវេលាច្បាស់លាស់ឡើយ ហើយ វាជាឈាមដែលផ្តលផលប៉ះពាល់ដល់ស ត្រី។ រយៈពេល មិនមានរយៈពេល ច្បាស់លាស់ឡើយ។ កាតព្វកិច្ច ត្រូវយកទឹកវូហ្ទុរាល់ ពេលសឡាត។ ការយកទឹកវូហ្ទុ (យកទឹកជម្រះកាយ) និងការងូតទឹក ២០ ហាមឃាត់មិនឱ្យ លែងលះក្នុង ពេលនេះឡើយ។ អាចគេងជាមួយប្តី បានដោយមិនត្រូវ រួមេត្រីឡើយ។ អាចប្រព្រឹត្ត កិច្ចការរាល់ថ្ងៃ បានធម្មតា។ ក្បួនច្បាប់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ឈាមជំងឺ និយមន័យ ជាឈាមពណ៌ក្រហាមដែលនៅបន្តចេញ ហើយវា មានភាពខុសប្លែកពីឈាមរដូវ ដូចជាពណ៌ លក្ខណៈ និងក្លិនរបស់វា។ ប្រការដែល គេហាមឃាត់ មិនមានអ្វីហាមឃាត់សម្រាប់ អ្នកមានឈាមជំងឺឡើយ។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និយមន័យ ឈាមដែលចេញពីអ្នកមានផ្ទៃពោះនៅពេល សម្រា លកូន ឬមុនពេលសម្រា ល។ ការយកទឹកវូហ្ទុ (យកទឹកជម្រះកាយ) និងការងូតទឹក ២១ ត្រូវដាក់ប្រដាប់ការពារឈាមកុំឱ្យប្រឡាក់សម្លៀក បំពាក់ ឬម៉ាស្ជិទ នៅពេលដែលគាត់ចង់តវ៉ាហ្វនៅ កាក់ហ្ពះ ឬសឡាតនៅក្នុងម៉ាស្ជិទ។ ក្បួនច្បាប់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ឈាមពេលសម្រា លកូនរួច រយៈពេល ច្រើនបំផុត ៤០ថ្ងៃ ហើយមិន កំណត់រយៈពេលតិចបំផុតឡើយ។ ពេលវេលាចេញ នៅពេលសម្រា លកូន ឬមុនពេលសម្រា ល ១ថ្ងៃ ឬ២ថ្ងៃ ឬ៣ថ្ងៃ។ កាតព្វកិច្ច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ត្រូវងូតទឹករោយពេលអស់ឈាម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ត្រូវបួសសង។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ការយកទឹកវូហ្ទុ (យកទឹកជម្រះកាយ) និងការងូតទឹក ២២ ប្រការដែលគេហាមឃាត់ សឡាត បួស តវ៉ាហ្វ ប៉ះគម្ពីរគួរអាន ដោយគ្មានអ្វីទ្រា ប់ ស្ថិតនៅ ក្នុងម៉ាស្ជិទ រួមដំណេក ក្បួនច្បាប់ ១ ២ អាចប្រព្រឹត្តកិច្ចការរាល់ ថ្ងៃបានធម្មតា។ អាចគេងជាមួយប្តី បានដោយមិនត្រូវ រួមេត្រីឡើយ។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សម្រាប់សឡាត ឬការថ្វាយបង្គំ គឺមានសារៈសំខាន់បំផុតនៅក្នុង សាសនាឥស្លាម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មេរៀនទី៣ ការប្រតិបត្តិសឡាត និងការទន្ទេញជំពូកអាល់ហ្វាទីហះ 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សារៈសំខាន់ និងគុណប្រយោជន៍នៃសឡាត ជាគោលគ្រឹះទី២ក្នុង ចំណោមគោលគ្រឹះ ទាំងប្រាំ នៃសាសនា ឥស្លាម ជាអត្តសញ្ញាណដ៏ ជាក់ស តែងមួយក្នុងចំណោម អត្តសញ្ញាណរបស់ សាសនាឥស្លាម។ ជាកាតព្វកិច្ចដំបូង បំផុតដែលអល់ឡោះ បានដាក់លើលើខ្ញុំបម្រើ របស់ទ្រង់(មនុស្ស លោក)។ ជាសរសទ្រូងនៃ សាសនាឥស្លាម ដែលវាមិនអាចឈរ ឡើឡើងដោយគ្មានវាបាន ឡើយ។ ជាការគោរពសក្ការៈ ជាកាតព្វកិច្ចជារៀរៀងរាល់ថ្ងៃ។ វាគឺជាការភ្ជាប់ខ្លួនអ្នកឥស្លាម ជាមួយព្រះជាម្ចាស់របស់ខ្លួន។ វាជាទង្វើដែលត្រូវបានគេជំនុំជម្រះដំបូងគេបង្អស់នៅថ្ងៃបរលោក។ ប្រសិនបើបើការសឡាតរបស់គេល្អប្រសើសើរនោះ ទង្វើផ្សេងទៀតក៏ល្អប្រសើសើរ ដែរ។ តែប្រសិនបើបើវាមិនល្អទេនោះ ទង្វើផ្សេងទៀតក៏មិនល្អដែរ។ ៣ ៤ ៥ ៦ ១ ២ ការប្រតិបត្តិសឡាត និងការទន្ទេញជំពូកអាល់ហ្វាទីហះ ពិតណាស់ មានសេចក្តីរាយការណ៍ជាច្រើននៅក្នុងប្រសាសន៍ របស់ព្យាការីដែលបានរំលឹកអំពីគុណប្រយោជន៍នៃការសឡាត ក្នុង នោះ មានសេចក្តីរាយការណ៍មួយអំពី អាពូហ៊ូរ៉យរ៉ោះ បាននិយាយថា ខ្ញុំបានឮអ្នកនាំសាររបស់អល់ឡោះលោកបានមានប្រសាសន៍ថា៖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“តើពួកអ្នកយល់យ៉ាងណាដែរ ប្រសិនបើបើមានទន្លេមួយនៅមុខទ្វារផ្ទះរបស់ពួកអ្នក ហើយគេងូតទឹកនោះក្នុងមួយថ្ងៃចំនួន៥ដងរៀរៀងរាល់ថ្ងៃ។ តើកម្អែលរបស់គេអាចនៅសេសសល់ដែរឬទេ”? ពួកគេ បានឆ្លើយថា៖ “កម្អែលរបស់គាត់មិនមានសេសសល់ទេ”។ លោកបានមានប្រសាសន៍ថា៖ “នោះគឺដូចជាការសឡាត ទាំង៥ពេលដែរ ដែលអល់ឡោះនឹងជម្រុះុះចោល នូវបាបកម្មទាំងឡាយ”។ (រាយការណ៍ដោយ អាល់ពូខរី និងមូស្លីម)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សឡាតដែលជាកាតព្វកិច្ច (ចំនួនរឹកអាត់ និងពេលវេលារបស់វា)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អល់ឡោះបានដាក់កាតព្វកិច្ចលើលើខ្ញុំបម្រើរបស់ទ្រង់ឱ្យប្រតិបត្តិ សឡាតចំនួន៥ពេល ក្នុងមួយថ្ងៃមួយយប់។ សឡាតដែលជា កាតព្វកិច្ចទាំងប្រាំ ពេលនោះគឺ៖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២៤ ការប្រតិបត្តិសឡាត និងការទន្ទេញជំពូកអាល់ហ្វាទីហះ (ពេលទៀទៀបភ្លឺ) ស៊ូពុស (ពេលថ្ងៃត្រង់) ហ្ស៊ូ៊ូហួរ (ពេលរសៀសៀល) អាសើសើរ (ពេលលផងាច ក្រោយពីថ្ងៃលិច) ម៉ាហ គ្រិប (ពេលយប់) អ៊ីស្ហា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ហើយទ្រង់ក៏ដាក់កាតព្វកិច្ចឱ្យប្រតិបត្តិវាក្នុងពេលវេលាកំណត់យ៉ាង ច្បាស់លាស់ផងដែរ ដូចដែលអល់ឡោះបានមានបន្ទូលថា៖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 ចំនួនរឹកអាត់ ពេលវេលា សឡាតស៊ូពុស ពីររឹកអាត់ ចាប់ពីសេតបុណរះ រហូតដល់ថ្ងៃរះ។ សឡាតហ៊សូហូរ បួនរឹកអាត់ ចាប់ពីថ្ងៃជ្រេបន្តិច រហូតដល់ស្រ មោលនៃ វត្ថុអ្វីមួយស្មើនឹងប្រវែងខ្លួនរបស់វា សឡាតអាសើសើរ បួនរឹកអាត់ ចាប់ពីពេលស្រ មោលនៃវត្ថុអ្វីមួយស្មើនឹង ខ្លួនរបស់វា រហូតដល់ថ្ងៃលិច។ សឡាតម៉ាហ គ្រិប បីរឹកអាត់ ចាប់ពីថ្ងៃលិច រហូតដល់ពន្លឺពណ៌ ក្រហាម(នៅទិសខាងលិច)បាត់អស់។ សឡាតអ៊ីស្ហា បួនរឹកអាត់ ចាប់ពីពន្លឺពណ៌ក្រហាមបាត់អស់ រហូត ដល់ពាក់កណ្តាលយប់។ ការប្រតិបត្តិសឡាត និងការទន្ទេញជំពូកអាល់ហ្វាទីហះ ២៥ “ពិតប្រាកដណាស់ សឡាត គឺជាកាតព្វកិច្ច មួយទៅលើលើបណ្តាអ្នកមានជំនឿ ដែលមាន ពេលវេលាកំណត់យ៉ាងច្បាស់លាស់”។ (គម្ពីរគួរអាន ជំពូក៤ វាក្យខណ្ឌទី១០៣) តារាងបង្ហាញអំពីឈ្មោះសឡាតដែលជា កាតព្វកិច្ច ចំនួនរឹកអាត់ និងពេលវេលារបស់វា តារាងចំនួនរឹកអាត់ និងពេលវេលាសឡាតកាតព្វកិច្ច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ការប្រតិបត្តិសឡាត និងការទន្ទេញជំពូកអាល់ហ្វាទីហះ បុរសម្នាក់ប្រតិបត្តិសឡាតស៊ូហ៊ោរមុនពេលថ្ងៃជ្រេ តើសឡាតរបស់គាត់ត្រឹមត្រូវដែរឬទេ? ស ត្រីម្នាក់បានគេងនៅពាក់កណ្តាលយប់ បន្ទាប់មក គាត់ ក្រោកនៅពេលថ្ងៃរះ តើអ្នកប្រា ប់គាត់ដូចម្តេច? តើអ្នកដឹងអំពីគុណប្រយោជន៍ផ្សេងទៀតរបស់សឡាត ក្រៅពីអ្វីដែលបានរៀរៀបរាប់ក្នុងសៀសៀវភៅនេះដែរឬទេ? សំនួរ ពិចារណា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ជំពូកអាល់ហ្វាទីហះ (ទន្ទេញ) (ក្នុងនាមអល់ឡោះមហាសប្បុរស មហាអាណិតស្រឡាញ់) نُِإ َّيا َك َن ْع ُب ُد َو ِإ َّيا َك َن ْس َت ِعي (ចំពោះទ្រង់តែមួយគត់ដែលពួក យើយើងគោរពសក្ការៈ ហើយចំពោះទ្រង់ តែមួយគត់ដែលពួកយើយើងសុំឱ្យជួយ) (គឺមាគ៌ារបស់បណ្ដាអ្នកដែលទ្រង់ បានប្រទានឧបការគុណដល់ពួកគេ ពុំមែនជា(មាគ៌ា)អ្នកដែលត្រូវគេខឹង សម្បានិងពុំមែនជា(មាគ៌ា)ពួក ដែលវងេវងឡើយ)។ ការប្រតិបត្តិសឡាត និងការទន្ទេញជំពូកអាល់ហ្វាទីហះ ២៧ مِِب ْس ِم ال َّل ِه ال َّر ْح َم ِن ال َّر ِحي نَِّب ا ْل َعا َل ِمي ا ْل َح ْم ُد ِل َّل ِه َر (រាល់ការសរសើសើរទាំងឡាយ គឺ ចំពោះអល់ឡោះដែលជាម្ចាស់គ្រប់ គ្រងពិភពទាំងអស់) مِال َّر ْح َم ِن ال َّر ِحي (ជាម្ចាស់មហាសប្បុរស មហាអាណិតស្រឡាញ់) نِِك َي ْو ِم ال ِّدي َما ِل (ជាសេដច(គ្រប់គ្រង)នៃថ្ងៃ ជំនុំជំរះ(បរលោក)) رِ يَت َع َل ْي ِه ْم َغ ْ ِص َرا َط ا َّل ِذي َن َأ ْن َع ْم نََّضا ِّلي ِب َع َل ْي ِه ْم َوَال ال ُضو ا ْل َم ْغ مَِّص َرا َط ا ْل ُم ْس َت ِقي اه ِد َنا ال (សូមទ្រង់មេត្ដាចង្អុលបង្ហាញដល់ ពួកយើយើងនូវមាគ៌ាដ៏ត្រឹមត្រូវផងចុះ)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របៀបសឡាត ជ្រះស្អាតពីហាហ្ទាសធំ (មិនមានជូនុប ឬឈាមរដូវ ឬឈាមសម្រា លកូន) និងជ្រះ ស្អាតពីហាហ្ទាសតូច(ត្រូវមានទឹកវូហ្ទុ) តម្រង់គិបឡាត់ (ទិសទីក្រុងម៉ាក្កះ ប្រទេសអារ៉ាប៊ីសាអ៊ូឌីត)។ នៀនៀត(ប៉ង)៖ គឺការតាំងចិត្តលើការគោរព សក្ការៈអ្វីមួយច្បាស់លាស់។ ឈរបើបើមានលទ្ធភាព ត្រូវច្បាស់លាស់ថា បានចូលដល់ ពេលសឡាត (ពេលវេលាសឡាតដូច ដែលបានរៀរៀបរាប់ពីមុន) ជម្រះសម្អាតខ្លួនប្រា ណ សម្លៀកបំពាក់ និងទីកន្លែងសម្រាប់សឡាត។ បិទបាំងរាងកាយ (ចំពោះបុរស ត្រូវបិទ បទាំងពីចន លោះផ្ចិដែល់ក្បាលជង្គង់ ហើយ ចំពោះស ត្រីវិញ ត្រូវបិទបាំងរាងកាយទាំង មូល លើកលែងតែមុខ និងប្រអប់ដៃ)។ មុនពេលសឡាត ២៨ របៀបសឡាត និងការទន្ទេញតះយិត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មេរៀនទី៤ របៀបសឡាត និងការទន្ទេញតះយិត នៅពេលដែលខ្ញុំចង់ប្រតិបត្តិសឡាត ខ្ញុំត្រូវ៖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តឹកពៀពៀរ៉តុលអៀអៀហរ៉ម ដោយសូត្រថា (អល់ឡហ៊ូអឹកពើពើរ) ដោយមើមើលទៅ កាន់កន្លែងស៊ូជោទ។ ២ខ្ញុំលើលើដៃទាំងពីរនៅពេល តឹកពៀពៀរ៉តុលអៀអៀហរ៉ម រហូតដល់ ស្មាទាំងពីរ ឬ ដល់ត្រចៀក។ ៣ ខ្ញុំដាក់ដៃទាំងពីរលើលើ ដើដើមទ្រូង ដោយដាក់ដៃ ស្តាំលើលើខាងឆ្វេង។ ៤ សូត្រទូអាអ៊ិហ្វទីតះ (ស៊ុបហាណាកល់ឡហុំម៉ា វ៉ាពីហាំទីកា វ៉ាតាហ្ពារ៉កាសមូកា វ៉ាតាអាឡា ចាត់ទូកា វ៉ាឡាអ៊ីឡាហា ហ្គ័យរូកា)َ َك َو َت َعا َلى َج ُّد َك َوَال ِإ َل َه َغ ْي ُر َك ال َّل ُه َّم َو ِب َح ْم ِد َك َو َت َبا َر َك ا ْس ُم ُس ْب َحا َن របៀបសឡាត និងការទន្ទេញតះយិត ២៩ ប្រតិបត្តិសឡាត ១الله أكبر ៦ បន្ទាប់មក ខ្ញុំសូត្រអ្វីដែល ងាយស្រួ លអំពីគម្ពីរគួរអាន ៥ អាអ៊ូហ៊សូ ពិលឡើឡើហ៊ី មីណាស់ស ហៃត៏ នៀនៀរ៉ជីម مَِأ ُعو ُذ ِبال َّل ِه ِم َن ال َّش ْي َطا ِن ال َّر ِجي ពីសមីលឡា ហៀហៀររ៉ោះម៉ា នៀនៀររ៉ហ៊ីម مِِب ْس ِم ال َّل ِه ال َّر ْح َم ِن ال َّر ِحي បន្ទាប់មកខ្ញុំសូត្រ ហើយសូត្រជំពូកអាល់ហ្វាទីហះ ហើយបន្ទាប់ពី សូត្រចប់ ខ្ញុំសូត្រ ( “អាមីន” មានន័យថា “សូមអល់ឡោះទទួលយកផងចុះ”)ឮៗ នៅ ក្នុងសឡាតដែលត្រូវសូត្រឮ(ស៊ូពុស ម៉ាហ គ្រិប និងអ៊ីស្ហា) និងសូត្រតិចៗក្នុងពេលសឡាត ដែលត្រូវសូត្រតិច (ហ៊សូហូរ និងអាសើសើរ)។ آمين</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សូត្រថា (សាមីអល់ឡហ៊ូ លីម៉ាន់ហាមីហ្ទះ) ប្រសិនបើបើខ្ញុំជាអ៊ីម៉ាំ ឬសឡាតម្នាក់ឯង ٌَس ِم َع الل ُه ِل َم ْن َح ِم َد ហើយខ្ញុំសូត្រនៅពេល ដែលឈរត្រង់ថា (រ៉ប់ហ្ពាណា វ៉ាឡាកាល់ហាំទូ) دُ مْ حََْك ا َر َّب َنا َو َل ខ្ញុំលើកដៃររហូតដល់ស្មា ឬត្រចៀក ៨ខ្ញុំងើងើបក្បាលឡើឡើងពីរូកុ ខ្ញុំដាក់ដៃទាំងពីរខ្ញុំលើលើ ជង្គង់ហើយញែក ម្រា មដៃចេញពីគ្នា ៣០ របៀបសឡាត និងការទន្ទេញតះយិត ៧ ខ្ញុំឱនរូកុដោយសូត្រតឹកពៀពៀរ (សូត្រថា អល់ឡោះហ៊ូអឹកពើពើរ) លើកដៃទាំងពីររហូត ដល់ស្មា ឬត្រចៀក ខ្ញុំដាក់ក្បាលឱ្យស្មើនឹងខ្នង ហើយ ភ្នែករបស់ខ្ញុំសម្លឹងមើមើល កន្លែងស៊ូជោទ។ ខ្ញុំឱនរូកុឱ្យបាននឹងនរ ហើយសូត្រថា (ស៊ុបហាណារ៉បពីយ៉ាល់អាហ្ស៊ីម) ចំនួនបីដង ឬច្រើនជាងនេះ។ ) ( ُس ْب َحا َن َر ِّبي ا ْل َع ِظيم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ប្រអប់ជើជើងបែរឆ ពោះ ទៅកាន់ទិសគិបឡាត់ របៀបសឡាត និងការទន្ទេញតះយិត ៣១ ៩ ស៊ូជោដៃយសូត្រតឹកពៀពៀរ (សូត្រ អល់ឡោះហ៊ូអឹកពើពើរ)។ ហើយសូត្រថា (ស៊ុបហាណា រ៉ប់ពីយ៉ាល អាក់ឡើឡើ) ចំនួនបីដង ឬច្រើនជាងនេះ។ ត្រូវស៊ូជោទនៅលើលើអវៈយវៈទាំងប្រាំ ពីរ ថផងាសរួមនឹងច្រមុះ បាតដៃទាំងពីរ ក្បាលជង្គង់ទាំងពីរ ចុងជើជើងទាំងពីរ ُس ْب َحا َن َر ِّبي ْاَأل ْعلى ១០ខ្ញុំងើងើបក្បាលឡើឡើងមកវិញដោយសូត្រតឹកពៀពៀរ ដាក់ដៃទាំងពីរលើលើភ លៅ ដាក់ជើជើងឆ្វេងរាបស្មើ ហើយ អង្គុយពីលើលើនិងបញ្ឈរជើជើងស្តាំ អង្គុយឱ្យនឹង ក ខ គ ឃ ហើយសូត្រ (រ៉ប់ពៀពៀហ្គហ វៀរលី) ِّب ا ْغ ِف ْر ِلي رَ</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ខ្ញុំស៊ូជោទលើកទីពីរដោយសូត្រតឹកពៀពៀរ ហើយខ្ញុំប្រតិបត្តិវា ដូចដែលខ្ញុំបានប្រតិបត្តិនៅក្នុងស៊ូជោទទីមួយដែរ។ ៣២ របៀបសឡាត និងការទន្ទេញតះយិត ១២ បន្ទាប់មក ខ្ញុំងើងើបឈរដើម្បីប្រតិបត្តិសឡាតក្នុងរឹកអាត់ទី២ ដោយសូត្រតឹកពៀពៀរ ហើយខ្ញុំប្រតិបត្តិវា ដូចដែលខ្ញុំបានប្រតិបត្តិ នៅក្នុងរឹកអាត់ទី១ដែរ។ ១៥ ប្រសិនបើបើវាជាសឡាតដែលមានបីរឹកអាត់ ឬបួនរឹកអាត់នោះ ខ្ញុំនឹង ងើងើបឈរបន្ទាប់ពីសូត្រតះយិតបួច ដោយសូត្រតឹកពៀពៀរ លើកដៃទាំងពីរ ហើយខ្ញុំប្រតិបត្តិវា ដូចដែលខ្ញុំបានប្រតិបត្តិនៅក្នុងរឹកអាត់ទី១ដែរ លើក លែងតែក្នុងពេលឈរ ដោយខ្ញុំសូត្រតែជំពូក អាល់ហ្វាទីហះ ប៉ុណ្ណោះោះ។ ១៣ បន្ទាប់មក ខ្ញុំអង្គុយបន្ទាប់ពីងើងើបពីស៊ូជោទទី២ ហើយខ្ញុំសូត្រ តះយិត និងសឡាវ៉ាតលើលើណាពី។ ១៤ បន្ទាប់មក ខ្ញុំឱ្យសាឡាមទៅខាងស្តាំ ហើយខាងឆ្វេង ដោយ 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ដើម្បីបញ្ចប់ការសឡាតប្រសិនបើបើសឡាតនោះមានពីររឹកអាត់។ (អាសសាឡាមូ អាឡៃគុម វ៉ារ៉ោះម៉ាទុលឡោះ) السالم عليكم ورحمة الله ឱ្យសាឡាមទៅខាងស្តាំ ឱ្យសាឡាមទៅខាងឆ្វេង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បុរសម្នាក់គាត់សឡាតអាសើសើរ ហើយគាត់បានឈរសឡាត រឹកអាត់ទី១ បន្ទាប់មកគាត់ស៊ូជោដៃយបោះបង់រូកុ។ តើ សឡាតរបស់គាត់ត្រឹមត្រូវដែរឬទេ? បុរសម្នាក់សឡាតដោយបែរមុខទៅទីក្រុងម៉ាទីណះ។ តើ ការសឡាតរបស់គាត់ដូចម្តេចដែរ? បុរសម្នាក់សឡាតមុនពេលដល់ពេលវេលារបស់វា តើសឡាតរបស់គាត់ដូចម្តេចដែរ? សំនួរ ពិចារណា របៀបសឡាត និងការទន្ទេញតះយិត ៣៣ ១៦ ខ្ញុំអង្គុយតះយិតចុងក្រោយក្នុងសឡាតដែលមានបី រឹកអាត់ ឬបួនរឹកអាត់ ដោយអង្គុយដាក់គូផ្ទៃល់ដី។ គឺខ្ញុំបញ្ឈរជើជើងស្តាំ ហើយតម្រង់ម្រា មជើជើង ទៅទិសគិបឡាត់ ហើយដាក់ជើជើងឆ្វេងរាប ស្មើនៅខាងក្រោមកជើជើងស្តាំ ហើយខ្ញុំអង្គុយ ផ្ទាល់ដី។ ការអង្គុយដាក់គូផ្ទៃល់ដី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តះយិត (ទន្ទេញ) ៣៤ របៀបសឡាត និងការទន្ទេញតះយិត នៅពេលខ្ញុំងើងើបក្បាលឡើឡើងពីស៊ូជោទនៅរឹកអាត់ទីពីរ ខ្ញុំអង្គុយចុះ ហើយសូត្រតះយិត។ ខ្ញុំក៏សូត្រវាផងដែរក្នុងពេលអង្គុយចុងក្រោយ បន្ទាប់ពីរឹកអាត់ទី៣ ឬទី៤ ដោយសូត្រថា៖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(អាត់តាហ៊ីយ៉ាតូ លិលឡើឡើហ៊ី វ៉ាសស៏ឡើឡើវ៉ាតូ វ៉ាត់ត័យ យីហ្ពាត អាសសាឡាមូ អាឡៃកា អៃយូហាន់ ណាពីយូ វ៉ារ៉ោះម៉ាទុលឡ៏ហ៊ី វ៉ាហ្ពារ៉កាទុះ អាសសាឡាមូ អាឡៃណា វ៉ាអាឡើឡើ អ៊ីហ្ពាទិលឡើឡើហ៊ិសស៏លីហ៊ីន អាស្ហា ទូ អាល់ឡាអ៊ីឡាហា អ៊ិលលល់ឡោះ វ៉ាអាស្ហា ទូ អាន់ណា ម៉ូហាំម៉ាហ្ទាន់ អាប់ទូហ៊ូ វ៉ារ៉ស៊ូលុះ។) مَك َأ ُّي َها ال َّن ِب ُّي َو َر ْح َم ُة ال َّل ِه َو َب َر َكا ُت ُه ال َّس َلا ُ ُت ال َّس َلا ُم َع َل ْي ُت َوال َّط ِّي َبا َّص َل َوا ُت ِل َّل ِه َوال ال َّت ِح َّيا هَُُّصا ِل ِحي َن ، َأ ْش َه ُد َأ ْن َلا ِإ َل َه ِإ َّلا ال َّل ُه َو َأ ْش َه ُد َأ َّن ُم َح َّم ًدا َع ْب ُد ُه َو َر ُسو َع َل ْي َنا َو َع َلى ِع َبا ِد ال َّل ِه ال កាយវិការទាំងអស់ក្នុងការសរឡាត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ពាក្យសូត្រ កន្លែងត្រូវសូត្រវាក្នុង ពេលសឡាត សូត្រថា តឹកពៀពៀរ ពេលចាប់ផ្តើមចូលសឡាត និងពេលផ្លាសប្តូរពីរូកុន(កាយ វិការ)មួយ ទៅរូកុនមួយទៀត អល់ឡហ៊ូអឹកពើពើរ ទូអាអិហ្វទីតះ បន្ទាប់ពីតឹកពៀពៀរចូលសឡាត (តឹកពៀពៀរ៉ទុលអៀអៀហរ៉ម) ស៊ុបហាណាកល់ឡហ៊ុម៉ា វ៉ាពីហាំទីកា វ៉ាតាហ្ពារ៉កាសមូកា វ៉ាតាអាឡា ចាត់ទូកា វ៉ាឡាអ៊ីឡាហា ហ្គ័យរូកា មុនពេលសូត្រជំពូក អាល់ហ្វាទីហះ អាអ៊ូហ្សូ ពិលឡាហ៊ី មីណាសស ហៃត៏នៀនៀររ៉ជីម មុនពេលសូត្រអាល់ហ្វាទីហះ (បន្ទាប់ពីសូត្រ អាអ៊ូហ៊សូពិលឡះ) ពីសមិលឡើឡើហ៊ីរ រ៉ោះោះម៉ានីរ រ៉ហ៊ីម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ជំពូកហ្វាទីហះ ពេលឈរ(គ្រប់រឹកអាត់) បានបកស រាយរួចហើយ ក្រោយពេលសូត្រជំពូក អាល់ហ្វាទីហះចប់ អាមីន ក្នុងពេលរូកុ ស៊ុបហាណា រ៉បពីយ៉ាល់អាហ្ស៊ីម ពេលងើងើបពីរូកុ សាមីអល់ឡហ៊ូ លីម៉ាន់ហាមីហ្ទះ របៀបសឡាត និងការទន្ទេញតះយិត ៣៥ តារាងពាក្យសូត្រក្នុងពេលសឡាត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ពេលឈរត្រង់ក្រោយងើងើប ពីរូកុ រ៉ប់ហ្ពាណា វ៉ាឡើឡើកាល់ហាំទូ ក្នុងពេលស៊ូជោទ ស៊ុបហាណា រ៉ប់ពីយ៉ាល់ អាក់ឡើឡើ ពេលអង្គុយចន្លោះ រវាងស៊ូជោទាំងពីរ រ៉ប់ពៀពៀហ្គហ វៀរលី តះយិត ពេលអង្គុយ លើកទី១ក្រោយ ពេលចប់រឹកអាត់ទី២ និង ពេលអង្គុយចុងក្រោយ បានបកស រាយរួចហើយ សឡាវ៉ាតលើលើណាពី ពេលអង្គុយតះយិតចុង ក្រោយ នឹងមានការបកស រាយ នៅខាងមុខ ឲ្យសាឡាម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ពេលបញ្ចប់សឡាត អាសសាឡាមូ អាឡៃគុម វ៉ារ៉ោះោះម៉ាទុលឡោះ ៣៦ របៀបសឡាត និងការទន្ទេញតះយិត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សឡាវ៉ាតលើលើណាពី (ទន្ទេញ) អល់ឡហ៊ុម៉ា សល់លី អាលើលើ មូហាំម៉ាត់ វ៉ាអាលើលើ អាលី មូហាំម៉ាត់ កាម៉ា សល់ឡៃតា អាលើលើ អ៊ីពរ៉ហ៊ីម វ៉ាអាលើលើ អាលី អ៊ីពរ៉ហ៊ីម អ៊ិនណាកា ហាមីទុម ម៉ាជីត វ៉ាហ្ពារិក អាលើលើ មូហាំម៉ាត់ វ៉ាអាលើលើ អាលី មូហាំម៉ាត់ កាម៉ា ហ្ពារិកតា អាលើលើ អ៊ីពរ៉ហ៊ីម វ៉ាអាលើលើ អាលី អ៊ីពរ៉ហ៊ីម អ៊ិនណាកា ហាមីទុម៉ាជីត។ مََت َع َلى ِإ ْب َرا ِهي َص َّل ْي َص ِّل َع َلى ُم َح َّم ٍد َو َع َلى آ ِل ُم َح َّم ٍد َك َما ال َّل ُه َّم ِ َك َح ِمي ٌد َم ِجي ٌد ، و َبا ِر ْك َع َلى ُم َح َّم ٍد َو َع َلى آ َو َع َلى آ ِل ِإ ْب َرا ِهي َم ِإ َّن دٌَك َح ِمي ٌد َم ِجي َت َع َلى ِإ ْب َرا ِهي َم َو َع َلى آ ِل ِإ ْب َرا ِهي َم ِإ َّن ُم َح َّم ٍد َك َما َبا َر ْك សឡាវ៉ាត លើលើណាពី 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មេរៀនទី៥ សឡាវ៉ាតលើលើណាពី ក្រោយពេលសូត្រតះយិតចប់ ខ្ញុំសឡាវ៉ាតលើលើណាពី និង ក្រុមគ្រួសាររបស់លោក ដោយសូត្រថា៖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(ចូរអ្នក(មូហាំម៉ាត់)ពោលថា៖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អល់ឡោះគឺជាម្ចាស់តែមួយគត់) (អល់ឡោះ គឺជាអ្នកដែលត្រូវ គេពឹងពាក់) (ទ្រង់មិនបានប្រសូតបុត្រឡើយ ហើយទ្រង់ក៏មិនត្រូវគេប្រសូតដែរ)។ (ហើយគ្មាននរណាម្នាក់ប្រៀប ប្រដូចនឹងទ្រង់បានឡើយ)។ ៣៨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ជំពូកអាល់អៀអៀខ្លើស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ជំពូកអាល់អៀអៀខ្លើស (ក្នុងនាមអល់ឡោះមហាសប្បុរស មហាអាណិតស្រឡាញ់) مِِب ْس ِم ال َّل ِه ال َّر ْح َم ِن ال َّر ِحي១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ជំពូកអាល់អោសរ៍ (ទន្ទេញ) (អល់ឡោះស្បថនឹងពេលវេលា) (ពិតប្រាកដណាស់ មនុស្ស លោកគឺស្ថិតក្នុងភាពខាតបង់) رِ صْ عََْوا رٍ سْ خُ ِإ َّن ا ْل ِإ ْن َسا َن َل ِفي២ 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ជំពូកអាល់អោសរ៍ និងអាល់កាវស ហើរ ៣៩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មេរៀនទី៧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ជំពូកអាល់អោសរ៍ និងអាល់កាវស ហើរ (លើកលែងតែបណ្ដាអ្នកដែលមានជំនឿ និងបានសាងអំពើពើ ល្អត្រឹមត្រូវ និងបានផ្ដែផ្ដាំគ្នាឱ្យប្រកាន់ខ្ជាប់នូវការពិត និង បានផ្ដែផ្ដាំគ្នាឱ្យមានការអត់ធ្មត់ប៉ុណ្ណោះោះ) رِ بْ صََّص ْوا ِبال َص ْوا ِبا ْل َح ِّق َو َت َوا ِت َو َت َوا َّصا ِل َحا ِإ َّلا ا َّل ِذي َن آ َم ُنوا َو َع ِم ُلوا ال (ក្នុងនាមអល់ឡោះមហាសប្បុរស មហាអាណិតស្រឡាញ់) مِِب ْس ِم ال َّل ِه ال َّر ْح َم ِن ال َّر ِحي១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ជំពូកអាល់កាវស ហើរ (ទន្ទេញ) (ពិតប្រាកដណាស់ អ្នកដែលស្អប់ ខ្ពើមអ្នក(មូហាំម៉ាត់) គេ នឹងត្រូវ កាត់ផ្ដាច់ពីផលល្អ(ទាំងនៅក្នុង លោកិយ និងបរលោក))។ رُ تَ بْ أَ لَْك ُه َو ا ِإ َّن َشا ِن َئ (ដូចេនះ ចូរអ្នកសឡាត និងសំទេះ ះ សត្វដើម្បីម្ចាស់របស់អ្នកចុះ)។ رْ حَ نَْك َوا َص ِّل ِل َر ِّب فَ៣ (ពិតប្រាកដណាស់ យើយើងបាន ប្រទានឱ្យអ្នក(មូហាំម៉ាត់) នូវអាល់កាវស ហើរ(ឈ្មោះទនេលមួយ នៅក្នុងឋានសួគ៌))។ رَ ثَ وْ كَِْإ َّنا َأ ْع َط ْي َنا َك ا២ 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ជំពូកអាល់អោសរ៍ និងអាល់កាវស ហើរ ៤០ (ក្នុងនាមអល់ឡោះមហាសប្បុរស មហាអាណិតស្រឡាញ់) مِِب ْس ِم ال َّل ِه ال َّر ْح َم ِن ال َّر ِحي១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អង្គការវប្បធម៌ អារ្យធម៌ កម្ពុជា-អារ៉ាប់ បោះពុម្ភផ្សាយដោយ</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ច្បាប់ឥស្លាមសម្រាប់មូស្លីមថ្មី</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