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គ្រឹះឥស្លាម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កូនសោឥស្លាម</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The Key to Islam</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គ្រឹះឥស្លាម</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145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កំណត់សម្គាល់៖....................................................................១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តើឥស្លាមជាអ្វី?....................................................................៣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ពាក្យសច្ចាទាំងពីរ..................................................................៨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តើអ្នកនាំសារឥស្លាមជាអ្នកណា?.............................................៩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គេបាននិយាយអំពីអ្នកនាំសារមូហាំម៉ាត់ថា...............................១១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(ការថ្វាយបង្គាំ).......................................................១១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 (ការបរិច្ចាគទ្រព្យ).................................................១២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បួខែរ៉ាម៉ាឌន (តមអាហររយៈសពល១ខែក្នុង១ឆ្នំ).................១២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បុណយហាជ្ជ (ការធ្វើមមយាទា).............................................១៣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ការគោរពសក្ការៈផ្នែកជំនឿដែលគេហៅថាសោលជំនឿឥស្លាម......១៤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ភស្តុតាងបញ្ជាក់ថាមានអល់ឡោះជាម្ចាស់................................១៥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គម្ពីរអាល់គួរអានជាអ្វី?.......................................................៣៤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សាសនាដទៃនិយាយអំពីមពីរអាល់គួរអាន................................៣៥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គោលការណ៍គ្រឹះរបស់ឥស្លាម...............................................៣៩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ក្រមសីលធម៌ឥស្លាម............................................................៤០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សាសនាដទៃនិយាយអំពីឥស្លាម.............................................៤៤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និងទ្រព្យសម្បត្តិ.......................................................៤៤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និងស្ត្រី...................................................................៤៦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និងូវសភរ..............................................................៤៨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និងអ្នកមិនមែនមូស្លីម................................................៥០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និងការគោរពេរធិសាសនែទរ...................................៥១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និងសង្គ្រាម.............................................................៥៥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និងបរិស្ថាន.............................................................៦២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និងអ្នម័យ............................................................៦៤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និងចំណេះវិជាជ.........................................................៦៦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ឥរធិពលអ្រិយ្ម៌ឥស្លាមចំពោះការអ្ភិវឌ្ឍផ្នែកវិទ្យាសាស្ត្របំសនីប..៦៨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លក្ខណៈពិគេទនអ្រិយ្ម៌ឥស្លាម.......................................៧១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ព្រះបន្ទូលទាក់ទងនឹងវិទ្យាសាស្ត្រពិតក្នុងគម្ពីរអាល់គួរអាន.....៧៣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តើអ្នកដឹងអ្វីខ្លះអំពី៖.........................................................១១២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ចងកំហ្សរង និងភ័យខ្លាចពីឥស្លាម ហេតុអ្វី?...........................១២៧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ហេតុអ្វីបានជាអ្នកចាំបាច់ត្រូវក្លាយជាមូស្លីម..........................១៣៤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សេចក្តីបញ្ចប់..................................................................១៣៨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ការនិយាយបរិយាយក្នុងកូនសៀវភៅមគ្គុទ្ទេសក៍ដ៏សង្ខេបអំពី សាសនាចុងក្រោយបងអស់ ដែលគេបញ្ចុះមកពីលើមេឃ។ ជាមួយនឹង សាសនានោះ អល់ឡោះជាម្ចាស់បានបំពេញលក្ខណៈសាសនាមូសា និងអ៊ីសា (សេចក្តីសុខសាន្តកើតមានចំពោះពួកគាត់) ទ្រង់បានទុក សាសនាមុនៗជាមោឃៈ ហើយបានបញ្ចប់ការបញ្ចុះសារពីលើមេឃ ដោយសាសនានោះ។ បើយោងាមោតិកម្រិតពិភពលោកចុងក្រោយ បងអស់ សាសនាឥស្លាមានអ្នកចូលច្រើនជាងមួយពាន់លាននាក់។ សាសនានោះ មានមនុស្សប្រណាំងប្រជដងគ្នាចូលយ៉ាងច្រើន ទោះបីជា មានភាពែវោះខ្លតក្នុងការឧបតាមភខ្នកេម្គភរៈ និងធនធានមនុស្សក៏ ដោយេមនុស្សភាគតិចណាស់អ្នកដែលចូលសាសនានោះហើយចាក សចញនៅវិញនោះ។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មុននឹងអានសៀវភៅនោះ ចាំបាច់អ្នកត្រូវដឹងថាគម្ពីរអាល់គួរអានមិនមែនជាគម្ពីរវិទ្យាសាស្ត្រ ប៉ុខនតជាគម្ពីរដែលឱយតទមានៅលើ ចំណេះដឹង និងអ្នកប្រាជ្ញ ហើយលើកឋានៈពួកអ្នកប្រាជ្ញឱយខ្ពង់ខ្ពស់ក្នុងសង្គមឥស្លាម និងបគាប់ឱយគេលើកតសមីង និងតល់តទមដល់ពួកអ្នក ប្រាជ្ញ។ គម្ពីរអាល់គួរអានេជាក្បួនចាប់សរៀបចំខ្នរូវសម្រាប់ជីវិត នសយាបាយ គេឋកិចា សង្គមកិចា ទីល្ម៌ និងការអប់រំដែលសរៀបចំ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េណាតប់ធានប់រសបៀបរេ់នៅរបស់អ្នកមូស្លីម ការរំនាក់រំនងរបស់ពួក គេជាមួយនឹងសង្គមែទរ ដើម្បីឱយពួកគេរេ់នៅប្រក្បដោយភាពេមរមន ពួកគេស្គាល់ពីសិទ្ធិខ្លួនឯង និងេរធិអ្នកែទរ។ ក្នុងសៀវភៅនោះែញុំមិនភាជប់គម្ពីរអាល់គួរអាននៅនឹងរបកេំសហ្សីញ និងវិទ្យាសាស្ត្របំសនីប ឫក៏ទុយមកវិញ។ ប៉ុខនតែញុំនិយាយពីអ្វី ដែលមានខចងក្នុងគម្ពីរអាល់គួរអានទនក្ថែណឌមួយចំនួន ដែល និយាយអំពីអ្វីដែលគេបានរក្ឃើញថ្មីៗនសពលបចាបបនន។ ពិតប្រាកដគម្ពីរអាល់គួរអានមានក្ថែណឌែះ ដែលនិយាយពីអ្វីដែលនៅក្នុង លោកនោះដូចជា ព្រះអារិតយ ព្រះច័នទ ផ្កាយ ថ្ងៃ យប់ មេឃែ េតវ ទុក្ខជាតិ បរិយាកោ។ល។ អំពាវនវឱយមានុះគេតពិចារណាដែលនំ នៅរក្ការស្គាល់ម្ចាស់ដែលបសងីត វិស្លលភាពទនកម្លាំងអំណាចរបស់ ទ្រង់ និងភាពេទ្កិតឥតសខ្លោះទនចំណេះដឹង និងពុរធិរបស់ទ្រង់។ េងឃរមថាសៀវភៅនោះនំឱយអ្នកអានស្គាល់ពីមពីរអាល់គួរអាន ដែលេទ្កិតឥតសខ្លោះោមនភាពែវោះចសនោះត្រង់ណាសីយ។ ជាការ បញ្ចុះមកអំពីព្រះជាម្ចាស់ដ៏មហខ្លាំងពូខក។ គម្ពីរអាល់គួរអាន្ទុក្សពារ ពេញដោយក្បួនតម្រង់ចងអុលបងហាញឱយស្គាល់ពីចំណេះដឹងពិតដែលគេ មិនដឹង ឬអ្វីដែលគេមិនទន់រក្ឃើញអំពីសាសនាឥស្លាម។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សតើឥស្លាមជាអ្វី?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ឥស្លាមេជាការប្រគល់ខ្លួនជូនអល់ឡោះជាម្ចាស់ គោរព ប្រតិបត្តិចំពោះទ្រង់ដោយសេចក្តីសស្លមោះេ និងសជៀវាងការគោរព ស្សងសទៅពីទ្រង់។ ជាសាសនាដែលមានសេចក្តីសនតេប្រណី និង គេទទួល។ ដូចអល់ឡោះជាម្ចាស់ទ្រង់បានមានព្រះបន្ទូលថាៈ ﭽ ﯗ ﯘ ﯙ ﯚ ﯛ ﯜﯝ ﭼﯞ ا لبقرة : ١٨٥ មានន័យថាៈ «អល់ឡោះទ្រង់ចង់ឱយពួកអ្នកទទួលបាននូវភាព គេទទួល ហើយទ្រង់មិនចង់ឱយពួកអ្នកពិបាក្នោះសីយ»។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សាសនាដែលធ្វើឱយមានុះគោប់ោល់ និងេប់ចិត្តដូចជា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ﭽﰈ ﰉ ﰊ ﰋ ﰌ ﰍﰎﰏ ﰐ ﰑ ﰒ ﰓﰔ ﭼ ا لرعد : ٨٨ មានន័យថា៖ «ពួកអ្នកដែលមានជំនឿ ហើយចិត្តរបស់ពួកគេ នឹងនរ ដោយសារតែការរំលរក្នៅចំពោះអល់ឡោះជាម្ចាស់។ តើមិន ខមនសរឬការរំលរក្ចំពោះអល់ឡោះធ្វើឱយចិត្តនឹងនរ?»។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សាសនាដែលនំឱយមានក្តីសមាតក្រុណដូចជាអ្នកនាំសារ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عبد هللا بن عمرو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هللا صلى هللا عليه م وسل: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(الراحمون يرحمهم الرحمن ارحموا من في األرض يرحمكم من في السم اء) حسن صحيح سنن .الترمذي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«ពួកអ្នកដែលចេះអាណិតទេឡាញ់ចំពោះ មនុស្ស អល់ឡោះនឹងអាណិតទេឡាញ់ពួកគេ ចូរអាណិតទេឡាញ់ ចុះចំពោះអ្នកនៅលើ នោះអ្នកនៅលើមេឃនឹងអាណិតទេឡាញ់ពួក 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ជាសាសនាទនសេចក្តីទេឡាញ់ និងសមាតក្រុណា ហើយ ទោញ់សេចក្តីលអសម្រាប់មនុស្សរូនៅ អ្នកនាំសារលោក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عمر رضي هللا عنهما قال قال رسول هللا صلى هللا عليه و:سلم (أحب الناس إلى هللا تعالى أنفعهم للناس)</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المعجم الكبير មានន័យថា៖ «អល់ឡោះទេឡាញ់ចំពោះមនុស្សណា ដែល តល់លប្រយោជន៍ច្រើនជាងគេចំពោះមនុស្សរូនៅ»។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សាសនាដែលោមនភាពទេពិចទេពិល និងោមនភាពទ្ចបូក ទ្ចបល់ ដូចអល់ឡោះជាម្ចាស់ទ្រង់បានមានព្រះបន្ទូលថា៖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ﭘﭙ ﭚ ﭛ ﭜ ﭝ ﭞ ﭟ ﭠ ﭡ ﭼ ا لنحل : ٤٣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«យើងមិនបាបបញ្ជូននរណាមានាក់មុនអ្នកឯង (មូហាំម៉ាត់) លើកលដងតែជាបុរសដែលយើងទោ់បគាប់ចំពោះពួក គេ។ ចូរេរពួកអ្នកដែលចេះដឹងចុះ ប្រេនសបីពួកអ្នកទាំងអស់លានមិនដឹងនោះ»។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សាសនាដែលមានេម្ម៌ពេញលេញសម្រាប់មនុស្សទាំង អស់ ហើយភាពលអប្រគទីរជាងលាននោះេតនៅលើការគោរព វិន័យសាសនាតែប៉ុសណាណោះ។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سهل بن سعد قال قال رسول هللا ( الناس سواسية كأسنان المشط ) اسناده ضعيف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«មនុស្សទាំងអស់មានភាពគេមីនដូចជាស្ម ទ្កោតេក់»។ អ្នកនាំសារលោកបានមានប្រសាសន៍ទៀតថា៖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هللا صلى هللا عليه وسلم: (ال فضل لعربي على أعجمي...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إلا بالتقوى) مسند أحمد بن حنبل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«ជ្នជាតិអារ៉ាប់មិនលអប្រគទីរជាងជ្នជាតិទរ លើកលដងតែមានការគោរពវិន័យសាសនា»។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សាសនាដែលមានភាពយុត្តិម៌ោច់ខ្លតេមបីចំពោះេត្រូវក៏ ដោយ។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ﮱ ﯓ ﯔ ﯕ ﯖ ﯗ ﯘﯙ ﯚ ﯛ ﯜ ﯝ ﭼ ا لمائدة : ٨ មានន័យថា៖ «ចូរកុំសទ្ពោះតែការេអប់សែពីមរបស់ទ្កុមួយ ធ្វើឱយ ពួកអ្នកប្រព្រឹត្តអំពើអយុត្តិធម៌ឱយសស្លោះ។ ចូរពួកអ្នកប្រកាន់ខ្លជប់នូវភាព យុត្តិម៌ សទ្ពោះភាពយុត្តិម៌នៅសកៀបុំតជាមួយនឹងការកោតខ្លាច ចំពោះអល់ឡោះ»។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សាសនាដែលមានសេរីភាពរូលំរូយ សេរីភាពខ្លង ជំនឿ។ ដូចអល់ឡោះបានមានព្រះបន្ទូលថា៖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ﯿ ﰀ ﰁ ﰂ ﭼ ا لبقرة : ٢١٨ មានន័យថា៖ «គ្មានការបង្ខិតបង្ខំឡើយក្នុងសាសនា»។ សេរីភាពក្នុងការបញ្ចេញគំនិតស្ថាបនា ដើម្បីឈានទៅរក សេចក្តីចម្រុងចម្រើន និងការស្គាល់អល់ឡោះជាម្ចាស់។ អល់ឡោះបាន មានព្រះបន្ទូលៈ ﭽ ﮈ ﮉ ﮊ ﮋ ﮌ ﮍ ﭼ ونس ي : ٥٠٥ មានន័យថា៖ «មូហាំម៉ាត់ចូរពោលថា ចូរពួកអ្នកពិចារណា មើលចុះថា តើមានអ្វីខ្លះនៅលើមេឃ និងផែនដី»។ សេរីភាពក្នុងការនិយាយស្តី។ អ្នកនាំសារបានមានប្រសាសន៍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سعيد الخدري رضي هللا عنه قال ال ق رسول هللا صلى هللا يه عل وسلم: (أفضل الجهاد كلمة عدل عند سلطان جائر أو أمير جائر)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سنن أبي داود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«ការតេ ូ៏លអប្រគទីរនោះេការនិយាយពាក្យ ពិតនៅចំពោះមែសមែរក្នំផ្កតច់ការ»។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សាសនាដែលមានការឯក្ភាព និងរូបរួមស្លមលាន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ﭱ ﭲ ﭳ ﭴ ﭵ ﭶ ﭼ لآ عمران : ٤٠٥ មានន័យថា៖«ចូរពួកអ្នកប្រកាន់ខ្លជប់នឹងម្គោ៌របស់អល់ឡោះ (សាសនាឥស្លាម)ទាំងអស់លាន ហើយកុំខបកប្រាក់លានឱយសស្លោះ»។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សាសនាដែលជួយេហ្សការលានលើអំសពីលអ។ អល់ឡោះបាន 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ﯭﭽ ﯮ ﯯ ﯰﯱ ﯲ ﯳ ﯴ ﯵ ﭼﯶ سورة ا لمائدة : ٨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«ចូរពួកអ្នកជួយេហ្សការលានក្នុងការធ្វើអំសពីលអ និងសេចក្តីកោតខ្លាចំពោះអល់ឡោះ ហើយចូរពួកអ្នកកុំជួយេហ្សការលានក្នុងការធ្វើអំសពីបាប និងចងេត្រូវនឹងលានឱយសស្លោះ»។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ជាសាសនោក្ល អំពាវនវដល់ពិភពលោកទាំងមូលដោយគ្មានការប្រកាន់ពូជ្សាសនា៍។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ﭽﮥ ﮦ ﮧ ﮨ ﮩ ﮪ ﮫ ﮬ ﮭ ﮮ ﮯ ﮰ ﮱ ﭼ بأ س : ٨٨ មានន័យថា៖ «យើងោមនច្ចត់ទាំងអ្នក លើកលដងតែនៅកាន់ មនុស្សលោករូនៅ ដើម្បីតល់ែំណរងរីក្រយ និងការទ្ពមានោ់សតឿនដល់ពួកគេ ក៏ប៉ុខនតមនុស្សលោកភោច្រើនមិនបានដឹង»។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សាសនាដែលបុះលណាបានចូល អល់ឡោះនឹងអ្ភ័យសទេ នូវកំហ្សុះឆាង និងអំសពីបាបរបស់គេដែលក្នាងុត។ អ្នកនាំ 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عمرو بن العاص رضي هللا عنه قال أن رسول هللا صلى هللا عليه وسلم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...(أن اإلسالم يهدم ما كان قبله) صحيح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«...ឥស្លាមជាសាសនាដែលអ្ត់សអាននូវអ្វីដែល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ជាសាសនាពេញលេញបរិបូរ។ ជាមួយនឹងសាសនានោះ អល់ឡោះបានបំពេញលក្ខណៈដល់សាសនោម័យមុនៗ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ហើយបញ្ចប់សាសនាស្សងៗដោយសាសនាឥស្លាមនោះខែរ។ អល់ឡោះបានមានព្រះបន្ទូលថា៖</w:t>
      </w:r>
    </w:p>
    <w:p>
      <w:pPr>
        <w:spacing w:line="324" w:lineRule="auto" w:after="120" w:before="0"/>
        <w:jc w:val="left"/>
      </w:pPr>
      <w:r>
        <w:t>ﭽ ﭻ ﭼ ﭽ ﭾ ﭿ ﮀ ﮁ ﮂ ﮃ ﮄ ﮅ ﭼ ا لمائدة : ٤ មានន័យថា៖ «ថ្ងៃនោះយើងបានបំពេញសាសនារបស់ពួកអ្នក និងបានបស្រងាប់ពរជ័យរបស់យើងជូនពួកអ្នក ហើយយើងបានសទ្ជី សរីសាសនាឥស្លាមជាសាសនារបស់ពួកអ្នក»។ ខ្លងសទ្កាមនោះជាប្រសភរនៃការគោរពសក្ការៈដែលមាន (កាយ វាច្ច ចិត្ត) តួនរីយ៉ាងេំខ្លន់ក្នុងការកសាងទីល្ម៌ប្រទពទថា ជម្រះេំអាតចិត្តគំនិត និងការប្រកាន់ខ្លជប់សមីងម្គ៉ាត់ ការខក្ខប្រ តទ្មង់ខ្លួនឱយក្លាយជាបុះលលអ ហើយការរក្សាការពារឯក្ភាព និង ចំណងសមទ្តីភាពទនសង្គមឥស្លាម។ ការគោរពសក្ការៈដោយកាយវាច្ច ដែលហៅថាឥស្លាមនោះ 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ពាក្យសច្ចាទាំងពីរ រី១េច្ចាទទួលស្គាល់ថា ោមនម្ចាស់ដែលត្រូវគេគោរពសក្ការៈ យ៉ាងពិតប្រាកដ លើកលដងតែអល់ឡោះ ហើយេច្ចាថា ពិតប្រាកដ ណាស់មូហាំម៉ាត់ជែញុំបំសរី និងជាអ្នកនាំសាររបស់អល់ឡោះ។ ពាក្យ នោះជាកូនសស្លសម្រាប់ចូលសាសនាឥស្លាម។ អ្តាន័យទនពាក្យ៖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«ោមនព្រះដែលត្រូវគេគោរពសក្ការៈយ៉ាង ពិតប្រាកដ លើកលដងតែអល់ឡោះ»។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ោមនម្ចាស់ដែលជាអ្នកបសងីតចក្រវាល ទាំងមូល លើកលដងតែ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ោមនអ្នកកាន់កាប់ និងច្ចត់ខចងសរៀបចំចក្រវាលរប លើកលដងតែ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អល់ឡោះតែមួយេត់ជាម្ចាស់ដែលេក្តិមគេគោរពសក្ការៈ។ អ្តាន័យទនពាក្យសច្ចាថា« ពិតប្រាកដមូហាំម៉ាត់ជាអ្នកនាំសារ របស់អល់ឡោះសឡា »ប្រតិបត្តិមអ្វីដែលលោកបានបគាប់សប្រី ជឿ ជាក់ចំពោះអ្វីដែលលោកបានប្រាប់ សជៀវាងពីអ្វីដែលលោក បានហាមឃាត់ និងេអប់សែពីម។ តើអ្នកនាំសារឥស្លាម ជាអ្នកណា? ោត់េជាឪពុក្របស់ កេរម សឈាមោះម៉ូហំម្គ៉ាត់ កូនអាប់ឌុល ឡោះ កូនអាប់ឌុលម៉ូសាលិប កូន ហេរម មកពីកុលេមព័ន អារ៉ាប់េសរេស ជាប់ទ្តកូល អាត់ណាន ជាកូនរបស់ អ៊ីស្លមខអ្ល ជាអ្នកនាំសារ របស់អល់ឡោះ ជាកូនរបស់អ៊ីប្រាហ៊ីម ដែលជោំណពវចិត្តរបស់ អល់ឡោះ។ ម្គាយរបស់ោត់សឈាមោះ អាមីណោះ កូន វា៉ាហប់ ជាប់ ទ្តកូលអាត់ណាន ជាកូនរបស់ អ៊ីស្លមខអ្ល អ្នកនាំសាររបស់អល់ឡោះ ជាកូនរបស់អ៊ីប្រាហ៊ីម។ ោត់បានប្រេតនៅឆ្នំ ៥៧១ េ.េ នៅរីទ្កុង ម្គ៉ាកោះ ដែលជាមជ្ឈមណឌលសាសនោំរប់ឧបរវីបអារ៉ាប់។ មានកាអ៍បះហ៍ ដែលកសាងសីងដោយ អ្នកនាំសារសឈាមោះអ៊ីប្រាហ៊ីម និងកូនរបស់ោត់ សឈាមោះអ៊ីស្លមខអ្ល។ គេបានទទួលស្គាល់ថោត់ជាមនុស្សដែលមានភាពស្លមោះ ត្រង់ ហើយគេមានជំនឿទុក្ចិត្តលើរូបោត់ នៅសពលដែលពូក្គេចង់ធ្វើ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 ពួកគេបានយកបសញ្ញីរបស់ពូក្គេមកស្ញីនឹងោត់ ហើយគេបាន ទទួលស្គាល់ថោត់ជាមនុស្សដែលប្រកាន់នូវភាពេចាៈ មិនចេះ កុហ្សក គេមិនដែលលឺថា ោត់ក្បត់នឹងពាក្យេនា សបាកប្រោ់ ពោលេត់ ទោញ់សេចក្តីលអ និងភាពចម្រុងចម្រើនដល់មនុស្សលោក រូនៅ។ អល់ឡោះបានប្រទនសារដល់ោត់ែណៈដែលោត់មាន អាយុ ៤០ឆ្នំ ោត់បានប្រាប់ប្រំពានធសឈាមោះ ែរីជោះថា (ពិតប្រាកដ ណាស់ ែញុំមានការបារមភចំពោះខ្លួនែញុំ ប្រំពានធោត់បានសីយថា៖ ពុំែសច្ចនោះសរ! អល់ឡោះមិនធ្វើឱយអ្នកអាម្គ៉ោ់មែជោច់ខ្លតតាមពិត អ្នកបានាភាជប់ស្លច់ញាតិ ជួយោំទ្រពួកអ្នករន់សែយ ឧបតាមភដល់ អ្នកទីទ័លក្រ ទទួលឱយសភញៀវអាទេ័យនៅ និងជួយជ្នឹងសទោះ។ ោត់បានស្លនាក់នៅរីទ្កុង ម្គ៉ាកោះ អស់រយៈកាល ១៣ឆ្នំ អំពាវ នវមនុស្សឱយជឿចំពោះអល់ឡោះ បន្ទាប់មកោត់បានសភៀខ្លួន នៅ ម្គ៉ារីណោះ ហើយបានអំពាវនវអ្នកទទុក្នោះឱយកាន់សាសនាឥស្លាម ពួកគេក៏បានចូលឥស្លាម ហើយអល់ឡោះនៅតែបញ្ចុះចាប់សាសនា ដែលនៅគេល់ស្សងៗទៀតដល់ោត់ជាបនតបនទប់។ ោត់បាន រំសោះទ្កុងម្គ៉ាកោះ បនទប់ពីត់បានសភៀខ្លួនបាន៨ឆ្នំ។ ោត់បាន ទទួលមរណភាពនៅអាយុ៦៣ឆ្នំ ក្រោយពីគេបានបញ្ចុះគម្ពីរ អាល់គួរអានទាំងមូល និងចាប់ឥស្លាមបានចប់េពវទេប់ ហើយពួក អារ៉ាប់ទាំងមូលក៏បានចូលសាសនាឥស្លាមផងខែរ។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គេបាននិយាយអំពីអ្នកនាំសារម៉ូហំម្គ៉ាត់ថា លោកបណ្ឌិត ច លីបូន បាននិយាយនៅក្នុងសៀវភៅ អ្រិយ្ម៏អារ៉ាប់របស់លោកថា៖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សពលណាគេចង់សប្រៀបសៀបេណសម្បត្តិពួកវីរជ្នាមរយៈស្លនទដ៏អស្ចារ្យរបស់ពួកគេ េម៉ូហំម្គ៉ាត់ជា បុះលអស្ចារ្យដែលប្រវត្តិសាស្ត្របានទទួលស្គាល់។ ជាកាពិតណាស់ អ្នកប្រាជ្ញលោកខ្លងលិច បានតល់យុត្តិម៌ជូនម៉ូហំម្គ៉ាត់ ថ្វីសបី សាសនានិយមបានធ្វើឱយពួកប្រវតតិវិបូជាច្រើនបាត់បង់ឧត្តមេតិ មិន ទទួលស្គាល់ឧត្តមភាពរបស់ោត់..។ លោកបណ្ឌិត ទម៉ាសឃីល ហត បាននិយាយនៅក្នុងសៀវភៅ “ការខេវងយល់អំពីវីរជ្នកំពូលទាំង ១០០” ថា៖ ែញុំបានសទ្ជីយក ម៉ូហំម្គ៉ាត់ មកដាក់សលែសរៀងរីមួយទនបញ្ជីសឈាមោះដែលមានបុះលជា ច្រើនេរធតែមានឥរធពលជោក្ល ក្នុងវិ័យជាច្រើន ប្រខហ្សលជា មានអ្នកអានជាច្រើន មានការសងឿងឆៃល់ ..ក៏ប៉ុខនតាមរេសនៈរបស់ែញុំ ម៉ូហំម្គ៉ាត់ េជាវីរជ្នតែមួយេត់ក្នុងប្រវត្តិសាស្ត្រ ដែលទទួលសជោជ័យ សលចសធានិងឧតុងាឧតាមជាងគេ ទាំងផ្នែកសាសនាចទ្ក និងអាណា ទ្ចក។ សឡាត (ការថ្វាយបង្គាំ) ការារភាជប់រវាងែញុំបំសរី និងម្ចាស់របស់ខ្លួន គេបួងេងេំ អ្ភ័យសទេ េំជំនួយ និងភាពេទក្រតទ្តបមត្រូវ។ េជោឡាតតទាំងប្រាំ សពលក្នុងមួយថ្ងៃ មួយយប់ ាមសពលសវោកំណត់។ អ្នកមូស្លីមនៅតែរភាជប់នឹងម្ចាស់របស់ែន សរៀងរល់សពល។ ចំខណកឯពួកប្រុះៗ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ត្រូវប្រតិបត្តិ សឡាត ជាទ្កុមនៅឯម្គ៉ោជិត លើកខលងអ្នកដែលោមន លរធភាព។ក៏ដូចនោះខែរសឡាត ជួយពទផងរងចំណងទនគេចកីទោញ់ ភាពជិតេនិរធ ហើយជួយលុបំបាត់ទាំងទេងនូវការខបងខចក្វណណៈក្នុង សទ្ពោះអ្នកឥស្លាមឈរជាជួរ ជាប់ៗលាន ហើយេំនៅនៅរក្រិតែមួយ ក្នុងសពលតែមូយ ពោលេ ពួកគេទាំងអស់គេមីភាពលានក្នុងការគោរពសអា នលំសទន និងឈរសក្ការៈចំពោះអល់ឡោះជាម្ចាស់។ ហ្សាកាត់ (ការបរិច្ចាគទ្រព្យ) ជាទ្រព្យសម្បត្តិមួយភោតូច ដែលអ្នកមានត្រូវបង់ាមលក្ខែណឌ កំណត់ ដោយចិត្តទ្ជោះថា ជាការអនុវត្តាមបរបញ្ជជរបស់អល់ឡោះសម្រាប់ខចក្ជូនដល់បងបអួនរបស់ខ្លួនដែលក្រីក្រ និងពួកអ្នកែវោះខ្លត។ ឥស្លាមបានដាក់កាតពវកិចានោះក្នុងសោលបំណងដើម្បីបណតុះស្លមរតីចេះ ទទួលរប់រងក្នុងសង្គម រវាងអ្នកឥស្លាម និងអ្នកឥស្លាម លុបំបាត់ភាព ក្រីក្រ និងរប់ស្លាត់ហនិភ័យទាំងឡាយដែលកើតសចញពីភាពក្រីក្រ។ មិនទ្តបមតែប៉ុសណាណោះ ហ្សាកាត់ជួយជម្រះសមអាតចិត្តពួកអ្នកមានពីភាព រិះកំណាញ់ សោភលន់ និងជម្រះសមអាតចិត្តអ្នកទក្ពីការទ្ចខណន ឈាននី ការចងេំនុំេំកួនលើអ្នកមាន។ នៅសពលដែលពួកគេឃើញ អ្នកមានយកចិត្តបុកដាក់ចំពោះពូក្គេក្នុងការាល់ជាលុយកាក់ និងការ តល់ជោបុរស្ម៌ដល់ពួកគេ ..។ បួខែរ៉ាម៉ាឌន (ការតមអាហរមួយខែក្នុងមួយឆ្នំ) អ្នកឥស្លាម បួមួយឆ្នំមាង ដោយតមប្រការដែលនំឲយដូច បួ ដូចជាការហ្សូបចុក រក្ររក រូមេគវេ ដែលេត ច្ចប់ពីសពល អារុណរោះរហូតដល់ថ្ងៃលិច។ បួពុំខមនជាប្រការដែលទើបនឹងកើត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មានសីងក្នុងសាសនាឥស្លាមនោះសរតាមពិត អល់ឡោះបានដាក់ កាតពវកិចានោះដល់ពួកប្រជាជាតិជំនន់មុនផងខែរ។ ដូចទ្រង់បានមាន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ﭽﭣ ﭤ ﭥ ﭦ ﭧ ﭨ ﭩ ﭪ ﭫ ﭬ 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ﭮ ﭯ ﭰﭱ ﭼ ا لبقرة : ٤٨٥ មានន័យថា៖ “មានលពួកអ្នកដែលមានជំនឿទាំងឡាយ យើង បានដាក់កាតពវកិចាឱយបួ ដូចដែលយើងបានដាក់កាតពវកិចាលើពួក អ្នកជំនន់មុនខែរេងឃរមថាពួកអ្នកនឹងកោតខ្លាចមកចំពោះយើង»។ បួជាការតេ ូជំនោះរវាងខ្លួនឯងនិងតណា ហើយនិង ចំណង់អូទញ។ បួធ្វើឱយអ្នកមូស្លីមានអារមមណ៍ដឹងពីភាពែវោះ ខ្លតបងបអូនរបស់គេដែលក្រីក្រ សាក្យា៉ាក។ ដូចនោះ ធ្វើឱយរូបគេមាន ចិត្តអាណិតអោរ ចេះចូលរួមរំខលក្ទុក្ខលំបាក និងជួយបំពេញតទ្មូវ ការរបស់ពួកគេ។ បុណយហាជ្ជ (ការធ្វើមមយាទា) ការធ្វើែំសណីរនៅកាន់វិហរកាអ៍បះហ៍ជាររកែពិឋដើម្បីបំពេញ ពិបុណយមួយយ៉ាងពិគេ នៅរីក្ខនាងមួយដ៏ពិគេ ក្នុងសពលសវោ មួយកំណត់ដោយប្រតិបត្តិមកតីបគាប់របស់អល់ឡោះជាម្ចាស់។ ច្ចំ បាច់លើមូស្លីមទេប់រូបមានបញ្ជញ ទេប់អាយដឹងក្តី ត្រូវបំពេញពិនោះឱយ បានមតងក្នុងមួយជីវិត ដោយមានលក្ខែណឌកំណត់ត្រូវមានលរធភាព ទាំងេភាពូវកាយ និងនធានទ្រព្យសម្បត្តិ អល់ឡោះជាម្ចាស់ ទ្រង់បានមានព្រះបន្ទូលថា៖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ﮬﭽ ﮭ ﮮ ﮯ ﮰ ﮱ ﯓ ﯔ ﯕﯖ ﯗ ﯘ ﯙ ﯚ ﯛ ﯜ ﯝﯞ ﭼ لآ عمران : ٩٧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 អល់ឡោះជាម្ចាស់បានដាក់ កាតពវកិចាលើមនុស្សឱយប្រារពធពិបុណយហាជ្ជ នៅវិហរកាអ៍បះហ៍ចំពោះ នរណាដែលមានលរធភាព។ រីឯអ្នកដែលប្រឆំងបែគេនោះ ពិត ប្រាកដណាស់ អល់ឡោះទ្រង់មិនត្រូវការអ្វីពីពិភពលោកនោះសីយ”។ គេច្ចត់ទុក្បុណយហាជ្ជា ការប្រមូល្តុំពួកអ្នកមូស្លីមដ៏ំបុំតនៅ ក្ខនាងតែមួយ ក្នុងសពលតែមួយ ពួកគេនំលានបួងេងចំពោះព្រះជាម្ចាស់ តែមួយ ពួកគេសប្រីំសលៀក្បំពាក់តែមួយ ប្រារពវពិតែមួយ មិនមាន ការខបងខចក្រវាងអ្នកមាន និងអ្នកទ្ក វណណៈខ្ពស់ទប ពណ៌េមបុរ អារ៉ាប់ និងជ្នជាតិទរសីយ។ នោះជោក្ខីភាពមួយបញ្ជជក់ពី ភាតបភាព ភាពជាបងបអូននឹងលានរវាងពួកអ្នកមូស្លីមរូនៅ។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ការគោរពសក្ការៈផែក្ជំសឿគេលគេបញ្ញត្តិហៅថា សោលជំសឿ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ជឿចំពោះអល់ឡោះជាម្ចាស់ៈ ត្រូវមានជំនឿថាមានព្រះជា ម្ចាស់ ជាព្រះតែមួយោមនទែទាំងភាពជាម្ចាស់ ទាំងភាពជាព្រះ ទាំង ព្រះនម និងព្រះលក្ខណៈរបស់ទ្រង់។ ទ្រង់ោមនេសប្រៀប ហើយទ្រង់ោមនែនងបខងអក និងអ្នកជួយោំទ្រ ទ្រង់ជាព្រះដែលបសងីតេភាវេតវ លោក ទ្រង់ជាអ្នកច្ចត់ខចងតែមួយេត់ ោមនអ្វីកើតសីងលើកខលងត ទ្រង់េពវព្រះរ័យ ហើយោមនកើត្លអ្វីលើកលដងតែទ្រង់មានព្រះ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សចតន ទ្រង់តែមួយេត់េក្តិមនឹងទទួលការគោរពសក្ការៈ ោមនអ្នក ស្សងសីយ។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ﭑﭽ ﭒ ﭓ ﭔﭕ ﭖ ﭗﭘ ﭙ ﭚ ﭛ ﭜ ﭝ ﭞ ﭟ ﭠ ﭡ ﭢﭣ ﭼ ا إلخالص : ٥-٣ មានន័យថា៖ «មូហាំម៉ាត់ចូរប្រសាសន៍ចុះថា៖ អល់ឡោះតែ មួយេត់ទ្រង់ជាព្រះជាម្ចាស់ ហើយទ្រង់មានព្រះនម និងព្រះលក្ខណៈដ៏ប្រគទីរទថាថា ោមននរណាមានាក់ចូលហ្សុនចំខណក្ជាមួយទ្រង់សីយ។ អល់ឡោះតែមួយេត់ទ្រង់េង់ជាអ្មតៈ ដែលត្រូវគេសងប្រាថានេំឱយ បានេំសរចដូចបំណង។ ទ្រង់ោមនកូនោមនឳពុក និងោមនប្រំពានធ។ ោមនេតវលោកណាអាចប្រដូច ហើយសប្រៀបនឹងទ្រង់ ទាំងព្រះនម ព្រះ លក្ខណៈ ទាំងេក្មមភាព ទ្រង់មហខ្ពង់ខ្ពស់ មហពិឋ»។</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ភេតុតាងបញ្ជាក់ថាមាន អល់ឡោះសោះជាមោ់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 ទេប់អ្វីទាំងឡាយដែលមាននៅក្នុងចក្រវាល ទនេភាវេតវលោកបញ្ជជក់យ៉ាងចោ់ដោយោមមនទិលេងស័យថា មាន ព្រះជាម្ចាស់ដែលជាអ្នកបសងីត ទ្រង់េអល់ឡោះជាម្ចាស់។ ពួកអ្នក ដែលមានបញ្ញា ណ និងមាននិស័យទ្ជោះថាបានយល់ពីសរឿងនោះ យ៉ាងចោ់។ ពិតប្រាកដ ពួកអ្នកដែលបែគេចំពោះវតតមានរបស់ អល់ឡោះ ពួកគេចង់បានភេតុងជារូបធាតុពិតដែលដឹងដោយឥស្រនទី យារមមណ៍របស់ពួកគេ។ ពួកគេជំទេ់នឹងខ្លួនឯងក្នុងការទមទរចង់ បានធាតុរូបីទនជំនឿ ដោយសារពួកគេមានជំនឿថា មានវតតមានអ្វីទេប់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t>យ៉ាងក្នុងចក្រវាល នោះឥស្រនទីយារមមណ៍របស់ពួកគេក៏េតមិនដល់ខែរ តែ ពួកគេអាចដឹងាមរយៈការប្ររោះឃើញលរធ្ល និងឥរធិពលទនរបស់ ដែលមាននៅក្នុងចក្រវាល។ ពួកគេរងាមរយៈឥរធិពលទនវតុទាំង នោះ តែមិនាមរយៈធាតុពិតទនវតុទាំងនោះសីយ។ ពួកគេជឿថាមាន រំនញផែនដី ហើយក្នុងខ្លួនដឹងចោ់មិនអាចមើលឃើញ តែពួកគេ ឃើញឥរធិពលរបស់វោអ្វីទេប់យ៉ាងត្រូវទេបទញដោយរំនញផែនដី។ ពួកគេជឿថាមានខែនម្គ៉ាសញរិច ហើយក៏ដឹងចោ់ថាខ្លួនឯងមើល មិនឃើញខែនម្គ៉ាសញរិចនោះ តែពួកគេឃើញពីឥរធិពលរបស់វា ដែល ទេបចូលលាន។ ប៉ុខនតពួកគេមើលមិនឃើញពីកម្លាំងរំនញនោះសីយ។ ពួកគេមានជំនឿថាមានប្រាជ្ញា ពួកគេមើលមិនឃើញប្រាជ្ញា តែពួកគេ ឃើញពីឥរធិពលរបស់វា។ តើពួកអ្នកដែលេតថាអ្វីៗវាឋិតនៅទ្តបមតែ ការដឹងដោយឥស្រនទីយារមមណ៍នោះទ្តបមត្រូវខែរឬសរ? តើមសហ្សតុល ខែរឬសរនៅសពល ដែលពួកគេបែគេនឹងជំនឿចំពោះអល់ឡោះ ពីសទ្ពោះពួកគេមិនអាចដឹងពីទ្រង់ាមរយៈឥស្រនទីយារមមណ៍របស់ពួកគេ? ទលាន់តែខអក្នៅលើឥរធិពលតែមួយេត់ ពួកគេជឿលើភាពពិតជាច្រើន ដែលពួកគេមើលមិនឃើញ។ ពិតប្រាកដ ការទមទរចង់ដឹងដោយ ឥស្រនទីយារមមណ៍ ដើម្បីជឿថាមានអល់ឡោះជាម្ចាស់ បានធ្វើឱយមនុស្ស ភោច្រើនឃាតចាក្ពូវត្រូវក្នុងការស្គាល់អល់ឡោះជាម្ចាស់ ដែលឆុះ បញ្ជទាំងក្នុងគំនិតនៃការេតអំពីនិមិត្តេញ្ជញរបស់ទ្រង់ និងស្លភាវេតវ លោករបស់ទ្រង់។ ទ្រង់បានមានព្រះបន្ទូលថា៖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ﮌﭽ ﮍ ﮎ ﮏ ﮐ ﮑ ﮒ ﮓ ﮔﮕ ﮖ ﮗ ﮘ ﮙ ﮚ ﮛ ﮜ ﮝ ﮞﮟ ﮠ ﮡ ﮢ ﮣ ﮤ ﮥ ﮦ ﮧﮨ ﮩ ﮪ ﮫ ﮬ ﮭ ﮮﮯ ﭼ افر غ : ٢٤- ٩٤ មានន័យថា៖ «ផ្ករ៉ាអផង់បាននិយាយថា ខនហាម្គ៉ាន ចូរេង់ អោរខ្ពស់មួយឱយយើងេងឃរមថាយើងអាចសីងនៅលើមេឃបាន យើងចង់មើលព្រះជាម្ចាស់របស់មូស្លដោយខ្លួនឯង យើងេងស័យថាវា និយាយកុហ្សក្យើង។ គេបានលបួងរសងវដ៏អាទ្ក់របស់ផ្ករ៉ាអផង់ថាជា រសងវីលអ ហើយខ្លួនត្រូវររំងពូវត្រូវ។ លបិចក្លរបស់ផ្ករ៉ាអផង់ោមនអ្វី សទៅពីក្តីអ្ភ័ពវទាំងនៅលោកីយ៍ និងបរលោក»។ ពុំខមនចំពោះតែយុះម័យកាលណាមួយនោះសីយ តែនោះេជាវបប្ម៌រំសនៀមរំោប់របស់ពួកអ្នកប្រឆំងជំទេ់បែគេទាំងពី សែមសរៀងមកដោយសារភាពលៃង់សលារបស់ពួកគេ។ អល់ឡោះជាម្ចាស់ 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ﯣﭽ ﯤ ﯥ ﯦ ﯧ ﯨ ﯩ ﯪ ﯫ ﯬﯭ ﯮ ﯯ ﯰ ﯱ ﯲ ﯳ ﯴﯵ ﯶ ﯷﯸ ﯹﯺ ﯻ ﯼ ﯽﯾ ﭼ ا لبقرة : ٨٥٥ មានន័យថា៖ «ពួកអ្នកដែលលៃង់សលាបាននិយាយថា សបីន ជាអល់ឡោះនិយាយផ្កទល់ជាមួយពួកយើង ឬឯងនំមកបងហាញយើង នូវនិមិត្តេញ្ជញណាមួយ។ ក៏ដូចគ្នាដែរ ពួកអ្នកជំនន់មុនក៏និយាយ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អ្ញារងខែរដងចិត្តរបស់ពួកគេទេសដងៗលាន។ ពិតណាស់យើងបាន បកស្រាយបញ្ជជក់អំពីនិមិត្តេញ្ជញរបស់យើង យ៉ាងចោ់ោ់សម្រាប់ពួកអ្នកដែលមានជំនឿជឿជាក់»។ ឬពួកគេមិនជឿដោយសារមូលសហ្សតុទនភាពទកអឺតទក្រមរបស់ ពួកគេ អល់ឡោះទ្រង់បានមានព្រះបន្ទូលថា៖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ﭒﭽ ﭓ ﭔ ﭕ ﭖ ﭗ ﭘ ﭙ ﭚ ﭛ ﭜ ﭝﭞ ﭟ ﭠ ﭡ ﭢ ﭣ ﭤ ﭥﭦ ﭧ ﭨ ﭩ ﭪ ﭫ ﭬ ﭭ ﭮ ﭯ ﭰﭱ ﭼ ا لفرقان : ٥٨-٨٨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«ពួកអ្នកដែលោមនេងឃរមនឹងជួបយើងបាន និយាយថា ប្រសិនបើគេបញ្ជូនពួកសរវាមកជួបពួកយើង ឬក៏ពួក យើងឃើញព្រះជាម្ចាស់របស់យើង។ ពិតប្រាកដ ពួកគេមានចិត្តអំនួត ចំពោះខ្លួន ហ ននិយាយពាក្យទកអឺតទក្រមខបបនោះ។ ថ្ងៃដែលពួកគេ ឃើញពួកសរវា ោមនអ្វីរីក្រយនៅថ្ងៃនោះសម្រាប់ពួកអ្នកអេតិ ហើយ ពួកសរវានិយាយថាឋានេ៌ជាក្ខនាងដែលគេហាមចំពោះពួកអ្នក»។ ឬក៏ជាអំសពីអេតិ ដូចជាការប្រព្រឹត្តិរបស់ពួកជិហ្សវ។ អល់ឡោះ 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ﭽﮪ ﮫ ﮬ ﮭ ﮮ ﮯ ﮰ ﮱ ﯓ ﯔ ﯕ ﯖ ﯗ ﯘﯙ ﭼ ا لبقرة : ١١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“ចូររំលរក្ចុះែណៈដែលពួកអ្នកនិយាយថា បពិត្រមូស្ល! ពួកយើងមិនទ្ពមជឿចំពោះឯងជោច់ខ្លត លុះទាណា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ពួកយើងឃើញអល់ឡោះផ្កទល់នឹងខភនក។ ស្រាប់តែមានសភីងធាក់ពីលើ មេឃមក ហើយពួកអ្នកបានឃើញផ្កទល់នឹងខភនក សភីងនោះបានឆ្ប សឆោះប្រល័យពួកអ្នក ដោយសារតែអំសពីបាប និងការប្រម្គថ្របស់ពួក អ្នកចំពោះអល់ឡោះជាម្ចាស់»។ ភេតុងែះៗបញ្ជជក់ថាមានអល់ឡោះ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រក្សហ្សតុលាមឧបនិស័យដ៏បរិរធៈ ពិតប្រាកដ មនុស្ស មានាក់ៗមានឧបនិស័យទ្តបមត្រូវ និងប្រាជ្ញាយល់ដឹងមានជំនឿ ជាក់យ៉ាងចោ់ថា ោមនអ្វីមួយដែលោមនអ្នកបសងីត ហើយក៏ោមន អ្វីមួយកើតសីងដោយោមនមូលសហ្សតុនោះខែរ។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ព្រះបន្ទូលក្នុងគម្ពីរអាល់គួរអានៈ ជំរុញឱយេសងាតមើលពិភព លោកដែលនៅជុំវិញខ្លួនឯង ទ្តិះរិះពិចារណានៅលើភាវេតវ លោកទាំងឡាយដែលមាននៅក្នុងចក្រវាល ដែលបងហាញថាមាន ព្រះជាម្ចាស់ជាអ្នកបសងីត ជាអ្នកច្ចត់ខចង ដោយោមនភាពមនទិលេងស័យជោច់ខ្លត។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ចក្រវាល ដែលសពារពេញដោយភាពេទក្រតឥតសខ្លោះ ការប្រឌិត សីងដ៏េរឱយេប់ខេង មានទាំងពីភពផ្កាយទាំងឡាយដែល កំពុងមានចលន។ ភពនីមួយៗដែលនៅលើមេឃ ប្រសិនបើ ឃាតែបន្តិចពីនាងរបស់ខ្លួននោះ នឹងកើតមានសទោះមហ្សនត រយដ៏ប្រល័យនៅក្នុងចទក្វោមននរណដឹងពីរំហ្សំទនសទោះ មហ្សនតបយនោះ លើកលដងតែអល់ឡោះជាម្ចាស់តែមួយេត់។ តើនរណាជាអ្នកទទួលែះត្រូវ និងបសងីតភពទាំងនោះ ទាំងពី ការច្ចប់ស្តីមកំសណីតចក្រវាល រហូតមកដល់េពវថ្ងៃ។ ភពទាំង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ឡាយធ្វើចលនាមទក្រតយក្រមកំណត់មួយយ៉ាងជាក់ដាក់។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ﮈﭽ ﮉ ﮊ ﮋ ﮌ ﮍﮎ ﮏ ﮐ ﮑ ﮒ ﮓ ﮔ ﮕ ﮖﮗ ﭼ ونس ي : ٥٠٥ មានន័យថា៖ «មូហាំម៉ាត់ចូរប្រាប់ពួកគេចុះថា ចូរពួកអ្នកពិនិតយេសងាតនៅលើអ្វីៗដែលមាននៅលើមេឃ និងនៅលើផែនដី តែនិមិត្តេញ្ជញទាំងឡាយ ទ្ពមទាំងការោ់សតឿនឱយប្រុងប្រយ័តនោមន ប្រយោជន៍សម្រាប់ពួកអ្នកដែលោមនជំនឿ»។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ខ្លួនមនុស្សផ្កទល់ ដែលមានលក្ខណៈពិគេអស្ចារ្យទាំងរូបសម្បត្តិ និងទ្រង់ទ្ទយ អល់ឡោះជាម្ចាស់បានប្រទនមកជា មួយនូវលរធភាព និងេកាតនុពល។ ដូចអល់ឡោះជាម្ចាស់ទ្រង់ 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ﮝﭽ ﮞ ﮟ ﮠﮡ ﮢ ﮣﮤ ﮥ ﮦﮧ ﭼ ا لذاريات : ٠٨-٥٨ មានន័យថា៖ «ហើយនៅលើផែនដីជានិមិត្តេញ្ជញសម្រាប់ពួក អ្នកដែលមានជំនឿជឿជាក់ និងនៅក្នុងខ្លួនរបស់ពួកគេ តើពួកគេអ្ត់ សបីក្ខភនក្មើលសរខមនសរ?»។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ពពួកេតវស្សងៗ ដែលមនុស្សទញយកលប្រយោជន៍ធ្វើជា ចំណីអាហ គ្រឿងឧបសភោបរិសភោ េសមៀក្បំពាក់ និងទុកធ្វើ ជាយានជំនិះ។ ដូចអល់ឡោះជាម្ចាស់បានមានព្រះបន្ទូលថា៖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ﭣﭽ ﭤ ﭥ ﭦ ﭧ ﭩ ﭪ ﭫ ﭬ ﭭ ﭮ ﭯﭰ 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ﭲ ﭳ ﭴﭵ ﭶ ﭷﭸ ﭹ ﭺ ﭻ ﭼ ﭽ ﭾ ﮀ ﮁ ﮂ ﮃ ﮄ ﮅﮆﮇ ﮈ ﮉ ﮊ ﮋ ﮌ ﮍ ﮎ ﮏ ﮐ ﮑ ﮒ ﮓﮔﮕ ﮖ ﮗ ﮘﮙ ﮚ ﮛ ﮜ ﮝ ﮟ ﮠ ﮡ ﮢ ﮣ ﮤ ﮥﮦ ﮧﮨ ﮩ ﮪ ﮫ ﮬ ﮭ ﮮﮯ ﭼ ا لنحل : ٢٢-٧٢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«ពិតប្រាកដេតវពាហ្សនៈេជាតួយ៉ាងមួយសម្រាប់ពួកអ្នក យើងបានប្រទនររក្សោះដល់ពួកអ្នក សចញពីក្នុងចំពោះ របស់វាកើតសចញពីចសនោះអាចន៍ និងឈាមរបស់វាជាររក្សោះដ៏ថា បរិរធមានរេជាតិឆៃញ់សម្រាប់ពួកអ្នកទទួលទន។ អំពីក្តីប្រទន របស់យើងេខាសលមី និងខារំពទាំងបាយជូរ ពួកអ្នកយកវានៅបិតធ្វើទស្ល ហើយពួកអ្នកយកខាសឈីទាំងនោះធ្វើជាចំណដ៏ឆៃញ់ពិស្ល ពិតប្រាកដ ទាំងនោះជានិមិត្តេញ្ជញសម្រាប់ពួកអ្នកដែលមានប្រាជ្ញាចេះេត។ ព្រះ ជាម្ចាស់របស់ឯងបានទោ់បគាប់ឱយេតវឃមុំយកភនំ និងសែមសឈីធ្វើជោំបុក ហើយនិងទោះេខមបងេំណង់អោរដែលមនុស្សធ្វើ។ បនទប់ មកទ្រង់សប្រីឱយឃមុំខ្លំេខាសឈីទាំងឡាយ និងធ្វើទាប់ាមរូវដែល ទ្រង់បានទ្តួទាយឱយយ៉ាងគេទទួល។ ររកែមដែលសចញពីក្នុង ចំពោះរបស់វាមានេមបុរែះៗលានជាថានំពាបាលសម្រាប់មនុស្ស។ ពិត ណាស់ នោះជានិមិត្តេញ្ជញសម្រាប់ពួកអ្នកដែលចេះេតពិចារណា»។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ទុក្ខជាតិ សែមសឈី និងដំណាំោំែះទាំងឡាយមានប្រសភរ និង ពណ៌េមបុរែះៗលាន ដែលមនុស្សទញយកលប្រយោជន៍សប្រីទម្គប់ជាគ្រឿងឧបសភោបរិសភោជារីជទ្មក និងជាឧេថ្ពា បាល។ ដូចអល់ឡោះជាម្ចាស់ទ្រង់បានមានព្រះបន្ទូលថា៖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ﮂﭽ ﮃ ﮄ ﮅ ﮆ ﮇ ﮈ ﮉﮊ ﮋ ﮌ ﮍ ﮎ ﮏ ﮐ ﮑﮒ ﮓ ﮔ ﮕﮖ ﮗ ﮘ ﮙ ﮚ ﮛ ﮜﮝ ﮞ ﮟ ﮠ ﮡ ﮢ ﮣ ﮤ ﮥ ﮦ ﮧ ﮨ ﮩ ﮪ ﮫ ﮬ ﮭ ﮮ ﮯ ﮰ ﮱ ﯓﯔ ﯕ ﯖ ﯗ ﯘ ﯙ ﯚﯛ ﭼ ا لرعد : ٤-٣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«ទ្រង់េជាអ្នកដែលពនាតផែនដីឱយំរូយ ទ្រង់បានបសងីតឱយភនំ និងរសនា និងមានខាសឈីទេប់ប្រសភរ ទេប់ខាសឈី នីមួយៗមានពីរប្រសភរ ហើយទ្រង់បសងីតឱយមានយប់និងថ្ងៃទេប់ែណតប់លាននៅវិញនៅមក។ ពិតប្រាកដ នោះជានិមិត្តេញ្ជញសម្រាប់ពួក អ្នកដែលចេះេតពិចារណា។ នៅលើផែនដីនោះទៀតមានប្រសភរែ ស្សងលានតែនៅជាប់ៗលាន មានចំការទេប់ប្រសភរ ចំការរំពទាំងបាយជូរ ចំការដំណាំស្សងៗ និងចំការសលមីដែលមានសែមែះសចញពីល់តែមួយ និងេល់ស្សងលាន គេសទស្លចទេពររក្តែមួយ ហើយយើងបានធ្វើឱយខា សឈីទាំងនោះមានរេជាតិប្រគទីរែះនក្នុងការទទួលទន។ ពិត ប្រាកដ ជានិមិត្តេញ្ជញសម្រាប់ពួកអ្នកដែលមានប្រាជ្ញាចេះេត»។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េភាវៈទាំងឡាយទនេតវលោកស្សងៗ ដែលរេ់នៅលើផែនដី ទេប់ប្រសភរ ទេប់ជំពូក ទេប់លក្ខណៈ។ អល់ឡោះជាម្ចាស់ទ្រង់ 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ﮪﭽ ﮫ ﮬ ﮭ ﮮﮯ ﮰ ﮱ ﯓ ﯔ ﯕ ﯖ ﯗ ﯘ ﯙ ﯚ ﯛ ﯜﯝ ﯞ ﯟ ﯠ ﯡ ﯢ ﯣ ﯤ ﯥ ﯦ ﯨﯧ ﯩ ﯪ ﯫ ﯬ ﯭ ﯮ ﯯ ﯰ ﯱﯲ ﯳ ﯴ ﯵﯶ ﯷﯸ ﭼ ل قمان : ٠٥-٥٥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«ទ្រង់បានបសងីតមេឃដោយោមនេរដូច ដែលពួកអ្នកមើលឃើញស្រាប់ ហើយទ្រង់បានដាក់ភនំចុះមកដើម្បីរប់លំនឹង ផែនដី កុំឱយរសគោះរសងដល់ពួកអ្នក។ ទ្រង់ដាក់ពទ្គយេតវទេប់ប្រសភរ នៅលើផែនដី យើងបានបញ្ចុះររក្សភ្លៀងពីលើមេឃ បន្ទាប់មក យើង បសងីតឱយទុក្ខជាតិទេប់ប្រសភរែះោលសីងទេ់បំទ្ពង និងមាន ប្រយោជន៍។ នោះជាការបសងីតរបស់អល់ឡោះ ចូរបងហាញយើងពីអ្វី ដែលអ្នកស្សងសទៅពីយើងបានបសងីត។ តាមពិត ពួកអ្នកដែលអេតិ នោះកំពុងឋិតក្នុងក្តីវសងវងយ៉ាងជាក់ចោ់»។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ប្រព័ន្ធបនតពូជ្របស់េតវមានជីវិតទាំងអស់ដ៏ចខមាក ដែលទទួល រ៉ាប់រងរក្សានិរនតបភាពទនជីវិតបេ់នៅ និងតុលយភាពនៅលើភព ផែនដី។ ដូចអល់ឡោះជាម្ចាស់បានមានព្រះបន្ទូលថា៖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ﭝﭽ ﭞ ﭟ ﭠ ﭡ ﭢﭣ ﭤ ﭥ ﭦ ﭧ ﭨ ﭩ ﭪ ﭫ ﭬ ﭭ ﭮ ﭯ ﭰ ﭱ ﭲﭳ ﭴ ﭵ ﭶ ﭷﭸ ﭹ ﭺ ﭻ ﭼ ﭽ</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ﭾﭿ ﭼ ا لنور : ١٣ មានន័យថា៖ «ហើយអល់ឡោះទ្រង់បសងីតទេប់េតវទាំងអស់ ដែលរេ់នៅលើផែនដីពីសារធាតុររក ពពួកេតវែះលូនែះទៀតដើរ សជីងពីរ ហើយែះទៀតដើរសជីងបួន អល់ឡោះជាម្ចាស់ទ្រង់បសងីតអ្វីមតែទ្រង់េពវព្រះរ័យ ពិតប្រាកដ ណាស់ អល់ឡោះទ្រង់មាន អានុភាពលើអ្វីទេប់យ៉ាង»។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ការខចកច្ចយរបបអាហរចិញារមជីវិតដ៏ចខមាក ការធានសម្រាប់េតវលោក និងេភាវៈទាំងមូល។ ដូចទ្រង់បានមានព្រះបន្ទូល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ﭒﭽ ﭓ ﭔ ﭕ ﭖ ﭗ ﭘ ﭙ ﭚ ﭛ ﭜ ﭝﭞ ﭟ ﭠ ﭡ ﭢﭣ ﭼ ود ه : ٢ មានន័យថា៖ «ហើយោមនេតវអ្វីដែលដើរនៅលើផែនដីលើក ខលងតែអល់ឡោះជាម្ចាស់ ទ្រង់ធានចំពោះរបបអាហរចិញារមជីវិត របស់វា ទ្រង់ដឹងពីរីជទ្មក និងរីអ្វស្លនរបស់វា។ អ្វីៗទាំងអស់មាន ច្ចរក្នុងគម្ពីរព្រះលិតយ៉ាងចោ់ោ់»។ េភាវេតវលោកេពវខបបយ៉ាងនៅក្នុងចក្រវាល អល់ឡោះជា ម្ចាស់បានបញ្ជជក់យ៉ាងចោ់ពីប្រភពសែមរបស់វាមួយចំនួន ហើយ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ទ្រង់តែមួយេត់ដឹងពីប្រភពសែមួយចំនួនស្សងទៀត។ ដូចអល់ឡោះ 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ﭽﮩ ﮪ ﮫ ﮬ ﮭ ﮮ ﮯ ﮰ ﮱ ﯓ ﯔ ﯕ ﯖﯗ ﭼ سي : ٢٤ មានន័យថា៖ «អល់ឡោះជាម្ចាស់ទ្រង់មហពិឋមហស្លអតេអំ ទ្រង់បសងីតឱយមានសភរញីសឈាមលទេប់ទុក្ខជាតិដែលែះសចញពែ និងកំសណីតដែលកើតសចញពីខ្លួនពួកគេ ហើយនិងអ្វីស្សងឯទៀតដែល ពួកគេមិនដឹង»។ ោមនអ្វីមនទិលបន្តិចសស្លោះថា មានកម្លាំងចលក្រមួយដែល បសងីតឱយមានេភាវៈទាំងនោះ ហើយកម្គទាំងនោះនៅរក្សា និងែំសណីរ ការាមទក្រតយក្រមរបស់វាទាំងមូល។ ដូចនោះមានការេននិឋនបីមនបួនេ៖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រី១៖ ចក្រវាល ទាំងមូលប្រក្បដោយក្រឹត្យក្រមជាប្រព័ន្ធកើត សីងដោយខ្លួនឯង ហើយនោះជាការេននិឋនមួយមិនេម សហ្សតុលែះពីការពិតតទាំងទេង សទ្ពោះទេប់អ្វីទាំងអស់ដែល កើតសីងតដងតែមានអ្នកបសងីត។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រី២៖ ចក្រវាល នោះបសងីតសីងដោយអ្វីមួយ ហើយអ្វីនោះ សចញពីចក្រវាល ខ្លួនឯង។ ការេននិឋនខបបនោះក៏មិនេម សហ្សតុលខែរ បញ្ជញញាណមិនអាចទទួលយកបាន ពីសទ្ពោះវតុ អ្វីមួយមិនអាចបសងីតអ្វីមួយឱយដូចខ្លួនឯងបានសីយ។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រី៣៖ ចក្រវាលនោះ បសងីតសីងដោយនរណាមានាក់ឋិតនៅសទៅ ពីពិភពលោកស្សងពីចទក្វោព្រះអល់ឡោះជាម្ចាស់ទន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េក្លលោក ហើយនោះជាអ្វីដែលពួកអ្នកមូស្លីមជឿ។ ឯ ចំខណក្ពួកអ្នកោមនជំនឿវិញឋិតក្នុងភាពមនទិលេងស័យស្លទក់ គេទីរ។ ត្រូវនឹងពាក្យបន្ទូលរបស់អល់ឡោះជាម្ចាស់៖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ﭪﭽ ﭫ ﭬ ﭭ ﭮ ﭯ ﭰ ﭱﭲ ﭳ ﭴ ﭵ ﭶﭷ ﭸ ﭹ ﭺﭻ ﭼ ﭽ ﭾ ﭿ ﮀ ﮁ ﮂ ﮃﭼ ا لطور : ١٤-٩٤ មានន័យថា៖ «តើពួកគេកើតសីងដោយោមនអ្នកបសងីត ឬក៏ ពួកគេជាអ្នកបសងីតមេឃ និងផែនដី។ តាមពិត ពួកគោមនជំនឿជាក់ ឬ ក៏ពួកគេមានឃទាំងសម្បត្តិព្រះជាម្ចាស់របស់ឯង ឬក៏ពួកគេជាអ្នក ទ្តួតទា»។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ភេតុងដែលបញ្ជជក់ថាមានអល់ឡោះេការយល់ឃើញខបប ឧបនិស័យ៖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ﯔﭽ ﯕ ﯖ ﯗﯘ ﯙ ﯚ ﯛ ﯜ ﯝ ﯞﯟ ﯠ ﯡ ﯢ ﯣﭼ ا لروم : ٠٤ មានន័យថា៖ «ចូរតទ្មង់រិរបស់ឯងសម្រាប់សាសនដ៏ទ្តបម ត្រូវ ជាឧបនិស័យដែលអល់ឡោះជាម្ចាស់ទ្រង់បានបសងីតមនុស្សឱយ មានខបបនោះ គ្មានការផ្កោ់បតូរសម្រាប់ការបសងីតរបស់អល់ឡោះ»។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ខ្លួនមនុស្សគេបសងីតមកជាមួយនឹងអារមមណ៍ និងការទទួល ស្គាល់ថា មានព្រះជាម្ចាស់ជាអ្នកបសងីតខ្លួនគេ និងចក្រវាល ទាំងមូល ដែលពួកសាសនាវិរូបានបញ្ញត្តិថា “ េភាវេតិសាសនា “ ទោះបីជា ឧបនិស័យនោះបានឃាតចាក្ពីខ្លួនរបស់គេ ក៏មនុស្សនៅតែត្រូវការ កម្លាំងចលក្រនោះដើម្បីបំពេញតទ្មូវការ និងកផងវោះខ្លតរបស់គេ ហើយេំទ្ជំនួយកាននៅសពលមានឧបោលំបាក និងសទោះថានាក់។ េភាវេតិ នោះ មាននៅក្នុងខ្លួនមនុស្សទេប់រូបោមនក្រណីលើកខលង ក៏ប៉ុខនតអ្នកែះ បែគេដោយភាពចសចេររងរូ និងទកអឺតទក្រម ហើយអ្នកែះ ទទួលស្គាល់ និងមានជំនឿ។ េភាវេតិនោះសលចសីងនៅសពលបុះល មានាក់ធាក់ខ្លួនឈឺអស់េងឃរម ជួបនឹងសទោះថានាក់ំ ភ័យរនធត់នឹងសរឿង ដែលខ្លួនមិនពេញចិត្ត សពលនោះអ្នកនឹងឃើញគេធ្វើទាំងមិនដឹងខ្លួន ដោយពោលពាក្យថា ឱព្រះជាម្ចាស់! ឬសងីយមើលនៅលើមេឃ ជាការ ទទួលស្គាល់សចញពីខ្លួនគេផ្កទល់ថា មានកម្លាំងអាថ៌កំបាំងដ៏ខ្លាំងកា អាចជួយេសស្រគោះគេពីសទោះភ័យទាំងនោះ។ ត្រូវនឹងបន្ទូលរបស់ 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ﮞﭽ ﮟ ﮠ ﮡ ﮢ ﮣ ﮤ ﮥ ﮦﮧ ﮨ ﮩ ﮪ ﮫ ﮬ ﮭ ﮮ ﮯ ﮰ ﮱ ﭼﯓ ونس ي : ٨٥ មានន័យថា៖ «នៅសពលដែលមនុស្សរងនូវសទោះថានាក់ គេបួងេងេំឱយយើងេសស្រគោះទាំងខ្លួននៅសែក ឬអផងុយ ឬឈរែរបណាយើង បានេសស្រគោះឱយគេរួចុតភ័យពីសទោះថានាក់ គេធ្វើហក់បដូចខ្លួនគេពុំ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បានេំបួងេងយើង ឱយជួយេសស្រគោះខ្លួនគេពីសទោះថានាក់ដែលគេបាន ទទួលរង»។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ការដាក់កំហ្សិតរបស់គម្ពីរអាល់គួរអាន៖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គម្ពីរអាល់គួរអានបានដាក់កំហ្សិតឱយេតវលោកទាំងអស់ធ្វើរួមលាន ឬស្សងលាន បសងីតេភាវៈអ្វីមួយដែលមានជីវិត។ អល់ឡោះជាម្ចាស់ទ្រង់បានមាន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ﭑﭽ ﭒ ﭓ ﭔ ﭕ ﭖﭗ ﭘ ﭙ ﭚ ﭛ ﭜ ﭝ ﭞ ﭟ ﭠ ﭡ ﭢ ﭣﭤ ﭥ ﭦ ﭧ ﭨ ﭩ ﭪ ﭫﭬ ﭭ ﭮ ﭯﭰ ﭼ لحج ا : ٤٩ មានន័យថា៖ “ខនមនុស្សលោកទាំងឡាយ គេលើកឧទហ្សរណ៍ មួយចូរនំលានស្លតប់ និងពិចារណា ពិតប្រាកដ រូបេំណាក្ទាំងឡាយ ដែលពួកអ្នកនាំលានគោរពបូជាសទៅពីអល់ឡោះជាម្ចាស់នោះ ពួកគេមិន អាចបសងីតេតវរុយមួយកាល សបីសទោះជាពួកគេទាំងនោះរួមលានធ្វើក៏ ដោយ ប្រសិនបើតវរុយលួចពាំចំណីពួកគេ ពួកគេមិនែសណតីមពីតវរុយមកវិញបានសីយ។ ទាំងរូបេំណាក និងេតវរុយេរធតែរន់ សែយដូចគ្នា»។ ជាមួយនោះ ទ្ពលរងជាភារកិចារបស់អល់ឡោះជា ម្ចាស់ោមននរណដឹងថាទ្ពលរងជាអ្វីនោះសីយ។ លើកលដងតែព្រះអផងា តែមួយេត់។ 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ﯮﭽ ﯯ ﯰﯱ ﯲ ﯳ ﯴ ﯵ ﯶ ﯷ ﯸ ﯹ ﯺ ﯻ ﯼﯽ ﭼ ا إلسراء : ١٨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«ពួកអ្នកោមនជំនឿរអ្នកអំពីទ្ពលរង ចូរប្រាប់ ពួកគេវិញថា ទ្ពលរងេជាសរឿងរបស់ព្រះជាម្ចាស់របស់ែញុំ ហើយគោមន បានឱយចំណេះដឹងដល់ពួកអ្នកលើកលដងតែបន្តិចបនតួច»។ តាមពិត ពួកគេអេមតាភាពនឹងបសងីតអ្វីដែលោមនទ្ពលរង អ្នក នំសារមូហាំម៉ាត់បានមានប្រសាសន៍ថា៖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هللا عليه :وسلم قال هللا عز وجل: (ومن أظلم ممن ذهب يخلق كخلقي فليخلقوا ،ًذرّة أو ليخلقوا ًحبة أو ًشعيرة) صحيح البخاري មានន័យថា៖ «អល់ឡោះជាម្ចាស់ទ្រង់បានមានព្រះបន្ទូលថោមននរណាអេតិជាងអ្នកដែលបសងីតដូចជាការបសងីតរបស់យើង ចូរឱ យគេបសងីតទោប់សពាត ឬឱយគេបសងីតទោប់ញ្ញជាតិ ឬបសងីតទោប់ ទេវស្លី»។ ការអេមតាភាពរបស់មនុស្សក្នុងការច្ចត់ខចងចក្រវាល ជា ភស្តុតាងបញ្ជាក់ថា មានព្រះជាម្ចាស់ជាអ្នកបសងីត និងជាអ្នកច្ចត់ ខចង។ ដូចអល់ឡោះជាម្ចាស់ទ្រង់បានមានព្រះបន្ទូលៈ ﭽﭭ ﭮ ﭯ ﭰ ﭱ ﭲ ﭳ ﭴ ﭵ ﭶ ﭷ ﭸ ﭹ ﭺ ﭻ ﭼ ﭽ ﭾ ﭿ ﮀ ﮁ ﮂ ﮃﮄ ﮅ 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ﮇ ﮈ ﮉ ﮊ ﮋ ﮌ ﮍ ﮎ ﮏ ﮐ ﮑ ﮒ ﮓﮔ ﮕ ﮖ ﮗ ﮘ ﮙﮚ ﭼ ا لبقرة : ٨١٨ មានន័យថា៖ «តើឯងឃើញសរេភាពរបស់អ្នកដែលបាន ប្រខក្កជាមួយនឹងអ៊ីប្រាហ៊ីមកនុងសរឿងព្រះជាម្ចាស់របស់គេ។ សទ្ពោះតែ អល់ឡោះជាម្ចាស់បានប្រទនអំណាចដល់គេណៈដែលអ៊ីប្រាហ៊ីម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បាននិយាយថា ព្រះជាម្ចាស់របស់ែញុំដែលទ្រង់តល់ជីវិត និងែក្យក ជីវិត។ គេតចរមិ នោះនិយាយថា អ្ញ់ក៏អាចទុក្ជីវិត និងេម្គាប់ បានខែរ។ អ៊ីប្រាហ៊ីមនិយាយថា ពិតប្រាកដ អល់ឡោះជាម្ចាស់ទ្រង់អាច ធ្វើឱយព្រះអារិតយរោះពីរិខ្លងកើត ចូរឱយព្រះអារិតយរោះពីរិខ្លងលិច វិញមើល៍បានសរ? ដូចនោះ អ្នកដែលោមនជំនឿនោះត្រូវរ័លគំនិត ហើយ អល់ឡោះជាម្ចាស់ ទ្រង់មិនចងអុលបងហាញូវចំពោះពួកអ្នកដែលអេតិ 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រខហ្សលជាភេតុងមួយទៀតបញ្ជជក់ថាមានអល់ឡោះជាម្ចាស់េការដាក់កំហ្សិតរបស់ទ្រង់ឱយមនុស្សរូនៅនិពនធគម្ពីរមួយដែលដូចនឹងគម្ពីរអាល់គួរអាន ដែលជាគម្ពីរបញ្ចុះពីលើមេឃមកចុង ក្រោយបងអស់ ជាការដាក់កំហ្សិតដែលមានតំទលជានិរនតប៍រហ្សូល់ ថ្ងៃបរលោក។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ﭽﭜ ﭝ ﭞ ﭟ ﭠ ﭡ ﭢ ﭣ ﭤ ﭥ ﭦ ﭧ ﭨ ﭩ ﭪﭫ ﭬ ﭭ ﭮﭯ ﭼ ا إلسراء : ٨٨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«មូហាំម៉ាត់ចូរប្រសាសន៍ចុះថា ប្រសិនបើ មនុស្ស និងជិនប្រមូល្តុំលានពាយាមនិពនធឱយដូចគម្ពីរអាល់គួរអាន ពួក គេមិនអាចធ្វើបានជោច់ខ្លត សបីសទោះជាពួកគេជួយេហ្សការលានក៏ ដោយ»។ នរណាកើតមនទិលេងស័យចំពោះការមានវតតមានរបស់ អល់ឡោះជាម្ចាស់ ឬកើតមនទិលចំពោះសាររបស់អ្នកនាំសារមូហាំម៉ាត់េមអ្នកនោះទទួលនូវការដាក់កំហ្សិតនោះ ហើយនិពនធឱយដូចគម្ពីរ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អាល់គួរអាន។ គេរងចោ់ថា ពួកអ្នកជំនញខ្លងភាស្ល ខ្លងនិពនធ ហើយអ្នកដែលពូខក្សវាហរទាំងអស់ គេប្រទនគម្ពីរនោះចុះមកជា ភាសារបស់ពួកគេ បានែតែំពាយាមណាស់ខែរ តែពួកគេនៅតែ អេមតាភាពជាមួយនឹងការែតែំប្ររងខប្រងដ៏ខ្លាំងការបស់ពួកគេ ដើម្បី សឆីយតបនឹងការដាក់កំហ្សិតនោះ។ គម្ពីរអាល់គួរអានជាពាក្យបន្ទូលរបស់អល់ឡោះបញ្ចុះមកពី ព្រះអផងាផ្កទល់។ ដូចទ្រង់បានមានព្រះបន្ទូលថា៖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ﭽﮚ ﮛ ﮜ ﮝ ﮞ ﮟ ﮠ ﮡ ﮢ ﮣ ﮤ ﮥ ﮦ ﮧ ﮨ ﮩ ﮪ ﮫ ﮬ ﮭ ﮮ ﮯﮰ ﭼ ونس ي : ٩٤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«ោមននរណាមានាក់មានេមតាភាពនិពនធគម្ពីរ អាល់គួរអាននោះសីងសទៅអំពីអល់ឡោះ តែអល់ឡោះជាម្ចាស់បាន បញ្ចុះគម្ពីរនោះមកជាការបញ្ជជក់ពីភាពទ្តបមទនគម្ពីរមុនៗ ហើយក៏ជា ការបកស្រាយដែលោមនភាពមនទិលេងស័យ ដែល សចញមកអំពីព្រះជា ម្ចាស់ទនេក្លលោកទាំងមូល »។ ប្រសិនបើមពីរនោះជោំែរបស់មនុះនោះនឹងទ្តោងសីង នូវភាពចទ្មូងចទម្គេក្នុងវាក្យែណឌនីមួយៗ។ ដូចទ្រង់បានមានព្រះ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ﭻﭽ ﭼ ﭽﭾ ﭿ ﮀ ﮁ ﮂ ﮃ ﮄ ﮅ ﮆ ﮇ ﮈﮉ ﭼ ا لنساء : ٨٨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«តើពួកគេមិនពិនិតយមើលនៅក្នុងគម្ពីរអាល់េរ អានសរឬ? ប្រសិនបើមពីរនោះមកអំពីអ្នកស្សងសទៅពីអល់ឡោះ ពួក គេនឹងប្ររោះឃើញក្នុងគម្ពីរនោះ នូវការខែវងលានយ៉ាងច្រើន»។ ២- ជឿចំពោះពួកសរវា៖ េជាជំនឿមួយដែលជឿថោទម្គប់ អល់ឡោះជាម្ចាស់ទ្រង់មានពួកសរវដ៏ច្រើនេនធរកេនធប់ោមននរណដឹងពីចំនួនរបស់ពួកគេសីយ។ មានតែអល់ឡោះជាម្ចាស់សរជាអ្នក ដែលដឹង។ ទ្រង់បសងីតពួកគសម្រាប់ឱយគោរពសក្ការៈចំពោះទ្រង់។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ﭽﮏ ﮐ ﮑ ﮒ ﮓ ﮔ ﮕ ﮖ ﮗ ﮘ ﭼ ا لنساء : ٨٩٥ មានន័យថា៖ «មេស៊ី (យេស៊ូ ូ)មិនដែលប្រម្គថ្ជោច់ខ្លត ចំពោះការដាក់ខ្លួនជែញុំបសទ្មីរបស់អល់ឡោះ ហើយពួកសរវដ៏ជិតេនិរធនឹងទ្រង់ក៏អ្ញារងខែរ»។ ពួកសរវាទាំងនោះពុំខមនជាព្រះស្សងសទៅពីអល់ឡោះ ពួកគេ ពុំខមនជាបុទ្តរបស់ទ្រង់តាមពិតទ្រង់បសងីតពួកគេដើម្បីឱយពួកគេ បំពេញការគរដែលទ្រង់បានបគាប់សប្រី។ ដូចទ្រង់បានមានព្រះបន្ទូល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ﭡﭽ ﭢ ﭣ ﭤﭥ ﭦﭧ ﭨ ﭩ ﭪﭫ ﭬ ﭭ ﭮ ﭯ ﭰ ﭱﭲﭼ ا ألنبياء : ٢٨-٩٨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«ពួកអ្នកគោរពពហ្សុសរពនិយាយថា ព្រះជាម្ចាស់ មហសមាតទ្រង់មានបុទ្ត។ ព្រះជាម្ចាស់មហស្លអតេអំ! តាមពិត ពួកគេ ទលាន់តែញុំបសទ្មីរបស់ទ្រង់ដ៏មហប្រទពតែប៉ុសណាណោះ។ ពួកគេមិនដែល និយាយពាក្យអ្វីមុនព្រះអផងាបគាប់ ហើយពួកគេធ្វើមការបគាប់របស់ ព្រះអផងា»។ ៣- ជឿចំពោះព្រះគម្ពីរ៖ េជាការជឿថាអល់ឡោះជាម្ចាស់ ទ្រង់បានប្រទនគម្ពីរជាច្រើនចុះពីលើមេឃមកកាន់ពួកអ្នកនាំសារ របស់ទ្រង់ដើម្បីសព្វាយគម្ពីរទាំងនោះដល់មនុស្សលោក បកស្រាយ ប្រាប់ពួកគេពីចាប់ោរីអាត់ដែលពួកគេនឹងគោរពសក្ការៈចំពោះទ្រង់ រួមទាំងការសរៀបចំជីវិតបេ់នៅរបស់ពួកគេ។គម្ពីរទាំងនោះមានដូចជា៖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គម្ពីរេ ូហ្សុហ្សវរបស់អ្នកនាំសារអ៊ីប្រាហ៊ីម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គម្ពីរាវរ៉ាត ជាគម្ពីរដ៏ពិឋដែលព្រះបានប្រទនចុះមកឱយអ្នក នំសារមូស្ល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គម្ពីរសអីហ្សាពួរ ជាគម្ពីរដែលទ្រង់បានប្រទនចុះមកចំពោះ អ្នកនាំសារដាវូត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គម្ពីរអិញជីលជាគម្ពីរដែលព្រះបានប្រទនចុះមកចំពោះ អ៊ីស្ល (យេស៊ូ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 គម្ពីរអាល់គួរអាន ជាគម្ពីរដ៏ពិឋដែលព្រះបានប្រទនចុះមក ចំពោះអ្នកនាំសារមូហាំម៉ាត់ ដើម្បីសព្វាយអំពាវនវដល់ មនុស្សរូនៅ ហើយទ្រង់បានច្ចត់ទុកគម្ពីរមុនៗជាមោឃៈ បនទប់ពីទ្រង់បានប្រទនគម្ពីរអាល់គួរអាននោះរួចមក។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សតើមពីរអាល់គួរអាន ជាអ្វី?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ជាពាក្យបន្ទូលរបស់អល់ឡោះដែលទ្រង់ប្រទនចុះមកចំពោះ អ្នកនាំសារមូហាំម៉ាត់ជាភាស្លអារ៉ាប់។ ទលាន់តែ េទ្តគេច្ចត់ទុក្ជាការ គោរពសក្ការៈ។ េមពីនោះបានចមាងយ៉ាងទ្តបមត្រូវតៗលានទាំងេំសណរ និងការរសនទញច្ចំ ច្ចប់ស្តីមដោយជំពូក្មួយហៅថា (េ ូសរ៉ោះអាល់ហវរី ហ្សោះ) ហើយបញ្ចប់ដោយជំពូក្មួយហៅថា (េ ូសរ៉ោះ អាន់សណី)។ គម្ពីរនោះជាមមនុញ្ញសម្រាប់ពួកអ្នកមូស្លីម ដែលពួកគេក្ទេង់នូវ ពាក្យរូនមនសប្រៀនប្រនៅ ក្បួនចាប់សម្រាប់សរៀបចំកិចាការសាសនា និងសង្គមរេ់នៅរបស់ពួកគេឱយមានចាប់រម្គាប់ែះពីមពីរមុនៗដូច 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ជាគម្ពីរប្រទនចុះពីលើមេឃមកចុងក្រោយបងអស់ ដែលទ្រង់េនាអ្ភិរក្ស និងរក្សាចាប់សែមគម្ពីរនោះឱយនៅង់វងសរហូតដល់ថ្ងៃបរលោក។ ដូចអល់ឡោះជាម្ចាស់ទ្រង់បានមានព្រះ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ﮗﭽ ﮘ ﮙ ﮚ ﮛ ﮜ ﮝﮞ ﭼ ا لحجر : ٧ មានន័យថា៖ “ពិតប្រាកដ យើងបានប្រទនគម្ពីរអាល់គួរអានចុះមក ហើយយើងជាអ្នកខថ្រក្សោមពីរនោះ”។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ទេបែណតប់នូវរល់ការបញ្ញត្តិចាប់ទាំងឡាយ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ដែលចាប់នោះនឹងបសងីតនូវសង្គមួយប្រក្បដោយេណ្ម៌ និងធានទទួលែះត្រូវចំពោះការគោរពេរធិមនុស្ស។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គេច្ចត់ទុក្ជាឯកសរប្រវត្តិសាស្ត្រមួយដែលបញ្ជជក់ពីស្លវារទន ការបញ្ចុះសាសនាមកចំពោះពួកអ្នកនាំសារ ហើយសហ្សតុការណ៍ ដែលបានកើតសីងចំពោះពួកគេ ជាមួយនឹងជាតិសាសនា៍របស់ខ្លួនទាំងពីម័យអ័ដាំរហូតដល់អ្នកនាំសាររីបញ្ចប់េ ព្យាការី 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គម្ពីរនោះគេបញ្ចុះមកសម្រាប់មនុស្សជាតិរូនៅ ដើម្បីឱយពួកគេ ទទួលបាននូវភាពេមរមន សេចក្តីវតាភាព គោរភាពោប់ោល់ នំពួកគេសចញឱយុតពីភាពងងរតអ្នធការនៅ រក្ពនា៏ភាថាទនជីវិត។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គម្ពីរនោះមានេណសម្បត្តិំសផងណាស់ ទលាន់តែការេទ្ត រសនទញច្ចំម្គត់ និងបសទផងៀនគេឱយចេះេទ្តក៏ជាការគោរពសក្ការៈ ចំពោះអល់ឡោះជាម្ចាស់ផងខែរ។ សាសនាដទៃនិយាយអំពីមពីរអាល់គួរអានៈ លោក វ. ែរ៉ាងត៍ (W.Durant) ក្នុងសៀវភៅអ្រិយ្ម៌របស់ លោកបានេរគេរថាគម្ពីរអាល់គួរអានបញ្ជូនមកកាន់ចិត្តមនុស្សជា ជំនឿ៏គេទទួលោមនភាពទេពិចទេពិលោមនពិសាសនដ៏េមុះ ស្លមញ ចាកុតតទាំងទេងពីជំនឿលើអារក្សអ្នកា ជំនឿលើភិក្ខុ និង បពវជិតសាសនា។ គម្ពីរអាល់គួរអានមានេណសម្បត្តិំសផងក្នុងការ លើក្មពេ់ពួកអ្នកមូស្លីមខ្នកខ្លងទីល្ម៌ និងវបប្ម៌។ ជាគម្ពីរដែល បញ្ញត្តិសីងនូវបរោឋន រសបៀបរបបសង្គម ឯក្ភាពជាតិ ជំរុញឱយពួកគេ ប្រកាន់ាមគោលការណ៍េភាព ហើយរំសោះប្រាជ្ញាស្លមរតីពួកគេឱយ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t>រួចុតពីជំនឿអ្រូបី ការទេសមីទេទម សចញពីភាពអយុត្តិធម៌ ហ្សិងាទទ្ព ទ្ស ហើយស្លតបពួកវណណៈទេក្រឱយមានភាពប្រគទីរសីងវិញ។ លើកេទួយពួកអ្នកមានវណណៈតូចទបឱយមានតទមានិងឥេសរភាពសីងវិញ។ បសងីតឱយមានេម្ម៌ក្នុងសង្គមូស្លីម ប្រោចាក្ពីមហ្សិចឆាសោភ លន់ ោមនសង្គមណាអាចសប្រៀបគេមីនឹងសង្គមឥស្លាម សទោះនៅរីណាក៏ ដោយក្នុងេក្លលោកទាំងមូល ដែលមានជ្នជាតិខេបកេរេ់នៅ។ ៤-ជឿចំពោះពួកអ្នកនាំសារ៖ ជឿថាអល់ឡោះជាម្ចាស់ទ្រង់បាន សទ្ជីសរីពួកអ្នកនាំសារពីក្នុងចំសណាមមនុស្សលោកដើម្បីតល់សារ និងនីតិចាប់របស់អល់ឡោះដល់មនុស្សលោករូនៅ ដើម្បីកុំឱយពួកគេ យកសលេជាមួយទ្រង់បនទប់ពីបញ្ជូនពួកអ្នកនាំសាររួច។ ពួកគេជា មនុស្សដែលមានទីល្ម៌េទក្រតទ្តបមត្រូវបុំត ពួកគោមនកំហ្សុះ ចំពោះអ្វីដែលពួកគេសព្វាយអំពីអល់ឡោះជាម្ចាស់។ ពួកអ្នកនាំសារ របស់ទ្រង់មានចំនួនសទ្ចីឥតេណនោមននរណដឹងពីចំនួនរបស់ពួក គេ លើកខលងអល់ឡោះ ពួកគេជាមនុស្ស តែទ្រង់បានតល់លក្ខ ណៈពិគសម្រាប់ពួកគេក្នុងការទទួលសារពីទ្រង់។ ដូចទ្រង់បាន 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ﮜﭽ ﮝ ﮞ ﮟ ﮠ ﮡ ﮢﮣ ﮤ ﮥ ﮦ ﮧ ﮨ ﮩ ﮪﮫ ﭼ ا ألنبياء : ٩ មានន័យថា «យើងពុំបានបញ្ជូនអ្នកនាំសារមុនឯងលើកលដងតែពួកគេ ជាបុរសដែលយើងបានទោ់បន្ទូលចំពោះពួកគេ ចូរនំលានេរពួកអ្នក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ចេះដឹង ប្រសិនបើពួកអ្នកមិនដឹង»។ អ្នកនាំសារដំបូងបងអស់េណួហ្ស (ណូសអ) ហើយចុងក្រោយបងអស់េអ្នកនាំសារមូហាំម៉ាត់។ ៥- ជឿចំពោះថ្ងៃបរលោក៖ ជឿថាជីវិតបេ់នៅលោកីយ៍នឹងមាន ថ្ងៃបញ្ចប់ និងស្លបេនយ។ ដូចទ្រង់បានមានព្រះបន្ទូលថា៖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ﭿﭽ ﮀ ﮁ ﮂﮃ ﮄ ﮅ ﮆ ﮇ ﮈ ﮉﮊ ﭼ ا لرحمن : ٢٨-٩٨ មានន័យថា៖ «រល់អ្នកដែលនៅលើផែនដីទាំងអស់ត្រូវវិនេ ហើយនៅល់តែព្រះភស្រក្តរបស់ព្រះជាម្ចាស់របស់ឯង ដែលមានព្រះ កិតិនមទថាថា ឧតតុងឧត្តម»។ បន្ទាប់មកទៀត ទ្រង់នឹងបសងីតឱយរេ់ សីងវិញសងីបសចញពីនូរ នៅសពលនោះ ទ្រង់នឹងបសងីតេតវលោកទាំង អស់ឱយរេ់សីងវិញដើម្បីជំនុំជំរោះពួកគេ ហើយតបេនងាមអំសពីរបស់ ពួកគេ ទ្រង់ប្រទនជូនពួកអ្នកធ្វើលអេក្តិមនឹងអ្វីដែលពួកគេបាន ស្លងដូចជាអំសពីលអ ក្តីជំនឿ ការប្រតិបត្តិមពួកអ្នកនាំសារ។ទុយនៅ វិញទ្រង់នឹងដាក់សទេចំពោះពួកអ្នកស្លងអំសពីអាទ្ក់ ជាការតបេនងាមអ្វីដែលពួកគេបានស្លងទនអំសពីបាប ការក្បត់នឹងជំនឿ ការប្រព្រឹត្ត បរសលមីប្រឆំងនឹងពួកអ្នកនាំសារ មិនជឿចំពោះជីវិតអ្មតៈនៅថ្ងៃ បរលោកដែលមានឋានេ៌ និងឋាននរក។ ៦- ជឿចំពោះព្រះលិត៖ ជឿថាអល់ឡោះជាម្ចាស់ទ្រង់ដឹងពីបុសព្វ នូវរល់អ្វីទេប់យ៉ាងមុននឹងវាកើតសីង ហើយនិងអ្វីដែលនឹងកើត ចំណេះដឹង ការលិតកំណត់ និងក្តីប្រាថានរបស់ទ្រង់។ ដូចទ្រង់បាន 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ﯬ ﯭ ﯮ ﯯ ﯰﯱ ﭼ ا لفرقان : ٨ មានន័យថា៖ «ទ្រង់បានបសងីតអ្វីទេប់យ៉ាង ហើយទ្រង់បានកំណត់នៅមទក្រតយក្រមរបស់វា»។ ខាផ្កាទនជំនឿចំពោះព្រះលិតកើតសីងបនទប់ពីយកសហ្សតុជា បចា័យ៖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ធ្វើឱយអារមមណ៍ទេ់ស្រាយ ចិត្តេប់ោប់ោល់ោមនចសនោះ ប្រសហងសម្រាប់ការកើតបុក្ខែវល់ខ្លវយ ចំពោះអ្វីដែលកើត សីង ឬបានកើតសីងក្នាងុត។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អំពាវនវនៅរក្ចំណេះដឹង និងរបក្កំសហ្សីញដែលអល់ឡោះជា ម្ចាស់ទ្រង់បានដាក់ចុះមកក្នុងចក្រវាល។ អ្វីដែលទ្រង់បាន កំណត់នៅលើមនុះគេការប្រឈមទាំងឡាយដូចជា ជំងឺ វាជា ការកំណត់ ដែលគេជំរុញឱយខេវងរក្ការពាបាល ដើម្បីទច្ចន សច្ចលនូវការកំណត់លិតនោះ ខេវងរកប្រភពថានំពាបាលដែល មាននៅក្នុងអ្វីដែលអល់ឡោះជាម្ចាស់ ទ្រង់បានបសងីតមកនៅ ក្នុងពិភពលោក។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ចិត្តារភាជប់នឹងអល់ឡោះជាម្ចាស់ មិនត្រូវភ័យខ្លាចំពោះការ បងាសទោះថានាក់របស់មនុស្ស។ អ្នកនាំសារលោកបានមាន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هللا عليه وسلم: ( .. واعلم أن األمة لو اجتمعت على أن ينفعوك بشيء لم ينفعوك إال بشيء قد كتبه هللا لك ولو اجت معوا على أن يضروك بشيء لم يضروك إال بشيء قد كتبه هللا عليك عت رف األقالم وجفت الصحف) سنن الترمذي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«ចូរទ្ជាបចុះថា ប្រសិនបើប្រជាតិទាំងមូលប្រមូលលានចង់ ជួយជាប្រយោជន៍អ្វដល់អ្នក ពួកគេមិនអាចជួយជាប្រយោជន៍ដល់អ្នក ជោច់ខ្លតលុះទាតែអ្វីដែលទ្រង់បានច្ចរសម្រាប់អ្នក ហើយសបីន ជាពួកគេប្រមូលលានចង់ធ្វើបាបអ្នក ពួកគេមិនអាចធ្វើបាបអ្នកបានជោច់ខ្លត លុះទាតែអ្វីដែលអល់ឡោះទ្រង់បានច្ចរនៅលើអ្នក បញ្ជីព្រះ លិតគេខលងេរគេរ រំព័រទនព្រះលិតក៏េតអស់ហើយខែរ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គោលការណ៍គេរោះរបស់ឥស្លាម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គោលការណ៍គ្រឹះរបស់ឥស្លាមេរក្សាអាយុជីវិត (លើកខលង តែមានសទេដែលចាប់ឥស្លាមបានកំណត់) រក្សាកិតិយេ ទ្រព្យសម្បត្តិ បញ្ជញ និងពូជ្សាសនា៍។ អ្នកនាំសារឥស្លាមបានមាន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صلى هللا عليه م وسل : (فإن هللا حرم عليكم دماءكم وأموالكم وأعراضكم كحرمة يومكم هذا في شهركم هذا في بلدكم هذا) صحيح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«ពិតប្រាកដ អល់ឡោះជាម្ចាស់ទ្រង់បានហាមនៅលើ ពួកអ្នកទាំងអស់លាននូវការបងូរឈាម និងការសបៀតសបៀនកិតិយេត្រូវ ហាមដូចជាថ្ងៃនោះ ក្នុងខែរនោះ ក្នុងនេរដ៏ពិឋនោះ (នេរមរក្សោះ)»។ លោកបានមានប្រសាសន៍ទៀតថា៖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ويقول أ يضًا: (أال أخبركم بالمؤمن من أمنه الناس على أموالهم وأنفس هم والمسلم من سلم الناس من لسانه ويده والمجاهد من جاهد نفسه في طاعة هللا والمهاجر من هجر الخطايا والذنوب) صحيح ابن حبان</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«តើញុំមិនបានប្រាប់ពួកអ្នកពីបុះលមានជំនឿសររឺ? េ អ្នកដែលមនុស្សទាំងអស់ទទួលបានសេចក្តីវតាភាពពីរូបគេទាំង ទ្រព្យសម្បត្តិ និងអាយុជីវិត។ អ្នកមូស្លីមេជាអ្នកដែលមនុស្សទាំង ឡាយទទួលបានសេចក្តីនតិភាពអំពីពាក្យេំែរបស់គេ ទែសជីង របស់គេ។ អ្នកដែលតេ ូពលី េអ្នកដែលតេ ូជំនោះនឹងខ្លួនឯងក្នុងការ គោរពប្រណិប័តន៍ចំពោះអល់ឡោះ ហើយអ្នកដែលសភៀខ្លួនេអ្នក ដែលលោះបង់សជៀឆៃយពីកំហ្សុះ និងអំសពីបាប»។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គក្មទីលធម៌ស្លាម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ឥស្លាមបានហាមទេប់អំសពីអ្បាយមែទាំងឡាយទាំងកាយវិការ និងពាក្យេំែ។ អល់ឡោះជាម្ចាស់ទ្រង់បានបន្ទូលថា៖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ﭽﮀ ﮁ ﮂ ﮃ ﮄ ﮅ ﮆ ﮇ ﮈ ﮉ ﮊ ﮋ ﮌ ﮍ ﮎ ﮏ ﮐ ﮑ ﮒ ﮓ ﮔ ﮕ ﮖ ﮗ ﮘ ﮙ ﮚ 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ﮜﮝ ﭼ ا ألعراف : ٤٤ មានន័យថា៖ «មូហាំម៉ាត់ចូរប្រសាសន៍ចុះថា ពិតប្រាកដ ព្រះជាម្ចាស់ របស់ែញុំទ្រង់បានហាមអំសពីអ្បាយមែទាំងសបីក្ចំហ្ស និងដាក់បាំង ទ្រង់ហាមអំសពីបាប និងការបំពានសបៀតសបៀនដោយែះចាប់ ទ្រង់ហាមការចូលហ្សុនជាមួយអល់ឡោះ ក្នុងការគោរពសក្ការៈ ដែលោមនភេតុងបញ្ចុះមក ទ្រង់ហាមការនិយាយប្រឌិតចំពោះអល់ឡោះ នូវអ្វីដែលពួកអ្នកមិនដឹង»។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ទ្រង់បគាប់ឱយប្រកាន់យកនូវទីល្ម៌លអ ហើយពេញចិត្ត ចំពោះទីល្ម៌លអនោះ។ អ្នកនាំសារលោកបានមានប្រសាសន៍ថា៖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صلى هللا عليه وسلم: ( بعثت ألتمم صالح ا ألخالق ) المستدرك على الصحيحين មានន័យថា៖ «គេបញ្ជូនែញុំមកដើម្បីបំពេញទីល្ម៌លអ»។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េទ្ធិកដងឥស្លាម ឥស្លាមបានដាក់សចញនូវេរធិ និងកាតពវកិចានៅលើសាសនាក ឥស្លាមានាក់ៗាមលំោប់ឋានានុក្រមរបស់ខ្លួន។ ឪពុកម្តាយមានេរធិ បតី ប្រំពានធក៏មានេរធិសរៀងៗខ្លួន កូនៗក៏មានេរធិ ហើយញាតិជិតខ្លងក៏ មានេរធិ។ល។ សោលបំណងទនេរធិទាំងនោះ េជាចំណងារស្លច់ារឈាមបុះលនិងបុះលក្នុងសង្គមូស្លីម រក្សាការពារមិនឱយរសគោះ រសងីរ ខបកប្រាក់ និងស្លបសទ្ពោះសេចក្តីទោញ់សមទ្តីភាពរវាងពួកគេ។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ﮗﭽ ﮘ ﮙ ﮚ ﮛ ﮜﮝ ﮞ ﮟ ﮠ ﮡ ﮢ ﮣ ﮤ ﮥ ﮦ ﮧ ﮨ ﮩ ﮪ ﮫ ﮬ ﮭ ﮮ ﮯﮰ ﮱ ﯓ ﯔ ﯕ ﯖ ﯗ ﯘ ﯙﯚ ﭼ ا لنساء: ٢٤ មានន័យថា៖ «ចូរគោរពសក្ការៈចំពោះអល់ឡោះ កុំយកអ្វីមួយមកចូល ហ្សុនជាមួយទ្រង់ ត្រូវក្តតញ្ញូចំពោះឪពុកម្តាយ ធ្វើលអចំពោះស្លច់ញាតិ កូនកំទ្ពា អ្នកទីទ័លក្រ អ្នកជិតខ្លងដែលជាប់ស្លច់ជាប់ឈាម 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ញាតិនៅខក្បរខ្លងលាន មិត្តភ័ស្រក្តដែលនៅខក្បរខ្លងលាន អ្នកសថ្មីរសជីងដើរោច់េខងវង និងអ្នកបសទ្មីដែលនៅសទ្កាមអាណាពាបាលរបស់ពួកអ្នក ពិតប្រាកដណាស់ អល់ឡោះទ្រង់មិនេពវព្រះរ័យចំពោះអ្នកដែល មានសម្គរនភាពទកអឺតទក្រមនោះសីយ»។ ាមរីស្លធារណៈក៏មានេរធិ អ្នកនាំសារលោកបានមាន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صلى هللا عليه وسلم : (إياكم والجلوس بالط رقات فقالوا يا رسول هللا ما لنا من مجالسنا بد نتحدث فيها فقال ذا فإ أبيتم إال المجلس فأعطوا الطريق حقه قالوا وما حق الطريق يا رسول هللا ال ق غض البصر وكف األذى ورد السالم واألمر بالمعروف والنهي عن المنكر) صحيح البخاري</w:t>
      </w:r>
    </w:p>
    <w:p>
      <w:pPr>
        <w:spacing w:line="324" w:lineRule="auto" w:after="120" w:before="0"/>
        <w:jc w:val="left"/>
      </w:pPr>
      <w:r>
        <w:t>មានន័យថា៖ “ចូរប្រុងប្រយ័តនចំពោះការអផងុយនៅមចិសញីមូវ ពួក គេនិយាយថា បពិត្រអ្នកនាំសាររបស់អល់ឡោះ ោមនអ្វីចាំបាច់នោះសរ ពួកយើងទលាន់តែអផងុយនិយាយលានតែប៉ុសណាណោះ។ លោកបានតបវិញថា ប្រសិនបើពួកអ្នកចសចេចង់តែអផងុយនោះ ចូរគោរពេរធិវ ពួកគេរ ថា បពិត្រអ្នកនាំសាររបស់អល់ឡោះ តើអ្វីជោរធិរបស់ូវនោះ? លោកបានតបវិញថា កុំមលំ រងមើលគេ កុំសបៀតសបៀនគេ ទទួល ស្លឡាម សប្រីនឱយធ្វើលអ និងហាមឃាត់លានពីប្រការអាទ្ក់»។ េតវឃាតក៏មានេរធិរបស់វា ត្រូវចេះសមាត និងអាណិតអោរ ចំពោះេតវ ជាមូលសហ្សតុនៃការលុបោងសទេកំហ្សុះ។ អ្នកនាំសារ លោកបានមានប្រសាសន៍ថា៖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t>يقول رسول اإلسالم صلى هللا عليه وسلم: (بينا رجل بطريق شتد ا عليه العطش فوجد بئرا فنزل فيها فشرب ثم خرج فإذا كلب لهث ي يأكل الثرى من العطش فقال الرجل: لقد بلغ هذا الكلب من العطش مثل لذي ا كان بلغ مني فنزل البئر فمأل خفه ماء فسقى الكلب فشكر هللا له فغفر له قالو:يارسول هللا وإن لنا في البهائم ًأجرا ؟ فقال:نعم في كل بد ك رطبة أجر) صحيح البخاري មានន័យថា៖ «មានបុរសមានាក់ដើរាមូវ គេសទេក្រលកខ្លាំង ស្រាប់តែ បានប្ររោះនឹងអ្ណតូងររក្មួយ បានចុះនៅក្នុងអ្ណតូងនោះរក្ររក ខឆអតបួច សីងសចញមកវិញ ស្រាប់តែឃើញេតវេនែមួយកំពុងលិតែ សទ្ពោះសទេក្ររក្ឃទាំងសពក។ បុរនោះនរក្នុងចិត្តថោតវទុកែនោះ ពិតជាខទេក្រលកខ្លាំងដូចែញុំខែរហើយមើលនៅ។ គេក៏បានចុះនៅក្នុង អ្ណតូងររក្មតងទៀត យកខេបក្សជីងែររក្ពេញ ហើយដាក់ឱយេតវេនែនោះរក។ អល់ឡោះជាម្ចាស់ទ្រង់អ្រេណចំពោះរូបគេ ហើយ អ្ភ័យសទេចំពោះគេ។ ពួកគេនិយាយថា បពិត្រអ្នកនាំសាររបស់អល់ឡោះ ឡោះ តើពាក់ព័ន្ធនឹងេតវឃាតមានបុណយសម្រាប់ពួកយើងែញុំខែរឬ? លោកតបថា ពិតណាស់ រល់ការធ្វើលអចំពោះេតវមានជីវិតដងមាន បុណយ»។ រីឯការធ្វើបាប ច្ចប់ចង ឃុំឃាំងេតវ ជាមូលសហ្សតុនៃការចុះ នរក។ អ្នកនាំសារលោកបានមានប្រសាសន៍ថា៖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صلى هللا عليه وسلم: (عذبت امرأة في هرة سجنتها حتى ماتت فدخلت فيها النار ال هي أطعمتها وال سقتها ذإ حبستها وال هي تركتها تأكل من خشاش األرض) صحيح البخاري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«ស្ត្រីមានាក់បានច្ចប់េតវឆ្មឃុំឃាំងធ្វើបាបរហូតដល់េតវឆ្មនោះគប់ ហើយត្រូវចុះនរក្សទ្ពោះតែតវឆ្មនោះ មិនឱយចំណីវោ មិនឱយររក្វារក ច្ចប់វាចង មិនទ្ពមខលងឱយវានៅរកេតវលអិត»។ នោះជាក្តីសមាតរបស់ឥស្លាមចំពោះេតវឃាត យ៉ាងណាមិញ ចំពោះមនុស្សលោកដែលអល់ឡោះជាម្ចាស់ទ្រង់បានលើកតំសកីង និង តល់តំទលដល់រូបគេពេ់លើពីតវលោកទាំងមូល។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 ៍េទទិយាយអំពីឥស្លាម លោក សជ្ក សរ៉ោគោ បាននិយាយក្នុងសៀវភៅអ្រិយ្ម៌អារ៉ាប់ របស់លោកថា៖ ពិតប្រាកដ ឥស្លាម គេអាចនិយមន័យបានបីន័យរី មួយសាសនា ន័យរីពីរ រោឋភិបាល និងរីបី េវបប្ម៌ េរុបសង្ខេប ឥស្លាមេជាអ្រិយម៌តែមួយេត់។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ឥស្លាមិងគទ្ពយសម្បត្តិ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ទ្រពបសម្បត្តិក្នុងឥស្លាម ជាទ្រព្យសម្បត្តិរបស់អល់ឡោះ េជា បសញ្ញីរបស់ទ្រង់មកចំពោះមនុស្សលោក និងជារំនួលែះត្រូវ ត្រូវរកេដោយទេបចាប់ឥស្លាម ចំណាយច្ចយនៅវិញក៏ឱយទេបនឹងចាប់ ឥស្លាម ចំណាយសម្រាប់ខ្លួនសម្រាប់អ្នកនៅសទ្កាមបន្ទុក្ដោយោមន ការែជោះខ្លជយ។ អ្នកនាំសារឥស្លាម បានមានប្រសាសន៍ថា៖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صلى هللا عليه وسلم : (ال تزول قدما عبد وم ي القيامة حتى يسأل عن عمره فيما أفناه وعن علمه فيم فعل وعن اله م من أين اكتسبه وفيم أنفقه وعن جسمه فيم أباله)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سنن الترمذي មានន័យថា៖ «នៅថ្ងៃបរលោកបុះលមានាក់មិនអាចឈានសជីងដើរជោច់ ខ្លត លុះទាតែគេរពីអាយុជីវិតរបស់គេតើគេចំណាយអាយុជីវិត របស់គេនៅលើអ្វី? ចំណេះដឹងរបស់គេយកធ្វើអ្វី? ទ្រព្យសម្បត្តិរក្បាន មកពីណា? ហើយចំណាយច្ចយវិញនៅវណា? ហើយខ្លួនប្រាណ គេចំណាយកម្គទាំងធ្វើអ្វីខ្លះ?”។ ត្រូវបរិច្ចាគទ្រព្យសម្បត្តិក្នុងូវលអ អល់ឡោះជាម្ចាស់ទ្រង់បាន 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ﭽﭒ ﭓ ﭔ ﭕ ﭖ ﭗ ﭘ ﭙ ﭚ ﭛ ﭜ ﭝ ﭞ ﭟ ﭠ ﭡ ﭢ ﭣ ﭤ ﭥ ﭦ ﭧ ﭨ ﭩ ﭪ ﭫ ﭬ ﭭ ﭮ ﭯ ﭰﭼ ا لبقرة : ٩٩٥ មានន័យថា៖ «ពុំខមនជាសេចក្តីលអ ដែលពួកអ្នកខបរនៅរិខ្លងកើត និងរិខ្លងលិច ក៏ប៉ុខនតសេចក្តីលអេអ្នកដែលមានជំនឿចំពោះអល់ឡោះ ឡោះ ថ្ងៃបរលោក ពួកសរវា គម្ពីរៗ និងពួកអ្នកនាំសារ ហើយបិច្ចោ ទ្រព្យសម្បត្តិដោយសេចក្តីពេញចិត្តជូនដល់ស្លច់ញាតិ កូនកំទ្ពា អ្នករី រ័លទ្ក អ្នកដើរោច់េខងវងាមូវ និងការសោះទេក្រ»។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ឥស្លាមិងស្ត្រី ឥស្លាមយល់ឃើញថា បុរស និងស្ត្រីជាសភរពីរែះន មានាក់ៗ េរធតែមានេរធិ និងមានកាតពវកិចាសរៀងៗខ្លួន។ មា៉ាងទៀតឥស្លាម យល់ឃើញថា ការលើកតសមីង និងគោរពេរធិស្ត្រីជោញ្ជញេម្គាល់សម្រាប់បុះលដែលទ្តបមត្រូវពេញលក្ខណៈ ប្រគទីរទថាថា។ អ្នកនាំ សារមូហាំម៉ាត់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هللا عليه وسلم: ( خياركم خياركم لنسائهم ) صحيح ابن حبان មានន័យថា៖ «អ្នកមានជំនឿដែលប្រគទីរជាងគេក្នុងចំសណាមពួកអ្នកេអ្នកដែលធ្វើលអប្រគទីរជាងគេចំពោះស្ត្រី»។ ស្ត្រីមានអារិភាពជាងបុរសក្នុងការទទួលនូវភាពក្តញ្ញូម៌ ការរាប់អាន និងការធ្វើអំសពីលអ អ្នកនាំសារមូហាំម៉ាត់បានប្រសាសន៍ នៅកាន់បុរសមានាក់ដែលេរថា៖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للرجل الذي سأله من أولى الناس بحسن صحابتي؟ ل قا: (أمك. قال ثم من ؟ قال: أمك قال: ثم من ؟ قال: أمك. قال ثم من ؟ قال: أبوك ) صحيح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«អ្នកណោរោត់ធ្វើលអជាងគេ? លោកបានតបវិញថា៖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ម្តាយរបស់អ្នក។ បន្ទាប់មក នរណាទៀត? លោកឆ្លើយថា ម្តាយរបស់ អ្នក។ បុរគេរទៀតថា នរណាទៀត? លោកឆ្លើយថាម្តាយរបស់អ្នក។ បន្ទាប់មក នរណាទៀត? លោកឆ្លើយថា ឪពុក្របស់អ្នក។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ឋានៈស្ត្រីក្នុងឥស្លាមដូចអ្នកនាំសារលោកបានប្រាប់ថា៖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كما أخبر عنها رسول اإلسالم بقوله : (إنما النساء شقائق الرجال) سنن أبي داود មានន័យថា៖ «ពិតប្រាកដ ស្ត្រីជាបងបអូនបសងីតរបស់បុរស»។ ឥស្លាមច្ចត់ទុក្ការលើកតសមីងស្ត្រីជាអ្តេញ្ជញណបុះលដែល ទ្តបមត្រូវពេញលក្ខណៈលអប្រគទីរទថាថា ដូចអ្នកនាំសារលោកបានមាន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هللا عليه سلم و: (أكمل المؤمنين إيمانا أحسنهم خلقا وخياركم خياركم لنسائهم) صحيح ابن حبان មានន័យថា៖ “អ្នកមានជំនឿដែលពេញលក្ខណៈជាងគេ េអ្នកមាន ជំនឿដែលមានទីល្ម៌លអជាងគេ ហើយអ្នកមានជំនឿដែលប្រគទីរ ជាងគេក្នុងចំសណាមពួកអ្នកេអ្នកដែលធ្វើលអប្រគទីរជាងគេចំពោះស្ត្រី»។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ស្ត្រីដូចជាបុរសក្នុងនមជាមនុស្សជាតិ ពុំខមនជាប្រភពទន កំហ្សុះ ហើយក៏ពុំខមនជាមូលសហ្សតុដែលធ្វើឱយអ័ដាំសចញពីឋានេ៌ខែរ។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ស្ត្រីដូចជាបុរសក្នុងការដាក់បន្ទុក្របស់ចាប់សាសនា គេដាក់ កាតពវកិចាលើស្ត្រដូចបុរសខែរ។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 ស្ត្រីមានបុះលិក្លក្ខណៈឯក្រជ្យ ពុំបានបាត់បង់ សឈាមោះខ្លួនឯង និងសឈាមោះទ្តកូលដោយទលាន់តែសរៀបអាពាហ្ស៍ ពិពាហ្ស៍ និងរួមរេ់ជាខ្លួនប្រាណតែមួយជាមួយនិងបតី។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ស្ត្រីដូចជាបុរសក្នុងការទទួល្លបុណយ និងទទួលសទេទាំង លោកីយ៍ និងបរលោក។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ស្ត្រីដូចជាបុរសក្នុងការរក្សាកិតិយេ និងតទមារបស់ខ្លួន។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 ស្ត្រីមានេរធិទទួលទ្រព្យមត៌កដូចបុរសខែរ។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ស្ត្រីដូចជាបុរសក្នុងភាពមានកាយេមបទពេញលេញ និងគេរី ភាពក្នុងការច្ចត់ខចងទ្រព្យសម្បត្តិ។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ស្ត្រីដូចជាបុរសក្នុងការមានភារកិចាទទួលែះត្រូវចំពោះការខក ខប្រសង្គមឱយលអប្រគទីរ។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ស្ត្រីដូចជាបុរសក្នុងការមានេរធិទទួលការេកាអប់រំ។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ស្ត្រីដូចជាបុរសក្នុងការមានេរធិទទួលការអប់រំលអ និងក្លាយជា ពលរែឋលអ។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ឥស្លាមិងូវសភទ</w:t>
      </w:r>
    </w:p>
    <w:p>
      <w:pPr>
        <w:spacing w:line="324" w:lineRule="auto" w:after="120" w:before="0"/>
        <w:jc w:val="left"/>
      </w:pPr>
      <w:r>
        <w:t>ពិតប្រាកដ ឥស្លាមមើលឃើញថា េភាវេតិវសភរជាកម្លាំង ចលក្រចាំបាច់មួយដែលត្រូវបំពេញាមតទ្មូវការ ពុំត្រូវរំងែទប់ ហើយ ក៏ពុំខមនជាសរឿងអាទ្ក់ដែលត្រូវសជៀវាងនោះខែរ។ សយាងាមក្រមសីលធម៌ឥស្លាមបានធានការបំពេញចំណង់តណានោះដោយវិសាស្ត្រ មួយទ្តបមត្រូវមានេវតាភាព សជៀវាងពីភាពទទ្ពទ្ស និងតណាពុះ ក្ញ សរជល។ ឥស្លាមបានច្ចត់ទុកអាពាហ្ស៍ពិពាហ្ស៍ជាទ្ចក្សចញទេបចាប់ដើម្បី រំលត់នូវតណាដែលជោភាវេតិនោះ។ សោលនៅទនអាពាហ្ស៍ពិពាហ្ស៍ក្នុងឥស្លាមេដើម្បីភាពោល់ោល់ ភាពហ្សនឹងហ្សនរូវចិត្ត និងមសនេសញាតនបតីប្រំពានធ។ អល់ឡោះជាម្ចាស់ ទ្រង់បានមានព្រះបន្ទូលថា៖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ﭽﮉ ﮊ ﮋ ﮌ ﮍ ﮎ ﮏ ﮐ ﮑ ﮒ ﮓ ﮔ ﮕ ﮖﮗ ﮘ ﮙ ﮚ ﮛ ﮜ ﮝﮞ ﭼ ا لروم : ٥٨ មានន័យថា៖ «អំពីនិមិត្តេញ្ជញរបស់ទ្រង់េទ្រង់បសងីតសម្រាប់ពួកអ្នក នូវេរទេក្រសចញពីខ្លួនរបស់ពួកអ្នក ដើម្បីឱយពួកអ្នករួមរេ់ោប់ោល់ ជាមួយនិងោត់ ទ្រង់ធ្វើឱយកើតមានក្តីទោញ់ អាណិតអោររវាង ពួកអ្នក។ ពិតប្រាកដក្នុងសរឿងនោះជានិមិត្តេញ្ជញសម្រាប់ពួកអ្នកដែល ចេះេតពិចារណា»។ សោលបំណងទនអាពាហ្ស៍ពិពាហ្ស៍េរក្សាការពារបតីប្រំពានធទាំងពីរ នាក់ពីការធាក់ ឬរអិលចូលក្នុងអំសពីអ្បាយមែ សថាក្ទប។ ដូច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ﭽﭙ ﭚ ﭛ ﭜ ﭝ ﭞﭼ ا لبقرة : ٩٨٥ មានន័យថា៖ «ពួកគាត់ជាសខ្លអាវទេបែណតប់ពួកអ្នក ហើយពួកអ្នកជាសខ្ល អាវទេបែណតប់ពួកគាត់»។ ដើម្បីរក្សោវតាភាពបុះល និងសង្គម ឥស្លាមបានហាមរល់កាត ទាំងឡាយដែលជាមូលសហ្សតុបងាឱយកើតតណូវសភរ ខ្លាចក្រដងផងធាក់ ចូលក្នុងអំសពីសពោច្ចរយិ តក្បត់ ឬរួមសភរដូចគ្នា សទោះដោយការ យល់ទ្ពម ឬជាការច្ចប់រំសោភ ហើយជាលរធ្លអំសពីទាំងនោះបាន បនសល់នូវកូនឥតែណឌស្លា ោមនឪពុកម្តាយពិតប្រាកដោមនែំបូលពិត ប្រាកដ ដើម្បីចិញារមបីបាច់ ខថ្រក្សា និងអប់រំពួកគេឱយបរិរធស្លអតេអំ និងមានទីល្ម៌លអ។ ដូចនោះ កូនទាំងនោះ នឹងំសីងក្លាយជាវណណៈ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សង្គមួយសពារពេញដោយកំហ្សរងចំពោះសង្គមរបស់ខ្លួន រីក្រលោល ជំងឺឆាង ជំងឺសទោះថានាក់ស្សងៗដែល្លប៉ោះពាល់របស់វា ពុំខមនមាន ចំពោះតែពួកអ្នកប្រព្រឹត្តប៉ុសណាណោះសរ តែអាចទេបែណតប់លើងាមទាំង មូល។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ﮊﭽ ﮋ ﮌﮍ ﮎ ﮏﮐ ﮑ ﮒﮓ ﭼ ا إلسراء : ٨٤ មានន័យថា៖ «ចូរកុំនៅខក្បរអំសពីតក្បត់ ពិតប្រាកដ វាជា អំសពីអ្បាយមែ ហើយជូវដ៏អាទ្ក់ជារីបុំត»។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ឥស្លាមិងអែក្មិ ផ្ម មូស្លីម ពួកអ្នកមិនមែនមូស្លីមដែលជាប់កុងទាក្នុងប្រសរេឥស្លាមត្រូវ បានការពារអាយុជីវិត ទ្រព្យសម្បត្តិ កិតិតយេ គ្មានការរំសោភបំពាន បងាហ្សិងាចំពោះពួកគេ មិនត្រូវរំសោភេរធិឬសរីសអីងចំពោះពួកគេ។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ﭽﭹ ﭺ ﭻ ﭼ ﭽ ﭾ ﭿ ﮀ ﮁ ﮂ ﮃ ﮄ ﮅ ﮆ ﮇ ﮈ ﮉﮊ ﮋ ﮌ ﮍ ﮎﮏ ﭼ سورة ا لممتحنة : ٨ មានន័យថា៖ «អល់ឡោះជាម្ចាស់ទ្រង់មិនហាមឃាត់ពួកអ្នកពីពួក ដែលមិនបានតទាំងប្រយុរធជាមួយនិងពួកអ្នកក្នុងសរឿងសាសនា ហើយ ពួកគេពុំបានសែញជ្សមៀពួកអ្នកសចញពីទទុក្ភូមិ។ ចូរធ្វើលអ និងតល់ ភាពយុត្តិម៌ដល់ពួកគេ ពិតប្រាកដ អល់ឡោះទ្រង់េពវព្រះរ័យចំពោះ ពួកអ្នកដែលប្រកាន់នូវភាពយុត្តិម៌»។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អ្នកនាំសារមូហាំម៉ាត់លោកបានមានប្រសាសន៍ថា៖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صلى هللا عليه وسلم : ( أال من ظلم معاهدا وانتقصه وكلفه فوق طاقته أو أخذ منه شيئا بغير طيب نفس نه م فأنا حجيجه يوم القيامة وأشار رسول هللا صلى هللا عليه وسلم بأص بعه إلى صدره أال ومن قتل معاهدا له ذمة هللا وذمة رسوله حرم هللا عليه ريح الجنة وإن ريحها لتوجد من مسيرة سبعين خريفا) سنن الب يهقي.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«ពិតណាស់ អ្នកដែលរំសោភបំពានលើអ្នកមិនមែនមូស្លីម ដែលជាប់កិចលានា ប្រម្គថ្មើលគយគេ បងខំឱយធ្វើការហ្សួកម្លាំង ឬែកហ្សូតយកអ្វីដោយបងខំ ដូចនោះ ែញុំជាអ្នកបតបងតវា៉ាឱយគេនៅថ្ងៃបរលោក អ្នកនាំសារបានយកទម្គមទដូចងអុលទ្រូង ហើយនិយាយ ពិតណាស់ នរណោម្គាប់អ្នកដែលជាប់កិចលានា គេមានការធានរបស់អល់ឡោះ និងអ្នកនាំសាររបស់ទ្រង់ អល់ឡោះជាម្ចាស់នឹងហាមអ្នកនោះពីកាន ពិសោរឋានេ៌ កានរបស់វានឹងឃាតពីគេរយៈសពល៧០ឆ្នំ»។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ឥស្លាមិងការគោរពេទ្ធិសាសនោទទ ពិតប្រាកដ ឥស្លាមតទ្មូវឱយសាសនាក្របស់ខ្លួនជឿចំពោះសារ ស្សងៗទៀតដែលចុះពីលើមេឃ និងជឿចំពោះពួកអ្នកនាំសារ ទោញ់ លើកតសមីង និងគោរពពួកគាត់។ អល់ឡោះជាម្ចាស់ទ្រង់បាន 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ﭝﭽ ﭞ ﭟ ﭠ ﭡ ﭢﭣ ﭤ ﭥ ﭦ ﭧﭨ 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ﭪ ﭫ ﭬﭭ ﭮ ﭯ ﭰ ﭱﭲ ﭳ ﭴﭵ ﭶ ﭷ ﭸ ﭹﭺ ﭻ ﭼ ﭽ ﭾ ﭿ ﮀ ﮁ ﮂﮃ ﮄ ﮅ ﮆﮇ ﮈ ﮉ ﮊ ﮋﮌ ﮍ ﮎ ﮏﮐ ﮑ ﮒ ﮓ ﮔﮕ ﮖ ﮗ ﮘ ﮙﮚ ﮛ ﮜ ﮝ ﮞﮟ ﮠ ﮡ ﮢ ﮣ ﮤﮥ ﭼ سورة ا ألنعام : ٤٨-٩٨ មានន័យថា៖ «នោះេជាភេតុងរបស់យើង ដែលយើងបានប្រទន ជូនអ៊ីប្រាហ៊ីមចំពោះសាសនា៍របស់គេ យើងលើកឋានៈអ្នកណាដែល យើងេពវព្រះរ័យ។ ពិតប្រាកដ ព្រះជាម្ចាស់របស់ឯងទ្រង់មហាមានេតិបណឌិត និងមហដឹង។ យើងបានប្រទនចំពោះគេនូវកូនសឈាមោះ អិ ស្លាក និងនៅសឈាមោះយា៉ាក់កូប ពួកគេទាំងពីរនាក់យើងបានចងអុល បងហាញូវ ហើយណួហ្ស យើងបានចងអុលបងហាញគេមុននោះ។ កូននៅ វងសទ្តកូលអ៊ីប្រាហ៊ីម មានដាវូតេ ូទ ម្គ៉ាន អាយូប យូហ្សវ មូស្ល ហរូន ខបបនោះឯង យើងតបេនងចំពោះពួកអ្នកធ្វើអំសពីកុះល ម៌។ ហ្សាការីយា៉ា និងយ៉ោះយា៉ា ហើយនិងអិលសយី េរធតែពួកអ្នក មានកុះល្ម៌។ អិស្លមអ៊ីល អិលយា៉ាស្លក់ យូណុះ និងលូត ពួកគេ ទាំងអស់យើងបានតសមីងខ្ពស់អស់េក្លលោកទាំងមូល។ ក្នុងចំសណាម ជែនជី កូននៅ បងបអូនរបស់ពួកគេ យើងបានសទ្ជីសរីពួកគេ និង ចងអុលបងហាញូវត្រង់ដល់ពួកគេ»។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គម្ពីរអាល់គួរអាននិយាយយ៉ាងដូចសមតចចំពោះមូស្ល៖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ﰌﭽ ﰍ ﰎ ﰏﰐ ﰑ ﰒ ﰓ ﰔ ﰕ ﰖﰗ ﭼ ريم م : ٥١ មានន័យថា៖ «ចូររំលរក្ចុះក្នុងគម្ពីរអាល់គួរអានពីមូស្ល ពិតប្រាកដគេ ជាបុះលដែលមានចិត្តេទធទ្ជោះថាជាអ្នកនាំសារនិងជាព្យាការី»។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តើមពីរអាល់គួរអាននិយាយដូចសមតចអំពី អ៊ីស្ល កូនប្រុះរបស់នង ម្គ៉ារី៖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ﭽﮢ ﮣ ﮤ ﮥ ﮦ ﮧ ﮨ ﮩ ﮪ ﮫ ﮬ ﮭﮮ ﭼ لآ عمران : ٨٣ មានន័យថា៖ «ចូររំលរក្ចុះែណៈដែលសរវាបាននិយាយថា ខននង ម្គ៉ារី ពិតប្រាកដ អល់ឡោះជាម្ចាស់បានសទ្ជីសរីនង្តល់ភាពស្លអតេអំដល់នង ហើយបានសទ្ជីសរីនងឱយមានឋានៈខ្ពស់លើពីស្ត្រី ក្នុងលោកទាំងមូល»។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ﮦﭽ ﮧ ﮨ ﮩ ﮪ ﮫ ﮬﮭ ﮮ ﮯ ﮰ ﮱ ﯓ ﯔ ﯕ ﯖﯗ ﭼ لآ عمران : ٧١ មានន័យថា៖ «ពិតប្រាកដ សប្រៀបសៀបអ៊ីស្លចំពោះអល់ឡោះដូចជាអ័ដាំទ្រង់បសងីតគេពែ បន្ទាប់មកទ្រង់បានមានព្រះបន្ទូលនៅកាន់គេថា ចូរកើតចុះ វាក៏កើតសីង»។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ﭽﭑ ﭒ ﭓ ﭔ ﭕ ﭖ ﭗ ﭘ ﭙ ﭚ ﭛ ﭜﭝ ﭞ ﭟ ﭠ ﭡ ﭢ ﭣ ﭤ ﭥ ﭦ ﭧ ﭨ ﭩ ﭪﭫ ﭬ ﭭ ﭮﭯ ﭰ ﭱ ﭲﭳ ﭴ ﭵ ﭶﭷ ﭸ ﭹ ﭺ ﭻﭼ ﭽ ﭾ ﭿ ﮀ ﮁﮂ ﮃ ﮄ ﮅ ﮆ ﮇ ﮈ ﮉﮊ ﮋ ﮌ ﮍﮎ ﭼ ا لنساء : ٥٩٥ មានន័យថា៖ “ខនពួកម្ចាស់គម្ពីរ ចូរកុំប្រកាន់ទ្ជុលសពក្នុងសាសនា របស់ពួកអ្នក ហើយកុំនិយាយប្រឌិតនៅលើអល់ឡោះ លើកលដងតែ ពាក្យពិត ពិតប្រាកដ មេស៊ី (អ៊ីស្ល) កូននងម្គ៉ារី ជាអ្នកនាំសាររបស់ អល់ឡោះ ហើយពាក្យបន្ទូលរបស់ទ្រង់ដែលបានទោ់នៅកាន់នង ម្គ៉ារី និងវិញ្ជញណបរិរធដែលមកអំពីទ្រង់។ ចូរមានជំនឿចុះចំពោះអល់ឡោះ ឡោះ និងអ្នកនាំសាររបស់ទ្រង់ កុំនិយាយថាព្រះមានបីអផងា ចូរបញ្ឈប់ វាប្រគទីរសម្រាប់ពួកអ្នកតាមពិតអល់ឡោះជាព្រះតែមួយដ៏មហពិឋ ទ្រង់ឯណាមានកូន។ សម្រាប់ទ្រង់េអ្វីៗដែលនៅលើមេឃ និងនៅលើ ហើយមានអល់ឡោះជាអ្នកទទួលែះត្រូវេទេប់ទលាន់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ឥស្លាមិងសង្គ្រាម សង្គ្រាមនៅក្នុងឥស្លាម ហៅថា (ជីហត) ការតេ ូ។ ការតេ ូក្នុង ឥស្លាមាមអ្តាន័យរូនៅការជំនោះចិត្តខ្លួនឯង បងខំឱយខ្លួនឯងសបោះបង់ អំសពីគេហាមឃាត់ និងអនុវត្តតនូវប្រការដែលគេបគាប់សប្រីមលរធភាព ដែលអាចធ្វើបានដើម្បីខេវងរក្ការេពវព្រះរ័យរបស់អល់ឡោះ។ អ្នក នំសារមូហាំម៉ាត់លោកបានមានប្រសាសន៍ថា៖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فضالة بن عبيد رضي هللا عنه كان يحدث عن رسول هللا لى ص هللا عليه وسلم قال : ( المجاهد من جاهد نفسه هلل عز وجل ) صحيح ابن حبان មានន័យថា៖ «អ្នកដែលតេ ូអ្នកដែលេ ូជំនោះនឹងខ្លួនឯង ដើម្បី 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ការ្សព្វាយឥស្លាមដល់អ្នកមិនមែនឥស្លាមដោយការអំពាវនវ ស្រាយបំភា និងតល់អំណោះអំណាងក្នុងគម្ពីរអាល់គួរអាន ហើយ ការអ្ត់មត់ចំពោះការជំទេ់បែគេរបស់ពួកគេក៏ជាការតេ ូ។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ﮪﭽ ﮫ ﮬ ﮭ ﮮ ﮯ ﮰﮱ ﯓ ﯔ ﯕ</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ﯖ ﯗ ﯘ ﯙﯚ ﭼ ا لفرقان : ٥١-٨١ មានន័យថា៖ «ប្រសិនបើយើងេពវព្រះរ័យ យើងនឹងបញ្ជូននៅកាន់ ទេប់ភូមិនីមួយៗនូវអ្នកោ់សតឿនមានាក់ ចូរកុំស្លតប់ពួកអ្នកោមនជំនឿ ហើយចូរតេ ូឱយបានេវិតស្លវញជាមួយពួកគេ»។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ការបគាប់សប្រីឱយធ្វើលអ និងហាមឃាត់លានពីអំសពីអាទ្ក់ ក៏ជាការ តេ ូ ជូវរបស់ពួកអ្នកនាំសារ ពួកអ្នកដើរាមពួកអ្នកនាំសារ ជំនន់ក្រោយ។ អ្នកនាំសារមូហាំម៉ាត់បានមានប្រសាសន៍ថា៖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عبداهلل بن مسعود أن َرَسُول اللَّه صلى اهلل عليه سلم و يقول : (ام من نَب ي ُب َعَثَه اهلل في أُمَّة ق َبْل ي إال كان له من أُمَّت ه َحَوَار يُّون وَأَصْحَاب َيَأْخُذُون ب سُنَّت ه َوَي َقْتَدُون ب أَمْر ه ُث َّم إ ن َّهَا ُتَخْلُف من ْب َعْد ه م خُلُوف َي َقُولُون ماال َي َفْعَلُون َوَي َفْعَلُون ماال َي ُؤْمَرُون ْفَمَن ْجَاهَدَهُم بيده ُف َه َو مُؤْم ن ْوَمَن ْجَاهَدَهُم ب ل سَان ه َف َهُو مُؤْم ن ْوَمَن ْجَاهَدَهُم ب قَلْب ه َف َهُو مُؤْم ن َوَلَيْس َوَرَاء ذلك نم اْلْ يمَان ُحَبَّة خَرْدَل) صحيح مسلم មានន័យថា៖ “ោមនអ្នកនាំសារណាមានាក់ ដែលអល់ឡោះជាម្ចាស់បាន បញ្ជូនោត់មកនៅម័យមុនែញុំ លើកលដងតែក្នុងចំសណាមសាសនា៍ របស់ពួកគាត់មានពួកេហ្សការី និងពួកអ្នកដែលប្រកាន់ាមូវរបស់ោត់ អនុវត្តាមការបគាប់របស់ោត់ បន្ទាប់មកពួកអ្នកបនតសវនជំនន់ ក្រោយ នំលាននិយាយពីអ្វីដែលខ្លួនមិនធ្វើ ហើយនំលានធ្វើអ្វីដែលគេមិន សប្រី នរណាតេ ូជាមួយពួកគេនឹងទែគេជាអ្នកមានជំនឿ នរណាតេ ូ ជាមួយពួកគេនឹងពាក្យេំែគេជាអ្នកមានជំនឿ នរណាតេ ូជាមួយពួក គេនឹងចិត្តគេជាអ្នកមានជំនឿ ហើយសទៅពីនោះោមនអ្វីហៅថាជំនឿម បីប៉ុនទោប់ទេព»។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ការធ្វើលអចំពោះមនុស្សលោក ពុំត្រូវសបៀតសបៀនគេ តល់ភាពេបាយរីក្រយដល់ពួកគេ អ្ត់មត់ចំពោះរល់ការសបៀតសបៀន របស់ពួកគេ ក៏ជាការតេ ូ។ អ្នកនាំសារមូហាំម៉ាត់បានមាន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اهلل عنه قال قال رسول اهلل صلى هللا عليه وسلم : (السَّاع ي على اْلَْرْمَلَة وَالْم سْك ين كَالْمُجَاه د في سَب يل اللَّه أو الْقَائ م َاللَّيْل الصَّائ م َالن َّهَار) صحيح ا لبخاري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«អ្នកេវោះខេវងជួយដល់ស្ត្រីសមម្គ៉ាយនិងអ្នកទក្សាក្យា៉ាក សប្រៀបដូចជាអ្នកតេ ូតទាំងក្នុងូវអល់ឡោះ ឬដូចអ្នកដែលសងីបថាវយ បងាំសពលយប់ ហើយបួសពលថ្ងៃ»។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សចញែំសណីរខេវងរក្ចំណេះវិជាជក៏ជាការតេ ូ។ អ្នកនាំសារលោក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بن مالك رضي اهلل عنه قال لاق رسول اهلل لى ص اهلل عليه وسلم : (من خرج في طلب العلم كان في سبيل هللا حتى يرجع ) سنن الترمذي មានន័យថា៖ «នរណាសចញខេវងរក្ចំណេះវិជាជេគេកំពុងឋិតក្នុងូវអ ល់ឡោះរហូតដល់គេទ្តលប់មកវិញ»។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ការបសទផងៀនចំណេះដឹងក៏ជាការតេ ូ។ អ្នកនាំសារលោកបាន 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اهلل عنه قال لاق رسول اهلل صلى هللا عليه وسلم : (من جاء مَسْج د ي هذا لم يَأْت ه إال ل خَيْر َي َت َع ُلَّمُه أو ُي ُعَلِّمُه َف َهُو ب مَنْز لَة الْمُجَاه د في سَب يل اللَّه ْوَمَن اء ج ل غَيْر ذلك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َف َهُو ب مَنْز لَة الرَّجُل ُي َنْظُر إلى مَتَاع غَيْر ه) ابن ماجه មានន័យថា៖ «នរណាមកវិហររបស់ែញុំ មកោមនបំណងអ្វីសទៅពី បំណងលអ មកសរៀន ឬមកបសទផងៀនេគេមានឋានៈគេមីនឹងអ្នកតេ ូតទាំង ក្នុងូវអល់ឡោះ ហើយនរណាមកក្នុងបំណងស្សងគេសប្រៀបដូចនឹង បុរសមានាក់ដែលឈរមើលទ្រព្យសម្បត្តិអ្នកែទរ»។ និយាយពាក្យពិតក៏ជាការតេ ូ។ អ្នកនាំសារលោក 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سعيد الخدري رضي اهلل عنه قال قال رسول اهلل صلى اهلل عليه وسلم : (أفضل الجهاد كلمة عدل عند سلطان ائر ج أو أمير جائر) سنن أبي داود មានន័យថា៖ «ការតេ ូ៏ប្រគទីរបុំត កឺការនិយាយពាក្យុត្តិម៌ នៅចំពោះគេតចពាល ឬសមែរក្នំផ្កតច់ការ»។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ការក្តញ្ញូចំពោះឪពុកម្តាយក៏ជាការតេ ូ មានបុរសមានាក់បានមក ជួបនឹងអ្នកនាំសារមកេំអ្នុញ្ជញតពីលោកចង់សចញនៅតទាំង។ លោកបានេរថា៖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عبد اهلل بن عمرو رضي اهلل عنهما قال جاء رجل إلى لنبي ا صلى اهلل عليه وسلم فاستأذنه في الجهاد فقال:(أحي والداك) . قال نعم قال (ففيهما فجاهد) صحيح البخاري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«តើឪពុកម្តាយរបស់អ្នកនៅរេ់សរោត់ថាបារ។ លោក ប្រាប់ថាចូរតេ ូជាមួយឪពុកម្តាយទាំងពីររបស់អ្នកចុះ»។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ការសយោយល់ក្នុងការលក់ែរេទ្មួលដល់សេចក្តីត្រូវការរបស់ មនុស្ស មិនតសមីងទថាចំពោះរំនិញណាដែលមនុស្សត្រូវការច្រើន ឬមិនរិញផ្កតច់មែ ក៏ជាការតេ ូ។ ពិតប្រាកដណាស់ អ្នកនាំ សារលោកបានជួបុរសមានាក់នៅរកំពុងលក់ចំណីអាហរ ដែលមានតទមាទបជាងតទមារីរ។ លោកបានមានប្រសាសន៍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أليسع بن المغيرة قال مر رسول اهلل صلى اهلل يه عل و سلم برجل بالسوق يبيع طعاما بسعر هو أرخص من سعر الس وق فقال : (تبيع في سوقنا بسعر هو أرخص من سعرنا قال :نعم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صبرا و احتسابا قال : نعم قال : أبشر فإن الجالب إلى وقنا س كالمجاهد في سبيل اهلل و المحتكر في سوقنا كالملحد يف كتاب اهلل) المستدرك على الصحيحين មានន័យថា៖ «តើឯងលក់ក្នុងារយើងក្នុងតទមាទបជាងតទមារីរ របស់យើងខមនសរ។ បុរនោះសឆីយថា បារ។ លោកថា តើឯងអ្ត់ មត់ និងប្រាថាន លបុណយពីអល់ឡោះជាម្ចាស់ឬ? បុរនោះសឆីយថា បារ។ លោកប្រសាសន៍ថា៖ ចូរទទួលែំណរងលអចុះ អ្នកដែលនំល ប្រយោជន៍មកកាន់ាររបស់យើងដូចជាពួកអ្នកតេ ូតទាំងក្នុងូវអល់ឡោះ ឡោះ ហើយអ្នករកេផ្កតច់មែក្នុងាររបស់យើងដូចជាពួកអ្នកោមន ជំនឿក្នុងគម្ពីរអល់ឡោះ»។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t>• មានរំនុក្ចិត្ត មិនត្រូវក្បត់ ហើយរក្សាអ្វីដែលគេបានតល់រំនុក ចិត្តនៃការគរអ្វីមួយសម្រាប់បុះល ឬសង្គមក៏ជាការតេ ូ។ អ្នក នំសារលោក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عبد الرحمن بن حميد عن أبيه عن جده قال قال رسول اهلل صلى اهلل عليه وسلم : (العامل إذا استعمل فأخذ الحق و أعطى الحق كالمجاهد في سبيل اهلل حتى يرجع إلى بيته) المعجم الكبير មានន័យថា៖ «អ្នកធ្វើការ សបីគេសប្រីឱយធ្វើការ គេយកអ្វីដែលទ្តបមត្រូវ ហើយ្តល់ឱយអ្វីដែលទ្តបមត្រូវេគេចជាអ្នកតេ ូតទាំងក្នុងូវអល់ឡោះ រហូតដល់គេទ្តលប់មកទោះវិញ»។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ការធ្វើបុណយហាជ្ជ និងអុ៊ុំសរ៉ោះក៏ជាការតេ ូ។ អ្នកនាំសារលោកបាន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عبيد اهلل أنه سمع رسول اهلل صلى اهلل عليه لم وس يقول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(الحج جهاد والعمرة تطوع) سنن ابن ماجه حديث ضعيف មានន័យថា៖ «ការធ្វើបុណយហាជ្ជេជាការតេ ូ ហើយការធ្វើអុ៊ុំសរ៉ោះជា ការេម័ទេចិត្ត»។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ការដើរហៅថ្វាយបង្គាំនៅវិហរជាការតេ ូ។ អ្នកនាំសារលោក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أمامة أن رسول اهلل صلى اهلل عليه وسلم يقول: (الغدو والرواح إلى المسجد من الجهاد في سبيل اهلل) الطبراني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«ការសចញនៅវិហរទាំងទ្ពរក្ទាំងោចជាការ តេ ូក្នុងូវអល់ឡោះ»។ អ្នកនាំសាររបស់អល់ឡោះបានមានប្រសាសន៍ថា៖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اهلل عنه أن رسول اهلل صلى اهلل ليه ع وسلم قال: (أال ْأَدُلُّكُم على ما يَمْحُو اهلل ب ه الْخَطَايَا َ وَي ُرْفَع ب ه الدَّرَجَات قالوا ب َلَى يا َرَسُول اللَّه قال ُإ سْبَاغ الْوُضُوء ى عل الْمَكَار ه ُوَكَث ْرَة الْخُطَا إلى الْمَسَاج د ُوَانْت ظَار الصََّلَة َب َعْد َالصََّل ة ْفَذَل كُم ُالرِّبَاط) صحيح مسلم មានន័យថា៖ «តើចង់ឱយែញុំបងហាញពួកអ្នកពីអ្វីដែលធ្វើឱយអល់ឡោះជា ម្ចាស់លុបោងសទេកំហ្សុះ ហើយទ្រង់លើកឋានៈសរ? ពួកគេសឆីយ ពិតហើយ អ្នកនាំសាររបស់ព្រះ។ លោកបានប្រសាសន៍ថា៖ ការយក ររក្ជម្រះកាយឱយេពវត្រង់ក្ខនាងេនាក់ ដើរឱយបានច្រើនជំហននៅ កាន់វិហរ រង់ច្ចំថ្វាយបង្គាំពីសពលមួយនៅសពលមួយនោះ េជាការឈរ សជីងនៅមរភូមិ»។ អំសពីលអទាំងឡាយក៏ដូចនោះខែរ ការតេ ូពិតប្រាកដេការតេ ូជំ នោះខ្លួនដែលអ្នកមូស្លីមត្រូវប្រកាន់ខ្លជប់ក្នុងមួយជីវិតរបស់គេ។ រីឯអ្តាន័យពិគេទនពាក្យតេ ូ (ជីហត) េប្រយុរធតេ ូ ជាមួយនឹងពួកអ្នកដែលឈានពពានររកែរបស់ពួកអ្នកមូស្លីម កិតិយេ ទ្រព្យសម្បត្តិ និងសាសនារបស់ខ្លួន នោះេជោរធិទេបចាប់សម្រាប់ មនុស្សរូនៅ។ រីឯការធ្វើសង្គ្រាមដើម្បីលប្រយោជន៍នសយាបាយដូច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 ការពទផងីកអំណាចសកាតបកាតប់ បងហាញកម្លាំងរ័ព ធ្វើសង្គ្រាមេងេរកេជាអំសពីដែលឥស្លាមបានហាមឃាត់។ សម្រាប់ការតេ ូក្នុងឥស្លាមានចាប់ ក្រមសីលធម៌ និងវិជាជជីវៈ ដែលបញ្ជជក់ថា ឥស្លាមជាសាសនាទនសេចក្តីសមាត។ ពួកចំណាប់ខ្លមំង សឈីយេរក ពួកអ្នកច្ចញ់សង្គ្រាម ប្រជាពលរែឋដែលច្ចញ់សង្គ្រាមនៅ មានេរធិ និងកាតពវកិចោទម្គប់ពួកគេ។ ចំពោះប្រិយមិត្តអ្នកអានដែល ចង់ខេវងយល់បខនាមេមទ្តលប់នៅអានសៀវភៅឯក្សរេដែលពាក់ ពាន់នឹងវិ័យនោះ។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ឥស្លាមិងបរិស្លា ឥស្លាមសប្រីឱយខថ្រក្សាបរិស្ថាន ពុំត្រូវបំពុលបរិស្ថានក្នុងរូភាព ណាមួយាមរយៈជំរុញលើការោំទុក្ខជាតិដែលមានប្រយោជន៍។ អ្នក 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بن مالك رضي اهلل عنه قال قال رسول اهلل ى صل اهلل عليه وسلم: (ما من مسلم يغرس غرسا أو يزرع زرعا فيأكل نه م طير أو إنسان أو بهيمة إال كان له به ة صدق) صحيح البخ اري មានន័យថា៖ «ោមនអ្នកមូស្លីមណាមានាក់បានោំសែមសឈី ហើយមានេតវស្លាប ឬមនុស្ស ឬេតវពាហ្សនៈអាទេ័យ្ល ឬខារបស់វា លើក ខលងតែគេប្រទនសម្រាប់អ្នកនោះហក់បានធ្វើទន»។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ជំរុញលើកាលុបំបាត់ឱយអស់នូវរល់ប្រការទាំងឡាយដែល នំឱយប៉ោះពាល់ដល់េវតាភាព។ អ្នកនាំសារលោកបានមានប្រសាសន៍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اهلل عنه قال قال رسول اهلل صلى اهلل ليه ع وسلم: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ويميط اْلذى عن الطريق صدقة) صحيح البخاري មានន័យថា៖ «ហើយការដែលគេសបោះេម្គអតទ្កួបនារសចញពូវក៏ ជាការធ្វើបុណយទនខែរ»។ ជំរុញលើការបសងីតឱយមានបនទប់អ្នម័យផ្កទល់ខ្លួនសជៀវាង ការឆាងជំងឺអលាននសរេ និងបរិស្ថានក្នុងសង្គមែទរ ជាការខថ្រក្សាអាយុ ជីវិតអ្នកែទរ។ អ្នកនាំសារលោកបានមានប្រសាសន៍ថា៖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إبراهيم بن سعد قال سمعت أسامة بن زيد يحدث ا سعد عن النبي صلى اهلل عليه وسلم قال (إذا سمعتم بالطاعون أرض ب فَل تدخلوها وإذا وقع بأرض وأنتم بها فَل تخرجوا منها) حيح ص البخاري មានន័យថា៖ «ប្រសិនបើពួកអ្នកបានលឺជំងឺឆាងរតចាតនៅតំបន់មួយ ចូរកុំចូលនៅកាន់តំបន់នោះ តែប្រសិនបើមានជំងឺនោះកើតសីង ហើយ ពួកអ្នកឋិតក្នុងតំបន់នោះ ចូរកុំរត់សចញនៅតំបន់ែទរ »។ ហាមេម្គាប់ បំផ្កាញេតវពាហ្សនៈ បកាបក្សីដោយឥតប្រយោជន៍។ អ្នកនាំសារលោកបានមានប្រសាសន៍ថា៖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عمرو بن الشريد قال سمعت الشريد يقول سمعت ل رسو اْلسَلم صلى اهلل عليه وسلم يقول: (من قتل عصفورا بثا ع عج</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إلى اهلل يوم القيامة يقول يا رب ان فَلنا قتلني ا عبث ولم يقتلني منفعة) سنن النسائي មានន័យថា៖ «នរណោម្គាប់េតវច្ចបមួយដោយឥតប្រយោជន៍។ នៅ ថ្ងៃបរលោកេតវច្ចបនឹងនៅបតបងអល់ឡោះដោយខទេក្តវា៉ាថា៖ បពិត្រ ព្រះជាម្ចាស់ បុរសមានាក់នោះបានេម្គាប់ែញុំសច្ចលដោយឥតប្រយោជន៍ គេពុំបានេម្គាប់ែញុំដើម្បីជាប្រយោជន៍នោះសីយ»។ ហាមបំពុលបរិស្ថានដោយទេប់មសាបាយទាំងអស់។ អ្នកនាំ 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اهلل عنه أن رسول اْلسَلم صلى اهلل عليه وسلم يقول: (اتقوا اللعانين قالوا وما اللعانان يا رسول هللا قال الذي يتخلى في طريق الناس أو في ظلهم) صحيح مسلم មានន័យថា៖ «ចូរប្រយ័តនចំពោះប្រការពីរដែលត្រូវគេដាក់ផ្កតសារពួក គេរថា បពិត្រអ្នកនាំសាររបស់ព្រះ តើប្រការពីរនោះជាអ្វី? លោកបាន មានប្រសាសន៍ថា េការជុះនៅមូវមនុស្សដើរ ឬសទ្កាមាប់ដែល ពួកគេទជ្ក»។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ឥស្លាមិងអាម័យ ឥស្លាមជាសាសនាអ្នម័យ អល់ឡោះជាម្ចាស់ទ្រង់បានមាន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ﭒﭽ ﭓ ﭔ ﭕ ﭖ ﭗ ﭘ ﭙ ﭚ ﭛ ﭜﭝ ﭞ ﭟ ﭠ ﭡﭢ ﭼ ا ألعراف : ٥٤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«ខនកូននៅអ័ដាំទាំងឡាយចូរតុបតដងខ្លួននៅសរៀងរល់ សពលហៅថ្វាយបង្គាំនៅវិហរ ចូរទទួលទនចំណីអាហរនិងបរិសភោចុះ តែកុំែជោះខ្លជយ ពិតប្រាកដ ទ្រង់មិនេពវព្រះរ័យចំពោះពួកអ្នកដែលែជោះខ្លជយនោះសីយ»។ ឥស្លាមជាសាសនាស្លអតេអំដូចអល់ឡោះជាម្ចាស់ទ្រង់បាន 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ﯚﭽ ﯛ ﯜ ﯝ ﯞ ﯟﯠ ﭼ ا لبقرة : ٨٨٨ មានន័យថា៖ «ពិតប្រាកដ អល់ឡោះជាម្ចាស់ទ្រង់េពវព្រះរ័យចំពោះ ពួកអ្នកដែលសារភាពកំហ្សុះ និងេពវព្រះរ័យចំពោះពួកអ្នកដែល ស្លអតេអំ»។ ភាពស្លអតេអំជាលក្ខែណឌទនភាពទ្តបមត្រូវរបស់ការថ្វាយបង្គាំ ដែលអ្នកមូស្លីមប្រតិបត្តិប្រាំដងក្នុងមួយថ្ងៃមួយយប់។ ក៏ដូចជាតទ្មូវឱយ មុជ្ររកេម្គអតខ្លួនក្រោយសពលរួមសមទ្តីជាមួយប្រំពានធ ហើយក៏ជាភារកិចា ត្រូវធ្វើទម្គប់ពិដែលជាអ្តេញ្ជញណសាសនដូចជា ការថ្វាយបង្គាំ ថ្ងៃទ្ក ថ្ងៃបុណយទាំងពីរ ចូលឆ្នំ និងសចញបួ ការធ្វើបុណយហាជ្ជ និង អុ៊ុំសរ៉ោះ។ លើពីនោះ ឥស្លាមជំរុញឱយោងទែទាំងពីរមុននិងក្រោយ ហ្សូបាយនិងទទួលទនដូចអ្នកនាំសារលោកបានមានប្រសាសន៍ថា៖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اْلسَلم صلى اهلل عليه وسلم : (بركة الطع ام الوضوء قبله والوضوء بعده) سنن الترمذي حديث ضعيف មានន័យថា៖ «ចំណីដែលមានពរជ័យេការយកររក្ជម្រះកាយ (ររក្វូ ហ្សទុ)មុន និងក្រោយសពលទទួលទនរួច»។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ត្រូវរក្សាការអ្នម័យ និងេម្គអតម្គត់ស្មញជាប្រច្ចំ ដូចអ្នកនាំ 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اْلسَلم صلى اهلل عليه وسلم :” لوال أن ق أش على أمتي ْلمرتهم بالسواك عند كل صَلة” صحيح مسل م. មានន័យថា៖ «ប្រេនសបីមិនពិបាក្ចំពោះប្រជាជាតិញុំសរនោះ ែញុំនឹងសប្រី ឱយពួកគេះម្គអតស្មញសរៀងរល់សពលថ្វាយបង្គាំ”។ ជម្រះសមអាត និងោងជម្រះអ្វីដែលមានទុកប្រាក់សតបី កាកេំណល់ និងភាពកែវក់។ ដូចអ្នកនាំសារលោកបានប្រសាសន៍ថា៖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اْلسَلم صلى اهلل عليه وسلم : (الفطرة س خم الختان و اْلستحداد ونتف اْلبط وقص الشارب وتقليم ا ْلظفار) صحيح البخاري មានន័យថា៖ «េភាវេតិមានប្រាំ ការក្សាត់ចុងខេបកអផងាជាតិ សការសរមជុំវិញប្រោប់សភរែក្សរមសកៀក កាត់តទ្មរមពុកម្ចាត់ឱយែ និង កាត់ទក្ចក»។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ឥស្លាមិងចំណេះវិជា សាសនាឥស្លាមជំរុញលើកររក្ចិត្តចំពោះចំណេះវិជាជ ឱយចេះ ខេវងរក និងបសងីនចំណេះដឹងស្តីបសនទេចំពោះភាពលៃង់សលា និងោ់សតឿនឱយប្រុងប្រយ័តនពីភាពលៃង់សលា។ អ្នកនាំសារលោកបានមាន 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اهلل صلى اهلل عليه وسلم :” طلب العلم ف ريضة على كل مسلم “ سنن ابن ماجه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«ការខេវងរក្ចំណេះវិជាជជាកាតពវកិចាលើបុះលមូស្លីម ទេប់រូប»។ គេច្ចត់ទុក្ការេវោះខេវងក្នុងសរឿងចំណេះវិជាជទាំងការសរៀនេទ្ត និងការបសទផងៀនជាមូលសហ្សតុនំនៅកាន់ឋានេ៌ ដូចអ្នកនាំសារលោក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اهلل صلى اهلل عليه وسلم:” من سلك قا طري يطلب فيه علما سلك اهلل به طريقا من طرق الجنة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صحيح ابن حبان មានន័យថា៖ «នរណាដើរខេវងរក្ចំណេះវិជាជ អល់ឡោះធ្វើឱយគេដើរាមូវនៅកាន់ឋានេ៌»។ ឥស្លាមបានហាមឃាត់ចំពោះការដាក់ចំណេះវិជាជ សទ្ពោះចំណេះ វិជាជជាក្មេរធិសម្គហ្សភាពសម្រាប់មនុស្សរូនៅ។ អ្នកនាំសារលោក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اهلل صلى اهلل عليه وسلم:” من كتم علما أ لجمه اهلل يوم القيامة بلجام من نار “ صحيح ابن حبان មានន័យថា៖ «នរណាដាក់សលៀមចំណេះវិជាជ អល់ឡោះនឹងដាក់បសងៀរ គេពីសភីងនរក្នៅថ្ងៃបរលោក»។ ឥស្លាមលើកតសមីងអ្នកចេះដឹង បគាប់ឱយគេលើកតសមីង ឱយ តទមានិងគោរពពួកអ្នកចេះដឹង។ អ្នកនាំសារលោកបានមានប្រសាសន៍ថា៖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اْلسَلم صلى اهلل عليه وسلم : “ ليس من أمتي نم لم يجل كبيرنا ويرحم صغيرنا ويعرف لعالمنا حقه “ مسند ا ْلمام أحمد មានន័យថា៖ «ពុំខមនជាប្រជាជាតិរបស់ែញុំសរ អ្នកដែលមិនគោរព មនុស្សច្ចេ់ មិនអាណិតកូនសក្មង និងមិនស្គាល់េរធិរបស់អ្នកចេះដឹង»។ អ្នកនាំសារលោកបានមានប្រសាសន៍បញ្ជជក់ពីឋានៈរបស់អ្នក ចេះដឹងថា៖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اْلسَلم صلى اهلل عليه وسلم:” فضل العال م على العابد كفضلي على أدناكم “ سنن الترمذي មានន័យថា៖ «អ្នកមានចំណេះដឹងខ្ពង់ខ្ពស់ជាងអ្នកប្រតិបត្តិសាសនដូចជារូបែញុំខ្ពង់ខ្ពស់ជាងអ្នកដែលមានឋានៈទបជាងគេបុំតក្នុង ចំសណាមពួកអ្នក»។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ឥទ្ធិពលអ្រិយធម៌ឥស្លាមចំសោះការអ្ភិវឌ្ឍផែក្វិទាស្រេត ទំសើប ពិតប្រាកដ អ្នកដែលបានអានស្លសីងវិញពីឫេល់ដែលនំ ឱយវិទ្យាសាស្ត្របំសនីបឈានដល់េពវថ្ងៃនោះឃើញថា អ្រិយ្ម៌ឥស្លាម ដែលពួកអ្នកប្រាជ្ញឥស្លាមេម័យសែមបានតល់ជាវិភោទន មានេណសម្បត្តិ បនទប់ពីអល់ឡោះជាម្ចាស់ ក្នុងការធ្វើឱយវិទ្យាសាស្ត្របំសនីប មាន ការវិវឌ្ឍរីក្ចំសរីន។ អ្នកប្រាជ្ញអឺរ៉ុបមានាក់សឈាមោះ គេសែអូ បាននិយាយថាសបី សទោះជាពួកអឺរ៉ុបែតែំប្ររងខប្រងយ៉ាងណា ក៏មិនអាចបែគេចំពោះេណសម្បត្តិទនអ្រិយ្ម៌អារ៉ាប់ឥស្លាមចំពោះពិភពលោកទាំងមូល 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t>មិនអាចលុបំបាត់សក្រែំខណល និងស្លនទែរបស់ពួកគេសចញពីរំព័រ ប្រវត្តិសាស្ត្រពិភពលោកយើងនោះបានជោច់ខ្លត។ ពួកគេជាអ្នកចាក់គ្រឹះ និងកសាងមូលោឋនគ្រឹះ ដែលអ្រិយ្ម៌ ពិភពលោកបានកសាងសីងលើសែននោះ ហើយចំពោះអ្នកដែលបាន ទ្តលប់នៅអានសៀវភៅបសចាកេពនៃការសហោះសហ្សីរ និងលំហ្សអាកោ ដែលគេសប្រីជាពិគសម្រាប់ទេប់ទេងការសហោះសហ្សីរ និងលំហ្សអាវកោ ជាតិរបស់អាសមរិក -ណាហ្សា- រំព័រ ១៨៥ ឃើញថា ៦០% ទនសឈាមោះ ផ្កាយ លបីៗដែលគេសប្រីក្នុងយានអាវកោមានប្រភពសចញពីបសចាកេពទ អារ៉ាប់។ សៀវភៅទាំងឡាយ និងស្លនទែនិពនធរបស់ពួកអ្នកប្រាជ្ញមូស្លីម ជំនន់សែមជាឯកសរសយាងមូលោឋនដែលពួកអ្នកប្រាជ្ញជំនន់ក្រោយ ជាពិគេពួកអឺរ៉ុបានសប្រីជាប្រយោជន៍ក្នុងការស្រាវជ្រាវ ហើយបាន ធ្វើការអ្ភិវឌ្ឍន៍លើអ្វីដែលពួកគេបានបក្ខប្រជាភាសារបស់ពួកគេឱយ មានការរីក្ចំសរីនជឿនសលឿនក្នុងេម័យរំសនីប។ ចំណេះដឹងទាំងនោះ បានក្លាយជាមែវិជាជេកានៅមេក្លវិរាល័យននរបស់ពួកគេ។ លោក ចូត័ហ្សវ លូបូន ក្នុងសៀវភៅ អ្រិយ្ម៌អារ៉ាប់របស់លោកបានេរ គេរថា រល់សពលដែលយើងខេវងយល់េជ្សទៅក្នុងការេកាអំពីអ្រិយ ម៌អារ៉ាប់ ស្លនទែនិពនធខបបវិទ្យាសាស្ត្រ របក្កំសហ្សីញ និងេលបៈរបស់ពួក គេបានោតទ្តោងពីចំណេះដឹងថ្មីៗមានវិស្លលភាពំសផង ហើយធ្វើ ឱយមើលឃើញភាមៗថា អារ៉ាប់មានេណសម្បត្តិក្នុងការោ់ក្កាយ ចំណេះវិជាជេម័យកណាតល។ េក្លវិរាល័យនននៅអឺរ៉ុបក្នុងរយៈ សពលប្រាំេតវតសដំបូងគេមិនដឹងថា មានប្រភពចំណេះដឹងណាសទៅពី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t>ស្លនទែនិពនធរបស់ពួកគេ ហើយពួកគេជាអ្នកធ្វើនេរូបនីយកមមលើអឺរ៉ុប ផ្នែកមែវិជាជបសទផងៀន មសនេមន៍ និងទីល្ម៌សង្គម។ ពិតណាស់ ប្រវត្តិសាស្ត្រមិនដែលស្គាល់ជាតិសាសនា៍ណាបានបនសល់ជាស្លនទដូច ពួកគេក្នុងរយៈសពលដ៏ែ ហើយោមន សាសនា៍ណានំមែពួកគេក្នុងការ ធ្វើរំសនីបក្មមលើវិ័យេលបៈផងខែរ។ ខ្នកេណិតវិរា ដូចជាសរខ្លេណិត រូបមនតទ្តីសកាណ រណី ម្គទ្តក្នុងលំហ្ស អ្នកប្រាជ្ញដែលសលចសធាជាងគេអាល់ែវា៉ារហ្សាមីយ៍។ ផ្នែកលំហ្សអាកោ និងារសាស្ត្រ អ្នកប្រាជ្ញដែលសលចសធាជាងគេ អា ល់សកីហ្សាវីនីយ៍ និងអាល់សបរូនីយ៍។ អ្នកដើរទុក្រក្រំសនៀមរម្គាប់បូពា៌ជ្ន ជាតិអាលឺម៉ាង់និយាយពីលោកអាល់សបរូនីយ៍ថា លោកេជារេសនវិរូ៏ ឧតតុងាឧត្តមជាងគេដែលប្រវត្តិសាស្ត្រមនុស្សជាតិបានស្គាល់។ ប៉ុខនត យើងជាអ្នកមូស្លីមនិយាយថា កាលម្គ៉លានទនបញ្ជញញាណេអ្នកនាំ សារមូហាំម៉ាត់ទនយើង។ ជំនញវេជ្ជសាស្ត្រ និងឱសថសាស្ត្រអ្នកប្រាជ្ញ ឥស្លាមបានបសងីតនូវរូបមនត និងទ្ររស្តីដែលអ្នកប្រាជ្ញេម័យរំសនីបាន ច្ចប់ស្តីមសចញពីទ្ររស្តីទាំងនោះក្នុងការធ្វើបែវតតន៍ផ្នែកវេជ្ជសាស្ត្រដូច ជាសៀវភៅរបស់ អិពនូ រុះសែ៍ និងអិពនូអាន់ណាហ្សវី ដែលបានរក ឃើញវែតូចទនឈាមុនជ្នជាតិអផង់គោសឈាមោះហរីហ្សវីយ៍ និងជ្ន ជាតិសអោញសឈាមោះ សារហ្សវីតូ ប៉ុនមនេតវតស។ លោក អាំសមីរ ពិន អាលី មកពីសែតតមូលទនប្រសរេអ៊ីរ៉ាក់ និង អាលី ពិន អ៊ីស្ល អាល់កា ហល មានជំនញខ្លងចក្ខុរោគសាស្ត្រ។ អាល់ហស្លន់ ពិន អាល់ទហ្ស ស្លំ បានបសងីតទ្ររស្តី និងចាប់ជាច្រើនពាក់ពាន់នឹងចក្ខុប្រសារ។ អា ល់ម្គ៉ាន់េរ និងអាពូ បាសកីរ អាល់រ៉ាហ្សសីយ៍មានជំនញខ្លងវោះកាត់។ 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t>ល់ម្គ៉ាវហ្សវិក មកពីរីទ្កុងបោត និង អាពូអាល់សកោម សអីហ្សសោះរ៉ាវីយ៍ មានជំនញខ្លងវេជ្ជសាស្ត្រ និងការវោះកាត់ម្គត់ស្មញ លោកជាអ្នកនិព នធេពវចនិបាយវេជ្ជសាស្ត្រមាន៣០ភោមានសរៀបរប់ពីឧបក្រណ៍ សប្រីទម្គប់ការវោះកាត់ និងរសបៀបសប្រីប្រោ់។ ខ្លងវិ័យភូមិសាស្ត្រ និងភូគព្ភសាស្ត្រអ្នកប្រាជ្ញដែលសលច សធាជាងគេ សអីរីហ្សវ អាល់អិរទ្រីទីយ៍ លោកជាអ្នកប្រាជ្ញខ្លង ភូមិវិរា លោកជាអ្នកស្តីមគំនិតបចនរូបេំនូរខ្នរដំបូងបងអស់ ហើយ ក៏ជាអ្នករចនឧបក្រណ៍នវាចរណ៍។ ពួកអ្នកប្រាជ្ញឥស្លាមជាច្រើនបាន ចូលរួមកនុងការអ្ភិវឌ្ឍន៍អ្រិយ្ម៌ ចំពោះបងបអូនដែលចង់ដឹងចោ់ បខនាមទៀតេមសមាតអានសៀវភៅៗដែលនិយាយអំពីសរឿងនោះ នោះ នឹងឃើញថា មានទ្ររស្តីនិងការស្រាវជ្រាវជាច្រើនដែលគេក្ទេង់យក មកពីស្លនទែរបស់ពួកគេ តែខបរជាដាក់សឈាមោះអ្នកស្សងនៅវិញ។ លោក ច សារតូន និយាយថា ប្រសិនបើមនអ្នកប្រាជ្ញឥស្លាម និងស្លនទែរបស់ ពួកគេសរនោះ ពួកអ្នកប្រាជ្ញនៅបុនេម័យចោ់ជាត្រូវច្ចប់ស្តីមពីចំណុចេនយ យអ្រិយ្ម៌នឹងមានការយឺតយា៉ាវប៉ុនមនេតវតសនៅមែទៀត។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លក្ខណៈពិគេទ អ្រិយធម៌ឥស្លាម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ពិតប្រាកដ ការខេវងរក្ចំណេះវិជាជក្នុងឥស្លាមជាកាតពវកិចា សាសនា ដែលចាប់សារីអាត់ឥស្លាមបានជំរុញដូចបានលើក សីងខ្លងលើ។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ពួកអ្នកប្រាជ្ញឥស្លាមជំនន់សែមបានសប្រីប្រោ់ចំណេះដឹងពួកគាត់ ដើម្បីពទផងរងក្តីជំនឿក្នុងចិត្តមនុស្ស ទុយទេ ោះពីពួកអ្នកប្រាជ្ញ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េម័យរំសនីបភោច្រើនសប្រីចំណេះដឹងរបស់ពួកគេជាមសាបាយ ដើម្បីធ្វើឱយរសគោះរសងីជំនឿក្នុងចិត្តរបស់មនុស្ស។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ពិតប្រាកដ ពួកអ្នកប្រាជ្ញឥស្លាមជំនន់សែមសប្រីប្រោ់ចំណេះដឹង របស់ពួកគាត់ដើម្បីបសទ្មីមនុស្សជាតិទុយទេ ោះពីពួកអ្នកប្រាជ្ញេម័យរំសនីបភោច្រើនសប្រីប្រោ់ចំណេះដឹងរបស់ពួកគេដើម្បី សប្រីមនុស្ស ទ្តួតទាលើពួកគេ បងខំឱយពួកគេបសទ្មីលប្រយោជន៍ របស់ខ្លួនាមរយៈការ្លិត និងបសងីតេសទម្គងខ្នការណ៍ ស្លហវសឃារនៅចជា លិតទោប់ខបក្បរមណូ ណុយសកាខអ រ ស្លធាតុអ៊ីទ្រូខេន និងអាវុប្រល័យលោក។ ពួកគេសប្រីក្ល ឧកាយជោលបៈក្នុងសរឿងនោះ ហើយប្រយុរធប្រឆំងនឹងពួកអ្នក ដែលមានបំណងចង់បសងីតដូចពួកគេ ដើម្បីពួកគេក្លាយជាអ្នក ទេប់ទេង និងទ្តួតទាពិភពលោកទាំងមូល។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ពួកអ្នកប្រាជ្ញឥស្លាមជំនន់សែម បានទុក្ចំណេះដឹងរបស់ពួកគេ ជាសម្បត្តិស្លធារណៈសម្រាប់មនុស្សរូនៅ ដើម្បីបសទ្មីល ប្រយោជន៍រួម្ទុយទេ ោះពីពួកអ្នកប្រាជ្ញេម័យរំសនីបភោច្រើន ដែលមានចំណេះដឹងមកធ្វើជាក្មេរធិផ្កតច់មែទម្គប់បសទ្មីតែ លប្រយោជន៍ខ្លួនឯង និងប្រសរេរបស់ខ្លួន អ្នកែទរោមនេរធិ ខេវងយល់អំពីសរឿងនោះសីយ។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ពួកអ្នកប្រាជ្ញឥស្លាមជំនន់សែមរិនៅដែលចង់បានពីចំណេះដឹងេលបុណយពីអល់ឡោះជាម្ចាស់ ទុយទេ ោះពីពួកអ្នកប្រាជ្ញេម័យរំសនីបភោច្រើនដែលសប្រីប្រោ់ចំណេះដឹងជាមសាបាយ ដើម្បីរក្ចំសណញខ្លងរូបធាតុនិយម។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77 ---</w:t>
      </w:r>
    </w:p>
    <w:p>
      <w:pPr>
        <w:spacing w:line="324" w:lineRule="auto" w:after="120" w:before="0"/>
        <w:jc w:val="left"/>
      </w:pPr>
      <w:r>
        <w:t>គពោះប ទូលខោះទាក់ទផង រងវិទ្យាសាស្ត្រពិកដងគម្ពីរអាល់គួរអាន អល់ឡោះជាម្ចាស់ទ្រង់បានមានព្រះបន្ទូលថា៖</w:t>
      </w:r>
    </w:p>
    <w:p>
      <w:pPr>
        <w:spacing w:line="324" w:lineRule="auto" w:after="120" w:before="0"/>
        <w:jc w:val="left"/>
      </w:pPr>
      <w:r>
        <w:t>ﭽﭑ ﭒ ﭓ ﭔ ﭕ ﭖ ﭗ ﭘ ﭙ ﭚ ﭛ ﭜ ﭝ ﭞ ﭟ ﭠ ﭡ ﭢ ﭣ ﭤ ﭥ ﭦ ﭧ ﭨ ﭩ ﭪ ﭫ ﭬ ﭭ ﭮ ﭯ ﭰ ﭱ ﭲ ﭳ ﭴ ﭵ ﭶ ﭷ ﭸ ﭹ ﭺ ﭻﭼ ﭼ ا لبقرة : ٣٢٥ មានន័យថា៖«ពិតប្រាកដក្នុងការបសងីតមេឃនិងផែនដីខបងខចក្យប់ និងថ្ងៃ ក្បា៉ាល់ដែលកំពុងធ្វើចរចរណ៍លើទ្ទេមុទ្រដែល្តល់ល ប្រយោជន៍ដល់មនុស្ស ររក្សភ្លៀងដែលអល់ឡោះទ្រង់បានបញ្ចុះពីលើ មេឃ ធ្វើឱយផែនដីមានជីវិតបេ់សីងវិញក្រោយសពលសទ្កៀមេវិត ទ្រង់ បានបសងីតឱយមានលើផែនដីនោះនូវរល់េពវេតវទាំងឡាយ លាយែយល់បក់ និងពពក្ដែលរស្លត់នៅលើមេឃ ហើយនិងផែនដីជានិមិត្តេញ្ជញសម្រាប់ពួកអ្នកមានបញ្ជញចេះេត»។ គេបញ្ចុះគម្ពីរអាល់គួរអានមកចំពោះមូហាំម៉ាត់ ោត់ជាបុរស មានាក់មិនចេះអក្សរ មិនចេះអាន មិនចេះេរគេរ រេ់នៅជាមួយពូជ សាសនា៍មួយដែលមិនចេះអក្សរភោច្រើនេដើម្បីកុំឱយនរណាមានាក់មាន មានទិលេងស័យចំពោះសាររបស់មូហាំម៉ាត់។ តើបុរសមិនចេះអក្សរអាច នំមកនូវគម្ពីរ ដែលធ្វើឱយពួកំពូលក្វីអេមតាភាពនឹងតដងនិពនធឱយដូចទាំងបំណិន និងសវាហរសាស្ត្រ ខថ្មទាំងបានប្រកោដាក់កំហ្សិតឱយ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ពួកគេនិពនធឱយដូចគម្ពីរនោះ។ ដូចអល់ឡោះជាម្ចាស់ទ្រង់បានមានព្រះ បន្ទូល៖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ﭽﭜ ﭝ ﭞ ﭟ ﭠ ﭡ ﭢ ﭣ ﭤ ﭥ ﭦ ﭧ ﭨ ﭩ ﭪ ﭫ ﭬ ﭭ ﭮﭯ ﭼ ا إلسراء : ٨٨ មានន័យថា៖ «មូហាំម៉ាត់ចូរប្រាប់ពួកគេចុះថា ប្រសិនបើទាំង មនុស្ស ទាំងពួកបង់បត់ប្រមូល្តុំលានចង់បសងីតឱយដូចគម្ពីរអាល់គួរអាន នោះ ពួកគេធ្វើមិនដូចជោច់ខ្លត សបីសទោះជាពួកេហ្សការោំទ្រលានយ៉ាង ណាក៏ដោយចុះ»។ ថ្វីសបី ទាំងអ្នកនាំសារមូហាំម៉ាត់ និងេហ្សការីរបស់លោកនៅ រន់សែយែវោះខ្លត និងក្សត់សែយយ៉ាងណាក៏ដោយ ក៏ពួកគាត់បាន អានគម្ពីរអាល់គួរអាននោះ ឱយពួកគេស្លតប់ស្តីអំពីនិមិត្តេញ្ជញអ្ចឆរិយៈ ផ្នែកវិទ្យាសាស្ត្រពិតមួយចំនួនទាំងពីជាង១៤េតវតសបាយ ដែលពួក អ្នកប្រាជ្ញមិនអាចស្រាវជ្រាវរក្ឃើញ លើកលដងតែនៅម័យរំសនីប នោះប៉ុសណាណោះ។ ពួកគេបានសប្រីឧបក្រណ៍បសចាក្សរេរំសនីបដើម្បីជំនួ យ។ ក្នុងប្រធានបរនោះ េមលើកសីងពីព្រះបន្ទូលែះទនគម្ពីរអាល់គួរអាន និងរបក្កំសហ្សីញដែលវិទ្យាសាស្ត្របំសនីបានេកាស្រាវជ្រាវ ដោយមិនភាជប់ព្រះបន្ទូលនៅនឹងរបកេំសហ្សីញវិទ្យាសាស្ត្របំសនីប សទ្ពោះ វិទ្យាសាស្ត្រអាចមានការវិវឌ្ឍន៍ និងផ្កោ់បតូរ ទុយពីមពីរអាល់គួរអាន។ អ្វីដែលវិទ្យាសាស្ត្របំសនីបានលើកសីងក្នុងសពលបចុបបននអាចនឹងផ្កោ់ បតូរនៅថ្ងៃអ្នេត។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ិងកំណកំសណើតភព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ﯔﭽ ﯕ ﯖ ﯗ ﯘ ﯙ ﯚ ﯛﯜ ﭼ ا لروم : ٥٥ មានន័យថា៖ «អល់ឡោះជាម្ចាស់ច្ចប់ស្តីមបសងីត បន្ទាប់មក ទ្រង់បសងីតវាសារសីងវិញ បន្ទាប់មកពួកអ្នកនឹងវិលទ្តលប់នៅរកទ្រង់»។ គម្ពីរអាល់គួរអានប្រកោក្នុងព្រះបន្ទូលនោះថា អល់ឡោះជា ម្ចាស់តែមួយេត់ទ្រង់ជាអ្នកបសងីតេភាវេតវលោកដែលមានក្នុងចទ្ក វា ពីភាពោមនឱយមាន។ សរឿងទាំងនោះមិនអាចខេវងយល់បានជោច់ខ្លត លើកលដងតែមរយៈការបកស្រាយរបស់គម្ពីរអាល់គួរអាន ដែលជាព្រះបន្ទូលមកពីអល់ឡោះ។ ទ្រង់បានមានព្រះបន្ទូលសរៀបរប់ ពីកំណកំសណីតភពថា៖</w:t>
      </w:r>
    </w:p>
    <w:p>
      <w:pPr>
        <w:spacing w:line="324" w:lineRule="auto" w:after="120" w:before="0"/>
        <w:jc w:val="left"/>
      </w:pPr>
      <w:r>
        <w:t>ﯖﭽ ﯗ ﯘﯙ ﯚ ﯛ ﯜ ﯝ ﯞ ﯟ ﯠ ﯡﯢ ﭼ ا لبقرة : ٩٥٥ មានន័យថា៖ «អល់ឡោះជាម្ចាស់ទ្រង់ជាអ្នកបសងីតមេឃនិង ផែនដីដោយោមនេំរូពីមុនមក ហើយនៅសពលណាទ្រង់លិតកំណត់ ការអ្វីមួយទ្រង់ទលាន់តែបន្ទូលថា ចូរកើតចុះ ការនោះក៏កើតសីងភាម»។ អល់ឡោះជាម្ចាស់ទ្រង់បន្ទូលប្រាប់យើងក្នុងបន្ទូលនោះថា ពភ ទាំងមូលកើតសចញពីភាពោមន និងអ្វីដែលមានមុនភព ជាចំណេះដឹង អាថ៌កំបាំងដែលោមននរណដឹងលើកខលងអល់ឡោះតែមួយេត់។ ប្រាជ្ញា របស់មនុស្សអេមតាភាពនឹងខេវងយល់ពីរូបធាតុសែម និងរសបៀបរបប នៃការក្កើតដំបូងបងអស់ ពីសទ្ពោះមានតែអល់ឡោះជាម្ចាស់តែមួយេត់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80 ---</w:t>
      </w:r>
    </w:p>
    <w:p>
      <w:pPr>
        <w:spacing w:line="324" w:lineRule="auto" w:after="120" w:before="0"/>
        <w:jc w:val="left"/>
      </w:pPr>
      <w:r>
        <w:t>ដឹងពីអាថ៌កំបាំងនោះ ហើយប្រាជ្ញារបស់មនុស្សនៅតែបនតអេមតាភាព រហូត មិនអាចខេវងយល់ពីរូបធាតុសែម និងរសបៀបរបបនៃការក្កើត ភព។ អ្វីដែលប្រាជ្ញារបស់មនុស្សអាចធ្វើបានេទលាន់តដឹងពីរិឋភាព ខ្លងសទៅនៃការក្កើតភព ទលាន់តែជាទ្ររស្តី ជោមមតិក្មដូចអល់ឡោះ 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ﭽﯛ ﯜ ﯝ ﯞ ﯟ ﯠ ﯡ ﯢ ﯣ ﯤ ﯥ ﯦ ﯧﯨ ﭼ ا لكهف : ٥١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«យើងពុំបានឱយពួកគេមកមើលក្នុងការបសងីត មេឃ និងផែនដី ហើយពុំបានឱយពួកគេមកមើលផងខែរក្នុងការបសងីត ពួកគេខ្លួនឯង យើងពុំបានយកពួកអ្នកដែលធ្វើឱយគេវសងវងនោះមកធ្វើ ជាអ្នកោំទ្រយើងសីយ»។ អល់ឡោះជាម្ចាស់បានមានព្រះបន្ទូលទៀតថា៖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ﮓﭽ ﮔ ﮕ ﮖ ﮗ ﮘ ﮙ ﮚ ﮛﮜﮝ ﮞ ﮟ ﮠ ﮡ ﮢ ﮣﮤ ﮥ ﮦﮧ ﭼ ا ألنبياء : ٠٤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«តើពួកអ្នកដែលបែគេនឹងជំនឿមិនឃើញ សរឬថា មេឃនិងផែនដីពីមុនជាភពតែមួយ បន្ទាប់មកយើងបានបំខបក វាទាំងពីរ ហើយយើងបានបសងីតអ្វីទេប់ខបបយ៉ាងឱយមានជីវិតដោយ សារររក តើពួកគេមិនទ្ពមមានជំនឿសរឬ?»។ ព្រះបន្ទូលដ៏ប្រទពនោះជាភស្តុតាងបញ្ជាក់យ៉ាងចោ់ថា ភព ដែលយើងកំពុងរេ់នៅជាភពមួយដែលមានការច្ចប់ស្តីមកកើត 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អល់ឡោះបានបសងីតពីភពផ្កាយបឋមមួយ (ដំណាក់កាលរួមតូច) ហើយទ្រង់មានអានុភាពលើអ្វីទេប់យ៉ាង បន្ទាប់មក អល់ឡោះទ្រង់ បញ្ជជឱយ្ទុះភពផ្កាយបឋមនោះសីង ហៅថា (ដំណាក់កាលទុះដ៏ មហ្សិម្គ) ភពផ្កាយបឋមដែល្ទុះនោះបានកាយជែំខ្សង (ដំណាក់ កាលជាខ្សង) ហើយអល់ឡោះបសងីតសចញពីខ្សងនោះនូវ ពភផែនដី និងមេឃ (បានសេចក្តីថា ពភផ្កាយទាំងឡាយនៅពោពេញលើមេឃ កើតសចញពីសារធាតុ និងថាមពលស្សងៗលានែះយើងស្គាល់ ហើយែះ ទៀតយើងមិនស្គាល់) អ្នកដឹងសរដំណាក់កាលនោះមានសឈាមោះថា (ដំណាក់កាលបសងីតែ និងមេឃ) មានសរៀបរប់ពីបាតុភូតដំណាក់ កាលទាំងពីរចុងក្រោយក្នុងបន្ទូលរបស់ទ្រង់ថា៖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ﮠﭽ ﮡ ﮢ ﮣ ﮤ ﮥ ﮦ ﮧ ﮨ ﮩ ﮪﮫ ﮬ ﮭ ﮮﮯ ﮰ ﮱ ﯓ ﯔ ﯕ ﯖ ﯗ ﯘ ﯙ ﯚ ﯛ ﯜ ﯝ ﯞ ﯟﯠ ﯡ ﯢ ﯣ ﯤ ﯥ ﯦ ﯧ ﯨ ﯩ ﯪ ﯫ ﯬ ﯭ ﯮ ﯯ ﯰﯱ ﭼ ف صلت : ٧-٥٥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«មូហាំម៉ាត់ចូរនិយាយនៅកាន់ពួកគោរព ពហ្សុសរពនិយមថា ែញុំពិតជាឆៃល់ចំពោះពួកអ្នកដែលបានបែគេមិន ទ្ពមជឿចំពោះព្រះជាម្ចាស់ដែលទ្រង់បានបសងីតផែនដីក្នុងរយៈសពល ពីរថ្ងៃ។ ពួកអ្នកបសងីតជាទែទម្គប់ទ្រង់ និងអ្នកចូលហ្សុនជាមួយ ទ្រង់ក្នុងការគោរពសក្ការៈ។ ទ្រង់ដែលបានបសងីតនោះេជាព្រះជាម្ចាស់ ទនេក្លលោកទាំងមូល។ ទ្រង់បានបសងីតឱយមានភនំចុះពីលើមេឃមក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82 ---</w:t>
      </w:r>
    </w:p>
    <w:p>
      <w:pPr>
        <w:spacing w:line="324" w:lineRule="auto" w:after="120" w:before="0"/>
        <w:jc w:val="left"/>
      </w:pPr>
      <w:r>
        <w:t>ផែនដី ទ្រង់បានប្រទនពរជ័យដល់ផែនដី ទ្រង់បានកំណត់គេបៀង អាហរសម្រាប់ផែនដីរួចរល់ក្នុងរយៈសពលបួនថ្ងៃ ប្រាប់ជែំណរងដល់ នរណាដែលេរចង់ដឹងពីសរឿងនោះ។ បន្ទាប់មក ទ្រង់បានសឆ្ពោះនៅកាន់ មេឃ ហើយមេឃនៅជាខ្សងនៅសីយ ទ្រង់បានទោ់បន្ទូលនៅ មេឃ និងផែនដីថា េមឱយកើតជាមេឃនិងែដោយគោរពាម ឬ ដោយបងខំ។ មេឃនិងែបានតបនៅព្រះជាម្ចាស់វិញថាយើងកើតជា មេឃកើតជែដោយស្លតប់បគាប់ព្រះអផងា»។ អ្នកប្រាជ្ញខ្លងរូបវិរោម័យរំសនីបានទទួលស្គាល់ថា សែម កំសណីតដំបូងនៃការក្កើតភព ទ្ពមទាំងអ្វីទាំងឡាយទាំងពួងដែល មានក្នុងភពទាំងសារធាតុសែម កម្លាំងថាមពល និងសថ្រសវោ កើតសចញ ពីអ្វីដែលគេនៅសឈាមោះ ថា (ការ្ទុះដ៏មហ្សិម្គ ជាភាស្លអផង់គោហៅថា The Bg Bang) ដែលជាភស្តុតាងបញ្ជាក់ថាវាកើតសចញពីភាពោមន។ េមទក្ស ក្មើលបន្ទូលរបស់អល់ឡោះ ﭽﯡ ﯢ ﯣ ﯤ ﯥ ﯦ ﯧ ﯨ ﯩ ﯪ ﯫ ﯬ ﯭ ﯮ ﯯ ﯰﯱ ﭼ ف صلت : ٥٥ មានន័យថា៖ «បន្ទាប់មក ទ្រង់បានសឆ្ពោះនៅកាន់មេឃ ហើយ មេឃនៅជាខ្សងនៅសីយ ទ្រង់បានទោ់បន្ទូលនៅមេឃ និងផែនដី ថា េមឱយកើតជាមេឃនិងែដោយគោរពាម ឬដោយបងខំ។ មេឃនិងែបានតបនៅព្រះជាម្ចាស់វិញថា យើងកើតជាមេឃកើតជែដោយស្លត ប់បគាប់ព្រះអផងា»។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គម្ពីរអាល់គួរអានប្រកោប្រាប់ក្នុងបន្ទូលនោះថា ពិតប្រាកដ មេឃនៅសពលច្ចប់ស្តីមកកើតដំបូងបានឆាងកាត់កាលភោមួយដែល ហៅថាកាលភោំខ្សង។ វិទ្យាសាស្ត្របំសនីបានទទួលស្គាល់ពីសរឿង នោះ។ លោកបណ្ឌិត ចោមូវ និយាយថា ដំបូងសីយភពសពារពេញ ដោយលាយហោជាប្រព័ន្ធ កើតសចញពីលាយហលានោះនូវបខទ្ម បទ្មួលបរមណូមួយដែលមានធាតុសំច្រើនស្សងលាន។ លោក សជ្ម សហ្សនសហ្សសី ជារវិរូមានាក់និយាយថា៖ ជាក់ចោ់ ណាស់ថា ធាតុបសងីតភពស្តីមដោយបណតុំហោដែលអ្ខណតតពោ ពេញលំហ្សជាប្រព័ន្ធ ហើយខ្សងសនបូឡាកើតសចញពីកំហប់ហោ៏ ទ្កោ់នោះ។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ិងការលាតេ ធរងទ ភព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ﭽﯰ ﯱ ﯲ ﯳ ﯴ ﯵﭼ ا لذاريات: ٩٣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«មេឃយើងបានបសងីតជែំបូលសម្រាប់ផែនដីដោយ អានុភាពដ៏ខ្លាំងកាជារីបុំត ហើយយើងជាអ្នកពទផងីក្វិស្លលភាព របស់វា»។ អល់ឡោះជាម្ចាស់ទ្រង់បានមានព្រះបន្ទូលទៀតថា៖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ﮓﭽ ﮔ ﮕ ﮖ ﮗ ﮘ ﮙ ﮚ ﮛ ﮜﮝ ﮞ ﮟ ﮠ ﮡ ﮢ ﮣﮤ ﮥ ﮦﮧ ﭼ ا ألنبياء : ٠٤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“តើពួកអ្នកដែលបែគេនឹងជំនឿមិនឃើញសរឬថា មេឃនិងផែនដីពីមុនជាភពតែមួយ បន្ទាប់មកយើងបានបំខបក្វាទាំង ពីរ ហើយយើងបានបសងីតអ្វីទេប់ខបបយ៉ាងឱយមានជីវិតដោយសារររក តើពួកគេមិនទ្ពមមានជំនឿសរឬ?”។ អល់ឡោះជាម្ចាស់បានមានព្រះបន្ទូលទៀតថា៖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ﭽﯡ ﯢ ﯣ ﯤ ﯥ ﯦ ﯧ ﯨ ﯩ ﯪ ﯫ ﯬ ﯭ ﯮ ﯯ ﯰﯱ ﭼ ف صلت : ٥٥ មានន័យថា៖ «បន្ទាប់មក ទ្រង់បានសឆ្ពោះនៅកាន់មេឃ ហើយមេឃជា ខ្សងនៅសីយ ទ្រង់បានទោ់បន្ទូលនៅមេឃ និងផែនដីថា េមឱយ កើតជាមេឃនិងែដោយគោរពាម ឬដោយបងខំ។ មេឃនិងែបានតប នៅព្រះជាម្ចាស់វិញថា យើងកើតជាមេឃកើតជែដោយស្លតប់បគាប់ ព្រះអផងា»។ អល់ឡោះជាម្ចាស់បានមានព្រះបន្ទូលទៀតថា៖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ﭨﭽ ﭩ ﭪ ﭫ ﭬ ﭭﭮ ﭯ ﭰ ﭱ ﭲ ﭳﭴ ﭵ ﭶﭷ ﭸ ﭹ ﭺﭻ ﭼ ا ألنبياء : ٣٠٥ មានន័យថា៖ «ថ្ងៃដែលយើងនឹងបត់មេឃដូចជាបត់រំព័រសៀវភៅ ដូច ដែលបានច្ចប់ស្តីមបសងីតដំបូង យើងនឹងបសងីតវាសីងវិញមតងទៀត ជាការេនដ៏ពិតប្រាកដរបស់យើង។ យើងតដងតែអនុវត្តាមពាក្យេនារបស់យើង ជានិចា»។ អល់ឡោះជាម្ចាស់បានមានព្រះបន្ទូលទៀតថា៖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ﮡﭽ ﮢ ﮣ ﮤ ﮥ ﮦﮧ ﮨ ﮩ ﮪ ﮫﮬ ﭼ إ براهيم : ٨٣</w:t>
      </w:r>
    </w:p>
    <w:p>
      <w:pPr>
        <w:spacing w:line="324" w:lineRule="auto" w:after="120" w:before="0"/>
        <w:jc w:val="left"/>
      </w:pPr>
      <w:r>
        <w:t>មានន័យថា៖ «ថ្ងៃដែលគេនឹងបតូរែមិនមែនែនោះ បតូរមេឃ មិនមែន មេឃនោះ ហើយេពវេតវទាំងឡាយសទ្កាក្សចញពីនូរដើម្បីមកជួបអល់ឡោះ ឡោះជាម្ចាស់ដ៏មហខ្លាំងពូខក»។ ព្រះបន្ទូលទាំងប៉ុនមនខ្លងលើជាភស្តុតាងបញ្ជាក់ថា ភពដែល យើងរេ់នៅកំពុងតែតេនធរងជាប្រច្ចំ ប្រេនសបីយើងទក្ស ក្មក ក្រោយសីងវិញជាមួយនិងការោតេនធរងនោះ នៅសពលណាមួយ ចាំបាច់ត្រូវតែរួមលានជាភពផ្កាយតែមួយសីវិញ (ដំណាក់កាលរួមតូច) ដែលបានលើកសីងខ្លងលើ ហើយភពផ្កាយបឋមនោះបានទុះដោយ ការបគាប់ពីអល់ឡោះជាម្ចាស់ (ដំណាក់កាលទុះដ៏មហ្សិម្គ) បានកាយ ជាបណតុំខ្សងសនបូឡា (ដំណាក់កាលក្លាយជាខ្សង) ដែលគេបសងីត បានជាភពផែនដី និងមេឃ (ដំណាក់កាលក្កើត)។ ទាំងពីច្ចប់ស្តីម ទុះមកភពនៅតែបនតោតេនធរងរំហ្សំរបស់វា ហើយការោតេនធរងនោះ នឹងត្រូវបញ្ឈប់នៅសពលអ្នេតដែលោមននរណដឹងលើកលដងតែអ ល់ឡោះ។ ដោយការបគាប់ពីអល់ឡោះភពនឹងច្ចប់ស្តីមរួមសីងវិញ កាយនៅជាភពផ្កាយតែមួយរងដូចភពផ្កាយបឋមដំបូងដែលបានច្ចប់ ស្តីមកកើតមេឃ និងផែនដី។ ែំសណីរក្សារនៃការ្ទុះនឹងកើតសីងមតង ទៀត ហើយការ្ទុះនោះនឹងខប្រក្លាយជាបណតុំខ្សង ហើយកកើតសចញ ពីខ្សងនោះផែនដី ដែលមិនដូចផែនដីយើងេពវថ្ងៃ មេឃដែលមិនដូច ជាមេឃេពវថ្ងៃ ទ្តបមដំណាក់កាលនោះ ជីវិតលោកីយ៍ត្រូវបានបញ្ចប់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86 ---</w:t>
      </w:r>
    </w:p>
    <w:p>
      <w:pPr>
        <w:spacing w:line="324" w:lineRule="auto" w:after="120" w:before="0"/>
        <w:jc w:val="left"/>
      </w:pPr>
      <w:r>
        <w:t>ហើយច្ចប់ស្តីមដំណាក់កាលជីវិតបរលោក។ ដំណាក់កាលរួមតូចដំណាក់កាលទុះ ដំណាក់កាលក្លាយជាខ្សង និងដំណាក់កាលក្កើត មេឃនិងែ ហើយនិងការោតេនធរងទនភព បន្ទាប់មកត្រូវរួមតូចវិញ ឆុះឱយឃើញជោក្លនូវដំណាក់កាលក្កើតដំណាក់កាលវិនេ និង ការក្កើតសីងវិញ ដោយមិនេជំនៅពិស្លតប។ វិទ្យាសាស្ត្រពិតក្នុងេមពី អាល់គួរអានទាំងនោះ មនុស្សលោកមិនអាចខេវងយល់បានសរ លើក ខលងតែនៅចុងេតវតសរី២០នោះប៉ុសណាណោះទើបអាចស្រាវជ្រាវរក្ឃើញ ពីអ្វីដែលគម្ពីរអាល់គួរអានបញ្ជជក់ប្រាប់មុនទាំងពីជាង១៤េតវតស ក្នាងមក។ ទលាន់តែសរឿងនោះតែមួយេត់ ជាស្លក្សីបញ្ជជក់ប្រាប់ថា គម្ពីរ អាល់គួរអាន ពិតជាពាក្យបន្ទូលរបស់អល់ឡោះ ជាម្ចាស់យ៉ាងពិត ប្រាកដ។ ក៏ដូចជាបញ្ជជក់ថា អ្នកនាំសារចុងបញ្ចប់ ោត់ពិតជាបានភាជប់ រំនាក់រំនងជាមួយនិងការទោ់បគាប់របស់ព្រះ ហើយក៏ជាបរមទេ មកពីព្រះជាម្ចាស់ដែលបានបសងីតមេឃ និងផែនដី។ ពីសទ្ពោះោមន មនុស្សណាមានាក់អាចដឹងពីវិទ្យាសាស្ត្រពិតទាំងនោះនៅម័យគេបញ្ចុះ ព្រះគម្ពីរ ហើយក៏ោមនផងខែរនៅរប់េបេតវតសក្រោយការបញ្ចុះព្រះគម្ពីរ។ (លោកសាស្ត្រាចារ្យបណឌិត ហ្សស័ោលូល អាន់ណ័ចសជីរ) ពួការវិរូម័យបចុបបននរក្ឃើញថា ភពកំពុងមានចលន ជាប្រច្ចំ ោតេនធរង និងពទផងីកខ្លួន ដោយការឆុះមើលកាឡាក់េ និង ភពផ្កាយទាំងឡាយនៅលើមេឃក្នុងរយៈចំគយឆៃយបុំត។ វិរាស្ល ស្រេតពិតនោះ ារវិរូអាសមរិក្សឈាមោះ ហ្សវ.ម. ទោសហ្សីវរ បានធ្វើការឆុះមើល កាឡាក់េមួយចំនួនដែលនៅសទៅពីកាឡាក់េរបស់យើង (មិលទីសវ៉ា) ឃើញថា កាឡាក់េភោច្រើនកំពុងតែឃាតឆៃយពីយើង និងឃាត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ឆៃយពីនក្នុងសលបឿនសលឿនជារីបុំត។ ក៏ដូចគ្នាដែរ រូបវិរូជំនញខ្លង លំហ្សអាកលានៅសែមេតវតសរី២០ សឈាមោះ ចូមីនហ្សស៍ និងារវិរូ អាសមរិក សឈាមោះ សអ្វីន ហសបល ដែលបានបញ្ជជក់ពីបាតុភូរែំសណីរោតេនធរងទនភព។ ពិតណាស់ ផ្កាយ និងកាឡាក់េទាំងឡាយកំពុង ធ្វើចលនឃាតឆៃយពីនជាប្រច្ចំ ការោតេនធរងនោះនឹងពទផងីកខ្លួន ក្នុងរំហ្សំដែលគ្មានការកំណត់។ ដូចនោះ ទើបពួកអ្នកវិទ្យាសាស្ត្របាន កំណត់ថា ភពទាំងមូលកំពុងោតេនធរង និងពទផងីកខ្លួនដោយការ ឃាតសចញពីនរវាងកាឡាក់េនីមួយៗ ហើយការោតេនធរងនោះនឹង ប្រព្រឹត្តនៅមែជានិចារហូតដល់អស់កម្លាំងរំនញ ដែលទ្តួតទាលើកា ឡាក់េទាំងនោះ។ នៅសពលនោះកាឡាក់េទាំងឡាយនឹងត្រូវ របា៉ាត់របា៉ាយពោពេញក្នុងលំហ្ស ដែលនឹងបងាឱយវិនេពិភពលោក។ ត្រូវនឹងបន្ទូលរបស់អល់ឡោះដែលនិយាយអំពីរីបញ្ចប់ទនពិភពលោក និងការកើតថ្ងៃបរលោកថា៖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ﭑﭽ ﭒ ﭓﭔ ﭕ ﭖ ﭗﭘ ﭼ</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سورة ا النفطار/ اآلية: ٥-٨ មានន័យថា៖ «នៅសពលដែលមេឃ្ទុះ ហើយដូចខ្លតប្រព័ន្ធរបស់វា។ នៅសពលដែលភពផ្កាយទាំងឡាយធាក់ប៉ោះរងាចលាន»។</w:t>
      </w:r>
    </w:p>
    <w:p>
      <w:pPr>
        <w:spacing w:line="324" w:lineRule="auto" w:after="120" w:before="0"/>
        <w:jc w:val="left"/>
      </w:pPr>
      <w:r>
        <w:t>គម្ពីរអាល់គួរអាន ិងតារាសាស្ត្រ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ﭽﭣ ﭤ ﭥ ﭦ ﭧ ﭨ ﭩﭼ ا لرعد : 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88 ---</w:t>
      </w:r>
    </w:p>
    <w:p>
      <w:pPr>
        <w:spacing w:line="324" w:lineRule="auto" w:after="120" w:before="0"/>
        <w:jc w:val="left"/>
      </w:pPr>
      <w:r>
        <w:t>មានន័យថា៖ «អល់ឡោះជាម្ចាស់ដែលបានលើកមេឃ៧ជាន់ឱយខ្ពស់ ដោយោមនេររល់ ដូចជាពួកអ្នកទាំងអស់លានមើលឃើញស្រាប់»។ ការេកាស្រាវជ្រាវខ្នការសាស្ត្របានចងអុលបងហាញថាមាន កម្លាំងថាមពលបងាប់ក្នុងទ្ទេអិតទនសារធាតុទាំងឡាយ មាននៅក្នុង អាតូម ក្នុងស្លធាតុសំ និងភពផ្កាយទាំងឡាយ។ កម្លាំងថាមពលនោះ ជាអ្នកទ្តួតទាប្រព័ន្ធភពទាំងមូល និងរក្សាខែនកំណត់របស់វារហូតដល់សពលដែលអល់ឡោះជាម្ចាស់ទ្រង់េពវព្រះរ័យ ទ្រង់នឹងធ្វើឱយវា វិនេហើយទ្រង់បសងីតសីងវិញមតងទៀតនូវប្រព័ន្ធថ្មីមួយ។ កម្លាំង ថាមពលដែលពួកអ្នកប្រាជ្ញបានរក្ឃើញទាំងនៅលើផែនដីនិងនៅលើ មេឃមានបួនរូបភាព ពួកគេជឿជាក់ថា កម្លាំងថាមពលទាំងបួននោះ មានរិស្សងៗលានឋិតសទ្កាមកម្គទាំងថាមពលំមហ្សិម្គមួយទេបែណតប់ លើទេប់ផ្នែកទាំងអស់ទនភព ដើម្បីចងជាប្រព័ន្ធមួយររងម្គំ សបីពុំែសច្ចនោះ សរ នឹងបាត់បង់ប្រព័ន្ធទេប់ទេង ហើយកម្គទាំងថាមពលទាំងនោះមានដូចជា៖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កម្លាំងថាមពលបរមណូខ្លាំងៈ ជាកម្លាំងថាមពលមានតួនរីចង ភាជប់សារធាតុសំដំបូងទនរូបធាតុនៅក្នុងទោប់អាតូម ដោយការ ចងភាជប់ដ៏ររងម្គំជារីបុំត មានដូច្ច ប្រូតូណាត នីទ្តូណាត និង សារធាតុះអិតដំបូងដែលគេឱយសឈាមោះថា កូរ៉ាកាតដោយមាន ប្រសភរែះៗលាន និងធាតុទុយរបស់វា។ ថាមពលនោះក៏មាន តួនរីរំោយចូលលានរវាងទោប់អាតូមនីមួយៗក្នុងែំសណីររំោយ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ចូលលានដោយកម្គទាំងបរមណូ...។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កម្លាំងថាមពលអាតូមិក្សែយៈ ជាថាមពលសែយមានកម្រិត សែយបុំតមិនលើពីកម្លាំងអាតូម មានតួនរីសរៀបចំែំសណីរ ការជាលិកាវិភោអាណូតូចៗរបស់រូបធាតុក្នុងអាតូមដូចជាកើត សីងក្នុងែំសណីរជាលិកាវិភោទនរូបធាតុកាំរេមីវ័យអុលទា។ ថាមពលនោះទ្តួតទាលើំសណីរក្សាជាលិកាវិភោរបស់រូបធាតុកាំ រេមីវ័យអុលទាដោយការបំភាយកាំរេមីវ័យអុលទា។ ទេប់រូប ធាតុនីមួយៗមានអាយុកាលកំណត់របស់វា។ ថាមពលនោះ ទុក ក្នុងជាលិកាទាំងអស់ដោយេញ្ជញែក ឬោមនបន្ទុកអលានីដែល គេឱយសឈាមោះថា បូហ្សសូណាត។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កម្លាំងថាមពលអលានីម្គ៉ាសញ៉ារិកៈ ជាកម្លាំងចងភាជប់រវាង អាតូមទាំងឡាយនៅក្នុងសារធាតុសំនន ដែល្តល់សម្រាប់រូប ធាតុស្សងៗមានលក្ខណៈខបប្មមជាតិ និងាមខបបទីមី។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កម្លាំងរំនញៈកម្លាំងនោះនៅរយៈចម្ងាយែ គេច្ចត់ទុក្ជាកម្លាំងដ៏សែយជារីបុំតដែលយើងបានស្គាល់ក៏ប៉ុខនតក្នុងរយៈចម្ងាយ ឆៃយមានកម្លាំងរំនញខ្លាំងមហ្សិម្គនៅក្នុងភពដោយេសងាតនៅ លើការសកីនសីងាមខបប្មមជាតិរបស់វា ដែលអាចរក្សា កាឡា ក់េទាំងឡាយឱយមានលំនឹងាមទ្កុមកាឡាក់េនីមួយៗ។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ﯡﭽ ﯢ ﯣ ﯤ ﯥ ﯦ ﯧﯨ ﯩ ﯪ ﯫ ﯬﯭ ﭼ ا ألنبياء : ٤٤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«ទ្រង់េជាព្រះដែលបានបសងីតសពលយប់និងថ្ងៃ ព្រះ អារិតយនិងព្រះច័នទ។ ទាំងអស់នោះឋិតក្នុងេនាងកំពុងធ្វើចលន»។ អល់ឡោះជាម្ចាស់ទ្រង់បានមានព្រះបន្ទូលទៀតថា៖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ﯢﭽ ﯣ ﯤ ﯥﯦ ﯧ ﯨ ﯩ ﯫﯪ ﯬ ﯭ ﯮ ﯯ ﯰ ﯱ ﯲﯳ ﯴ ﯵ ﯶ ﯷ ﯸ ﯹ ﯺ ﯻ ﯼ ﯽ ﯾﯿ ﰀ ﰁ ﰂ ﰃﰄ ﭼ يس : ٨٤-٠٣ មានន័យថា៖ «ព្រះអារិតយដើរាមេនាងដែលអល់ឡោះជាម្ចាស់បាន កំណត់។ នោះជាការកំណត់របស់ព្រះដ៏មានសតជានុភាពខ្លាំងកា មហដឹង។ ព្រះចនទ ទ្រង់បានកំណត់ឱយមានលំោប់សែនីត និងរសនចសរៀងរល់ យប់ ច្ចប់ស្តីមពីមួយសែនីតបហ្សូតដល់ពេញវងស បន្ទាប់មកក៏ច្ចប់ស្តីម សរចនៅវិញរហូតដល់មានឹងដូចជាធាយសលមីច្ចេ់េតសកាងគស្តីង ពណ៍រងសលឿង។ ព្រះអារិតយមិនអាចាមទន់ព្រះចនទដែលនឹងធ្វើឱយ ព្រះចនទបាត់បង់ពនា ឬបតូរេនាងដើរ យប់ និងថ្ងៃមិនអាចដើរជាន់លានមុន សពលកំណត់។ ទាំងព្រះអារិតយ ព្រះចនទ និងភពស្សងៗទៀតកំពុងតែ ធ្វើចលនក្នុងេនាងសរៀងៗខ្លួន»។ ក្នុងព្រះបន្ទូលខ្លងលើមពីរអាល់គួរអានបានប្រាប់ថា ព្រះ អារិតយកំពុងធ្វើចលនក្នុងរិមួយកំណត់ចោ់ោ់ ដែលពីមុនគេតថាព្រះអារិតយនៅនឹងថាល់។ តែពួការវិរូបានទទួលស្គាល់ថា ព្រះ អារិតយមានចលនពិតប្រាកដនៅក្នុងលំហ្សមួយមានកម្រិត និងរិ ដែលបានកំណត់។ ភពែទរទៀត និងផ្កាយទាំងឡាយធ្វើចលនជា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មួយនិងព្រះអារិតយដែលឋិតនៅក្នុងប្រព័ន្ធព្រះអារិតយ។ ទេប់ផ្កាយ នីមួយៗធ្វើចលនាមរសបៀបមួយទេសដងៗលាន។ ព្រះអារិតយមិនអាច ដើរទន់ព្រះចនទ ភពទាំងអស់មិនអាចជួបលាន ផ្កាយនីមួយៗធ្វើចលន ក្នុងអ័ក្សទេបលាន។ វិទ្យាសាស្ត្របំសនីបមិនទន់រក្ឃើញសរឿងនោះ លើក ខលងតែនៅតវតសរី២០នោះប៉ុសណាណោះ។ អល់ឡោះជាម្ចាស់ទ្រង់បានមានព្រះបន្ទូលថា៖</w:t>
      </w:r>
    </w:p>
    <w:p>
      <w:pPr>
        <w:spacing w:line="324" w:lineRule="auto" w:after="120" w:before="0"/>
        <w:jc w:val="left"/>
      </w:pPr>
      <w:r>
        <w:t>ﭑﭽ ﭒ ﭓﭔ ﭼ ا لذاريات : ٩ មានន័យថា៖ «ទ្រង់េបថ្នឹងមេឃដែលមានេទក្រតភាពលអឥតសខ្លោះ»។ ឪពុក (الحبك) មានន័យថា ការបសងីតដ៏េទក្រតឥតសខ្លោះ ដែលពួការវិរូបានកំណត់ផ្នែកដែលអាចដឹងបានទនភពមានពីររយ ពាន់លានកាឡាក់េ យ៉ាងសហចណាស់មាន៧០ពាន់លានសកែផ្កាយ។ កាឡាក់េទាំងនោះមានរូបរងេណាឋណ រំហ្សំ សលបឿន ម្គ៉ោះៗលាន។ ជាមួយនោះ ក៏ែះន ងខែរសលបឿនដើរជុំវិញខ្លួនឯង សលបឿនធ្វើចលនជុំវិញេនាង សលបឿនទនែំសណីរឃាតឆៃយពីយើង និង ឃាតឆៃយពីផ្កាយដូចគ្នា។ លើពីនោះ ដំណាក់កាលនៃការវិវឌ្ឍ ចំនួន ផ្កាយ និងដំណាក់កាលទនជីវិតទាំងនោះក៏ែះន ងខែរ។ ឪពុក (الحبك) មានន័យថា មានចងេមព័នធភាពនឹងលាន យ៉ាងររងម្គំជារីបុំត ចំនួនដ៏ច្រើនលើលុបទនកាឡាក់េដែលយើង ស្គាល់ទនមេឃលោកីយ៍ (ប្រខហ្សលជាមិនលើពី១០% នៃចំនួនេរុប របស់បណតុំកាឡាក់េដែលគេស្គាល់ទនភព) ចាំបាច់ត្រូវតែមានកម្លាំង ថាមពលទេប់ទេងលើកម្គទាំងេអិតជាប់ទនោឡាក់េខ្លួនឯងផង ជាមួយ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និងកាឡាក់េស្សងផង និងទេប់ទេងកម្លាំងេអិតជាប់ទនរូបធាតុស្សងៗ និងកម្លាំងថាមពលស្សងៗដែលមាននៅក្នុងរូបធាតុទាំងនោះ។ សបីពុំែសច្ចនោះសរ ភពទាំងមូលនឹងត្រូវវិនេអ្នតបយជាមិនខ្លន។ ដូច អល់ឡោះជាម្ចាស់ទ្រង់បានបន្ទូលថា៖</w:t>
      </w:r>
    </w:p>
    <w:p>
      <w:pPr>
        <w:spacing w:line="324" w:lineRule="auto" w:after="120" w:before="0"/>
        <w:jc w:val="left"/>
      </w:pPr>
      <w:r>
        <w:t>ﮑﭽ ﮒ ﮓ ﮔ ﮕ ﮖ ﮗﮘ ﮙ ﮚ ﮛ ﮜ ﮝ ﮞ ﮟ ﮠﭼ ف اطر : ٥٣ មានន័យថា៖ «ពិតប្រាកដ អល់ឡោះជាម្ចាស់ទ្រង់រក្សាការពារមេឃ និងផែនដីមិនឱយដើរែះនាងរបស់វា ប្រសិនបើមេឃ និងែដើរែះនាងនៅហើយនោះ តើមាននរណាស្សងសទៅពីទ្រង់អាចរក្សាការពារ បាន»។ ឪពុក (الحبك) មានន័យថា មានេនាងដែលមានខែន កំណត់សម្រាប់ទេប់ភពផ្កាយនីមួយៗ។ ជាសរឿងមួយេរឱយភាញក់សអីលសម្រាប់ពួកអ្នកប្រាជ្ញសទ្ពោះភពផ្កាយច្រើនសពក្ដែលមាននៅក្នុងកឡាក់េដែលគេស្គាល់។ ប្រាជ្ញារបស់មនុស្សមិនដែលេតដល់ភពផ្កាយទាំង នោះថា មានេនាងនិងកម្រិតែះនមិនអាចប៉ោះរងាតលានេមបីបន្តិច មានប្រព័ន្ធទេប់ទេងលអិតលអន់ទាំងសពលជិតស្លាប់ សពលបាត់បង់ពនា និងសពលរលត់េនយឈរង និងសពល្ទុះក្លាយជាសោះ ក្សមទចក្មទីដែល ខ្លទតបបា៉ាត់របា៉ាយ និងចំហយរបស់វា។ សហ្សតុការណ៍នោះកើតសីងនៅ សពលភពផ្កាយណាមួយត្រូវ្ទុះ ថ្វីសបីមានេនាងនិងចលនយ៉ាងមម្គ ញរក្ទនភពផ្កាយជាច្រើនស្សងទៀតនៅក្នុងកាឡាក់េតែមួយ។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ﭽﯗ ﯘ ﯙ ﯚ ﯛ ﯜ ﯝ ﯞ ﯟ ﯠ ﯡ ﯢ ﯣﯤ ﯥ ﯦ ﯧ ﯨ ﯩ ﯪﯫ ﯬ ﯭ ﯮ ﯯﯰ ﭼ ونس ي : ١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«ទ្រង់េជាព្រះដែលបានបសងីតព្រះអារិតយឱយមានរេមី ហើយព្រះចនទមានពនា ទ្រង់បានកំណត់ឱយព្រះចនទមានលំោប់សែនីត និងរសនច ដើម្បីឱយពួកអ្នកដឹងពីចំនួនឆ្នំ និងថ្ងៃខែ។ អល់ឡោះទ្រង់ពុំ បានបសងីតអ្វីទាំងនោះមក លើកលដងតែជាសរឿងេចាៈ ទ្រង់ខចងបំភាពី និមិត្តេញ្ជញទាំងឡាយសម្រាប់ពួកអ្នកដែលចេះដឹង»។ ការខបងខចក្លមអិតបុំតបវាងររេមីដែលកើតសចញពីទ្ទ ដែល កំពុងឆ្បសឆោះបំភាដោយខ្លួនឯងនោះេព្រះអារិតយ និងពនាដែលនៅប៉ោះ នឹងទ្ទងងរតោមនចំសហ្សោះេ ព្រះចនទច្ចំងផ្កាតបានជាពនាសចញពីទ្ទរបស់ វា។ គម្ពីរអាល់គួរអានទាំងមូលោមនយកមកពីប្រភពណាស្សងទាំងពី ១៤០០ឆ្នំមុន សទៅពីអល់ឡោះជាម្ចាស់ជាអ្នកបសងីត។ ភាពែះនដ៏ លអិតលអន់នោះ ពួកអ្នកប្រាជ្ញពុំទន់រក្ឃើញនៅសីយសរ លើកលដងតែ នៅពីរេតវតសចុងក្រោយនោះប៉ុសណាណោះ រហូត មកដល់បចុបបននមនុស្ស ភោសទ្ចីនៅពុំទន់ដឹងពីសរឿងនោះនៅសីយសរ។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ិងេមាពធបរិយាកោ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ﭑﭽ ﭒ ﭓ ﭔ ﭕ ﭖ ﭗ ﭘﭙ ﭚ 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ﭜ ﭝ ﭞ ﭟ ﭠ ﭡ ﭢ ﭣ ﭤ ﭥﭼ ا ألنعام : ١٨٥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«នរណាអល់ឡោះទ្រង់េពវព្រះរ័យចង់ឱយគេទទួល យកសេចក្តីចងអុលបងហាញ ទ្រង់សបីកទ្រូងរបស់គេ ហើយនរណាទ្រង់េពវព្រះរ័យចង់ឱយគេវសងវង ទ្រង់ធ្វើឱយទ្រូងរបស់គេថ្ប់ចសងអៀត មាន សទេៈហក់បដូចជាអ្នកដែលែំប្ររងសីងនៅលើទេទប់បរិយាកោ៏ខ្ពស់បុំត»។ ព្រះបន្ទូលនោះបានកំណត់ថា ការសីងនៅលើមេឃកាន់តខ្ពស់កាន់តែថ្ប់ក្នុងការែកែសងីម មានអារមមណ៍ដូចចង់េទោះែយល់ ដោយមូលសហ្សតុះម្គព បរិយាកោសែយ ហើយបរិម្គណអុកេខេន ក៏ថ្យចុះ។ វិទ្យាសាស្ត្រពិតនោះ មិនអាចកំណត់បានលុះទាតែមនុស្ស ណាមានាក់សីងនៅលើលំហ្សអាកោ។ វិទ្យាសាស្ត្រពិតនោះគេបានស្គាល់ នៅសពលដែលមនុស្សបានសហោះសហ្សីរនៅក្នុងលំហ្សអាកោ ដែលមាន រយៈក្មពេ់ខ្ពស់បុំត។ នៅសពលដែលមនុស្សសីងហ្សួពី៨ទី ូខម៉ាតទននីវ៉ូមុទ្រ មនុស្សនឹងប្រឈមនឹងបញ្ជាជាច្រើនដូចជា ពិបាកែកែសងីដោយសារែវោះអុកេខេនេម្គពែយល់ចុះសែយ អាចកើតជំងឺវោះអុកេខេន បញ្ជោម្គព បរិយោចុះទប ឬនៅមា៉ាងទៀតបានថោម្គព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95 ---</w:t>
      </w:r>
    </w:p>
    <w:p>
      <w:pPr>
        <w:spacing w:line="324" w:lineRule="auto" w:after="120" w:before="0"/>
        <w:jc w:val="left"/>
      </w:pPr>
      <w:r>
        <w:t>បរិយាកោបាត់បង់តុលយភាព ធ្វើឱយប្រព័ន្ធរងកាយរបស់មនុស្ស ប្រឈមនឹងបញ្ជាអែំសណីរក្សារ ធ្វើឱយមែគរប្រព័ន្ធជីវសាស្ត្របងកាយ ឈប់ែំសណីរក្សារមតងមួយៗ នោះអាចបកស្រាយពែរមសារទនពាក្យថ្ប់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ចសងអៀតទ្រូងដែលតដងកើតសីងនៅសពលដែលមនុស្សសីងកាន់តខ្ពស់ដោយោមនឧបក្រណ៍ការពារទេប់ទលាន់....។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ិងភាពងងរតកដងលំហបរិយាកោខ្ពេ់បុំ 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ﯠﭽ ﯡ ﯢ ﯣ ﯤ ﯥ ﯦ ﯧ ﯨﯩ ﯪ ﯫ ﯬ ﯭ ﯮ ﯯ ﯰ ﯱﯲ ﭼ ا لحجر : ٣٥-١٥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«ប្រសិនបើយើងសបីក្ទវរមេឃទាំងឡាយឱយពួកគេ ហើយពួកគេនៅតែសីងកាន់តខ្ពស់នោះពួកគេនឹងនិយាយថា ទក្ខេ ខភនក្របស់យើងត្រូវទេវទាំងមើលមិនឃើញតាមពិតពួកយើងត្រូវគេឆ្ពិន ខភនក»។ មនុស្សមានការសងឿងឆៃល់ចំពោះការសប្រៀបសៀបរបស់គម្ពីរ អាល់គួរអានដ៏អស្ចារ្យដែលជាវិទ្យាសាស្ត្រពិតទក់រងនឹងភព។ មនុស្សពុំទន់ដឹង លើកលដងតែក្រោយសពលដែលពួកអ្នកវិទ្យាសាស្ត្រ បានសីងនៅក្នុងលំហ្សអាកលានៅសែមរេវតសរី៦០ទនេតវតសរី២០ នៅសពលនោះមានសរឿងភាញក់សអីលកើតសីងដោយសាររក្ឃើញថា ភព ទាំងមូលទេបែណតប់ដោយភាពងងរតគេទីរតែទាំងទេង ហើយវ័ណតថ្ងៃ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បំភាពាក់ក្ណាតលផែនដីប្រឈមនឹងព្រះអារិតយ មានកម្ពស់មិនលើ ពី២០០េ.ម៉ុតពីនីវ៉ូមុទ្រ។ នៅសពលដែលមនុស្សសីងុតពីក្មពេ់ នោះ គេនឹងឃើញព្រះអារិតយជាផ្កាយែំមូលមួយពណ៌សែវ ក្នុងទ្ទពណ៌ សលមងងរតឈរង លើកលដងតែតំបន់ែះដែលមានក្ញុំផ្កាយបញ្ចេញពនា សាកៗ ដោយសារកំហប់ែយល់នៅក្នុងរយៈក្មពេ់នោះខលងមាន តុលយភាព ចុះសែយែយល់មានការប្រមូល្តុំេតួចគស្តីង គេទីរតែបាត់បង់ែយល់ទាំងទេង មានចំហយររក្តិចតួច មានលមអងុលីច្រើន។ ដូចនោះ ព្រះអារិតយ និងភពផ្កាយស្សងទៀតកាយនៅជាក្ខនាងពណ៌សែវក្ណាត លទ្ទងងរត សទ្ពោះពនារបស់វោមនអ្វីនឹងច្ចំងក្នុងលំហ្សដ៏ំរូយ។ អល់ឡោះទ្រង់មហពិឋ បានមានព្រះបន្ទូលប្រាប់ពីវិទ្យាសាស្ត្រពិត ទនចក្រវាល មុននឹងការរក្ឃើញរបស់មនុស្សទាំងពី១៤០០ឆ្នំមុន។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ិងអាតូម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ﭽﯽ ﯾ ﯿ ﰀ ﰁ ﰂ ﰃ ﰄ ﰅ ﰆ ﰇ ﰈ ﰉ ﰊ ﰋ ﰌ ﰍ ﰎ ﰏ ﰐ ﰑ ﰒﰓ ﭼ ونس ي : ٥٢ មានន័យថា៖ «ោមនអ្វីដាក់បទាំងពីការដឹងរបស់ព្រះជាម្ចាស់របស់អ្នកេ មបីរំហ្សំប៉ុនអាតូមនៅលើផែនដី មិនដាក់បទាំងផងខែរនៅលើមេឃ មិន ថាតូចជាងនោះ ឬំជាងនោះ លើកលដងតែមានេរគេរក្នុងព្រះលិត រួចសទេច»។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97 ---</w:t>
      </w:r>
    </w:p>
    <w:p>
      <w:pPr>
        <w:spacing w:line="324" w:lineRule="auto" w:after="120" w:before="0"/>
        <w:jc w:val="left"/>
      </w:pPr>
      <w:r>
        <w:t>ក្នុងព្រះបន្ទូលខ្លងលើ អល់ឡោះជាម្ចាស់ទ្រង់បញ្ជាក់ប្រាប់ថោមនអ្វីអ្វតតមានពីការដឹងរបស់ទ្រង់ទនេភាវៈេតវលោកទាំងឡាយ ទោះបីជោភាវៈនោះមានរំហ្សំតូចលអិតយ៉ាងណាក៏ដោយ។ ពីសែមគេ ជឿថាអាតូមជាធាតដ៏តូចបុំត ទាំងរមៃន់ និងរំហ្សំ តែវិទ្យាសាស្ត្រ រំសនីបានរក្ឃើញថា អាតូមគេអាចបំខបក្វាជាធាតុតូចៗបនតទៀតែណៈ ដែលពួកអ្នកវិទ្យាសាស្ត្របានរក្ឃើញថា អាតូមែះអាចបំខបក បានដូចជា សារធាតុអុយរ៉ានីញូមអាចបំខបក្ដោយេវ័យប្រវតតិជា ជាលិកាអលានីបូក្គេហៅថា (អាល់ហវ) និងជាលិកាអលានែក្គេ ហៅថា (សបា) និងកាំរេមីដែលគេហៅថា (សកាម្គ៉ា)។ នៅសពលដែលវិទ្យាសាស្ត្របំសបីកអាចបំផ្កាញអាតូមដោយសរង ចទ្កឧោហ្សក្មមនៅឆ្នំ ១៩៣៩ េ.េ អ្នកប្រាជ្ញអាលឺម៉ាង់ លោក (ហហន់) និង (អិសទាខម៉ាន) នៅវិរាស្លានទ្កុងខប កឡទាំងបានរក្ឃើញវិបំខបក អាតូមអុយរ៉ានីញូមជាពីរចំខណកំៗ និងជាបំខណក្តូចៗ ហើយាម ការវិវឌ្ឍរីក្ចំសរីននៃការវិភោផ្នែកនោះបានរក្ឃើញថានៅមានធាតុ ដែលតូចលអិតជាងនោះនៅទៀត។ ជាមួយនិងការវិវឌ្ឍន៍រីក្ចំសរីនខ្លងវិទ្យាសាស្ត្របានរក្ឃើញ វិទ្យាសាស្ត្របំសនីបៗទក់រងនឹងវិ័យស្សងៗនៅថ្ងៃអ្នេតបហ្សូតដល់ ពិភពលោក្រោយស្លបេនយពុំមានរមៃន់គេមីនឹងអ្វីសស្លោះសបីសប្រៀបនឹង ពុរធិរបស់អល់ឡោះ និងអានុភាពរបស់ទ្រង់។ ដូចទ្រង់បានមានព្រះ 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ﯮﭽ ﯯ ﯰﯱ ﯲ ﯳ ﯴ ﯵ ﯶ ﯷ ﯸ ﯹ ﯺ ﯻ ﯼ ﯽﭼ ا إلسراء : ١٨ មានន័យថា៖ «ពួកគេរអ្នកអំពីទ្ពលរង ចូរប្រាប់ពួកគេចុះថា ទ្ពលរង ជាកិចាការរបស់ព្រះជាម្ចាស់របស់ែញុំ ហើយគោមន្តល់ចំណេះដឹងដល់ ពួកអ្នក លើកលដងតែបន្តិចបនតួចប៉ុសណាណោះ»។ ពុរធិរបស់អល់ឡោះ និងអានុភាពរបស់ទ្រង់ោមនរីបញ្ចប់ ោមន ខែនកំណត់ ទ្រង់បានលើកជាឧទហ្សរណ៍ទលាន់តដូចង់ឱយប្រាជ្ញដ៏រន់ សែយរបស់យើងអាចរិះេតពិចារណាយល់ពីអ្តាន័យទនភាពកទ្ម របស់ចំណេះដឹងមនុស្ស។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ិងជាតិកំសណើតរបស់មុះស</w:t>
      </w:r>
    </w:p>
    <w:p>
      <w:pPr>
        <w:spacing w:line="324" w:lineRule="auto" w:after="120" w:before="0"/>
        <w:jc w:val="left"/>
      </w:pPr>
      <w:r>
        <w:t>អល់ឡោះជាម្ចាស់ទ្រង់បានមានព្រះបន្ទូលបញ្ជជក់ពដំណាក់ កាលនៃការវិឌ្ឍន៍េភ៌របស់មនុស្សថា៖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ﮕﭽ ﮖ ﮗ ﮘ ﮙ ﮚ ﮛﮜ ﮝ ﮞ ﮟ ﮠ ﮡ ﮢﮣ ﮤ ﮥ ﮦ ﮧ ﮨ ﮩ ﮪ ﮫ ﮬ ﮭ ﮮ ﮯ ﮰ ﮱ ﯓ ﯔ ﯕﯖ ﯗ ﯘ ﯙ ﯚﯛ ﭼ ا لمؤمنون : ٨٥-٣٥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99 ---</w:t>
      </w:r>
    </w:p>
    <w:p>
      <w:pPr>
        <w:spacing w:line="324" w:lineRule="auto" w:after="120" w:before="0"/>
        <w:jc w:val="left"/>
      </w:pPr>
      <w:r>
        <w:t>មានន័យថា៖ «ពិតប្រាកដ យើងបានបសងីតអ័ដាំពែឥែឋយកមកពី ផែនដី។ បន្ទាប់មកយើងបសងីតជាលាយររក្កាមឋិតក្នុងេបូនដ៏មានេវតាភាព។ បន្ទាប់មកទៀត យើងបសងីតលាយររក្កាមនោះជែំ ឈាម ហើយយើងបសងីតែំឈាមជែំស្លច់ បសងីតែំស្លច់ជាឆអរង ហើយយើងបានបសងីតស្លច់ែះសទស្លបឆអរងនោះ។ បន្ទាប់មកទៀត យើងបសងីតគេជោភាវៈស្សងទៀតដោយការុំទ្ពលរងចូល អល់ឡោះ មហបវរ ទ្រង់ជាអ្នកបសងីតដ៏ជាញជ័យ»។ ដំណាក់កាលវិវឌ្ឍន៍នៃការបសងីតមនុស្សដូចមានខចងក្នុងគម្ពីរ អាល់គួរអានេ៖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ដំណាក់កាលទី១៖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ដំណាក់កាលែឥែឋេជាសែមកំសណីត ដែលគេបសងីតអ័ដាំបិរបស់មនុស្សលោក។ ក្នុងព្រះបន្ទូលនោះ បែគេនឹងទ្ររស្តីមនុស្សវិវឌ្ឍសចញពីភាវៈស្សង ដោយអល់ឡោះ ទ្រង់បានបញ្ជជក់ថា មនុស្សជោភាវៈមួយកើតសីងដោយឯក្រជ្យ ពុំ ខមនវិវឌ្ឍន៍កើតមកពីភាវៈែទរទៀតនោះសីយ។ ដំណាក់កាលទី២៖</w:t>
      </w:r>
    </w:p>
    <w:p>
      <w:pPr>
        <w:spacing w:line="324" w:lineRule="auto" w:after="120" w:before="0"/>
        <w:jc w:val="left"/>
      </w:pPr>
      <w:r>
        <w:t>លាយររក្កាមជាលរធ្លទនជំនួបរវាង ររក្កាមបុរស(អូខវ៉ា) និងររក្កាមស្ត្រី (អូវ៉ុល) ហើយទ្ចបល់ចូលលាន។ ក្នុងដំណាក់កាលនោះ អល់ឡោះជាម្ចាស់អាចកំណត់ឱយអូខវ៉ា និងអូវ៉ុល ជួបទ្ចបល់ចូលលាន ជែំសណីរក្សារនៃការបគាត់លានរវាងសមជីវិតទាំងពីររ ហើយជួនកាលអាចមិនទ្ចបល់ចូលលាន ដោយការកំណត់ពីអល់ឡោះ មិនឱយមានែំសណីរក្សារបគាត់លាន ហើយនៅសពលនោះសមជីវិតទាំងពីររត្រូវ ស្លាប់។ តែប្រសិនបើ សមជីវិតទាំងពីររបានទ្ចបល់ចូលលាន នឹងបសងីតបាន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100 ---</w:t>
      </w:r>
    </w:p>
    <w:p>
      <w:pPr>
        <w:spacing w:line="324" w:lineRule="auto" w:after="120" w:before="0"/>
        <w:jc w:val="left"/>
      </w:pPr>
      <w:r>
        <w:t>ជាលាយររក្កាម ហើយក្លាយជាការច្ចប់ស្តីមនៃការបសងីតមនុស្ស។ អ 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ﯨﭽ ﯩ ﯪ ﯫ ﯬ ﯭ ﯮ ﯯ ﯰ ﯱﯲ ﭼ ا إلنسان : ٨ មានន័យថា៖ «ពិតប្រាកដ យើងបានបសងីតមនុស្សពីលាយររក្កាម យើងស្លក្លបងគេដោយដាក់កាតពវកិចាសាសនាចំពោះគេ ហើយ យើងបសងីតឱយគេចេះស្លតប់ និងមើលឃើញ»។ លាយររក្កាមកនុងដំណាក់កាលនោះអាចទ្ជុះសចញពីបូនមក សទៅ ដោយការកំណត់ពីអល់ឡោះជាម្ចាស់មិនឱយនៅជាប់ក្នុងេបូនាមរយៈការសាងជាប់នឹងជញ្ជាំងេបូន។ អល់ឡោះជាម្ចាស់អាច កំណត់ឱយលាយររក្កាមនោះសាងជាប់នឹងេបូន វិវឌ្ឍនៅជដំណាក់ កាលែំឈាមសាងជាប់នឹងជញ្ជាំងេបូន ហើយទេបយកសារធាតុ ចិញារមសចញពីបូននោះ។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ﭽﮧ ﮨ ﮩ ﮪ ﮫ ﮬ ﮭ ﮮ ﮯ ﮰ ﮱﭼ لحج ا : ١ មានន័យថា៖ «យើងបានរក្សាទុកអ្វីនៅក្នុងេបូនាមតែយើងេពវព្រះ រ័យ ច្ចប់ែំសណីរក្សារក្កើតបហ្សូតដល់កើត។ បន្ទាប់មក យើងបសងីតពួក អ្នកសចញមកសទៅជាទរក»។ ដំណាក់កាលទី៣៖ ែំឈាម ឬសឈីង សទ្ពោះវាសាងជាប់នឹង ជញ្ជាំងេបូនទេបយកសារធាតុចិញារមពីឈាមទេសដងនឹងេតវសឈីង ដែលទមបឺតជ្ញជក់ឈាមមនុស្ស ឬេតវែទរឯទៀតជាចំណី។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ដំណាក់កាលទី៤៖ ែំស្លច់ សទ្ពោះវាមានលក្ខណៈដូចជែំស្លច់ មួយម្គ៉ាត់ដែលគេខ្លំរំពា។ ដំណាក់កាលទី៥៖ ការបងាជាឆអរង។ ដំណាក់កាលទី៦៖ ការែះស្លច់ទេបែណតប់ឆអរង។ ដំណាក់កាលទី៧៖ ជដំណាក់កាលចុងក្រោយ ជោភាវៈ ស្សងមួយទៀតេកើតជារូងរងមនុស្សពេញលេញ និងការុំទ្ពលរង ចូលក្នុងខ្លួនទរក្នោះ។ េភ៌របស់មនុស្សឆាងកាត់ដំណាក់កាលជាច្រើនច្ចប់ស្តីមពីការ បងាកំសណីតក្នុងទ្ទងងរតតទាំងបី។ ដូចព្រះជាម្ចាស់ទ្រង់បានបន្ទូលថា៖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ﭽﭠ ﭡ ﭢ ﭣ ﭤ ﭥ ﭦ ﭧ ﭨ ﭩ ﭪﭼ الزمر :</w:t>
      </w:r>
    </w:p>
    <w:p>
      <w:pPr>
        <w:spacing w:line="324" w:lineRule="auto" w:after="120" w:before="0"/>
        <w:jc w:val="left"/>
      </w:pPr>
      <w:r>
        <w:t>មានន័យថា៖ «ទ្រង់បសងីតពួកអ្នកក្នុងទ្ទចំពោះម្តាយរបស់ពួកអ្នកវិវឌ្ឍន៍ ពីកំសណីតមួយនៅកំសណីតមួយក្នុងទ្ទងងរតបី»។ អ្ចឆរិយភាពទនគម្ពីរអាល់គួរអានក្នុងព្រះបន្ទូលនោះប្រាប់ឱយដឹងថោភ៌ទេបែណតប់ដោយស្រោមចំនួនបីដែលគេហៅថាទ្ទងងរត ពីសទ្ពោះ ជាទ្ទដែលជិតឈរងមិនទ្ជាបររក មិនចូលែយល់ មិនចូលពនានិងកំនៅ ស្រោមទាំងនោះមើលមិនឃើញសរ លុះទាតែធ្វើការវោះកាត់យ៉ាងលមអិត។ មើលខ្លងសទៅហក់ដូចជាស្រោមតែមួយ លោកសាស្ត្រាចារ្យ មូរី បូ កាយ 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ទ្ទងងរតតទាំងបីជាខែនែណឌខចក្រវាងេភ៌និង ពិភពខ្លងសទៅ េភ៌រេ់នៅក្នុងស្រោម (ទុក) ដែលនៅក្នុងេបូនក្នុងទ្ទ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ចំពោះរបស់ស្ត្រី... អាទេ័យសហ្សតុនោះ ទ្ទងងរតតទាំងបីអាចបកស្រាយ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បានថា ជាភាពងងរតក្នុងស្រោមទុក ភាពងងរតក្នុងេបូន និងភាពងងរត ក្នុងទ្ទចំពោះ។ ក៏ដូចជាក្ខនាងដ៏មានេវតាភាពោច់ដោយខ ក្ពីគេ នៅ ឆៃយពីការប៉ោះរងាចពីខ្លងសទៅ អល់ឡោះជាម្ចាស់បានមានព្រះបន្ទូល ថា៖</w:t>
      </w:r>
    </w:p>
    <w:p>
      <w:pPr>
        <w:spacing w:line="324" w:lineRule="auto" w:after="120" w:before="0"/>
        <w:jc w:val="left"/>
      </w:pPr>
      <w:r>
        <w:t>ﭑﭽ ﭒ ﭓ ﭔ ﭕﭖ ﭗ ﭘ ﭙ ﭚﭛ ﭜ ﭝ ﭞﭟ ﭠ ﭡ ﭢﭣ ﭼ المرسالت : ٠٨-٤٨ មានន័យថា៖ «តើមិនមែនសរឬយើងបសងីតពួកអ្នកពីសារធាតុររកដ៏ ក្សត់សែយ។ យើងបសងីតបរក្នោះឱយនៅក្នុងេបូនស្ត្រដ៏មានេវតាភាពដល់ែំណាល់កំណត់មួយ។ យើងបានកំណត់ការបសងីត ការេនរូប និងការបសងីតសចញមកសទៅ ទ្រង់េជាអ្នកកំណត់ដ៏េទក្រតឥតសខ្លោះ»។ លោកសាស្ត្រាចារ្យ សក្ត មួរ ជាអ្នកប្រាជ្ញខ្លងអំប្រ៊ីយ៉ុងសាស្ត្រ ប្រធានផ្នែកវោះកាត់ និងេភ៌ទនស្លក្លវិរាល័យ តូរិនតូ ប្រសរេ កាណោក្នុងសៀវភៅការវិវឌ្ឍន៍បានេរគេរថា «នៅសពលដែលែញុំធ្វើ ការេកាស្រាវជ្រាវដំណាក់កាលស្សងៗរបស់េភ៌ក្នុងទ្ទរបស់ម្តាយ ដែលសប្រីឧបក្រណ៍ថ្តឆុះខបបវិទ្យាសាស្ត្របំសនីបុំតេរក្ឃើញថា វាត្រូវមួយរយភោរយនៅនឹងអ្វីដែលគម្ពីរអាល់គួរអានបានខចងពដំណាក់កាលបងាឆអរង ស្លច់។ល។ នៅសពលដែលគេរលោកថា តើ អាចសរដែលអ្នកនាំសាររបស់ឥស្លាមអាចដឹងពីបំណកស្រាយពិស្លតប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អំពីភ៌នោះ? លោកតបវិញថា មិនអាចជោច់ខ្លត... ពិភពលោកនៅម័យនោះពុំទន់ដឹងថាភេ៌បងាសីងជដំណាក់កាល មិនតែប៉ុសណាណោះ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103 ---</w:t>
      </w:r>
    </w:p>
    <w:p>
      <w:pPr>
        <w:spacing w:line="324" w:lineRule="auto" w:after="120" w:before="0"/>
        <w:jc w:val="left"/>
      </w:pPr>
      <w:r>
        <w:t>រហូតដល់បចុបបននវិទ្យាសាស្ត្រ ពុំទន់អាចឱយសឈាមោះែំណាក្កាលរបស់េភ៌ ទលាន់តែតល់ជាតួសលែមុះស្លមញែណៈដែលគម្ពីរអាល់គួរអាន បានខចងពីសឈាមោះដំណាក់កាលទាំងនោះដោយកំណត់យ៉ាងចោ់ោ់ គេទទួល និងពិស្លតបបុំត។ ទាំងនោះ បញ្ជជក់ប្រាប់ែញុំយ៉ាងចោ់ និងោច់ខ្លតថា ភេតុងទាំងនោះមកដល់មូហាំម៉ាត់ពីអល់ឡោះជា ម្ចាស់។ លោកបណ្ឌិត សជ្រ៉ាសលត ជូសរនចឺ ជាសាស្ត្រាចារ្យអំប្រ៊ីយ៉ុងសាស្ត្រទនស្លក្លវិរាល័យអាសមរិក្និយាយថា៖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វិទ្យាសាស្ត្រពិតជា ច្រើនដែលលើកសីង ដោយពួកអ្នកជំនញខ្លងមូហាំម៉ាត់វចនៈឯក ភាពជាមួយនឹងវិទ្យាសាស្ត្រពិតដែលស្រាវជ្រាវរក្ឃើញដោយវិរាស្រេត រំសនីប។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ិងផេ ខ្ណឌផ្ចក្រវាងេមុគទ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ﭽﯜ ﯝ ﯞ ﯟ ﯠ ﯡ ﯢ ﯣ ﯤ ﯥ ﯦ ﯧ ﯨ ﯩ ﯪﯫ ﭼ الفرقان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t>«ទ្រង់ដែលបានធ្វើឱយេមុទ្រពីរប្រេពវលានជាមួយររក ស្លបមានឱជារេ ហើយមួយទៀតបរក្ទប្រលវីង ហើយទ្រង់បានបសងីត រវាងេមុទ្រទាំងពីរនូវខែនែណឌខចក្បិរជិត»។ ពិតប្រាកដ ភាពមិនទ្ចបល់ចូលលានទនររកេមុទ្រជាវិទ្យាសាស្ត្រ ពិតដែលពួកអ្នកប្រាជ្ញខ្លងភូគព្ភសាស្ត្រ ទើបតែស្រាវជ្រាវរក្ឃើញន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រយៈសពលចុងក្រោយនោះប៉ុសណាណោះ។ រក្ឃើញដោយសារថាមពលភូពភ រូបវនតដែលគេឱយសឈាមោះថា (ែំសណីរបិរជិតទនខ្ទលើ) នៅរីនោះកំហ ប់ររក្ររំងមិនឱយទ្ចបល់ចូលលានហក់បដូចជាមានជញ្ជាំងែណឌខចក។ ររក្រសនាដែលហ្សូរចាក់ចូលនៅក្នុងេមុទ្រពុំជោះឥរធិលដល់ររកេមុទ្រធ្វើ ឱយខប្រប្រួលជាតិទប្រនោះសីយ។ ក៏ដូចគ្នាដែរ ររកេមុទ្រដែលមាន បរិម្គណច្រើនជាងមិនជោះឥរធិពលដល់ររក្រសនា ដែលហ្សូរចាក់ចូលនៅ ក្នុងេមុទ្រធ្វើឱយខប្រប្រួលជាតិស្លបរបស់វាខែរ។ ឧទហ្សរណ៍ ររក្រសនា អាម្គ៉ាហ្សសូនដែលចាក់ចូលនៅក្នុងមហេមុទ្រអាតាង់រិក ររកហ្សូរចូល ក្នុងជ្សទៅ២០០ទម៉ាល៍នៅល់ពាក់ក្ណាតលមហេមុទ្រ តែររក្នោះ នៅរក្សាជាតិស្លបរបស់វែដែល។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ិងជសគៅមុគទ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ﮎﭽ ﮏ ﮐ ﮑ ﮒ ﮓ ﮔ ﮕ ﮖ ﮗ ﮘ ﮙ ﮚﮛ ﮜ ﮝ ﮞ ﮟ ﮠ ﮡ ﮢ ﮣ ﮤ ﮥﮦ ﮧ ﮨ ﮩ ﮪ ﮫ ﮬ ﮭ ﮮ ﮯ ﮰﮱ ﭼ ا لنور : ٠٣ មានន័យថា៖ «ឬក៏ដូចជាភាពងងរងទាំងឡាយនៅក្នុងេមុទ្រសទៅទេបែណតប់ដោយរលកទ្តួតពីលើរលក នៅពីលើរលក្មានពពក ភាពងងរត ទ្តួតលើន នៅសពលដែលគេលើកទែសចញសទៅ គេគេទីរតែមើលមិន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105 ---</w:t>
      </w:r>
    </w:p>
    <w:p>
      <w:pPr>
        <w:spacing w:line="324" w:lineRule="auto" w:after="120" w:before="0"/>
        <w:jc w:val="left"/>
      </w:pPr>
      <w:r>
        <w:t>ឃើញ ហើយចំពោះអ្នកដែលអល់ឡោះជាម្ចាស់មិនធ្វើឱយគេមានពនាសចនោះគេនឹងោមនពនាទម្គប់បំភាវជោច់ខ្លត»។ ាមវិទ្យាសាស្ត្រពិតបានឱយដឹងថា បាតមហេមុទ្រ និងេមុទ្រ សទៅងងរតោមនពនា ដោយសារោមនរេមីព្រះអារិតយចូលនៅល់។ ជ្សទៅ បាតេមុទ្រប្រខហ្សលច្ចប់ពីរប់រយខម៉ាតនៅល់១១០៣៤ខម៉ាទ្ត ភាព ងងរតច្ចប់ស្តីមពីជ្សទៅ២០០ខម៉ាទ្តចុះសទ្កាម នៅក្នុងជ្សទៅនោះគេទីរតែមនពនាតែមតង។ លុះដល់ជ្សទៅ១០០០ខម៉ាទ្តបសរោមនពនាតែមតង។ ខែនអូហ្សសូនក្នុងទេទប់បរិយាកោរបស់ផែនដីបានរុញទច្ចនរលកេវ័យអុលទាទវ៉ាអូខលតភោច្រើននៅកាន់លំហ្សរឋិតនៅសទៅភពផែនដី។ រីឯពពក្វិញច្ចំងផ្កាតបេមីព្រះអារិតយប្រខហ្សលជា៣០% និងទេប យកប្រខហ្សលជា១៩%។ ដូចនោះ ពនាព្រះអារិតយដែលបញ្ជូននៅល់ទ្ទេមុទ្រ និងមហេមុទ្រមានតែ៥១%ប៉ុសណាណោះ។ បន្ទាប់មក រលកទ្ទ ខ្លងលើបានច្ចំងផ្កាតនៅវិញ៥% និងទេបយក៣៥%ទនពនាពណ៌ ក្រហមដើម្បីក្នៅតបរក ហើយក្នុងែំសណីរនៃការវិភោពនា ចំពោះទុក្ខជាតិមុទ្រែះ នៅសពលពនាព្រះអារិតយដែលនៅល់បានសទ្ជៀតចូលនៅ ក្នុងម្គ៉ោ់ររក ពនាត្រូវប្រឈមនឹងែំសណីរក្សារនៃការបាត់បង់នៅមតងបនតិ ចៗាមវិស្លលេមែះៗលាន ត្រូវទេបយកាមលំោប់អាទេ័យលើរ យៈចម្ងាយទនរលក្ពនាច្ចប់ស្តីមដោយពនាពណ៌ក្រហម និងបញ្ចប់ ដោយពនាពណ៌ស្លវយ។ នោះសោសារមូលសហ្សតុរលក្ពនាមើលឃើញ ភោច្រើនទនរេមីព្រះអារិតយសទ្ជៀតចូលនៅក្នុងជ្សទៅប្រខហ្សល ១០០ ខម៉ាទ្ត ពីនីវ៉ូររកេមុទ្រ និងមហេមុទ្រ។ គេនៅតំបន់នោះថាជាតំបន់ មានពនា ហើយរេមីព្រះអារិតយបនតពីជ្សទៅនោះនៅល់ជ្សទៅ ១៥០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ខម៉ាទ្ត មានពនាតែ ១% ប៉ុសណាណោះ។ លុះដល់ជ្សទៅ ២០០ខម៉ាទ្ត មានពនា តែ ០.០១% ប៉ុសណាណោះក្នុងទ្ទររកដ៏ថោមនបាង់តង់ ក្នុងជ្សទៅនោះពនាក្ស ត់សែយខ្លាំងខមនខរន។ ពនាមិនអាចសទ្ជៀតចូលនៅល់ជ្សទៅ ១០០ ខម៉ាទ្ត សទ្កាមនីវ៉ូមុទ្រក្នុងក្រណីដែលោមនឧបោរលកក្នុងេមុទ្រ។ តែប្រសិនបើមានរលកក្នុងេមុទ្រវិញពនាមិនអាចនៅល់ក្នុងជ្សទៅ នោះសីយ។ រលកក្នុងេមុទ្រច្ចប់ស្តីមកើតមានក្នុងជ្សទៅ ៤០ខម៉ាទ្តពី នីវ៉ូររកេមុទ្រ ហើយកើតមានរលក្សទ្កាមេមុទ្រស្សងទៀតក្នុងជ្សទៅ ទបជាងនោះ (វិទ្យាសាស្ត្រពិតទនទ្ទមេឃក្នុងគម្ពីរអាល់គួរអាន លោក បណឌិត ស្លហ្សាលូល អាន់ណ័ច្ចរ)។ នៅរយៈសពលចុងក្រោយនោះ ពួកអ្នកប្រាជ្ញបានរក្ឃើញមាន រលក្សទ្កាមេមុទ្រសកីសីងនៅត្រង់ខែនទ្ទររក្ដែលមានកំហប់ែះ ន។ រលកក្នុងេមុទ្រទាំងនោះទេបែណតប់លើជ្សទៅររកេមុទ្រ និង មហេមុទ្រ ពីសទ្ពោះររក្សទៅមានកំហប់ច្រើនជាងទ្ទទឹកខាងលើ ហើយរលកក្នុងេមុទ្រមានចលនដូចរលកទ្ទទឹកខាងលើខែរ។ ររក រលក្បក់សបាក្ទោំៗដូចគ្នា តែមិនអាចមើលនឹងខភនក្រសរឃើញ សីយ។ តែអាចរក្ឃើញដោយការទញយកភេតុងពីកោកាស្រាវ ទ្ជាវលើបំខរបំរួលទនដង់េសតបរក ឬបរិម្គណជាតិអំបិលក្នុងតំបន់ណា មួយទនេមុទ្រ និងមហេមុទ្រ (ហរូន យ៉ោះយា៉ា)។ ចរនតបរកេមុទ្រខបបនោះ េនៅក្ខនាងតែមួយមានរលក្លើទ្ទេមុទ្រ និងរលក្សទ្កាមេមុទ្រ មាននៅខក្បរតំបន់ភនំសារិក។ នៅរីនោះ ររកេមុទ្រសមឌីខររសណប្រេពវជាមួយមហេមុទ្រអាតាង់រិក ម្យម ភោលំហ្សួតបរកេមុទ្រសមឌីខររសណសកីនសីងខ្លាំងជាង សបីសប្រៀបនៅ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នឹងលំហ្សួតមហេមុទ្រអាតាង់រិក។ ពិតប្រាកដ ររកេមុទ្រសមឌីខររ សណមានកម្រិតជាតិទប្រខ្ពស់បុំត ចូលសទៅក្នុងបាតមហេមុទ្រ បសងីតបានជាចរនតមួយមានលំហ្សូរសឆ្ពោះនៅកាន់មហេមុទ្រ។ រីឯទ្ទ ទឹកខាងលើវិញមានកម្រិតជាតិទប្រតិចជាង និងមានដង់េសតខ្ពស់ជាង មហេមុទ្របសងីតបានជាចរនតបរកទ្ទខ្លងលើមួយឋិតនៅលើចរនតបរក ខ្លងសទ្កាម ហើយមានលំហ្សូរ្ទុយពីចរនតបរកខ្លងសទ្កាមេសឆ្ពោះមកកាន់េមុទ្រសមឌីខររសណវិញ។ ពត៌មានទាំងនោះគេទើបតែស្រាវជ្រាវរក្ឃើញនសពលថ្មីៗនោះ ដោយសារក្សារអ្ភិវឌ្ឍន៍ខ្នកឧបក្រណ៍ និងេម្គភរៈដែលអាចទជ្មុជ្នៅល់បាតេមុទ្រសទៅបុំត។ អ្នកនាំសារឥស្លាមរេ់នៅក្នុងសង្គមវាលដូច់ស្លហរ៉ានៅឆៃយពីមុទ្រ។ លោកមិនដែលធ្វើែំសណីរឆាងកាត់ មហេមុទ្រ និងេមុទ្រ តែមពីរអាល់គួរអានបានតល់ពត៌មានយ៉ាង លមអិតពីវិទ្យាសាស្ត្រពិតជាភស្តុតាងបញ្ជាក់ថាទាំងនោះពិតជាពាក្យ បន្ទូលរបស់អល់ឡោះជាម្ចាស់។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ិងតួនាទីខ្យល់កដងការបសងើតពពកិងសភ្លៀងធំ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ﯤﭽ ﯥ ﯦ ﯧ ﯨ ﯩ ﯪ ﯫﯬ ﯭ ﯮ ﯯ ﯰ ﯱ ﯲ ﯳ ﯴ ﯵ ﯶ ﯷ ﯸ ﯹ ﯺ ﯻ ﯼﯽ ﯾ ﯿ ﰀ ﰁ ﰂﰃ ﭼ األعراف: ٩١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«អល់ឡោះជាម្ចាស់ទ្រង់បញ្ជូនែយល់ជែំណរងលអបក់នំ ររក្សភ្លៀងមកដោយការអ្នុញ្ជញតពីទ្រង់។ េតវលោករីក្រយនិងក្តីសមាត របស់អល់ឡោះ។ លុះែយល់នោះបក់នំពពក្ររក្សភ្លៀងមក យើងបាន បញ្ជូនពពក្នោះនៅកាន់តំបន់ែដែលហ្សួតខហ្សងោមនទុក្ខជាតិ យើងបាន បញ្ចុះររក្សភ្លៀង យើងបានធ្វើឱយែះសចញមកាមរយៈររក្សភ្លៀងនោះនូវដំណាំទុក្ខជាតិស្សង ហើយមានលានុលទេប់ប្រសភរ ហើយយើង បសងីតស្លកេពឱយរេ់សីងវិញសចញពីនូរក៏ែសច្ចនោះខែរេងឃរមថាពួក អ្នកភាញក់រលរក»។ អល់ឡោះជាម្ចាស់បានមានព្រះបន្ទូលទៀតថា៖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ﭽﮈ ﮉ ﮊ ﮋ ﮌ ﮍ ﮎ ﮏ ﮐ ﮑ ﮒ ﮓﮔ ﭼ الحجر: ٨٨ មានន័យថា៖ «យើងបានបញ្ជូនែយល់ដើម្បីបងាពពក្ររក្សភ្លៀង ហើយ យើងបានបញ្ចុះពីពពក្នោះនូវររក្សភ្លៀងសម្រាប់ឱយពួកអ្នកទទួលទន សទស្លចទេពដំណាំ និងទុកឱយេតវពាហ្សនៈរក ហើយពួកអ្នកោមនលរធ ភាពនឹងេតុក្ររក្ទាំងនោះសីយ»។ ាមការឱយដឹងរបស់វិទ្យាសាស្ត្របំសនីបែយល់មានតួនរីបគាត់ដំណាំទុក្ខជាតិជាច្រើនាមរយៈការបក់លំអផងផ្កាបគាត់លាននៅវិញនៅ មក និងបងាពពក្ររក្សភ្លៀង។ វិទ្យាសាស្ត្របំសនីបានកំណត់ថា ពពក ររក្សភ្លៀង និងែយល់មានការពាក់ពាន់លានជាប្រព័ន្ធ។ ទាំងពីសែមសរៀងមក មានុះគេតថា ររក្សភ្លៀងធាក់ពីលើមេឃមកតែមតង។ ក៏ប៉ុខនតវិទ្យាសាស្ត្រ ពិតបានរក្ឃើញថា ែយល់មានតួនរីធ្វើឱយពពក្មានចលន បក់នំ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យកលំហ្សួតសចញពីមុទ្រ មហេមុទ្រ និងប្រមូល្តុំផ្កទាំងពពក ទាំងឡាយ ហើយបក់នំយកលំហ្សួតេមុទ្រនៅបំប៉ានពពក។ មា៉ាងវិញ ទៀតែយល់មិនទលាន់តែនំលំហ្សួតេមុទ្រមកបំប៉ានពពក្ប៉ុសណាណោះសរ តែ ខថ្មទាំងបានទេបទញយកពពក្មកុំលាន ហើយបគាត់ពពក្ទាំង នោះ នឹងទោប់តូចៗដែលមានទុក្ជាតិអំបិលេំបូរខបបដែលគេហៅថា (កំណក្នុយសកាអិក) ដែលរស្លត់ាមចរនតែយល់ពីមុទ្រនិងមហេមុទ្រ។ អល់ឡោះជាម្ចាស់បានមានព្រះបន្ទូលទៀតថា៖</w:t>
      </w:r>
    </w:p>
    <w:p>
      <w:pPr>
        <w:spacing w:line="324" w:lineRule="auto" w:after="120" w:before="0"/>
        <w:jc w:val="left"/>
      </w:pPr>
      <w:r>
        <w:t>ﭽﮱ ﯓ ﯔ ﯕ ﯖ ﯗ ﯘ ﯙ ﯚ ﯛ ﯜ ﯝ ﯞ ﯟ ﯠ ﯡ ﯢ ﯣﯤ ﯥ ﯦ ﯧ ﯨ ﯩ ﯪ ﯫ ﯬ ﯭ ﯮﯯ ﭼ الروم: ٤٨ មានន័យថា៖ «អល់ឡោះជាម្ចាស់ទ្រង់បញូនែយល់បក់ធ្វើឱយពពក្មាន ចលន ទ្រង់ពទ្គយពពក្ទាំងនោះាមតែទ្រង់េពវព្រះរ័យ ទ្រង់ធ្វើ ឱយវាក្លាយជាផ្កទាំងជាច្រើនែះៗលាន។ អ្នកនឹងឃើញររក្សភ្លៀងសចញពី ចសនោះពពក្ទាំងនោះ។ នៅសពលដែលអល់ឡោះជាម្ចាស់បញ្ជូនពពក នោះនៅកាន់ទ្កុមែញុំបសទ្មីណាដែលទ្រង់េពវព្រះរ័យនោះ ពួកគេនំលានេបាយរីក្រយ»។ ាមវិទ្យាសាស្ត្របានទទួលស្គាល់ថា ជាការពិតណាស់ដំណាក់កាលនៃការបងាពពក្ដែលខចងដោយគម្ពីរអាល់គួរអានែយល់ ជាអ្នកនាំយកលំហ្សួតបរក្ដែលេំបូរនៅដោយសារធាតុសំរបស់អំបិល ពីមុទ្រ និងមហេមុទ្រនៅកាន់ទេទប់ស្សងៗទនបរិយាកោ។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សារធាតុសំដែលបក្នំយកនៅនោះគេហៅថា (កំណក្នុយសកាអិក) ជាទោប់តូចលអិតដែលប្រមូល្តុំជុំវិញវាដោយលំហ្សួតបរក្សីងលើក្នុង រូបភាពជាតំណក់ររក្រយបា៉ាយពោពេញមេឃ បសងីតបានជាពពក។ បន្ទាប់មក ដោយសារតំណក់ររក្សភ្លៀងៃន់ជាងែយល់ ក៏បសងីតបានផ្កទាំង ពពក្ររក្សភ្លៀង ហើយនោះគេហៅថាសភ្លៀងំធាក់មកលើផែនដី។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ﭽﯴ ﯵ ﯶ ﯷ ﯸ ﯹ ﯺ ﯻ ﯼ ﯽ ﯾ ﯿ ﰀ ﰁ ﰂ ﰃ ﰄ ﰅ ﰆ ﰇ ﰈ ﰉ ﰊ ﰋ ﰌ ﰍ ﰎ ﰏ ﰐ ﰑ ﰒ ﰓ ﰔﰕ ﰖ ﰗ ﰘ ﰙ ﰚﰛ ﭼ النور: ٤٨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«តើអ្នកមិនឃើញសរឬអល់ឡោះធ្វើឱយពពក្រស្លត់ាមតែទ្រង់េពវព្រះរ័យ ទ្រង់ប្រមូល្តុំបនទប់ពីវានៅរយបា៉ាយ? បន្ទាប់មក ទ្រង់បសងីតវាជាពំនូក្មួយ ហើយអ្នកឃើញររក្សភ្លៀងធាក់ សចញពីចសនោះពំនូក្ពពក្នោះ។ ទ្រង់បញ្ចុះពីពពក្នោះនូវេំណុំទ្ពិល ដែលមានរំហ្សំដូចភនំ។ ទ្រង់ធ្វើឱយេំណុំទ្ពិលនោះមកត្រូវប៉ោះនរណា ដែលទ្រង់េពវព្រះរ័យ ហើយទ្រង់បសញ្ជៀវាពីនរណាដែលទ្រង់េពវ ព្រះរ័យ។ ពនាសាក្បសនទរសចញពីពពក្នោះគេទីរតែឆ្ក់យកខែសខភនក ទាំងទេង»។ នោះេជដំណាក់កាលស្សងទៀត ទនដំណាក់កាលបងាពពក ររក្សភ្លៀងេជាពំនូក្ពពក។ នៅសពលដែលែំពពក្តូចៗប្រមូល្តុំលានជា ពំនូកេរសីងលើ េកើតសចញពីចរនតែយលបក់សីងលើមានកម្លាំងខ្លាំង ត្រង់ចំណុចក្ណាតលពពក្ជាងនៅងខ្លង។ ពំនូក្ពពកែពុរសីងលើ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រហូតដល់តំបន់េម្គពែយល់ទ្តជាក់ខ្លាំងក៏បសងីតជែំណក់ររក្សភ្លៀង និងទ្ពិល បន្ទាប់មកេំណុំែំណក់សភ្លៀងនោះកាន់តែន់សីងៗធ្វើឱយ ចរនតែយល់មិនអាចទ្រទ្រង់បានក៏ធាក់ជាររក្សភ្លៀង។ ដូចដែលព្រះបន្ទូល ខ្លងលើបានបញ្ជជក់ថា ទ្ពិលជាអ្នកទទួលែះត្រូវចំពោះបន្ទុកអលានី ដែលជាមូលសហ្សតុបងាឱយមានរនទោះ និងសាក្បសនទរ។ វិទ្យាសាស្ត្រពិតទាំងនោះ ពួកអ្នកប្រាជ្ញបានទទួលស្គាល់បនទប់ពីធ្វើការស្រាវជ្រាវអស់រយៈ កាល១០ឆ្នំ។ នៅសពលដែលែយល់អាចផ្កតច់បន្ទុកែកខ្លងលើសចញពី បន្ទុក្បូកខ្លងសទ្កាមធ្វើឱយកើតការបញ្ចេញអលានីក្នុងរូបភាពជាសាក បសនទរ ហើយរសាក្បសនទរនោះបណាតលឱយមានកំនៅយ៉ាងខ្លាំងកើត សីងភាមៗក្នុងតំបន់នោះទាំងមូល ហើយចរនតែយល់ត្រូវខបកខ្លាត់ខ្លាយ បណាតលឱយកើតជារលាន់។ រីឯការបញ្ចេញបន្ទុកអលានីក្នុងរូបភាព ណាមួយលើទ្ទផែនដី ក្នុងេភាពដូចនោះគេហៅថា រនទោះបាញ់។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ﯸﭽ ﯹ ﯺ ﯻ ﯼ ﭼﯽ الرعد: ٤٣ មានន័យថា៖ «ទ្រង់បញ្ជូនរនទោះមក ហើយទ្រង់ធ្វើឱយរនទោះនោះបាញ់ត្រូវ នរណាដែលទ្រង់មានសចតន»។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ិងេតវ ហ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ﭣﭽ ﭤ ﭥ ﭦ ﭧﭨ ﭩ ﭪ ﭫ ﭬ ﭭ ﭮ ﭯ ﭰ ﭱ ﭲ ﭳ ﭴﭵ ﭼ النحل: ٦٦ មានន័យថា៖ «ពិតប្រាកដសម្រាប់ពួកអ្នកេតវពាហ្សនៈជាតួយ៉ាងេរ ឱយទ្តិះរិះពិចារណា ពួកអ្នកឃើញផ្កទល់នឹងខភនក្ថា យើងបានតល់ររក សោះដ៏បរិរធដល់ពួកអ្នក ដែលកើតសចញពីមកនិងឈាមរបស់វា មានឱជារេឆៃញ់ពិស្លសម្រាប់ពួកអ្នកទទួលទន»។ អ្នកេកាស្រាវជ្រាវវបប្ម៌បូពា៌ លោក មូរី ពូកាយ បាន និយាយអំពីព្រះបន្ទូលនោះថា៖ ដើម្បីខេវងយល់អ្តាន័យទនព្រះបន្ទូល ក្នុងរេសនៈជាលក្ខណៈវិទ្យាសាស្ត្រ ចាំបាច់ត្រូវពរងលើចំណេះវិជាជ ទក់រងនឹងមែគរអ្វយវៈដែល្លិតអាហរេំខ្លន់ដើម្បីត់ាត់ដល់េរីរងាកាយរូនៅ។ អាហរនោះកើតសចញពីប្រតិក្មមទីមីដែលកើត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សីងក្នុងបំពង់រំោយអាហ្សរ... សារធាតុទាំងនោះកើតសចញពីអផងាធាតុ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ដែលមាននៅក្នុងចំពោះសវៀន។ នៅសពលដែលសារធាតុនោះចូលដល់ ចំពោះសវៀនក្នុងដំណាក់កាលប្រតិក្មមទីមីចាំបាច់មួយ ឆាងកាត់ាមរយៈ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បំពង់ចំពោះសវៀនជាចលន្មាមួយ...ការធ្វើចលនបំោ់រីនោះមាន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ពីរូវេ រី១ ាមរយៈបំពង់លេការី២ ផ្កោ់រីដោយមិនផ្កទល់ាម រយៈចលនេរទេឈាមំដែលនំយកសារធាតុទាំងនោះនៅកាន់សថីម ហើយនៅរីនោះកើតមានការខប្រប្រួល។ នៅរីបុំតសារធាតុនោះសចញ ពីសថីមនៅកាន់ចរនតឈាម។ នៅសពលសារធាតុទេប់យ៉ាងឆាងកាត់ាម ចរនតឈាមេមានរទ្មង់ខបបនោះ។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113 ---</w:t>
      </w:r>
    </w:p>
    <w:p>
      <w:pPr>
        <w:spacing w:line="324" w:lineRule="auto" w:after="120" w:before="0"/>
        <w:jc w:val="left"/>
      </w:pPr>
      <w:r>
        <w:t>ទក្ពេញសោះដែលបញ្ចេញសារធាតុបសងីតបរក្សោះ ហើយ ទក្ពេញទាំងនោះត្រូវាត់ាង់ដោយសារធាតុចិញារមដែលកើតសចញពីការ រំោយអាហរដែលត្រូវបញ្ជូនមកាមរយៈចរនតឈាម។ ឈាមាន តួនរីនំយកសារធាតុចិញារមដែលកើតសចញពីអាហរក្នុងចំពោះសវៀន បញ្ជូននៅចិញារមទក្ពេញសោះ ហើយបសងីតបានជាររក្សោះ ហើយសារ ធាតុចិញារមទាំងនោះក៏ត្រូវាត់ាង់ដល់េរីរងាស្សងៗទៀតផងខែរ។ រិនន័យទាំងនោះនៅមានកម្រិតនៅសីយេពវថ្ងៃគេច្ចត់ទុក ថាជាលរធ្លនៃការប្រតិក្មមទីមី និងជោរីរសាស្ត្រនៃការរំោយ អាហរ។ ែញុំេតថាការមានព្រះបន្ទូលក្នុងគម្ពីរអាល់គួរអានបញ្ជជក់ពី រិនន័យនោះ មិនអាចបកស្រាយេមសហ្សតុលជោច់ខ្លតបហ្សូតដល់េម័យក្រោយបនទប់ពីគេរគេររិនន័យនោះសីង។ ពិតប្រាកដ ណាស់ វិទ្យាសាស្ត្រពិត និងរិនន័យស្សងៗទៀតដែលមានខចងេជា ការទោ់បន្ទូលមកពីអល់ឡោះជាម្ចាស់។ មនុស្សជាតិនេម័យនោះ មិនដឹងពីរិនន័យទាំងនោះជាវិទ្យាសាស្ត្រពិតនោះសីយ។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 ិងភែំ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ﭤﭽ ﭥ ﭦ ﭧﭨ ﭩ ﭪﭫ ﭼ النبأ: ٦-٧ មានន័យថា៖ «តើមិនមែនសរឬយើងបសងីតែជាទ្ទរបគេមី ហើយភនំ ទាំងឡាយជលានឹង»។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ពួកអ្នកប្រាជ្ញបកស្រាយពីតួនរីភនំក្នុងការរក្សាតុលយភាពថា៖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 ភនំមានការោតេនធរងយ៉ាងំសផងសទ្កាមទេទប់ផែនដី។ គេរក្ឃើញថា េំបកផែនដីមានកំរេ់ប្រខហ្សលចសនោះពី ៣០ នៅ ៦០ េ.ម។ ពួកគេរងាមរយៈឧបក្រណ៍ (ស្លក់មូទ្ក័ហ្សវ) ដែលបញ្ជជក់ឱយដឹងថា ទេប់ភនំទាំងអស់មានឫេចាក់សទៅក្នុងែទេទប់សទ្កាមដែលរន់ ដើម្បីរប់លំនឹងេំបកផែនដីទេទប់លើដែលររង។ ដូចនោះមានឫេចុះ នៅសទ្កាម និងលើទេទប់ស្សងៗទនទ្ទផែនដី។ ភនំជួយរក្សាលំនឹងេំបកខ្នី រប់មិនឱយរស្លត់អ្ខណតតបវាងទេទប់នីមួយៗដូចជលានឹង។ ដូចដែលព្រះបន្ទូលបានពិពណ៌នថាវាហក់បដូចជាខែក្សោលដែលែំ ជាប់នឹងស្លច់សឈីយ៉ាងម្គំ។ អល់ឡោះជាម្ចាស់ទ្រង់បានមានព្រះបន្ទូលទៀតថា៖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ﭽﭑ ﭒ ﭓ ﭔ ﭕ ﭖ ﭗ ﭘ ﭙ ﭚ ﭛﭜ ﭼ النحل: ١٣ មានន័យថា៖«ទ្រង់បានរម្គាក់ភនំមកលើផែនដីដើម្បីរប់លំនឹងកុំឱយ បញ្ជាយដល់ពួកអ្នក ហើយទ្រង់បសងីតឱយមានរសនា និងូវដើម្បីឱយពួក អ្នកនៅល់រិនៅដែលខ្លួនចង់នៅ»។ វិទ្យាសាស្ត្របំសនីបានរក្ឃើញថា ភនំដែលដាក់ពទ្គយនៅ លើផែនដីមានលក្ខណៈអស្ចារ្យជួយរក្សាតុលយភាពផែនដី សបោះបងាប់ ជាប់មិនគយនឹងរសបីក និងបញ្ជាយសីយ ជាពិគេភនំដែលពួកភូពភវិរូ ហៅថា (ជួរភនំខ្លវត់ខែវង) ដែលមាននៅពោពេញរវីបទាំងឡាយទន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េក្លលោក។ តើបុរសអ្នកខរក្មមរេ់នៅក្នុងសង្គមួយមនុស្សភោ ច្រើនមិនចេះអក្សអាចដឹងពីវិរាស្រេតពិតនោះយ៉ាងដូចសមតច?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ទ្រកិងជីវិត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ﮞﭽ ﮟ ﮠ ﮡ ﮢ ﮣﮤ ﮥ ﮦﮧ ﭼ األنبياء: ٣٤ មានន័យថា៖ «សោសារររកធ្វើឱយអ្វីៗទេប់យ៉ាងមានជីវិត តើពួកគេមិន ទ្ពមជឿសរឬ?»។ វិទ្យាសាស្ត្របំសនីបានរក្ឃើញថា ររក្ជាសារធាតុសែមកនុង ការបសងីតសកោកាមានជីវិត។ សហ្សតុនោះ ទីមីវិរាមការស្រាវជ្រាវ រំសនីបានរក្ឃើញថា ររក្ជាធាតុចាំបាច់ និងេក្មសម្រាប់អ្វីទេប់ យ៉ាងដែលកើតសីងទាំងការខប្រប្រួល និងការប្រតិក្មមននដែល ប្រព្រឹត្តនៅនៅក្នុងរងកាយ អាចជាមសាបាយ ជាកាតជំនួយ ឬចូល រួមកនុងការធ្វើប្រតិក្ម ឬការ្លិត។ ដោយសហ្សតុនោះ ររក្ជាធាតុរវតែ មួយេត់ដែលេភាវៈមានជីវិតទាំងអស់មិនអាចែវោះបាន សទោះជោភាវៈ នោះមានរំហ្សំ ឬទ្រង់ទ្ទយតូច ឬំ ច្ចប់ស្តីមពីទ្កុមសមទ្កុបរហូតដល់េភាវៈមានជីវិតដ៏ំបុំតដែលមាននៅលើភពផែនដី។ ទ្ទររក្ដែលទេបែណាប់លើផែនដី ក្នុងសពលបចុបបននមាន ប្រម្គណជា ៧១% ហើយ ២៩% ដែលនៅល់េជែលោក។ ប្រភព ចមបងទនខ្លួនប្រាណមនុស្សយើង និងេតវេជាធាតុររក ក៏ដូចគ្នា ង ខែរចំពោះទុក្ខជាតិ។ ាមរយៈវិទ្យាសាស្ត្រវិភោបានបងហាញឲយឃើញថា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116 ---</w:t>
      </w:r>
    </w:p>
    <w:p>
      <w:pPr>
        <w:spacing w:line="324" w:lineRule="auto" w:after="120" w:before="0"/>
        <w:jc w:val="left"/>
      </w:pPr>
      <w:r>
        <w:t>ខ្លួនប្រាណមនុស្សពេញវ័យ ដែលមានអាយុច្ចប់ពី ១៥ឆ្នំ សីងនៅ មានជាតិររកប្រម្គណជា ៧១% ចំពោះកុមារមានជាតិររក ៩៣% ដែលចងអុលបងហាញឲយឃើញថា មានររក ៨០% ដែលមាននៅក្នុងខ្លួន ប្រាណមនុស្ស និងភោរយដែលនៅល់េជាឈាម ហើយនៅក្នុងខ្លួន របស់េតវ និងទុក្ខជាតិមានធាតុទឹកច្រើនរហូតដល់នៅ ៩០%។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សតើអែកេរងអ្វីខោះអំពីរ៖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វិហរកាអ៍បះហ៍ ជាវិហរដំបូងបងអស់ដែលគេកសាងសីងនៅលើផែនដី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ﮖﭽ ﮗ ﮘ ﮙ ﮚ ﮛ ﮜ ﮝ ﮞ ﮟﮠ ﮡ ﮢ ﮣ ﮤ ﭼﮥ آل عمران: ٦٦-٧٦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 វិហរដំបូងបងអស់ដែលគេកសាងសីងសម្រាប់មនុះគេវិហរដែលនៅនេរមរក្សោះជារីឋានដ៏មានពរជ័យ ហើយជារដ៏មានប្រយោជន៍ និងជាសេចក្តីចងអុលបងហាញសម្រាប់េក្លលោកទាំងមូល។ ក្នុងវិហរនោះមានភស្តុតាងបញ្ជាក់យ៉ាង ចោ់ថាជាស្លនទែកសាងរបស់អ៊ីប្រាហ៊ីមេក្ខនាងផ្កទាំងថ្មដែលអ៊ីប្រាហ៊ីម ឈរមើលនៅសពលេង់សែនវិហរនោះសីង»។ កសាងសីងដោយអ័ដាំ ហើយកស្លងសីងវិញជាថ្មីដោយ អ៊ីប្រាហ៊ីមជាបិទនពួកព្យាការី។ នៅសពលដែលប្រំពានធរបស់ោត់សឈាមោះ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ហសចីរកើតកូនប្រុះសឈាមោះអិស្លមខអ្ល ប្រំពានធោត់សឈាមោះស្លសរ៉ោះ ប្រចណឌ ហើយសប្រីឱយអ៊ីប្រាហ៊ីមយកពួកគេទាំងពីរនៅនៅឆៃយពីខ្លួន។ ែណៈនោះ អល់ឡោះជាម្ចាស់ទ្រង់បានទោ់បន្ទូលមកោត់ឱយនំពួក គេទាំងពីរនៅកាន់ររកែមរក្សោះដ៏ពិឋ។ លឺសចនោះ អ៊ីប្រាហ៊ីមបានស្លតប់ាមការទោ់បន្ទូលរបស់ព្រះជាម្ចាស់របស់ោត់ ហើយបាននំពួកគេ ទាំងពីរនៅកាន់រីនោះ។ កាលនោះោត់តដងមកេរេទុក្ខប្រំពានធកូន ពីចសនោះសពលមួយនៅចសនោះសពលមួយ។ មួយរយៈក្រោយមកោត់នៅ មតងទៀត ហើយអិស្លមខអ្លកំពុងធ្វើទោប់ទ្ពួញនៅសទ្កាមសែមសឈីមួយ នៅខក្បរអ្ណតូងហ្សាំហ្សាំ។ លុះឃើញឪពុក្មកដល់ ក៏េទុះមក សអាបឪពុក ហើយឪពុក្ក៏េទុះនៅសអាបកូន។ បន្ទាប់មកោត់បាន និយាយថា៖ ខនអិស្លមខអ្លកូនេម្គាញ់ ពិតប្រាកដ អល់ឡោះទ្រង់បាន ទោ់បគាប់ឱយឪពុកធ្វើកិចាការមួយ។ កូនក៏បានតបនៅឪពុលវិញថោមឪពុកធ្វើមការបគាប់របស់ព្រះជាម្ចាស់ចុះ! លោកេរថា តើកូន ឯងជួយឪពុក្សរ? កូនតបវិញថា កូននឹងជួយឪពុក។ ោត់និយាយថា ពិតប្រាកដ អល់ឡោះជាម្ចាស់បានបគាប់ឱយឪពុក្កសាងវិហរមួយនៅ រីនោះ ោត់ក៏បានចងអុលនៅផ្កទាំងថ្មខ្ពស់មួយ។ នៅរីនោះ ដែលពួកគាត់ ទាំងពីរបានលើកសែនវិហរ អិស្លមខអ្លជាអ្នកជញ្ជូនថ្ម ហើយ អ៊ីប្រាហ៊ីមជាអ្នកសរៀបថ្មដើម្បីកសាង។ លុះសរៀបានខ្ពស់ហើយ អិស្លមខអ លបានលែំថ្មួយ (ថ្មអាល់ម្គ៉ាសកាម) ដាក់ឱយឪពុក។ ោត់ឈរលើថ្ម នោះដើម្បីកសាងបនត ហើយអិស្លមខអ្លហ្សុចថ្មឱយោត់។ ក្នុងសពលកំពុង កសាងនោះ ទាំងកូនទាំងឪពុក្បួងេងថា៖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«ربنا تقبل منا إنك أنت السميع العليم» មានន័យថា៖ «ឱព្រះជាម្ចាស់េមទ្រង់សមាតបរួលយកពីពួកយើងផង ចុះ ទ្រង់មហលឺ មហដឹង»។ ោត់ទាំងពីរបានកសាងរហូតដល់ជុំវិញ វិហរ (ហវត់ហ្សុលហពរី ៣៣៦៤)។ កាអ៍បះហ៍ជារីក្ខនាងដែលពួកមូស្លីមរូទាំងេក្លលោកសឆ្ពោះេំនៅនៅសពលចង់ថ្វាយបង្គាំ ជានិមិត្តេញ្ជញេម្គាល់ការឯក្ភាពខ្លង ជំនឿ និងជារិនៅទម្គប់ពួកអ្នកមូស្លីមេំនៅសឆ្ពោះទាំងកាយ ចិត្ត វិញ្ជញណនៅកាន់អល់ឡោះជាម្ចាស់ទនេក្លលោក។ អល់ឡោះជា 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ﮘﭽ ﮙ ﮚ ﮛ ﭼﮜ البقرة: ١٣٣ មានន័យថា៖ «សបីសទោះជារិណាក៏ដោយដែលពួកអ្នកតទ្មង់នៅរី នោះជារិរបស់អល់ឡោះ»។ ពួកអ្នកមូស្លីមេំនៅនៅកាន់កាអ៍បះហ៍ាវា៉ាហ្សវជុំវិញ (ធ្វើម យាទាជុំវិញ)កាអ៍បះហ៍ពុំខមនសក្ការៈចំពោះវិហរនោះសរ តែជាការគោរពសក្ការៈចំពោះអល់ឡោះជាម្ចាស់។ ដូចទ្រង់បានមានព្រះបន្ទូលថា៖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ﭙﭽ ﭚ ﭛ ﭜﭝ ﭞ ﭟ ﭠ ﭡ ﭢ ﭣ ﭤﭥ ﭼ قريش: ٤-٨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«ចូរឱយពួកគេគោរពសក្ការៈចំពោះព្រះជាម្ចាស់ទនវិហរ នោះ ដែលទ្រង់បានប្រទនចំណីអាហរដល់ពួកគេឱយរួចុតពីសទោះ រុរភិក្ស និងប្រទនសេចក្តីវតាភាពមិនឱយពួកគេភ័យខ្លាច»។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ថ្មសលមៈ ជាថ្មួយមកពីឋានេ៌ ដូចជាអ្នកនាំសារមូហាំម៉ាត់បានមាន ប្រសាសន៍ថា៖ «ថ្មសលមមកពីឋានេ៌»។ នៅសពលដែលអ៊ីប្រាហ៊ីមកស្លងកាអ៍បះហ៍ ហើយកូនប្រុះរបស់ោត់អ៊ីស្លមខអ្លជញ្ជូនថ្មឱយោត់។ លុះកសាងដល់ក្ខនាងថ្មសលម អ៊ីប្រាហ៊ីមនិយាយនៅកាន់អ៊ីស្លមខអ្លថា កូនឯងរកថ្មួយែំ ឪពុក្ចង់ យកវាដាក់ត្រង់នោះ ដើម្បីជោញ្ជញប្រាប់ឱយមនុស្សច្ចប់ស្តីមាវា៉ាហ្សវ ជុំវិញកាអ៍បះហ៍នៅត្រង់នោះ។ អ៊ីស្លមខអ្លក៏ដើរនៅរក លុះទ្ត ប់មកវិញ ស្រាប់តែឃើញឪពុកខ្លួនបានសរៀបថ្មសលមត្រង់ក្ខនាងនោះ ក៏និយាយថា លោកឪពុក! តើនរណាយកែំថ្មនោះមកឱយឪពុក? ោត់តបវិញថា នំ មកដោយអ្នកដែលមិនពរងលើការកសាងរបស់កូនឯងេសរវាជីប្រ៊ីល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នំមកពីលើមេឃ បន្ទាប់មកពួកគេទាំងពីរក៏កសាងបសងីយ...។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ថ្មនោះពណ៌សលមរងក្រហមនៅត្រង់ទ្ជុងខ្លងតបូងទនកាអ៍បះហ៍ នៅ ខ្លងសឆ្វងទវរកាអ៍បះហ៍។ ខ្ពស់ុតពែប្រខហ្សលជា១.១០ម៉ា។ សរៀបបងាប់ ភាជប់នឹងជញ្ជាំងកាអ៍បះហ៍ អ្នកដែលាវ៉ាហ្សវត្រូវឈរពីខ្លងស្លតំថ្មនោះ ច្ចប់ស្តី មាវា៉ាហ្សវ ហើយបញ្ចប់មួយជុំវា៉ាហ្សវនៅត្រង់ក្ខនាងនោះផងខែរ។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ម្គ៉ាសកាមអ៊ីប្រាហ៊ីមៈេជាផ្កទាំងថ្មដែលអ៊ីទ្ពីមឈរមើលនៅសពលកសាងកាអ៍បះហ៍។ នៅ សពលដែលកសាងររតតខ្ពស់ុតទែ ហើយពិបាក្នឹងសរៀបថ្មោត់បាន លើកបនតប់ថ្ម ហើយឈរលើនោះដើម្បីបនតសរៀបថ្មដែលកូនរបស់ោត់ បានជញ្ជូនមកឱយោត់។ រហូតដល់មានស្លនមលានបាតសជីងជាប់នឹងថ្ម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 អ៊ីប្រាហ៊ីមជាអ្នកកសាង ហើយអ៊ីស្លមខអ្លកូនរបស់ោត់ជាអ្នក ជញ្ជូនថ្មរហូតដល់កសាងរួចរល់។ ពួកគាត់ទាំងពីរបួងេងថា៖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«ربنا تقبل منا إنك أنت السميع العليم» មានន័យថា៖ «ឱព្រះជាម្ចាស់េមទ្រង់សមាតបរួលយកពីពួកយើងផង ចុះ ទ្រង់មហលឺ មហដឹង» (អាល់ហពសកាសរ៉ោះ ១២៧)។ លានសជីងទាំងពីររបស់អ៊ីទ្ពីមនៅល់រហូតដល់េពវថ្ងៃ ត្រូវគេ ហ្សុ៊ុំព័រធដោយកញាក់ទ្កោ់បិរជិតដើម្បីរក្សាពីំណរក្ដោយសារ អាកោធាតុ។ ោត់បានបគាប់ឱយពួកអ្នកមូស្លីមថ្វាយបង្គាំនៅរីនោះអ្នុ វតតាមព្រះបន្ទូលរបស់ទ្រង់ថា៖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ﭽﯝ ﯞ ﯟ ﯠ ﯡ ﯢ ﯣ ﯤ ﯥ ﯦ ﯧﭼ البقرة: ١٢٣ មានន័យថា៖ «មូហាំម៉ាត់ ចូររំលរក្ចុះ នៅសពលដែលយើងបានបសងីត វិហរកាអ៍បះហ៍ជារីការៈសម្រាប់មនុស្ស និងជារដ៏មានេវតាភាព ហើយយើងបានបគាប់ឱយពួកគេយកម្គ៉ាសកាមរបស់អ៊ីប្រាហ៊ីមជាក្ខនាងសម្រាប់ថ្វាយបង្គាំ»។ លានបាតសជីងនោះជានិមិត្តញ្ជញទននិមិត្តេញ្ជញទាំងឡាយរបស់ អល់ឡោះ ហើយអានុះវរីយ៍ដ៏អ្មតៈរបស់ោត់។ ថ្មទ្ជុង និងថម្គ៉ា សកាមរបស់អ៊ីប្រាហ៊ីមានប្រភពជាតបូងនៅឋានេ៌ ដោយព្យាការីមូហំ ម្គ៉ាត់លោកបានមានប្រសាសន៍ថា៖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مسافع بن شيبة احلجيب قال : مسعت عبد اهلل بن عمرو يقول : عت مس رسول اهلل صلى اهلل عليه وسلم يقول وهو مسند ظهره إىل الكعبة : ( كن الر واملقام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ياقوتتان من يواقيت اجلنة ولوال أن اهلل طمس على نورمها ألضاءتا ام بني املشرق ب واملغر) رواه ابن حبان មានន័យថា៖ «នៅសពលដែលអ្នកនាំសារខអក្នឹងជ្ញជជំកាអ៍បះហ៍ោត់ បានមានប្រសាសន៍ថា ទ្ជុងកាអ៍បះហ៍ និងម្គ៉ាសកាមអ៊ីប្រាហ៊ីមជាតបូងមកពី ឋានេ៌ កុំតែអល់ឡោះរំោយពនារបស់វា សមោះតបូងទាំងពីរនោះនឹង បញ្ចេញពនាបំភាពីរិខ្លងកើតបហ្សូតដល់ខ្លងលិច»។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ភនំនួរៈ ភនំនោះដែលអ្នកនាំសារមូហាំម៉ាត់បាននៅទាំងនៅ ដើម្បីធ្វើការៈក្នុងរូងភនំ គេហៅថា រូងសហ្សរ៉ាក មុននឹងគេតដងទាំងលោកជាអ្នក នំសារ។ កាលនោះោត់ពេញចិត្តចង់នៅតែឯងោច់ពីគោត់ ចំណាយសពលក្នុងរូងភនំនោះរប់យប់មានចំនួនកំណត់ ដើម្បីគោរពសក្ការៈចំពោះព្រះជាម្ចាស់ ទ្តិះរិះពិចារណាអ្វីទាំងឡាយដែលនៅជុំវិញោត់។ ោត់មិនេបាយចិត្តចំពោះអ្វីដែលសាសនា៍របស់ោត់កំពុង ប្រព្រឹត្តដូចជាអំសពីពហ្សុសរព និងជំនឿះ។ ក្នុងរូងភនំនោះខែរ សរវា ជីប្រ៊ីលបានចុះមកតល់ការទោ់បន្ទូលរបស់អល់ឡោះជាម្ចាស់ពីលើ មេឃមកជូនោត់ ជាសេចក្តីប្រកោឱយដឹងពីការច្ចប់ស្តីមតដងទាំងោត់ជាព្យាការី។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អ្ណតូងហ្សាំហ្សាំែណៈដែលអ៊ីប្រាហ៊ីមបាននំម្តាយអ៊ីស្លមខអ្ល និងកូនរបស់ោត់ដែលនៅនៅសោះសឈាមោះអ៊ីស្លមខអ្ល ដោយការទោ់បគាប់ពី អល់ឡោះជាម្ចាស់ឱយដាក់ោត់នៅត្រង់វិហរដែលមានសែមសឈែះនៅ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ខក្បរអ្ណតូងហ្សាំហ្សាំ។ កាលនោះមរក្សោះពុំទន់មានរណាមានាក់រេ់នៅមនររកោមនអ្វីទាំងអស់ ហើយអ៊ីទ្ពហ្សីបានដាក់ម្តាយកូនឱយនៅរី នោះ។ ោត់បានទុក្ខាសលមីឱយមួយថផង់ និងររក្មួយថផង់ខេបក។ បនទប់ មក អ៊ីប្រាហ៊ីមបានគកក្រោយ សហ្សីចាក្សចញ ម្តាយអ៊ីស្លមខអ្លបានរត់ាមពីក្រោយ ហើយនិយាយថា៖ ខនអ៊ីទ្ពីហ្សីម តើអ្នកនៅណា តើលោក ប្រុងទុក្យើងសច្ចលនៅជ្រលងភ្នំដែលោមនមនុស្សោមនអ្វីទាំងអស់នោះ ខមនសរ? ោត់បាននិយាយពាក្យនោះែដែលៗច្រើនដង តែអ៊ីប្រាហ៊ីម មិនទ្ពមគក្មើលោត់សស្លោះ។ ោត់ក៏េរបនតថា តើអល់ឡោះសប្រីឱយ អ្នកធ្វើអ្ញារងឬ? អ៊ីប្រាហ៊ីមសឆីយថា ត្រូវហើយ។ ោត់ក៏តបវិញថា៖ សបី អ្ញារងទ្រង់នឹងមិនសបោះបង់យើងសច្ចលសីយ។ ោត់ក៏ទ្តលប់មក ក្រោយវិញ ហើយអ៊ីប្រាហ៊ីមចាក្សចញនៅរហូតដល់តំបន់ ស្លនីយោះ ដែលពួកគេខលងឃើញោត់ ោត់ក៏ខបរមែនៅកាន់វិហរ ហើយបាន បួងដោយពាក្យប៉ុនម្គ៉ាត់លើកទែសីងលើថា៖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ﭽﮃ ﮄ ﮅ ﮆ ﮇ ﮈ ﮉ ﮊ ﮋ ﮌ ﮍ 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ﮏ ﮐ ﮑ ﮒ ﮓ ﮔ ﮕ ﮖ ﮗ ﮘ ﮙ ﮚ ﮛ ﮜﮝ ﭼ إبراهيم: ٧٤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«បពិត្រព្រះជាម្ចាស់ែញុំបានដាក់ទេសារែញុំឱយរេ់នៅ ក្ខនាងជ្រលងភ្នំដែលោមនដំណាំនៅឯវិហរដ៏ពិឋរបស់ទ្រង់។ បពិត្រ ព្រះជាម្ចាស់ ែញុំធ្វើមការបគាប់របស់ទ្រង់ ដើម្បីឱយពួកគេប្រតិបត្តិការ ថ្វាយបង្គាំមសពលកំណត់េមទ្រង់ខប្រចិត្តមនុស្សឱយមានសេចក្តី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ប្រាថានចង់នៅកាន់ពួកគេមទ្រង់សមាតប្រទនោភសក្ការៈដល់ពួក គេនូវខាសឈីច្រើនប្រសភរេងឃរមថា ពួកគេនរកដឹងេណចំពោះទ្រង់»។ ម្តាយអ៊ីស្លមខអ្លបានចិញារមកូន ហើយទទួលទនចំណី និង ររក្ដែលបតីបានទុកឱយ។ លុះដល់អស់គេបៀង រូបោត់ ទ្ពមទាំងកូន សទេក្ររកោត់ឃើញកូនខទេក្យំខ្លាំងសពក សទ្ពោះសទេក្ររក ទ្ទំទៀត មិនបាន មើលឃើញភនំស្លហវនៅជិតជាងគេ ោត់ក៏រត់សីងនៅលើភនំ នោះ េំ រងមើលនៅជ្រលងភ្នំ ខ្លាចក្រដងផងឃើញមានមនុស្សមន តែ មិនឃើញមានមនុស្សណាមានាក់សស្លោះ។ ោត់បានចុះពីលើភនំស្លហវ ដើរ ចុះនៅជ្រលងភ្នំោត់បានកាន់ជាយេំពត់ម្គខងហើយប្ររងដើរដូចជា មនុស្សដើរអស់សជីង ដើររហូតុតជ្រលងភ្នំ។ បន្ទាប់មកោត់បានេំនៅនៅកាន់ភនំម្គ៉ាសរ៉ាវ៉ោះ សីងលើភនំ ហើយឈរេំ រងមើលនៅសទ្កាម ខ្លាចក្រដងផងមានមនុស្សមន តែពុំមានឃើញនរណាមានាក់សស្លោះ ោត់ធ្វើដូចនោះប្រាំពីរដង។ អិពនូ អាល់ឡោះ និយាយថា អ្នកនាំសារមូហាំម៉ាត់ បានមានប្រសាសន៍ថា៖ នោះេជាស្លអ៊ី (ែំសណីរសីងចុះ) របស់អ្នក ធ្វើបុណយហ្ស័ជ្រវាងភនំទាំងពីរ។ លុះោត់សីងដល់លើភនំ ោត់បានលឺំ សលង ហើយនិយាយថា នៅគេម និយាយជាមួយខ្លួនឯង បន្ទាប់មកោត់បានលឺំសលងទៀត ហើយោត់និយាយជាមួយខ្លួនឯងថា លឺសរ! មានគេមកជួយេសស្រគោះហើយ ក៏ស្រាប់តែមានសរវានៅត្រង់ក្ខនាងអ ណតូងហ្សាំហ្សាំ សរវានោះបានយកស្លាបចាក់នៅសទ្កាម ធ្វើឱយុះររក សចញសទៅ ហើយោត់ច្ចប់ស្តីមយកទែកាយែរប់ររក។ ោត់បានក្បង់ ររកដាក់ក្នុងថផង់ខេបក ររក្នោះបានទេក្នៅវិញបនទប់ពីត់បានក្ប ង់។ អិពនូ អាបលានិយាយថា អ្នកនាំសារមូហាំម៉ាត់បានប្រសាសន៍ថា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អល់ឡោះជាម្ចាស់ទ្រង់អាណិតសមាតចំពោះម្តាយអិស្លមខអ្ល ប្រសិនបើត់ទុកឱយររកហ្សាំហ្សាំសហ្សៀសច្ចល ឬមិនបានក្បង់ដាក់ក្នុងថផង់ខេបក សរនោះ សមោះររកហ្សាំហ្សាំនឹងហ្សូរក្សាយនៅជារសនា។ ោត់បានរក្ររកហ្ស ស្លំហ្សាំនោះ ហើយបានបំនៅកូន សរវាបានប្រាប់ោត់ថា ចូរកុំខ្លាច អស់ររក ពីសទ្ពោះរីនោះ ជាវិហររបស់អល់ឡោះ ដែលសក្មងនោះនិងឪពុក របស់គេនឹងកសាងវិហរនោះសីង ពិតប្រាកដ អល់ឡោះនឹងមិនទុក ពួកអ្នកសច្ចលសីយ (ហវត់ហ្សុលបារីយ៍ ៣៣៦៤)។ អ្ណតូងនោះនៅល់រហូតដល់មកដល់េពវថ្ងៃ ពួកអ្នកមូស្លីមបានយកមករក និងទុក នំយកនៅកាន់ទទុក្សរេរបស់ខ្លួនសរៀងៗខ្លួន។ ៥- ភនំស្លហវ និងម្គ៉ាសរ៉ាវ៉ោះ ស្លហវ និងម្គ៉ាសរ៉ាវ៉ោះជាភនំពីរដែលម្តាយរបស់អ៊ីស្លមខអ្លបាន សីងចុះដើម្បីរកអ្នកជួយេសស្រគោះខ្លួនឯង និងកូនរបស់ោត់អ៊ីស្លមខអ្លែណៈដែលអស់ររក និងអស់គេបៀង។ ក្នុងការប្រារពវពិបុណយហ្ស័ជ ឬ អុ៊ុំសរ៉ោះ មនុស្សនំលានធ្វើែំសណីរសីងចុះលើភនំទាំងពីរនោះជាការរក្សាភាព អ្មតៈទនអ្នុះវរីយ៍នោះ ហើយក៏ជាការប្រតិបត្តិម្មមនិយម និងតំ សកីងអ្តេញ្ជញណសាសនាឥស្លាម ទ្ពមទាំងជាការរំលរកដល់ពរជ័យ របស់អល់ឡោះចំពោះោត់ហសជីរ និងកូនរបស់ោត់សឈាមោះអិស្លមខអ្លែណៈដែលទ្រង់បានជួយេសស្រគោះោត់ពីការសទេក្ឃាន។ ដូចមាន និយាយនៅក្នុងហរីរបស់អិពនូអាល់ឡោះថា៖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«ទ្ទំទៀតមិនបាន មើលឃើញភនំស្លហវនៅជិតជាងគេ ោត់ក៏រត់សីងនៅលើភនំនោះ េំ រ ងមើលនៅជ្រលងភ្នំ ខ្លាចក្រដងផងឃើញមានមនុស្សមន តែមិនឃើញ មានមនុស្សណាមានាក់សស្លោះ។ ោត់បានចុះពីលើភនំស្លហវ ដើរចុះនៅ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ជ្រលងភ្នំោត់បានកាន់ជាយេំពត់ម្គខងហើយប្ររងដើរដូចជាមនុស្ស ដើរអស់សជីង ដើររហូតុតជ្រលងភ្នំ។ បន្ទាប់មកោត់បានេំនៅនៅ កាន់ភនំម្គ៉ាសរ៉ាវ៉ោះ សីងលើភនំ ហើយឈរេំ រងមើលនៅសទ្កាមខ្លាចក្រដងផង មានមនុស្សមន តែពុំមានឃើញនរណាមានាក់សស្លោះ ោត់ធ្វើដូចនោះប្រាំពីរដង។ អិពនូ អាល់ឡោះ និយាយថា អ្នកនាំសារមូហាំម៉ាត់បានប្រសាសន៍ ថា៖ នោះេជាស្លអ៊ី (ែំសណីរសីងចុះ) របស់ពួកអ្នកធ្វើបុណយហ្ស័ជ្រ វាងភនំទាំងពីរ»។ អាល់ពូសខ្លរីយ៍។ ៦-ការេប់ទ្កួៈ ជាក្ខនាងទាំងឡាយដែលបិស្លចទេសសានបានបងហាញខ្លួនឱយ អ៊ីប្រាហ៊ីមឃើញ នៅសពលដែលោត់បានច្ចប់ស្តីមអនុវត្តាមការបគាប់ របស់ព្រះជាម្ចាស់យកកូននៅធ្វើពិឃាតបូជា។ បិស្លចចង់លបួងឱយអ៊ីទ្ព ហ្សីមសបោះបង់ការអនុវត្តាមការបគាប់របស់អល់ឡោះ។ នៅត្រង់ក្ខនាង ទាំងនោះ អ៊ីប្រាហ៊ីមបានកាន់ទោប់ទ្កួ ហើយេប់ចំមែបិស្លចនោះ ដោយពោលពាក្យថា (هللا أكبر) មានន័យថាអល់ឡោះមហំ ហើយ បួងេងេំឱយទ្រង់ការពារោត់ពីបិស្លចនោះ។ អិពនូ អាល់ឡោះ ដែល មានគរថែបររក្សលមទនប្រជាជាតិឥស្លាមបាននិយាយថា ែណៈដែល អ៊ីប្រាហ៊ីមេំណពវចិត្តរបស់អល់ឡោះ មកដល់រីការៈទាំងឡាយ (مناسك) បិស្លចបានបងហាញខ្លួននៅទ្រង់សោលអាសកាហ្សពោះ ោត់បានេប់ វាចំនួន៧ទោប់ទ្កួ រហូតដល់ក្ប់បាត់នៅក្នុងែ។ វាបងហាញខ្លួនមតង ទៀតនៅសោលរី២ ោត់បានេប់វាចំនួន៧ទោប់ទ្កួ រហូតដល់ក្ប់ បាត់នៅក្នុងែ។ បន្ទាប់មក វាបានបងហាញខ្លួនឱយោត់ឃើញនៅសោលរី ៣ ោត់បានេប់វាចំនួន៧ទោប់ទ្កួទៀត រហូតដល់ក្ប់បាត់នៅក្នុង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អិពនូ អាល់ឡោះ និយាយថា បិស្លចទេសសានត្រូវគេប់ប្រហរ ហើយពួកអ្នកធ្វើមសាសនាបិរបស់ពួកអ្នកេ អ៊ីប្រាហ៊ីម។ នៅសពលអល់ឡោះជាម្ចាស់ស្លកដឹងពីចិត្តសស្លមោះត្រង់របស់អ៊ី ទ្ពហ្សីមកនុងការអនុវត្តាមការបគាប់របស់ទ្រង់ ទ្រង់បានឱយថ្នូរនឹងកូន របស់ោត់អ៊ីស្លមខអ្លដោយេតវពខពំមួយកាលដើម្បីំសោះជំនួ កូនរបស់ោត់។ ដូចនោះ ការធ្វើពិឃាតេតវបូជារបស់ពួកអ្នកមូស្លីមកាយ ជាមមនិយមសម្រាប់ពួកគេដើម្បីបូជាចំពោះអល់ឡោះដឹងេណ ចំពោះទ្រង់ ហើយជាការរំលរអនុស្សាវរីយ៍អ្មតៈរបស់ោត់ទាំងពីរ។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ﭩﭽ ﭪ ﭫﭬ ﭼ الصافات: ٧٣٣ មានន័យថា៖ «យើងបានេសស្រគោះអ៊ីស្លមខអ្លជំនួដោយេតវពខពំ មួយកាល»។ ពួកអ្នកមូស្លីមកនុងពិបុណយហ្ស័ជ្របស់ពួកគេនៅសពលេប់សោល ពួកគេអនុវត្តាម្មមនិយមបិរបស់ពួកគេអ៊ីប្រាហ៊ីម ហើយបានដាក់ បណាតស្លចំពោះបិស្លចទេសសានជោត្រូវរបស់ពួកគេ។ ចាំបាច់ត្រូវ ប្រយុរធប្រឆំងជាមួយនឹងគេដោយការជំនោះនឹងខ្លួនឯងែំប្ររងប្រតិបត្តិមការបគាប់របស់អល់ឡោះ ហើយសជៀវាងពីបំរមរបស់ទ្រង់។ ៧-ថ្ងៃបុណយឥស្លាមៈសម្រាប់ពួកអ្នកមូស្លីមានបុណយពីរដងក្នុង១ឆ្នំ រី១េបុណយ រយា៉ាហ្សវិតសទោះ ប្រព្រឹត្តនៅនៅចុងខែរ៉ាម្គ៉លាន គេនៅសចនោះ សទ្ពោះពួក អ្នកមូស្លីមចាំបាច់ត្រូវបញ្ចប់បួរបស់ពួកគេដោយការបង់ហ្សាក្ត់ហ្សវិត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សទោះ។ ខចកច្ចយហ្សាកាត់នោះ ពីចំណីអាហរដែលប្រសរេនីមួយៗ ច្ចត់ទុក្ជាគេបៀង ខចក្ជូនដល់ពួកអ្នកទីទ័លក្រ និងពួកអ្នកែវោះខ្លត។ បុណយរយា៉ារី២េ បុណយរយា៉ាអាត់ហ (រយា៉ាហជី) គេឱយសឈាមោះដូចនោះ សទ្ពោះជាថ្ងៃដែលពួកអ្នកមូស្លីមនំលានសក្ការៈបូជាចំពោះអល់ឡោះជា ម្ចាស់ដោយការេំសោះេតវប្រតិបត្តិម្មមនិយមរបស់អ៊ីប្រាហ៊ីម។ នៅសពលដែលោត់យល់េបតិឃើញអល់ឡោះសប្រីឱយេំសោះកូនរបស់ោត់អ៊ីស្លមខអ្ល ហើយការយល់េបតិរបស់ពួកព្យាការីជាការពិត។ នៅ សពលដែលអ៊ីប្រាហ៊ីមសបតជាញចិត្តេំសោះកូនរបស់ោត់អនុវត្តាមការ បគាប់របស់អល់ឡោះជាម្ចាស់ ទ្រង់បានទ្ជាបពីចិត្តសស្លមោះត្រង់របស់ោត់ ទ្រង់បានជំនួដោយេតវពខពដ៏ំមួយកាលចុះពីលើមេឃ ទ្រង់ សប្រីឱយេំសោះវាជំនួកូនរបស់ោត់ (េ ូសរ៉ោះ ស្លហ្សវហវត ១៩-១០១)។ ពួកអ្នកមូស្លីមបានរក្សាមមនិយមនោះដោយការអនុវត្តាមបិរបស់ ពួកគេអ៊ីប្រាហ៊ីម ពួកគេនំលានេំសោះេតវធ្វើពិឃាតបូជា ហើយស្លច់ របស់វាខចក្ជូនដល់ពួកអ្នកទីទ័លក្រ និងែវោះខ្លត។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វិហររបស់ព្យាការីមូហាំម៉ាត់ៈ វិហរដំបូងបងអស់ដែលគេកសាងសីងក្នុងឥស្លាម កសាងដោយ អ្នកនាំសារមូហាំម៉ាត់ជាមួយនឹងពួកអ្នកោំទ្ររបស់ោត់ែណៈដែលោត់បាននៅល់រីទ្កុងម្គ៉ាឌីណោះ។ គេកសាងត្រង់ក្ខនាងដែលេតវអូឋ របស់ោត់បានសទ្ទមចុះដោយការបគាប់ពីអល់ឡោះជាម្ចាស់។ នៅ សពលោត់នៅល់ម្គឌីណោះ មនុស្សទាំងឡាយចង់កាន់ខែសនំនៅចូល ទោះរបស់ពួកគេសរៀងៗខ្លួន តែអ្នកនាំសារមូហាំម៉ាត់បានប្រាប់ឱយវាដើរ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ដោយខ្លួនឯង ទុកឱយវាសទ្ទមខ្លួនចុះនៅរីណាដែលអល់ឡោះជាម្ចាស់ ទ្រង់បានបគាប់វា។ នៅត្រង់ក្ខនាងនោះទៀត ជាបនទប់សែក្របស់អ្នកនាំ សារមូហាំម៉ាត់ ក៏ជាក្ខនាងដែលគេបញ្ចុះេពរបស់ោត់។ ពីសទ្ពោះពួក អ្នកនាំសារ ឬពួកព្យាការីទាំងអស់ត្រូវគេបញ្ចុះេពនៅត្រង់ក្ខនាងដែល ពួកគាត់បានទទួលមរណភាព។ ចំពោះពួកអ្នកមូស្លីមនៅសពលនៅ ថ្វាយបង្គាំនៅវិហររបស់ោត់ ពួកគេនឹងដើរក្សាត់បនទប់សែក្របស់ោត់េបីឱយស្លឡាមស្លវេមន៍ចំពោះោត់ និងបួងេងេំពីអល់ឡោះ ជូនោត់។ ៩-វិហរ ទបតុលមរក្ឌិ ឬម្គ៉ោជិត អ្រកស វិហរ ទបតុលមរក្ឌិ ឬម្គ៉ោជិត អ្រកសជាតំបន់ដ៏ពិឋ ព្រះជា ម្ចាស់ទ្រង់បានសទ្ជីគទីសរីទាំងពីទ្រង់បានបសងីតេតវលោកជាក្ខនាងសក្ការៈសម្រាប់ពួកអ្នកដែលមានជំនឿលើព្រះតែមួយ។ េជាវិហររី២ ដែលគេកសាងមុនដំបូងបងអស់នៅលើផែនដី។ អំពី អាពូ គេរ និយាយ ថា ែញុំបានេរថា បពិត្រអ្នកនាំសាររបស់អល់ឡោះ តើវិហរណាដែលគេ កសាងលើផែនដីនោះមុនគេបងអស់? ោត់តបវិញថា េវិហរកាអ៍បះហ៍។ ចុះ បន្ទាប់មកតើវិហរណាទៀត? ោត់តបវិញថា េវិហរម្គ៉ោជិតអ្រកស។ ែញុំេរទៀតថា តើរវាងវិហរទាំងពីរមានរយៈសពលប៉ុនមនឆ្នំ? ោត់តប វិញថា រយៈសពល៤០ឆ្នំ សបីអ្នកនៅទន់ថ្វាយបង្គាំ ចូរថ្វាយបង្គាំចុះនៅរី នោះ សទ្ពោះវាជាវិហរ។ េសហ្គេ មូស្លីម នៅសពលដែលអ័ដាំបានកសាងកាអ៍បះហ៍រួច អល់ឡោះជាម្ចាស់ ទ្រង់បានបគាប់ឱយោត់សឆ្ពោះនៅកាន់វិហរទបតុលមរក្ឌិ។ ទ្រង់បគាប់ ឱយោត់កសាងវិហរនោះ ោត់ក៏បានកសាងវិហរនោះ ហើយបានធ្វើការ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សក្ការៈចំពោះអល់ឡោះក្នុងវិហរនោះ។ វិហរនោះជាការកសាងមុនដំបូងបងអស់នៅលើររកែកូឌុះ។ ព្យាការី ូទ ម្គ៉ាន ជាអ្នកកសាងសីងវិញ ហើយពទផងីក្វិហរ នោះ។ អ្នកនាំសារមូហាំម៉ាត់បានមានប្រសាសន៍ថា៖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 ូទ ម្គ៉ាន កូនដាវូត នៅសពលកសាងវិហរ ទបតុលមរក្ឌិរួចោត់ បានបួងេងេំពីអល់ឡោះឱយទ្រង់តល់អំណាចដល់ោត់ទេសដងនឹង អំណាចរបស់ទ្រង់ ហើយក្លាយជាគេតចដែលោមនមនុស្សជំនន់ក្រោយ ណដូចោត់ ហើយបួងេងេំថា អ្នកដែលមកកាន់វិហរនោះោមន បំណងអ្វីសទៅពីថ្វាយបង្គាំនោះ លើកលដងតែគេលុបោងកំហ្សុះរបស់ គេចថ្ងៃដែលខ្លួនគេកើតសចញពីចំពោះម្តាយរបស់គេ។ អ្នកនាំសារបាន មានប្រសាសន៍ថា េំណូមពរទាំងពីរគេបានប្រទនឱយ ហើយែញុំេងឃរម ថា េំណូមពររី៣ក៏គេយល់ទ្ពមខែរ»។ (េសហ្គេ អិពនូ ឃូទេ ម៉ោះ) វិហរនោះជាកិពឡាត់ដំបូងបងអស់ ដែលអ្នកនាំសារមូហាំម៉ាត់ បានថ្វាយបង្គាំសឆ្ពោះនៅវិហរនោះ ហើយពួកអ្នកមូស្លីមក៏សឆ្ពោះនៅកាន់ វិហរនោះមុននឹងគេសប្រីឱយពួកគេបតូរមកវិហរកាអ៍បះហ៍វិញ។ វិហរនោះជា រីដែលអ្នកនាំសារបានសចញែំសណីរនៅកាន់នៅសពលយប់ ហើយរី នោះខែរដែលោត់សីងនៅលើមេឃ។ នៅរីនោះលោកថ្វាយបង្គាំែរក នំពួកពាក្រីទាំងឡាយក្នុងយប់សចញែំសណីរសីងលើមេឃ។ មា៉ាង ទៀត វិហរនោះ ជាវិហរពិឋរីបីបនទប់ពីវិហរពិឋទាំងពីរនៅមរក្សោះ និងម្គ៉ាឌីណោះ អល់ឡោះជាម្ចាស់ទ្រង់បានមានព្រះបន្ទូលថា៖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ﭽﭑ ﭒ ﭓ ﭔ ﭕ ﭖ ﭗ ﭘ ﭙ ﭚ ﭛ ﭜ ﭝ ﭼﭞ اإلسراء: ٣ មានន័យថា៖ «អល់ឡោះទ្រង់បានតំសកីងព្រះអផងាឯង ដែលទ្រង់បាន បគាប់ឱយនំែំសណីរែញុំបសទ្មីរបស់ទ្រង់មូហាំម៉ាត់នៅសពលយប់នៅទាំង រូបកាយ និងវិញាណសចញពីវិហរអាល់ហរ៉ាមនៅកាន់វិហរម្គ៉ោជិតអ្រក ស្លដែលយើងបានប្រទនពរជ័យជុំវិញតំបន់នោះ»។ មិនតែប៉ុសណាណោះ វិហរនោះ ឋិតក្នុងចំសណាមវិហរដែលគេអ្នុ ញ្ជញតិឱយធ្វើែំសណីរនៅដើម្បីថ្វាយបង្គាំនៅរីនោះ មានហរីមួយបាន ឱយដឹងថា ការថ្វាយបង្គាំក្នុងវិហរនោះ លបុណយសកីនសរវជា៥០០ សឡាត។ អ្នកនាំសារបានប្រសាសន៍ថា៖ “ចូរពួកអ្នកកុំធ្វើែំសណីរនៅ លើកលដងតែនៅកាន់វិហរទាំងបី វិហររបស់ែញុំ វិហរអាល់ហរ៉ាម និង វិហរម្គ៉ោជិតអ្រកស»។ េសហ្គេ អាល់ពូសខ្លរីយ៍ ១០- វិហរេរែសរ៉ោះជោ ឬជាផ្កទាំងថ្មួយនៅវិហរ ទបតុលមរក្ឌិ ឋិតនៅចំក្ណាតលរីធារវិហរម្គ៉ោជិតអ្រកស។ ផ្កទាំងថ្មនោះមានកំពេ់ ១៨ខម៉ាទ្ត រររងលើវោះ១៣ម៉ា។ សែមសីយ ផ្កទំថ្មនោះជាកិពឡាត់ ឬ ជារិថ្វាយបង្គាំសម្រាប់ពួកអ្នកនាំសារទនកូននៅអ៊ីស្រាអែល ហើយក៏ ធាប់ជារិថ្វាយបង្គាំសម្រាប់ពួកអ្នកមូស្លីមួយរយៈសពលែនៅសែមេម័យឥស្លាម។ បន្ទាប់មក គេបានលុបសច្ចលដោយជំនួកាអ៍បះហ៍ជា រិថ្វាយបង្គាំវិញ។ អាល់បារ៉ាក ពិន អោបាននិយាយថា៖ ពួកយើង បានថ្វាយបង្គាំជាមួយអ្នកនាំសារមូហាំម៉ាត់សឆ្ពោះនៅរិវិហរ ទបតុល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មរក្ឌិ រយៈសពល១៦ខែ ឬ១៧ខែ បន្ទាប់មកគេសប្រីឱយពួកយើងខបរ សឆ្ពោះនៅកាអ៍បះហ៍វិញ។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ចងកំហរងិងភ័យខ្លាចអំពីឥស្លាម សហតុអ្វី?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បងបអូនប្រិយមិត្តអ្នកអានជារីសមទ្តី ក្រោយសពលអានសៀវភៅ នោះរួចេរេបីបតូរក្សារយល់ែះរបស់អ្នកអំពីឥស្លាម ជាពិគេចំពោះ បងបអូនដែលខេវងយល់អំពីឥស្លាមពីប្រភពដែលោមនសេចក្តីទុក្ចិត្ត។ ឥស្លាមានលក្ខណៈដូចតនៅ៖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ជាសាសនារំសោះមនុស្សឱយមានសេរីភាពផ្នែកសាសនា។ អំពាវ នវនៅរក្ការគោរពសក្ការៈចំពោះព្រះជាម្ចាស់តែមួយេត់។ អំពាវនវឱយគោរពេរធិមនុស្ស អល់ឡោះជាម្ចាស់ទ្រង់បានមាន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ﮗﭽ ﮘ ﮙ ﮚ ﮛ ﮜﮝ ﮞ ﮟ ﮠ ﮡ ﮢ ﮣ ﮤ ﮥ ﮦ ﮧ ﮨ ﮩ ﮪ ﮫ ﮬ ﮭ ﮮ ﮯﮰ ﮱ ﯓ ﯔ ﯕ ﯖ ﯗ ﯘ ﯙﯚ ﭼ النساء: ٦٤ មានន័យថា៖ «ចូរគោរពសក្ការៈចុះចំពោះអល់ឡោះ ស្លតប់ាមបគាប់ ទ្រង់។ ចូរកុំគោរពរួមជាមួយទ្រង់នូវអ្វីមួយ។ ចូរក្តញ្ញូ និងគោរពេរធិ ឪពុកម្តាយ ស្លច់ញាតិ កុមារកំទ្ពា អ្នកទីទ័លក្រ អ្នកជិតខ្លងដែលជាប់ ស្លច់ញាតិ ញាតិជិតខ្លង មិត្តភក្តិរួមែំសណីរ និងមិត្ត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ភ័ក្តិរេ់នៅក្នុងភូមិជាមួយលាន ហើយ្តល់េរធិចំពោះែញុំបសទ្មីទាំងប្រុះ ទាំងទទី។ ពិតប្រាកដ អល់ឡោះជាម្ចាស់ទ្រង់មិនេពវព្រះរ័យចំពោះ មនុស្សសកអងកាអង និងទកអឺតទក្រម»។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ជាសាសនលានតិភាពប្រយុរធប្រឆំងនឹងអំសពីហ្សិងា អំសពីអ្យុត្តិ- ម៌។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ﭽﭹ ﭺ ﭻ ﭼ ﭽ ﭾ ﭿ ﮀ ﮁ ﮂ ﮃ ﮄ ﮅ ﮆ ﮇ ﮈ ﮉﮊ ﮋ ﮌ ﮍ ﮎﮏ ﭼ املمتحنة: ٤ មានន័យថា៖ «អល់ឡោះជាម្ចាស់ទ្រង់មិនហាមឃាត់ពួកអ្នកពីពួកមិន ខមនមូស្លីមដែលមិនបានធ្វើសង្គ្រាមកាប់េំឡាប់ពួកអ្នកក្នុងបញ្ជា សាសនា ហើយពុំបានសែញពួកអ្នកសចញពីភូមិទទុក្របស់ពួកអ្នក ចូរធ្វើ លអចំពោះពួកគេ និងតល់យុត្តិម៌ជូនពួកគេ។ ពិតប្រាកដណាស់ អល់ឡោះ ឡោះទ្រង់េពវព្រះរ័យចំពោះពួកអ្នកដែលប្រកាន់នូវភាពយុត្តិម៌»។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ជាសាសនាឱយតទមានៅលើចំណេះដឹងដូចអល់ឡោះជាម្ចាស់ 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ﯳﭽ ﯴ ﯵ ﯶ ﯷ ﯸ ﯹ ﭼﯺ الزمر: ٦ មានន័យថា៖ «មូហាំម៉ាត់ ចូរប្រសាសន៍ចុះថា តើមីនខែរឬសររវាងពួក អ្នកដែលមានចំណេះដឹងនិងពួកអ្នកដែលអវិជ្ជា»។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ជាសាសនាស្លអតេអំ និងអ្នម័យ អល់ឡោះជាម្ចាស់បានមាន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ﯚﭽ ﯛ ﯜ ﯝ ﯞ ﯟﯠ ﭼ البقرة: ٢٢٢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«ពិតប្រាកដ អល់ឡោះទ្រង់េពវព្រះរ័យចំពោះពួកអ្នក ដែលសារភាពកំហ្សុះ និងេពវព្រះរ័យចំពោះពួកអ្នកដែលស្លអតេអំ»។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ជាសាសនាដែលជំរុញឱយសាសនាក្របស់ខ្លួនបងហាញនូវសស្លភ័ណ ភាពដូចអ្នកនាំសារមូហាំម៉ាត់បានមានប្រសាសន៍ថា៖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اهلل عليه وسلم :” إن اهلل مجيل حيب اجلمال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صحيح مسلم ج1 ص39 رقم احلديث 31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«ពិតប្រាកដ អល់ឡោះទ្រង់ជាព្រះដ៏មហសស្លភ័ណ ទ្រង់េពវព្រះរ័យនឹងសស្លភ័ណភាព»។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ជាសាសនាយុត្តិម៌ កុះល្ម៌ អល់ឡោះជាម្ចាស់ទ្រង់បានមាន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ﭽﭻ ﭼ ﭽ ﭾ ﭿ ﮀ ﮁ ﮂ ﮃ ﮄ ﮅ ﮆ ﮇﮈ ﮉ ﮊ ﮋﮌ ﭼ النحل: ٣٦ មានន័យថា៖ «ពិតប្រាកដ អល់ឡោះបគាប់ឱយប្រកាន់នូវភាពយុត្តិម៌ និងកុះល្ម៌ រប់អានបងបអូនស្លច់ញាតិ ហើយទ្រង់ហាមឃាត់ពីអំសពី អ្បាយមែ អំសពីអាទ្ក់ និងអំសពីជិះជាន់រំសោភបំពាន ទ្រង់រូនមនោ់សតឿនដល់ពួកអ្នកេងឃរមថាពួកអ្នកភាញក់រលរក»។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ជាសាសនាអ្ត់សអាន និងគេទទួល អ្នកនាំសារឥស្លាម 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ﯗﭽ ﯘ ﯙ ﯚ ﯛ ﯜ ﯝ ﭼﯞ البقرة: ١٤٣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“អល់ឡោះជាម្ចាស់ទ្រង់េពវព្រះរ័យឱយពួកអ្នកនូវភាព គេទទួល ទ្រង់មិនេពវព្រះរ័យឱយពួកអ្នកពិបាក្នោះសីយ»។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ជាសាសនាទនក្តីសមាត និងអាណិតទោញ់ អ្នកនាំសារឥស្លាម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اإلسالم : (الرامحون يرمحهم الرمحن ارمحوا من يف األرض يرمحكم من يف السماء) سنن الرتمذي ج 4 ص 929 رقم احلديث 1324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“ពួកអ្នកដែលមានក្តីសមាត ព្រះជាម្ចាស់នឹងសមាតចំពោះ ពួកគេ ចូរសមាតចំពោះអ្នកនៅលើ នោះអ្នកនៅលើមេឃនឹងសមាត ចំពោះពួកអ្នក»។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ជាសាសនាប្រណីសមាត និងសយោយល់ អ្នកនាំសារបានមាន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اهلل عليه وسلم: (إن الرفق ال يكون يف شيء إال زانه وال زع ين من شيء إال شانه) صحيح مسلم ج4 ص2004 رقم احلديث 2934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«ពិតប្រាកដ ភាពប្រណីសមាតដងតែមានសស្លភ័ណភាព ចំពោះអ្វីទេប់យ៉ាង ហើយអ្វីទាំងឡាយដែលែវោះភាពប្រណីសមាតនោះ នឹងត្រូវបាត់បង់សស្លភ័ណភាព»។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ជាសាសនាមានទីល្ម៌ឧតតុងាឧត្តម អ្នកនាំសាររបស់អល់ឡោះ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اهلل عليه وسلم : (بعثت ألمتم صاحل األخالق) املستدرك ى عل الصحيحني ج 2 ص 070 رقم احلديث 4221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«គេបញ្ជូនរូបែញុំមកដើម្បីបំពេញនូវទីល្ម៌ដ៏ប្រទព»។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ជាសាសនោបុរស និងចិត្តបូលំរូយ អ្នកនាំសារបានមាន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صلى اهلل عليه وسلم : (السخي قريب من اهلل قريب من اجلنة يب قر من الناس بعيد من النار والبخيل بعيد من اهلل بعيد من اجلنة بعيد من الناس ب قري من النار وجلاهل سخي أحب إىل اهلل عز وجل من عابد خبيل) سنن الرتمذي ج4 ص942 رقم احلديث 1301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«មនុស្សដែលមានចិត្តេបុរសនៅជិតអល់ឡោះ នៅ ជិតឋានេ៌ នៅខក្បរមនុស្ស ឆៃយពីឋាននរក។ រីឯមនុស្សចិត្ត កំណាញ់វិញ ឆៃយពីអល់ឡោះ ឆៃយពីឋានេ៌ ឆៃយពីមនុស្ស នៅ ជិតឋាននរក អ្នកចិត្តលអជាមនុស្សជារីទោញ់ចំពោះអល់ឡោះជាង មនុស្សដែលគោរពសក្ការៈតដូចិត្តបិះកំណាញ់»។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ជាសាសនាទោញ់នូវសេចក្តីលអសម្រាប់មនុស្សលោករូនៅ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اهلل صلى اهلل عليه وسلم اإلسالم : (أحب الناس إىل اهلل أنف عهم للناس) املعجم الصغري ج 2 ص 100 رقم احلديث 101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«មនុស្សដែលជារីទោញ់ចំពោះអល់ឡោះេអ្នក ដែលមានប្រយោជន៍ជាងគសម្រាប់មនុស្ស»។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ជាសាសនាមានេម្ម៌ពេញលេញចំពោះសង្គមមនុស្សទាំង មូល មនុស្សមានាក់ៗប្រគទីរជាងលានដោយសេចក្តីគោរពកោតខ្លាច ចំពោះអល់ឡោះជាម្ចាស់។ អ្នកនាំសារបានមានប្រសាសន៍ថា៖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يقول رسول اإلسالم : (الناس سواسية كأسنان املشط الفضل لعريب على عج مي إال بالتقوى) មានន័យថា៖ «មនុស្សទាំងឡាយមានភាពគេមីនដូចស្មញទ្កោតេក់ ជ្នជាតិអារ៉ាប់មិនប្រគទីរជាងជ្នជាតិទរ លើកលដងតែដោយ សេចក្តីគោរពកោតខ្លាច»។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ជាសាសនាយុត្តិម៌ោច់ខ្លតបួមទាំងចំពោះេត្រូវផងខែរ។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ﮱﭽ ﯓ ﯔ ﯕ ﯖ ﯗ ﯘﯙ ﯚ ﯛ ﯜ ﭼﯝ المائدة: ٨ មានន័យថា៖ «ចូរកុំសទ្ពោះតែកំហ្សរងរបស់ មនុស្សមួយទ្កុមធ្វើឱយពួកអ្នក ប្រព្រឹត្តអយុត្តិធម៌ ចូរប្រកាន់នូវភាពយុត្តិម៌ឱយគេមីន សទោះចំពោះេត្រូវឬមិត្ត សទ្ពោះវែតជិតនៅរក្ភាពកោតខ្លាចំពោះអល់ឡោះ»។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ជាសាសនាដែលមានសេរីភាពខ្លងជំនឿ។ អល់ឡោះជាម្ចាស់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ﯿﭽ ﰀ ﰁ ﭼﰂ البقرة: ٢٥٦ មានន័យថា៖ «គ្មានការបងខិតបងខំក្នុងសាសនាឥស្លាម»។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ជាសាសនាមានស្លមោភាពលើអំសពីលអ។ អល់ឡោះជាម្ចាស់បាន 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ﯭﭽ ﯮ ﯯ ﯰﯱ ﯲ ﯳ ﯴ ﯵ ﭼﯶ المائدة: 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«ចូរស្លមលានលើសេចក្តីក្តញ្ញូ និងសេចក្តីកោតខ្លាច ហើយចូរកុំស្លមលានលើអំសពីបាប និងការចងេត្រូវឱយសស្លោះ»។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ជាសាសនោទម្គប់មនុស្សរូនៅំនៅនៅកាន់ពិភពលោក ទាំងមូល ពុំចំពោះតែជាតិសាសនា៍ណាមួយសីយ។ អល់ឡោះ 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ﭽﮥ ﮦ ﮧ ﮨ ﮩ ﮪ ﮫ ﮬ ﮭ ﮮ ﮯ ﮰﮱ ﭼ سبأ: ٨٦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«យើងពុំបានបញ្ជូនអ្នកមក លើកលដងតែទម្គប់ មនុស្សរូនៅ ជាអ្នកនាំែំណរងលអ និងោ់សតឿន។ ក៏ប៉ុខនតមនុស្សភោ ច្រើនមិនដឹងពីការពិត»។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ជាសាសនាលុបោងនូវអំសពីបាប និងកំហ្សុះឆាងទាំងឡាយ។ អល់ឡោះជាម្ចាស់បានមានព្រះបន្ទូលថា៖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ﮤﭽ ﮥ ﮦ ﮧ ﮨ ﮩ ﮪ ﮫ ﮬ ﮭ ﮮﮯ ﮰ 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ﯓ ﯔ ﯕﯖ ﯗ ﯘ ﯙ ﯚﯛ ﭼ الزمر: ٥٥ មានន័យថា៖ «មូហាំម៉ាត់ចូរប្រាប់ពួកែញុំមសប្រីរបស់យើងដែលទ្ជុលខ្លួន ប្រព្រឹត្តអំសពីបាបថា ចូរពួកអ្នកកុំទន់អស់េងឃរមចំពោះក្តីសមាតរបស់ អល់ឡោះ ពិតប្រាកដ អល់ឡោះទ្រង់លើកខលងនូវរល់អំសពីបាបាំង ឡាយ។ ពិតប្រាកដ ទ្រង់មហអ្ភ័យ មហសមាត»។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បងបអូនប្រិយមិត្តអ្នកអានទាំងឡាយជារីទោញ់ តើអ្នកមិន យល់ទ្ពមជាមួយែញុំសរថា នោះជាគោលការណ៍សាសនា និងអ្វីដែល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សាសនានោះអំពាវនវ។ េរណាស់យើងប្រតិបត្តិម និងទ្តួទាយូវដើម្បីសព្វាយ ហើយយ៉ាងសហចណាស់ក៏យើងមិនត្រូវចងកំហ្សរង និងមិនត្រូវររំងមនុស្សចំពោះការក្សាន់ាមសាសនានោះសីយ។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សហតុអ្វីបាន ជាអែក្ចំបាច់គតូវក្លាយជាមូស្លីម យកចិត្តទុក្ដាក់ រងឥស្លាម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ពីសទ្ពោះឥស្លាមជាសាសនាចុងក្រោយបងអស់ដែលគេបញ្ចុះមកពី លើមេឃ។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ពីសទ្ពោះឥស្លាមានជំនឿចំពោះសារទាំងឡាយដែលមកពីលើ មេឃនៅម័យមុន ហើយគេច្ចត់ទុកឥស្លាមជាសាសនាបនត ពីសារមុនៗ។ ដូចជាពួកជិហ្សវមិនទទួលស្គាល់យេស៊ូ ូ ហើយពួក ទេតសាសនាក្មិនទទួលស្គាល់ព្យាការីមូហាំម៉ាត់។ ក៏ប៉ុខនតពួកអ្នក មូស្លីមទទួលស្គាល់ព្យាការីមូសា និងអ៊ីសា។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ពីសទ្ពោះឥស្លាមធ្វើឱយមនុស្សមានចំណងទក់រងជាមួយនឹងព្រះ ជាម្ចាស់របស់គេចំពោះទេប់កិចាការ និងស្លានភាពទាំងអស់។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ពីសទ្ពោះសាសនាឥស្លាមពុំមានការខក្ខប្រ ឬផ្កោ់បតូរ។ ែះពី សាសនែទរដែលត្រូវគេខក្ខប្រ និងផ្កោ់បតូរ។ លោកទម៉ាសឃីល ហត បាននិយាយក្នុងសៀវភៅវីរជ្នទាំង១០០នាក់របស់លោក ថា ពុំមានក្នុងប្រវត្តិសាស្ត្រសារគម្ពីរសាសនាដែលរក្សោំសណរ របស់វាពេញលេញដោយគ្មានការខក្ខប្រ លើកលដងតែមពីរ អាល់គួរអាន ដែលនំមកដោយមូហាំម៉ាត់។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 ពីសទ្ពោះឥស្លាមជាសាសនាពេញលេញដែលទេបែណតប់លើវិ័ យសាសនា និងលោកីយ៍ជាមួយលាន។ មិនធ្វើេប្រខហ្គេចំពោះអ្វី មួយតូចាចក្នុងជីវិតអ្នកមូស្លីម។ يقول عبد الرمحن بن زيد رضي اهلل عنه : قيل : لسلمان : قد علمكم نبي كم كل شيء حىت اخلراءة ، قال سلمان : أجل “ هنانا أن نستقبل القبلة لغائط أو بول ، أو أن نستنجي باليمني ، أو أن نستنجي بأقل من ثالثة أحجار ، أو أن نستنجي ب رجيع أو بعظم “ صحيح مسلم ج 1 ص 229 رقم احلديث 202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“អាប់ឌុសរ៉ោះម្គ៉ាន ពិន សហ្សសត បាននិយាយនៅកាន់ស្លល់ ម្គ៉ានថា៖ ពិតប្រាកដ ព្យាការីរបស់ពួកអ្នកបានបសទផងៀនអ្នកនូវអ្វីទេប់ យ៉ាងេមបីតែសរឿងបញ្ជាបត់សជីងក៏ោត់មិនសច្ចលខែរ។ ស្លល់ម្គ៉ានបាន តបវិញថា ពិតខមនហើយ។ ោត់ឃាត់យើងពីការខបរមែនៅកិប ័ត នៅសពលបត់សជីងតូច ឬបត់សជីងំ ឬហាមិនឱយជូតេម្គអតការ បត់សជីងរបស់យើងនឹងទែ ស្លតំឬជូតេម្គអតតិចជាងបែំថ្ម ឬជូតេម្គអត ដោយែំោមកេត ឬឆអរង»។ រេសនវិរូ អា ហាមិលតុន បាន 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ប្រសិនបើមនុស្សខេវងរក្ការពិតនោះ គេនឹងដឹងថា សាសនាឥស្លាមជែំសណោះស្រាយតែមួយេត់សម្រាប់បញ្ជាទាំងឡាយ របស់មនុស្សជាតិ។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 ពីសទ្ពោះឥស្លាមជាសាសនាដែលជួយបំពេញនូវតទ្មូវការរបស់ មនុស្សទាំងខ្នកូវចិត្ត និងូវកាយឱយមានតុលយភាពដ៏អស្ចារ្យ បែគេចំពោះភាពលំសអៀងនៅម្គខងណាមួយ។ ឥស្លាមអាច សរៀបចំជីវិតមនុស្សឱយមានតុលយភាពដ៏អស្ចារ្យ។ ព្រះអផងាម្ចាស់ឆ្លិបាននិយាយថា៖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 ឥស្លាមអាចបសទផងៀនយើងពី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រសបៀបរេ់នៅ និងមានេមនីយកមមនឹងលានក្នុងពិភពលោក ដែលទេតសាសនាបានបាត់បង់។ ឥស្លាមបែគេចំពោះការ ខបងខចក្រវាងមនុស្សនិងមមជាតិ សាសនានិងចំណេះដឹង បញ្ជញ និងរូបធាតុ។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 ពីសទ្ពោះឥស្លាមជាសាសនាដែលមិន្ទុយនឹងបញ្ជញនិងឧបនិស័យ ដែលទ្តបមត្រូវ។ លោកតូលេតូយបាននិយាយថា៖ ចាប់ោរីអាត់ ឥស្លាមនឹងែរក្នំពិភពលោក ដោយសារចាប់នោះទេបជាមួយ នឹងបញ្ជញនិងេតិបណឌិត។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 ពីសទ្ពោះឥស្លាមគេបញ្ជូនមកកាន់មនុស្សទាំងមូលសម្រាប់ទេប់ ទេទប់ទាំងអស់ នៅទេប់ជំនន់ និងទេប់េម័យកាល ទុយពី សាសនាមុនៗដែលគេបញ្ជូនមកសម្រាប់តែប្រជាជាតិ និងេម័យ កាលមួយមានកំណត់ដូចជា សាសនាជិហ្សវ មិនកាយនៅជិហ្សវ លើកលដងតែមានសែមកំសណីតជាសាសនា៍ជិហ្សវ។ ចំពោះទេត សាសនាវិញព្យាការីអ៊ីស្លលោកបានមានប្រសាសន៍ថា៖ «គេមិន បញ្ជូនែញុំមក លើកលដងតែទម្គប់មនុស្សមួយទ្កុមដែលវសងវងទន ពួកូននៅអ៊ីស្រាអែលតែប៉ុសណាណោះ»។ អំណោះអំណាងដែលបញ្ជជក់ពីក្លភាវូបនីយកមមទន សាសនាឥស្លាមេឥស្លាមជាសាសនោទម្គប់មនុស្សរូនៅដោយមិនេតពីជាតិសាសនា៍ ភាស្លេម័យកាល រហូតដល់ថ្ងៃបរលោក។ ពិត ប្រាកដ អ្នកនាំសារមូហាំម៉ាត់នៅសពលដែលព្រះបន្ទូលចុះពីលើមេឃ មកចំពោះោត់ដំបូងបងអស់េៈ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ﭽﮬ ﮭ ﮮ ﮯ ﮰ ﮱ ﯓ ﯔ ﯕ ﯖ ﯗ ﯘﭼ المدثر: ١-٤ មានន័យថា៖ «ឱអ្នកដែលកំពុងសែកែណតប់ួយ។ ចូរសទ្កាក្សីង រួច នៅ់សតឿនមនុស្សឱយប្រុងប្រយ័តនពីទរុណក្មមរបស់អល់ឡោះ។ ចូរតសមីងចំពោះព្រះជាម្ចាស់របស់អ្នកដោយការគោរពសក្ការៈចំពោះ ទ្រង់»។ េ ូសរ៉ោះនោះជដំណាក់កាលផ្កោ់បតូរពីការអំពាវនវដោយដាក់ បទាំងនៅសបីក្ចំហ្ស។ ោត់បានច្ចប់អនុវត្តតការអំពាវនវសាសនា៍របស់ោត់ឱយមកកាន់សាសនារបស់អល់ឡោះ ហើយបញ្ជជក់ពីភាពមោឃៈ ទនអ្វីដែលពួកគេកំពុងកាន់ដូចជាការគោរពរូបែម្គ។ ោត់បានអំពាវ នវឱយពួគេគោរពសក្ការៈចំពោះអល់ឡោះតែមួយោត់ ហើយសបោះបង់ ព្រះស្សងៗសទៅពីទ្រង់ដែលពួកគេនៅគោរពបូជា។ ោត់ត្រូវបានទទួល រងការប្រម្គថេំរមកំខហ្សងពីពួកគេ។ បន្ទាប់មកោត់បានស្ញីសារ លិតជូនដល់អាណាចទក្ទាំងឡាយដែលនៅជុំវិញ បញ្ជូនសារដើម្បី អំពាវនវពួកគេឱយចូលសាសនាឥស្លាម។ ក្នុងចំសណាមគេតចអាណា ចទ្កដ៏ំបុំតដែលោត់បានស្ញីសារលិតនៅកាន់នេម័យកាលនោះ មានែជា អាណាចទក្រ៉ូម ខពក ហបោសោះ។ ប្រសិនបើការអំពានវ របស់ោត់ពុំមានលក្ខណៈជោក្លសរនោះ សមោះោត់មិនអនុវត្តតនូវកិចា ការទាំងនោះសីយ។ ពីសទ្ពោះោត់ដឹងចោ់ថាការគរនោះនឹងធ្វើឱយ កើតមានចលនតេ ូប្រឆំង និងការប្រឈមពីខ្លងសទៅជាមួយនឹង អាណាចទក្ទាំងនោះដែលមានកផងរ័ព និងេពាវវុខ្លាំងជាង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មា៉ាងវិញទៀតស្លានភាពខ្លងក្នុងក៏ពុំទន់មានគោរភាពនៅ សីយសរ។ ចុះហេតុអ្វីបានជោត់ហ នប្រឈមនឹងសទោះថានាក់ ហើយ ធ្វើកិចាការទាំងនោះ? ក៏ប៉ុខនត សារនិងការតដងទាំងព្យាការី ជាកាត ចាំបាច់ត្រូវ្សព្វាយឥស្លាមនៅកាន់មនុស្សលោកទាំងមូល។ ចូរស្លតប់ប្រសាសន៍របស់ោត់យ៉ាងមុតម្គំ និងមានរំនុក្ចិត្តថា៖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اهلل صلى اهلل عليه وسلم : (ليبلغن هذا األمر ما بلغ الليل و النهار وال يرتك اهلل بيت مدر وال وبر االأدخله اهلل هذا الدين بعز عزيز أو بذل ذليل عزا عز ي اهلل به اإلسالم وذال يذل اهلل به الكفر) مسند اإلمام أمحد ج 4 ص 109 رقم احلديث 10331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«កិចាការនោះ (ការអ្ពាវនវឥស្លាម)នឹងនៅល់រីណា ដែលមានយប់និងថ្ងៃ អល់ឡោះមិនទុក្សច្ចល្ទោះនៅរីទ្កុង និងនៅមរីជ្នបរ លើកលដងតែទ្រង់ឱយសាសនានោះចូលនៅល់ជាឥេសរ ភាពរបស់ឥេសរជ្ន ឬជាភាពអ្បបយេរបស់ជ្នសថាក្ទប។ ជាឥេសរ ភាពដែលអល់ឡោះតសមីងដោយឥស្លាម ហើយជាភាពអ្បបយេដែលអ ល់ឡោះទ្រង់ធ្វើឱយអាប់សអានដោយភាពោមនជំនឿ»។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 បងបអូនអ្នកអានជារីសមទ្តី ពិតប្រាកដ ចាប់ោរីអាត់ឥស្លាម ជាសារដែលបញ្ចុះពីលើមេឃមកដោយពេញលេញ ជាមមនុញ្ញសម្រាប់ជីវិតដ៏មានេភបងាលទាំងក្នុងលោកីយ៍ និងជីវិតអ្មតៈនៅថ្ងៃ បរលោក។ សបីសទោះជាអ្នកបានឃើញអ្នកមូស្លីមែះមានចរិតប្រោចាកែះឆាងែវោះទីល្ម៌ ចូរទ្ជាបចុះថា ឥស្លាមស្លអតេអំពីចរិតែះឆាង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143 ---</w:t>
      </w:r>
    </w:p>
    <w:p>
      <w:pPr>
        <w:spacing w:line="324" w:lineRule="auto" w:after="120" w:before="0"/>
        <w:jc w:val="left"/>
      </w:pPr>
      <w:r>
        <w:t>ទាំងនោះ។ មូលសហ្សតុមកពីភាពអវិជ្ជាមិនយល់ពីភារកិចាសាសនា ឬ មានជំនឿសែយ ដែលនំឱយពួកគេធ្វើខបបនោះ។ គេពុំត្រូវវិនិចឆ័យនៅ លើឥស្លាមាមរយៈការវិនិចឆ័យនៅលើសាសនាកឥស្លាមួយចំនួន។ ការសបោះពុមពាយដ៏តូចេតួចគស្តីងនោះ ជលានារោះនៃការច្ចប់ស្តីមេកា ស្រាវជ្រាវអំពីធាតុពិតដែលត្រូវប្រកាន់យក៖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ជម្រះសមអាតឱយអស់នូវរំសនីចិត្តបុះលនិយម និងសាសនា និយម។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មានបំណងពិតប្រាកដដើម្បីរកឱយឃើញ និងយល់ដឹងពីការពិត ពុំខមនាមប្រម្គញ់ច្ចប់កំហ្សុះ និងាមោមរក្ចំណុចអវិជ្ជមាន នោះសីយ។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មានឯក្រជ្យភាពក្នុងការេត កុំឱយការវិនិចឆ័យរបស់អ្នកលើអ្វីមួយ ទាប់ាមការវិនិចឆ័យរបស់អ្នកែទរ។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144 ---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145 ---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កូនសោឥស្លាម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