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ប្រៀបធៀបសាសនា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សេចក្តីស្រឡាញ់ដ៏អស្ចារ្យរបស់ខ្ញុំចំពោះលោកយេស៊ូនាំខ្ញុំមកកាន់សាសនាអ៊ីស្លាម</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My Great Love for Jesus Led Me to Islam</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ប្រៀបធៀបសាសនា</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168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និពនធដោយ៖ សាយមិន អាល់ដ្រេដូ ខារ៉ាបាឡូ ប្រែសម្រួលដោយ៖ វ៉ាន វ៉ាន់ឌី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អារម្ភកថាអ្នកបកប្រែ ..................................................................................... 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អំពីខ្ញុំ .......................................................................................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ែទពិដសាធន៍របស់ខ្ញុំនៅសហរដ្ឋអាមេរិក ....................................................... 10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គម្ពីរែរិសញទធ .............................................................................................. 15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សញរកឹត្យភាពនៃព្រះគម្ពីរគួរអាន .................................................................... 29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ដំដើរជីវិត និងព័នធកិច្ចរបស់លោកយេស៊ូ ..................................................... 37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 ...................................................................................... 47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ដោលជំនឿននសាសនាអ៊ីស្លាម និងសាសនារគិសត .......................................... 70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ព្រះនរតឯក ............................................................................................ 72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ភាពជាព្រះរបស់លោកយេស៊ូ .................................................................... 77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ភាពជាបុត្ររបស់ព្រះ ............................................................................... 84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បែពីកំដើត ....................................................................................... 85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សាសនាអ៊ីស្លាមគឺជាសាសនាឯកទេពនិយមរបស់បណ្តាព្យាការីទំងឡាយ ........ 98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ជំហនចញងក្រោយរបស់ខ្ញុំមកកាន់សាសនាអ៊ីស្លាម ......................................... 105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ឥទធិពលននសាសនាអ៊ីស្លាមមកដលើជីវិតខ្ញុំ ..................................................... 111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ការផ្លាស់ប្រែជំនឿរបស់ខ្ញុំបានជះឥទធិពលដល់អ្នកដនទទៀត ............................ 118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សាសនាដែលអាចឈរដជើងបានដោយប្រើការែងខិតែងខំ .................................. 123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លិខិត្ចំរជូនដល់សដមដចបា៉ែ និងដមដឹកនាំពិភពលោក ................................. 133</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អារម្ភបទអ្នកបកប្រប ក្នុងព្រះនាមានៃព្រះអល់ឡោះ ទ្រង់ដ៏សប្បុរស ដ៏មេត្តាករុណា។ សូមភាពសុខសាន្តកើតមានដល់លោកអ្នកអានទាំងអស់គ្នា! ៣៣២ថ្ងៃកន្លងទៅ ខ្ញុំបានបញ្ចប់ការបកប្រែសៀវភៅយ៉ាងពិសេសនេះបានជោគជ័យដោយព្រះគុណនៃព្រះ។ ដោយសង្កេតឃើញថា សៀវភៅសម្រាប់សិក្សាបែប្រៀបធៀបសាសនាមានការខ្វះខាត យ៉ាងនេះហើយខ្ញុំក៏ប្រឹងប្រែងក្នុងការបកប្រែដោយជួបប្រទះនឹងការពិបាកច្រើន ត្បិតមានពាក្យបច្ចេកទេសប្រើក្នុងទេវវិទ្យាជាច្រើនដែលមិនទាន់មានការបកប្រែជូវការជាដខមរៈភាសានៅឡើយ។ មា៉ាងវិញ ទៀតក្នុងខាមសារននសៀវភៅនេះ ប្រើរបាស់ពាកយដពចន៍សរមួលជាពិសេសសម្រាប់ ទាំងអស់លោកអ្នកជារគិសតែរិស័ទ ដោយសងឃឹមទាំងអស់លោកអ្នកនឹងទទួលបានការចងអញលែង្ហាញពីព្រះដ៏ពិត។ អត្ថបដៃកស្រង់ដចញពីគម្ពីរែរិសញទធ អាចនឹងខញសគ្នែនតិចែនតួចពី អត្ថបទគម្ពីរដែលលោកអ្នកប្រើជារែចំ ដោយយើងខ្ញុំដរជើសដរើសយកការបកប្រែដែល ត្រឹមត្រូវែំញត្មកប្រើ។ រីឯដ មះតួអផងគ និងព្យាការី ខ្ញុំប្រើត្តមគម្ពីរែរិសញទធជាភាសាប្ខមរ ដើម្បីងាយរសួលសមគល់ តែក៏ជាការបែកមួយសម្រាប់អ្នកមូស្លីមដែរ។ ខ្ញុំសូមអ្ភ័យ ទេសចំពោះខាមសារ ឬការប្រើរបាស់ពាកយដពចន៍មិនសមរមយរតផង់ណាដោយ អ្ដចត្នា។ សូមទាំងអស់លោកអ្នកអានទទួលយកការដោរពរែ់អាន និងសេចក្តី ស្រឡាញ់អំពីខ្ញុំ។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ខ្ញុំសូមែងសួងឱ្យសៀវភៅនេះបានជារែដយជន៍ពរងឹងដល់អ្នកមានជំនឿ និងែំភាដល់អ្នកោមានជំនឿ បានជាអ្បផងេងត្នៅ! អាមីន!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ពីខ្ញុំ វ៉ាន វ៉ាន់ឌី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ចំណងជើង៖ សេចក្តីស្រឡាញ់ដ៏អស្ចារ្យរបស់ខ្ញុំចំពោះលោកយេស៊ូនាំខ្ញុំមកកាន់សាសនាអ៊ីស្លាម និពនធដោយ៖ លោក សាយមិន អាល់ដ្រេដូ ខារ៉ាបាឡូ ប្រែសម្រួលដោយ៖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អាចារ្យ វ៉ាន វ៉ាន់ឌី អ្នករតួត្ពិនិត្យ៖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លោកគ្រូ ឧស្មាន ពិន មូហាំម៉ាត់ លោកគ្រូ អាប់ឌុលឡោះ ពិន សាហៀះ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កញ្ញា លី គឹមឡាង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កញ្ញា វិរៈ សិរីមុនីនាថ ផលិតឆ្នាំ៖ ២០២១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_______________________________</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កំណត់សម្គាល់ អក្សរទ្រេត ប្រើសមគល់ថាជាអត្ថបដៃកស្រង់។ អក្សរដិត ប្រើសមគល់ដ មះមនុស្ស, ទីកន្លែង, ពិធីបុណ្យ, ដ មះគម្ពីរ និងពាកយគ្នាះ។ សញ្ញាវង់រកចក () ក្រោយអក្សរទ្រេត ប្រើសម្រាប់ែញ្ញាក់រែភពដយងអត្ថបទ។ សញ្ញាវង់រកចក () ក្នុងអត្ថបទធមមត្ត ប្រើសម្រាប់ែប្នថមាន័យ, ែញ្ញាក់ន័យ, ែំដពញន័យ។ សម្រាប់រែភពដយងគម្ពីរែរិសញទធ ក្នុងវង់រកចក()ដំែងគេគឺដ មះ ក គម្ពីរែនែ់មកដលខជំពូកែនែ់មកដលខខ។ ឧ.(លូកា ៥:១) មានន័យថា អត្ថបដៃកស្រង់ដចញពីក គម្ពីរលូកា ជំពូកទី៥ ខទី១។ សម្រាប់រែភពដយងព្រះគម្ពីរគួរអាន ក្នុងវង់រកចក()ដំែងគេគឺពាកយថា គួរអានែនែ់មកដលខជំពូកែនែ់មកដលខវកយខ ឌ។ ឧ.(គួរអាន ៥:១) មានន័យថា អត្ថបដៃកស្រង់ដចញពីព្រះគម្ពីរគួរអាន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ជំពូកទី៥ វកយខ ឌទី១។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សេចក្ដីស្ដើម អំពីខ្ញុំ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នាមជាអ្នកកាន់សាសនាកាតូលិកម្នាក់ ខ្ញុំត្រូវបានគេដឹកនាំឱ្យដជឿថា មានតែសាសនាកាតូលិកមួយប៉ុណ្ណោះ ដែលជាសាសនាត្រឹមត្រូវពិត របាកដ រីឯសាសនាយូគ្រាន់តែជាសាសនាមួយ ដែលដរតៀមមញនការ មកដល់របស់សាសនារគិសត ចំប កឯសាសនាដ្សងពីនេះ សញទធតែជា សាសនាខញសឆ្គងទាំងអស់អស់។ មែនប្ទននៅ ខ្ញុំទើបតែបានឮពីសាសនាអ៊ីស្លាមជាលើក ដំែងនៅក្នុងឆ្នាំ១៩៧៨។ កាលនោះខ្ញុំបានដឹងថាអ្នកកាន់សាសនាអ៊ីស្លាមដជឿដលើព្រះ ដែលមានរែភពដចញពីសាសនារគិសត និងសាសនាយូ។ ព្រះគម្ពីរគួរអានប្រាប់ ថា ព្រះអល់ឡោះ បានែញូនព្យាការីនៅកាន់រល់ប្ដនដីទាំងអស់អស់ ក្នុងបំណងចងអញលែង្ហាញមនុស្សលោកនៅកាន់មោ៌ាននសេចក្តីពិត និងសេចក្តីសញចរិត។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ដោយមានដោលបំណងោ់ឆាក់សេចក្តែដរងៀនរបស់សាសនាគ្រិស្ត ឱ្យ កាន់តែក្រៅក្នុងចិត្តគំនិតរបស់ខ្ញុំ ព្រះវិហរក្សាតូលិកបានដរៀចំកមមវិធែំពាក់ែំែ៉ានត្តំង ពីនៅកុមារ ដែលជាវ័យងាយនឹងចាប់បាន។ កមមវិធីនេះជះឥទធិពលដលើជំនឿ និង ឥរិយែងរបស់មនុស្សទាំងអស់មួយជីវិតតែមដង។ ក្នុងកមមវិធីនេះតួអផងគសំខាន់ជាងគេដលើ លោកយេស៊ូ ហើយភាគច្រើននិយាយពីរពឹត្តិការ ៍ជញំវិញការរែសូត, ការសែ់ និង ការបស់ឡើងវិញរបស់លោក។ ចាប់ត្តំងពីការប្រសូតរបស់លោក ដែលគេសនមត្ថា ក្នុង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លោកប្រសូតក្នុងខែធ្នូនោះ រហូតដល់ការ ៍ដែលលោកត្រូវបានគេចងឆ្កាងនៅថ្ងៃបុណ្យអ៊ីស្ទើរ (Easter)1។ ពិធីបុណ្យសាសនាទំងនេះ ត្រូវបានមនុស្សលោកចេះតែធ្វើបន្តគ្នា ទាំងអស់ជាច្រើនសតវត្សរ៍ ក្រោយពេលលោកយេស៊ូបានចាកចេញនៅ តែមិនមែនជាការបង្គាប់ពីព្រះឡើយ។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បើយោងតាមប្រពៃណីរបស់ជនជាតិដវដ រសញយដអ្ឡា នៅពេលរំលងអធ្រាត្រនៃថ្ងៃ ទី២៤ខែធ្នូ ខ្ញុំធ្លាប់ទន្ទឹងរង់ចាំការមកដល់របស់លោកយេស៊ូ យកកាដូមកឱ្យខ្ញុំដែលកា ដូនោះជាអ្វីដែលខ្ញុំបានប៉ងប្រាថ្នាប្រចាំឆ្នាំ។ ដោយខ្ញុំរស់នៅគ្រួសារដែលមានជីវភាព ក្រីក្រ ហើយមានបងប្អូនច្រើនផងនោះ ខ្ញុំអាចយល់បានថា វជារឿងពិបាកណាស់ សម្រាប់លោកយេស៊ូកុមារ អាចយកកាដូដូចអ្វីដែលខ្ញុំប៉ងប្រាថ្នាមកឱ្យខ្ញុំបាន។ ប៉ុន្តែខ្ញុំ ក៏តែងតែនឹកឆ្ងល់មិនទាំងអស់ចិត្តថា ប្រសិនបើលោកយេស៊ូពិតជាអាចធ្វើការ ៍អ្សាចរយ បានជាច្រើន ដូចដែលខ្ញុំបានរៀនពីដូនជី និងបូជាចារ្យពិតមែននោះ តើវាពិបាកណាស់ នៅឬ គ្រាន់តែដល់កាដូជាកូនកង់មួយមកឱ្យខ្ញុំ? តើការសម្រេចបំណងរបាថានរបស់ខ្ញុំ វមិនងាយជាងការរបស់មនុស្សស្លាប់ឱ្យរស់ឡើងវិញទេមែនទេ? ហេតុនេះហើយ ទាំងអស់ រយៈពេលជាច្រើនឆ្នាំដែលជំនឿទាក់ទងនឹងលោកយេស៊ូកុមារ ធ្វើឱ្យខ្ញុំខកចិត្តរហូត។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នៅពេលពិធីបុណ្យព្រះយេស៊ូមានព្រះជន្មឡើងវិញកាន់តែខិតជិតនឹងមកដល់ ខ្ញុំ តែងតែមើលរឿងក្នុងទូរទសសន៍ដែលគេនិយាយពីការ ៍ដែលលោកយេស៊ូត្រូវបានគេ ធ្វើបាប រហូតដល់ពេលលោកត្រូវបានពយួរនៅលើឈើឆ្កាង។ កាលនោះខ្ញុំពិតជាចង់ ចូលនៅក្នុងទូរទសសន៍ដើម្បីជួយ សង្គ្រោះលោកយេស៊ូ ទោះដឹងថាបើចូលបានមែនក៏ មិនដឹងថាត្រូវជួយ លោកដោយវិធីណានោះទេ។ ខ្ញុំខំទូលអង្វរដល់ព្រះឱ្យជួយ លោក ង ហើយអផងេរទ្រង់ថា ធ្វើយ៉ាងណាក៏ដោយកុំឱ្យបុត្ររបស់ទ្រង់ត្រូវគេចងឆ្កាង។ 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បុណ្យអ៊ីស្ទើរ (Easter) (Easter day) ជាបុណ្យដែលរគិសតែរិស័ទរបារពធរំឭកដល់ថ្ងៃលោកយេស៊ូរស់ឡើង វិញ(ត្តមជំនឿរបស់គេ)។ បុណ្យនេះរបារពធមួយឆ្នាំមដងនៅដរៀងរល់ថ្ងៃអាទិត្យដើមានិទ រដូវននឆ្នាំ នីមួយៗ។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ែំញត ខ្ញុំត្រូវពួនហើយយំម្នាក់ឯងពីដរពាះគេប្តផងែដរងៀនខ្ញុំថា ជាមនុស្សប្រុសមិនត្រូវ យំទេ។ ខ្ញុំគិត្មិនយល់សោះថា ហេតុអ្វីមនុស្សដែលលអយ៉ាងនេះត្រូវមកជួនឹងដៃងើដ៏ ដោរនៅមានមេត្តាយ៉ាងនេះនៅវិញ។ កាលនោះខ្ញុំនៅជាកុមារ ហេតុការ ៍នេះ បាន ធ្វើឱ្យខ្ញុំមានកដីស្រឡាញ់យ៉ាងខ្លាំងចំពោះព្យាការីព្រះរូនេះ។ សម្រាប់កុមារដនទទៀត វិញ ប្រហែលជាកាដូជារបស់លែងនៅថ្ងៃ ូអែល ឬការសម្រេចបំណងណាមួយរបស់ ពួកគេ បានបណ្តែលចិត្តឱ្យពួកគេមានការស្រឡាញ់នៅចំពោះលោកយេស៊ូដែរ។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ប្រសិនបើព្រះវិហរមានដោលបំណង ធ្វើឱ្យមនុស្សមានមានអារមម ៍ចង់ដោរព លោកយេស៊ូនោះ គឺមានន័យថាគេបានធ្វើជោគជ័យមកដលើខ្ញុំហើយ។ ខ្ញុំបានដឹងថា ត្រូវស្រឡាញ់លោកយេស៊ូដលើសឪពុកម្តាយខ្ញុំនៅទៀត។ យ៉ាងណាមិញ ដោយនៅជា ក្មេងនៅឡើយ ខ្ញុំចេះតែដងឿងឆៃល់ ហើយក៏ចេះតែសួរពីអំណាចរបស់ព្រះ។ គំនិត្ដែល ខ្ញុំយល់ដើញចំពោះព្រះនោះគឺ ព្រះអផងគអាចធ្វើអ្វីៗបានគ្រប់យ៉ាងត្តមដែលទ្រង់ចង់។ ព្រះអផងគបានែដងើត្ចរកវឡ, ប្នដី, ព្រះអាទិត្យ, ព្រះចនា, ដួងផ្លេយ ហើយនិងមនុស្ស លោក។ ខ្ញុំចេះតែនឹកឆ្ងល់ថាហេតុអ្វីបានជាទ្រង់មិនបានសង្គ្រោះលោកយេស៊ូឱ្យរួច ញត្ពីការចងឆ្កាង។ ដើម្បីរសាយចម្ងល់ដ៏សដមបើមានេះ មានពេលមួយនោះខ្ញុំបានឡើង នៅដលើរែងទែមួយនៅក្រោយាះ ហើយនិយាយភានល់នឹងព្រះថា៖ ប្រសិនបើទ្រង់ មានអំណាចដ៏ខ្លាំងកាអាចធ្វើអ្វីៗគ្រប់យ៉ាងត្តមដែលទ្រង់ចង់បានមែន អ្ញីចឹងពេលខ្ញុំ រក់ចុះពីរែងនេះ ទ្រង់ធ្វើឱ្យខ្ញុំអាចដហះបាននៅមើល! បើមិនដូចនេះទេ ខ្ញុំមិនដជឿ សោះឡើយថាទ្រង់មានអំណាចដ៏អស្ចារ្យនោះ ដរពាះទ្រង់មិនអាចជួយ លោកយេស៊ូ បាននៅគេចាប់គាត់ចងឆ្កាង។ ជាអ្កញសល រែងនោះទែដែរ ខ្ញុំក៏ាក់មកដលើដី។ រល់ពេលដែលខ្ញុំពាយមដហះ ខ្ញុំកាន់តែគិត្ថា ព្រះឥត្មានអំណាចអ្វីសោះឡើយ។ ពិតប្រាកដណាស់ នេះហើយជាការវិភាគបែកូនក្មេង!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រយៈកាលក្រោយមក ខ្ញុំក៏ចាប់ផ្តើមចូលដរៀននៅឯវិទាល័យ។ ឪពុកម្តាយខ្ញុំបាន អ្នញ្ញាតឱ្យខ្ញុំធ្វើការជាមួយែញរសចំណាស់ម្នាក់ដែលគាត់ជាជាងងត្រូ ហើយខ្ញុំក៏បាន នៅជាធ្វើការជាមួយគាត់នៅកន្លែងជាច្រើន។ ក្រោយមកទើបដឹងថា គាត់ក៏ជារគូទយ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ដ៏ល្បីម្នាក់ផងដែរ។ កន្លែងណាក៏ដោយដែលពួកយើងនៅដល់ អតិថិជនស្រីៗរបស់ គាត់ តែងតែសួរគាត់ពីរឿងហេតុដែលនឹងកើតឡើងក្នុងជីវិតរបស់ពួកគេនៅពេល អនាគត។ ដើម្បីធ្វើកិច្ចទស្សន៍ទាយ គាត់តែងតែជក់បារីមូរពណ៌ត្នោត ហើយបឺតផ្សែង វឱ្យខ្លាំង ដើម្បីឱ្យផេះបារីនោះធ្លាក់ចុះ។ គាត់ក៏ចាប់ផ្តើមប្រាប់រឿងរ៉ាវនានាដល់ អតិថិជនរបស់គាត់។ ខ្ញុំក៏បានដឹងទៀតដែរថា គាត់ចេះប្រើវិធីសាស្ត្រ ដាក់មនុស្ស ដើម្បីបានដឹងរឿងរ៉ាវដាក់អាថ៌កំបាំងក្នុងជីវិតរបស់ពួកគេ ហើយនិយាយប្រាប់ពួកគេវិញ នៅត្តមអ្វីដែលគេចង់ដឹង។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ែទពិដសាធន៍ទាំងអស់អស់នេះ បានដិតោមកនុងចិត្តគំនិតរបស់ខ្ញុំខ ៈពេលដែល ខ្ញុំនៅវ័យជំទង់នៅឡើយ។ កំឡញងពេលនោះ ឪពុកម្តាយខ្ញុំបាននៅចូលរួមកនុង មជ្ឈមណ្ឌលមួយដែលមានឯកទេសខាង អធិមនោវិទ្យា2 ខ្ញុំបាននៅទីនោះច្រើនដង ដែរ ដើម្បីចង់ដើញថាគេធ្វើអ្វីខាះនៅទីនោះ។ ហើយនៅក្នុងមជ្ឈមណ្ឌលនេះឯង ដែល ខ្ញុំបានដរៀនពីលក្ខណៈននការធ្វើសមាធិ, ព្រលឹងវិញ្ញាណ , ការចូលស ឋិត ហើយអ្វី ដែលខ្ញុំែ់ដជឿនោះគឺមនុស្សស្លាប់អាចនិយាយជាមួយមនុស្សរស់បាន3។ នៅទីនេះខ្ញុំ បានដរៀនថោយែងគំក្នុងមួយថ្ងៃ២ដង នៅដលើរានអាសនៈតូចមួយដែលឪពុកខ្ញុំសាងសង់ ឡើងដោយទាំងអស់ពីចិត្តពីថ្លើម។ ខ្ញុំបានចូលរួមការជួប្រជុំមួយ អ្នកដឹកនាំក្រុមបាន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Parapsychology ជាការសិក្សាទាក់ទងនឹងូវចិត្តដូចជា ការស ដំ និងរដែទាក់ទងគ្នាដោយ ប្រើវចិត្តជាដើម។ 3 ក្នុងសេចក្តីពិតនោះ មនុស្សស្លាប់មិនអាចនិយាយជាមួយមនុស្សរស់បានទេ។ វោមានអ្វីក្រៅពីពួក អារកសែសាចធ្វើរត្តែ់សដមាងអ្នកសែ់នោះហើយទាក់ទងជាមួយមនុស្សរស់នោះឯង។ មា៉ាងវិញ ទៀតការសូត្រព្រះគម្ពីរគួរអាន និងអ្នញវត្តន៍ត្តមរដែរបស់ព្យាការី គឺមានរែសិទធិភាពក្នុងការជួយ មនុស្សដចញពីវិញ្ញាណ អារកក់ទាំងអស់អស់នោះ។ ជាការពិតអ្នកមូស្លីមគ្រប់រូអាចធ្វើការ ៍នេះបាន គឺ ជាភសដញត្តងែញ្ញាក់ពីភាព អ្សាចរយរបស់ព្រះគម្ពីរគួរអាន។ អ្នកណាហើយដែលប្រើរបាស់វិធីអ្វីដ្សង ក្រៅពីព្រះ គឺមានអ្វីក្រៅពីសរក្សារជាមួយនឹងវិញ្ញាណ អារកក់ ឬប្រើវិញ្ញាណ អារកក់ដើម្បីកំចត់ វិញ្ញាណ អារកក់នោះឡើយ។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រែគល់បណ្តាញស័ក្តិសិទ្ធិមួយមកឱ្យខ្ញុំ ដោយគាត់ប្រាប់ថា វនឹងជួយ បផងរក្សាការពារ ខ្ញុំ។ ដូចនេះហើយនៅពេលដែលខ្ញុំនៅណា មកណាខ្ញុំតែងតែយកវត្តមខ្លួនជានិច្ច។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រសែពេលជាមួយគ្នានោះដែរ ខ្ញុំនៅប្តែនតគិត្ពីការ ៍ដែលលោកយេស៊ូត្រូវ បានគេចងឆ្កាង។ ពេលនោះឪពុកខ្ញុំមានសៀវភៅមួយកាលដែលគាត់តែងតែអានជា រែចំ វមានចំណងជើងថា ជីវិតរបស់លោកយេស៊ូ លះែង់ដោយខ្លួនលោក។ មាន មដងនោះឪពុកខ្ញុំបានប្រាប់ខ្ញុំថា បើដយងត្តមសៀវភៅនេះ លោកយេស៊ូ់ធ្វើដំដើរ ដចញឆៃយពីរកុងដយរ៉ូសាឡឹម។ ខ្ញុំក៏ចាប់ផ្តើមប្សេងរកចដមើយដើម្បីរសាយចម្ងល់របស់ ខ្ញុំដែលទាក់ទងនឹងការចងឆ្កាងនោះ។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នៅពេលដែលខ្ញុំបានបញ្ចប់ការសិក្សានៅករមិត្វិទាល័យ ខ្ញុំក៏ទទួលបាន អាហារូបករណ៍នៅសិក្សាប្នកវិស្វកម្មានៅឯសហរដ្ឋអាមេរិក ដែលខ្ញុំយល់រពមទទួល ដោយសេចក្តីរីករយ។ យ៉ាងណាមិញ មញនការដចញដំដើរនៅឆ្នាំ១៩៧៧ ខ្ញុំបានជួ រឿងមួយ ដែលែ៉ាះពាល់យ៉ាងខ្លាំងចំពោះសេចក្តីជំនឿរបស់ខ្ញុំក្នុងសាសនាគ្រិស្ត។ ខ្ញុំ បានដើញគ្រិស្តែរិស័ទ២នាក់ កំពញងជួយែញរសម្នាក់ដែលកំពញងមានអាការៈធ្ងន់ធ្ងរ នៅត្តមូវ។ ប៉ុន្តែក្រោយពីនោះពួកគេបានរវរកកាបូបលុយរបស់ជនរងគ្រោះ ហើយ លួចយកលុយក្នុងកាបូបនោះ4។ ការពិតណាស់ ងទីបើនេះជាសកម្មភាពបុគ្គលក៏ដោយ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ក្នុងគម្ពីរែរិសញទធបានប្ចងយ៉ាងចាស់ពីការហាមគាត់ក្នុងការលួច ហើយវជាដៃងើរបស់អារកសែសា ច។ ក្នុងែទែញាត្តិទំង១០បានលើកឡើងថា ព្រះជាម្ចាស់មានព្រះមានបន្ទូលមកកាន់កូននៅអ្ញីរសាអែល ដូចត្នៅ៖ យើងព្រះម្ចាស់ជាព្រះរបស់អ្នក… មិនត្រូវដោរពព្រះផ្សេង ក្រៅពីង ឡើយ។ មិនត្រូវឆាក់រូអ្វី ឬយកវត្ថញដែលជាតំណាងអ្វីមួយ នៅដលើដម នៅដលើប្នដី ឬនៅក្នុងទឹក ដរក្សាមដី ធ្វើជាព្រះឡើយ។ មិនត្រូវរក្សែថោយែងគំរូព្រះទំងនោះ ឬដោរពបម្រើរូទំងនោះ ឡើយ។ យើងជាព្រះម្ចាស់ ជាព្រះរបស់អ្នក យើងមិនចង់ឱ្យអ្នកជំពាក់ចិត្តនឹងព្រះផ្សេង ក្រៅពី យើងឡើយ។… មិនត្រូវយកព្រះនាមរបស់ព្រះម្ចាស់ ជាព្រះរបស់អ្នក នៅប្រើឥត្បានការនោះ ឡើយ… ចូរដោរពមត្តែត្តរបស់អ្នក ដើម្បីឱ្យអ្នកមានអាយញយឺនយូរ នៅដលើដីដែលព្រះម្ចាស់ជា ព្រះននអ្នក រែទនដល់អ្នក។ កុំសមែ់មនុស្ស។ កុំរែរពឹត្តអំដពើត្កបត់។ កុំលួចែន់គេ។ កុំធ្វើ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ក៏យើងអាចមើលដើញពីភាពមានឥទធិពល ឬោមានឥទធិពលននការែដរងៀនរបស់ សាសនានោះបានដែរ។ រពឹត្តិការ ៍នេះបានែ៉ាះពាល់មកដលើដួងចិត្តខ្ញុំយ៉ាងខ្លាំង។ ប្រហែលជាមនុស្សជាច្រើនអាចនឹងយល់ដើញថា នេះជារឿងមិនសំខាន់ែ៉ាញនាមានទេប៉ុន្តែខ្ញុំែ់បានដើញដោយផ្លាល់ប្ភនក នៅពេលដែលឪពុកខ្ញុំដាក់ទណ្ឌកម្មដលើង ប្រុសខ្ញុំជាច្រើនដង នៅពេលដែលែងប្រុសខ្ញុំយកប្រាក់មកាះចំនួន២៥សែន ហើយ គាត់មិនអាចប្រាប់ឪពុកខ្ញុំបានថាគាត់បានប្រាក់នេះមកពីណា។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សាក្សីកាយវិការ ដែលនាំឱ្យអ្នកដនទមានទេស។ កុំលោភលន់ចង់បានាះរបស់អ្នកដនទ កុំលោភ លន់ចង់បានប្រពន្ធគេ ឬក៏លោភលន់ចង់បានអ្នកបម្រើប្រុស អ្នកបម្រើរសី ដោ ោ ឬអ្វីដ្សងទៀត ដែលជារបស់គេឡើយ។ (និកខមានំ ២០:១-១៧) ខទំងនេះរសែគ្នាជាមួយនឹងព្រះគម្ពីរគួរអាន។ យ៉ាងណាមិញ ការជះឥទធិពលរបស់ខទំងនេះនៅលើការបស់នៅរបស់មនុស្សដសើរតែសាបសូន្យនៅ ហើយ ដរពាះតែមានខមួយចំនួនទៀតក្នុងគម្ពីរនេះអ្នញ្ញាតឱ្យពួកគេំពាន។ ដោយកដីមេត្តាករុណា មកដលើមនុស្សជាតិព្រះបានបើកែង្ហាញនូវព្រះគម្ពីរគួរអាន ដើម្បីមកកែលម្អនូវអ្វីដែលមានពីមញន។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បទពិសោធន៍របេ់ខ្ញុំ សៅហរដ្ឋអាសមរិក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t>ក្នុងឆ្នាំ១៩៧៧ ខ្ញុំបានមកដល់សហរដ្ឋអាមេរិក ហើយចាប់ផ្តើមការ សិក្សារបស់ខ្ញុំនៅឯសកលវិទាល័យ។ ដំែងែងអស់ ខ្ញុំត្រូវនៅសោ ដើម្បីដរៀនភាសាអផង់គោស ហើយនៅទីនោះខ្ញុំបានជួមនុស្សជាច្រើន ដែលមានជំនឿសាសនាខញសៗគ្នាមកពីជញំវិញពិភពលោក។ សោភាសាអផង់គោស នោះគឺនៅរកុង សញីដអផងល រដឋ វ៉ាសញីនតែតន។ ខ្ញុំក៏មានមិត្តបួមែនែ់ម្នាក់ដ មះ រឌូអាដ មកពីអារ៉ែ ីសាអូឌីត្ដែលគាត់មកដរៀនែនតយកសញ្ញែ័រត្ថានក់អ្នញែ ឌិត។ មានថ្ងៃ មួយគាត់បានសួរខ្ញុំថា តើខ្ញុំរែកាន់ដៃគាត់ថោយែងគំព្រះនៅក្នុងែនែ់ពួកយើង? ខ្ញុំក៏ ប្រាប់គាត់វិញថាខ្ញុំមិនមានែញ្ញាអីទេរឿងនេះ។ កាលនោះខ្ញុំភាក់ដ្អើលណាស់ ដរពាះ ជាលើកទីមួយហើយដែលបានដើញអ្នកមូស្លីមថោយែងគំព្រះ។ មញនពេលចាប់ផ្តើម ថោយែងគំព្រះ គាត់នៅងសមអតខ្លួនជាមញនសិន។ គាត់ោងរែអែ់នដផង ខពញរមត់ ងោងមញខនិងកំភួននដ នៅក្នុងឡែងនតែចមួយក្នុងែនែ់យើង។ វក៏ជាលើក ទីមួយដែលខ្ញុំបានដើញគេយកដជើងនៅងក្នុងឡែងនដ។ ែនែ់មកខ្ញុំក៏ សដងេត្មើលកាយវិការននការថោយែងគំព្រះរបស់គាត់។ គាត់ឈររតផង់ខ្លួន, ឱនចុះ, លញត្ជងគង់ ហើយរក្សែចុះ។ មកដល់រតផង់នេះខ្ញុំក៏នឹកដើញដល់កាលដែលយើង ថោយែងគំនៅឯព្រះវិហរប៉ុន្តែបគ្នា់តែលញត្ជងគង់ប៉ុណ្ណោះ ប៉ុន្តែអ្វីដែល រឌូអាដ បានធ្វើគឺ 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បែកខ្លាំងណាស់។ មួយរយៈខីក្រោយមករឌូអាដបានចាកចេញពីវិទាសាថន ហើយ ទាំងអស់រយៈពេលជាច្រើនប្ខ ខ្ញុំមិនដែលបានដើញអ្នកមូស្លីមថោយែងគំព្រះទៀតនោះ 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កំឡញងពេលសរមកនៅឯវិទាសាថនភាសាអផង់គោស និសសិតែរទេសមកពី រែទេសនានា តែងតែមកជួជញំគ្នាជប្ជកពីរឿងដ្សងៗជាច្រើន។ ខ្ញុំចំយ៉ាងចាស់ថា មានពេលមួយនោះ ពួកយើងនាំគ្នាជប្ជកពីរែភពននសាសនា និងការថោយែងគំ។ ខ្ញុំក៏ និយាយប្រាប់ពួកគេថា អ្នកទាំងអស់គ្នានាំគ្នាថោយែងគំត្តមតែអ្វីដែលអ្នកទាំងអស់គ្នែ់ធ្វើកនាងមក ដរពាះដូនត្តអ្នកែ់ថោយែងគំព្រះរដែរនឹង ខ្ញុំក៏និយាយត្ទៀត ប្រាប់ពួកគេថាដូនត្តរបស់គោ់ថោយែងគំព្រះអាទិត្យ, ព្រះចនា ហើយនិងផ្លេយ នៅ ពេលយូរនៅវកាយនៅជាប្រពៃណី ហើយត្រូវអ្នញវត្តែនតបរូត្មកដល់ែចចញែបនននេះ។ ពេលនោះខ្ញុំក៏ចាប់ផ្តើមសងស័យពីឬសគល់ននជំនឿដលើព្រះដែរប៉ុន្តែដោយសារប្ត សាសនាគ្រិស្តបានចក់ឬសយ៉ាងក្រៅក្នុងខ្លួនខ្ញុំ ដូចនេះហើយខ្ញុំមិនកាយជាអ្នកប្លង ដជឿព្រះទេ។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ថ្ងៃមួយខ្ញុំបានធ្វើដំដើរនៅព្រះវិហរអ៊ីស្លាមួយ ហើយសដងេត្មើលមនុស្សមាន ជាច្រើនថោយែងគំព្រះដូចដែលខ្ញុំែ់បានដើញ រឌូអាដ ថោយែងគំព្រះពីមញនដែរ។ ក្រោយពេលថោយែងគំរួច ពួកគេនាំគ្នាអផងគញយផ្លាល់នៅលើករមល ដើម្បីសាដែ់ការអ្ធិយ។ ដោយសារគេអផងគញយចុះគ្រប់គ្នាហើយ ខ្ញុំក៏អផងគញយជាមួយពួកគេ ហើយសាដែ់ អ្ញីមញំធ្វើការអ្ធិយ។ អ្ញីមញំនោះគាត់មានដ មះថា ចមីល អាប់ឌុលរ៉ាហ្ម័ន មកពី រែទេសអ្ញីរ៉ាក់។ គាត់ធ្វើការអ្ធិយជាភាសាអផង់គោសអំពី ការនិយាយដើមគ្នា។ ខ្ញុំ ចំថាគាត់និយាយសដមាងតឹង ហើយមានការកដញកកដួល។ ពេលគាត់កំពញងនិយាយ គាត់ ង្ហកមើលនៅអ្នកសាដែ់ ដូចជាមាននរណាម្នាក់បាននិយាយអារកក់ពីអ្នកដនទប៉ុន្តែគាត់ មិននិយាយចំៗថាជានរណ្ទេ។ ខ្ញុំគិត្ថាកមមវត្ថញរបស់គាត់គឺធ្វើឱ្យអ្នកដែលនិយាយ អារកក់ពីអ្នកដនទមានអារមម ៍ថាខ្លួនបានរែរពឹត្តខញស។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នៅថ្ងៃដែលនោះមានគេដើដរសាមសំបុត្រមួយមកឱ្យខ្ញុំ ក្នុងនោះមានកូន សៀវភៅមួយចំនួន និយាយពីការដរែដធៀរវងសាសនាអ៊ីស្លាម និងសាសនា គ្រិស្ត។ ខ្ញុំចំណាយពេលអានវយូរណាស់ ដោយពេលនោះខ្ញុំរវល់ច្រើនក្នុងការចាប់ ផ្តើមដរៀនឆ្នាំទី១ នៅសាកលវិទាល័យរដឋអូការូម៉ា។ ដោយសារតែកូនសៀវភៅនោះ ហើយទើបខ្ញុំបានដឹងថា សាសនាអ៊ីស្លាម និងសាររបស់លោកយេស៊ូ គឺជាការបើកែង្ហាញពីព្រះមកដូចគ្នា។ លោកយេស៊ូបាននិយាយថា សារដែលលោកែដរងៀននោះ មិនមែនមកពីលោក តែគឺមកពីព្រះ៖ ពាកយដែលខ្ញុំបាននិយាយនេះ មិនមែនដចញមកពី ខ្ញុំទេ គឺព្រះែត្តដែលបានចត់ខ្ញុំឱ្យមក ទ្រង់បង្គាប់ខ្ញុំនូវសេចក្តីដែលខ្ញុំត្រូវនិយាយនិង បផងាង។(យ៉ូហន ១២:៤៩) ដូចគ្នាដែរ ការបើកែង្ហាញដែលព្យាការី មូហាំម៉ាត់ បានែដរងៀននៅកាន់មនុស្សជាតិទាំងអស់អស់នោះ គឺព្រះបានរែទនចុះមកត្តមរយៈទេវត្ត ការពីប្យ៉ាល៖ ហើយជាការរបាកដណាស់ ព្រះគម្ពីរគួរអានគឺជាការរែទនចុះមកពី ព្រះជាម្ចាស់ននពិភពទាំងអស់អស់។ ដែលការពីប្យ៉ាលជាទីទញកចិត្តបាននាំវមក។ នៅដលើ ដួងចិត្ដរបស់អ្នក ដើម្បីឱ្យអ្នកកាយជាអ្នកដែលស្ថិតក្នុងចំដណាមអ្នកោស់តែន រពមាន។(គួរអាន ២៦:១៩២-១៩៤)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ដូចនេះហើយ សេចក្តីពិត្ននរល់សាសនាទាំងអស់អស់ រួមទំងភសដញត្តងអំពីឬសគល់ របស់ព្រះ គឺពឹងប្អកនៅដលើមូលោឋនរគឹះននភាពដសាមះរតផង់ពីរែភពដើមដែលព្រះបាន បើកែង្ហាញ ហើយត្រូវបានបផងរក្សាការពារ និងប្ចកាយដល់មនុស្សជាតិទាំងអស់អស់។ សារនោះមានករមិត្ននភាពជាក់ដាក់ខពស់ែំញត ដែលរល់ពាកយដពចន៍ត្រូវបានបើកែង្ហាញមកកាន់បណ្តាព្យាការីហើយែញូននៅកាន់អ្នកដនទៗទៀត។ ប្រសិនបើពាកយ ដពចន៍ទាំងអស់អស់នេះមិនត្រូវបានែញូនយ៉ាងត្រឹមត្រូវទេនោះ ហើយវទទួលរងការក្រាងែនាំវិញនោះ មានន័យថាខាមសារដើមានឹងត្រូវបាត់ែង់ជាដរៀងររូត។ ដូចនេះហើយ ដើម្បីធ្វើឱ្យការដរែដធៀមានលក្ខណៈសញរកឹត្យមិនលដមអៀងរវង សាសនាអ៊ីស្លាម និងសាសនារគិសនោះ គឺត្រូវកំ ត់ថារវង គម្ពីរែរិសញទធ និងព្រះគម្ពីរគួរអាន តើគម្ពីរ មួយណាបានគេច្ញត្ពីការក្រាងែនាំ ឫការលញែប្នកខាះ។ ពីដរពាះតែដោលបំណង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សំខាន់គឺដើម្បីឱ្យអ្នកអានបានដឹងពីការពិត និងដោយបានពិចរណា ហើយចំ ញចខាះ រឿងរ៉ាវផ្លាល់ខ្លួនខ្ញុំវមិនទក់ទញដល់អ្នកអានមួយចំនួននោះទេ។ អ្វីដែលមាននៅក្នុង សៀវភៅនេះ គឺជាការដរែដធៀយ៉ាងសដងខែរវងសាសនាអ៊ីស្លាម និងសាសនា គ្រិស្ត ដែលសាសនាទំងពីរនេះជាសាសនាមានឥទធិពលយ៉ាងខ្លាំងែំញត្ដលើ ពិភពលោក ហើយក៏មានអ្នកកាន់ត្តមកនុងចំនួនដ៏ច្រើនែំញត្ពីគ្រប់រែទេស និងគ្រប់ ជនជាតិ ហើយក៏ជាសាសនាដែលមានទំនាក់ទំនងប្នកជំនឿយ៉ាងដកៀកគ្នែំញត្ដែរ។ ែនែ់ពីការដរែដធៀសាសនា ខ្ញុំនឹងែនតដរៀរែ់ពីរពឹត្តិការ ៍ដ្សងៗ ពែទពិដសាធន៍ផ្លាល់ខ្លួនរបស់ខ្ញុំ។ ខ្ញុំមានសងឃឹមយ៉ាងមញត្មំថា ដោយព្រះបំណងរបស់ ព្រះ សៀវភៅនេះនឹងជួយែំភាការពិត្ជូនដល់លោកអ្នកដែលកំពញងប្សេងរកសាសនា ពិតប្រាកដ។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គម្ពីរបរិទធ</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គម្ពីរចំនួន៤ដែលមនុស្សជាច្រើនបានសាគល់ ហើយគេដើញ មានក្នុងគម្ពីរសមពនធដមរតីងមីនោះរួមមានក គម្ពីរ ម៉ាថាយ, ម៉ា កញស, លូកា ហើយនិង យ៉ូហន។ ក គម្ពីរទាំងអស់អស់នេះត្រូវ បានសរដសរឡើងក្នុងកំឡញងឆ្នាំ ៧០ ដល់ឆ្នាំ ១១៥ ដើម គ្រិស្តសករាជែ៉ាញនាមានទសវត្សរ៍ក្រោយលោកយេស៊ូបានចាកចេញពីប្នដី ហើយក ឌ គម្ពីរទំងនេះត្រូវបានគេសនមត្ថា សរដោយដយងត្តមឯកសារតែមួយដែលបាន បាត់នៅ។ ក គម្ពីរម៉ាកញស ត្រូវបានសរដសរលើកដំែងជាភាសារកិក នៅឯទីរកុងរ៉ូម រែម៉ា ៤០ឆ្នាំក្រោយលោកយេស៊ូចាកចេញពីប្នដី។ ក គម្ពីរម៉ាថាយ ក៏ត្រូវបាន គេសរដសរជាភាសារកិក កំឡញងឆ្នាំ៩០ដើមគ្រិស្តសករាជ។ ក គម្ពីរលូកាត្រូវបាន គេសរដសរជាភាសារកិកដូចគ្នា ក្នុងឆ្នាំ៨០ដើមគ្រិស្តសករាជ។ ក គម្ពីរទំង៣នេះ ត្រូវបានគេនៅថា ដំ ឹងលអនរត្ក ឌ ពីដរពាះតែក គម្ពីរទំង៣នេះ ត្រូវបានគេ សនមត្ថាមានរែភពមកពីឯកសារតែមួយដែលបាត់ែង់នៅ។ រីឯក គម្ពីរយ៉ូហន5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 យ៉ូហននេះមិនមែនជាយ៉ូហនដែលជាសិសសជំនិត្របស់លោកយេស៊ូឡើយ។ បើដយងត្តម សៀវភៅ Encyclopeda Brtannca និពនធរួមគ្នាដោយែញ្ញាវ័នតបគិសានជាង៥០០នាក់បានលើក ឡើងថា៖ ក គម្ពីរយ៉ូហន គឺចាស់ណាស់ហើយក៏ឥត្មានសងស័យដែរថាជាការសរដសរក្រាង។ កណ្ឌ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ឯដ ះវិញ គឺមានភាពខញសឆៃយពី ដំ ឹងលអនរត្ក ឌ។ នៅក្នុងក គម្ពីរនេះឯង ដែលលើកឡើងពី លក្ខណៈជាព្រះ និងបុព្វអត្ថិភាព6របស់លោកយេស៊ូ ទំងដែល លោកយេស៊ូមិនដែលទទួលសាគល់ ការលើកឡើងបែនេះក៏ដោយ។ ក គម្ពីរនេះ ទើបតែត្រូវបានគេសរដសរឡើងក្នុងចនោះឆ្នាំ ១១០ ដល់ឆ្នាំ ១១៥ ដើមគ្រិស្តសករាជ ប៉ុណ្ណោះ។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គម្ពីរទំងនេះត្រូវបានតាក់តែងឡើង នៅពេលក្រោយពីពួកសិសសជំនាន់ដំែង បានបែកបាក់គ្នាហើយបែងចែកដចញជានិកាយជាច្រើន។ យើងអាចនិយាយបានថា គម្ពីរទំងនេះត្រូវបានសរដសរឡើងក្នុងដោលបំណង ឆាញះែញ្ញចំងពីត្រមូវការជាក់ប្សដង របស់មនុស្សក្នុងនិកាយនីមួយៗ។ បើទេះជាឯកសារដើមត្រូវបានយកមកប្រើជា ដោលដើម្បីសរដសរក៏ដោយ ក៏អ្នកនិពនធទំងនោះហក់ដូចជា មិនបានរក្សាការពារ ខាមសារដើម ធ្វើយ៉ាងណាដចៀសឱ្យ្ញត្ពីការក្រប្រែ, ការលញែដចញ ឬការបផងមងយជា ដើម ហើយអត្ថបដៃមានោះគឺ មានដោលនៅបម្រើឱ្យការយល់ដើញនិងការចាប់ អារមម ៍ផ្លាល់ខ្លួនរបស់អ្នកសរដសរនៅវិញ។ រឿងនេះក៏ត្រូវទទួលសាគល់ ពីសំណាក់ អ្នកជំនាញក្នុងសាសនាគ្រិស្ត7ផងដែរ មិនតែប៉ុណ្ណោះ ព្រះគម្ពីរគួរអានក៏លើកឡើងពែញ្ញារបស់គម្ពីរទំងនេះត្តំងពីជាង១៤០០ឆ្នាំមញនមកដមា៉ាះ។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 ភាពដែលលោកយេស៊ូមានវត្តមានមញនអ្វីៗទាំងអស់អស់។ 7 ដយងត្តមសៀវភៅ Encyclopeda Brtannca បានលើកឡើងថា៖ សំខាន់ណាស់ ដែលថាការក្រ ប្រែដោយដចត្នា រួមទំងការែប្នថម និងការែនថយចំពោះអត្ថបទទំងមូល ពិតជាកើតមានមែន..(ភាគ ២ ទំព័រ ៥១៩ ដល់ ៥២១)។ នៅក្នុងចំ ញចសដីពី សេចក្តីផ្តើមាននគម្ពីរក្សាតូលិក (ទំព័រ១៣) លើកឡើង ថា អ្នកចមាងគឺពិតជាបានសរដសរែប្នថមរឿងរ៉ាវជាច្រើន ដែលមិនមែនជាប្នកននគម្ពីរដើមឡើយ ហើយជាលទធ្លននអត្ថបទទំងនោះ យើងរល់គ្នាទទួលប្រើនូវអត្ថបដៃលខូចទ្រង់រទយដើម ដែលត្រូវងត្ចមាងហើយប្ចកចយទាំងអស់អស់។ ជាមួយគ្នានេះដែរ ក្នុងអារមភកថារបស់គម្ពីរែរិសញទធ RSV (Revse Standard Verson) ដែលចងរកងដោយក្រុមែញាវនតបគិសដែរិស័ទ ៣២ រូ និងពិដរោះ ដយែល់ចំនួន៥០រូទៀត បានសរដសរថា៖ គម្ពីរ Kng James Verson មានការបាត់ែង់ដែលធ្វើឱ្យ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ខេះចនោះ ហើយកន្លែងខេះចនោះមានជាច្រើន សញទធតែជាកន្លែងសំខាន់ៗ...។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គួរចាប់អារមម ៍ផងដែរថា មិនមែនមានតែក គម្ពីរទំង៤នេះទេ ដែលជាឯក សារដែលត្រូវបានសរដសរឡើងែ៉ាញនាមានសតវត្សរ៍ក្រោយលោកយេស៊ូចាកចេញពី ប្នដី។ ប៉ុន្តែនៅមានក គម្ពីរជាច្រើនទៀតដូចជាក គម្ពីរ យ៉ាកញែ, ដពរតុស, ដំ ឹងលអរបស់ ងូម៉ាស, ភីលីព និង បាណាបាស។ បើយើងពិចរណាពីក គម្ពីរ ដររែ គឺថាវជាឯកសារដែល សរដសរជាភាសា អារ៉ាម ជាភាសាដែលលោកយេស៊ូ និយាយរែចំថ្ងៃ។ ក គម្ពីរនេះត្រូវបានប្រើរបាស់ដោយអ្នករសុក ណាសាប្រ៉ាត ដែល ជាអ្នកែដិដសធពីភាពជាព្រះរបស់លោកយេស៊ូ ហើយទទួលសាគល់លោកថាជាព្យាការី ដ៏ពិសិដឋមួយរូ។ នៅសតវត្សរ៍ទី៤ដើមគ្រិស្តសករាជ ក គម្ពីរ ម៉ាកញស, ម៉ាថាយ, លូកា និងយ៉ូហន ត្រូវបានគេដាក់ែញ្ចូលនៅក្នុងគម្ពីរែរិសញទធទំងមូល ហើយក្រុមជំនញំ ក៏រែកាសថា ឯកសារណាដែលនៅក្រៅពីនេះ គឺសថិត្នៅក្រៅសាសនា។ យ៉ាងណា មិញ ការក្រប្រែនៅប្តែនតកើតមាននៅដលើអត្ថបទគម្ពីរទំងនេះ បើទេះជាគេបាន រែកាសរួចហើយថានេះជា ែនូលព្រះ ក៏ដោយ។ ច្រើនឆ្នាំកន្លងទៅ ក គម្ពីរ ដែលរនឹង បានដលចដចញនូវអត្ថបទខញសគ្នាពីអត្ថបដៃមទៀត តែមិនមានអ្នក សងស័យសោះឡើយ ថាមានការធ្វើឱ្យខូចខាត្ក គម្ពីរដើមទំងនេះ។ ក្នុងចំដណាមកត្តតជាច្រើន ដែលត្រូវបានគេយកមកពិចរណ្ឡើងវិញនៅពេល ធ្វើការវិភាគនៅដលើសញរកឹត្យភាព ននដោលការ ៍របស់ក គម្ពីរទំង៤ រួមទំងការ ដៀងផ្លាត់ភាពត្រឹមត្រូវរបស់សារទាំងអស់អស់ដែលមកជាមួយគ្នា មានដូចត្នៅ៖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គម្ពីរដើមដែលព្រះបានបើកែង្ហាញមកកាន់លោកយេស៊ូ ហើយក៏មានលើក ឡើងក្នុងព្រះគម្ពីរគួរអាន8 ដែលថាគម្ពីរដើមានោះមិនមានវត្តមានទៀតទេសពេ ថ្ងៃនេះ9។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កំ ត់រត្តដំែងអំពីពាកយសមដីរបស់លោកយេស៊ូ ត្រូវបានកត់រត្តឡើងក្នុងរយៈ ពេលខីប៉ុណ្ណោះក្រោយការឡើងនៅដលើដម របស់លោកយេស៊ូ ហើយក៏ត្រូវ បានបាត់ែង់នៅវិញ។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ក គម្ពីរត្រូវបានសរដសរឡើងនៅចនោះឆ្នាំ ៧០ ដល់ឆ្នាំ១១៥ ដើម គ្រិស្តសករាជ មានន័យថាច្រើនទសវត្សរ៍ក្រោយពេលលោកយេស៊ូចាកចេញពី ប្នដី ហើយសរដសរដោយពឹងប្អកដលើអត្ថបដៃមដែលបាត់ែង់នៅ ហើយែនសល់ទញកនូវការដរៀចំខាមសារដោយោមានការគិត្គូរឱ្យរសែគ្នានៅនឹងអត្ថបទ 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មិនមានអ្នកសរដសរគម្ពីរណាម្នាក់បានដើញ ឬបានឮលោកយេស៊ូផ្លាល់ទេ ដូចនេះហើយពួកគេមិនមែនជាសាក្សីដែលដើញហេតុការ ៍ផ្លាល់នោះទេ។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 ក គម្ពីរសរដសរឡើងជាភាសារកិក ខ ៈដែលលោកយេស៊ូនិយាយភាសា អារ៉ាម។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 គម្ពីរែចចញែបនននេះ រួមទំងសំបុត្រភាគច្រើន មិនត្រូវគេដរើសយកមកប្រើជូវការ ទេ រហូតមកដល់សតវត្សរ៍ទី ៤ ដើមគ្រិស្តសករាជ នៅពេលដែលការរក ដំដណាះរសាយរបស់ក្រុមរែការកុង នីដសៀ សម្រេចថាដាក់ឱ្យប្រើរបាស់ក្នុង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 ព្រះមានែនូលអំពីលោកយេស៊ូថា៖ ហើយយើងបានរែទនឱ្យគេនូវគម្ពីរដំ ឹងលអ (Gospel) ដែល មានការចងអញលែង្ហាញ និងពនា។ (គួរអាន ៥:៤៦) 9 ខ្ញុំសញំប្រាប់ឱ្យអ្នករល់គ្នាដឹងចាស់ថា នៅគ្រប់ទីកន្លែងក្នុងពិភពលោកទំងមូល កាលណាគេ រែកាសដំ ឹងលអ គេក៏នឹងតំណាលអំពីកិច្ចការដែលនាងបានធ្វើនេះដែរ ដើម្បីរំឭកអំពីនាង។ (ម៉ាកញស ១៤:៩ និង ម៉ាថាយ ២៦:១៣) ដូចនេះអ្នកណាដែលចង់សិក្សាពីលក្ខណៈពិត្និងការែដរងៀន របស់លោកយេស៊ូគួរតែអានព្រះគម្ពីរគួរអាន។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 ៣២៥ ដើមគ្រិស្តសករាជ។ មញនការសម្រេចនេះ គម្ពីរមិនទន់ត្រូវបានគេដាក់ឱ្យមានរកឹត្យរកមចំពោះអ្នកសរដសរឡើយ ហើយត្រូវបានក្រប្រែដោយពួក អ្នកសរដសរដែលមកពីនិកាយដ្សងៗ ដើម្បែំដពញត្តមចំណែ់អារមម ៍និង ត្រមូវការផ្លាល់ខ្លួនរបស់ពួកគេ។ រហូតមកទល់ែចចញែបនននេះ ការរញករនចំពោះ អត្ថបទគម្ពីរនៅតែមានជាធមមត្ត។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 ប្នកដែលទូលំទូយជាងគេនៅក្នុងគម្ពីរសមពនធដមរតីងមី គឺជាការតាក់តែង របស់សាវ័កែ៉ូល និងសិសសរបស់គាត់។ សាវ័កែ៉ូលក៏ជាអ្នកមិនដែលបាន ដើញ ឬបានឮលោកយេស៊ូផ្លាល់ដែរ។ គាត់ក៏ែ់ជាមនុស្សម្នាក់ដែលជាអ្នក រែឆំងដ៏ដលចដាម្នាក់ចំពោះកិច្ចការរបស់លោកយេស៊ូ។ មិនតែប៉ុណ្ណោះគាត់ែ់សមែ់ និងចាប់ចងអ្នកត្តមលោកយេស៊ូជាច្រើននាក់ផង(កិច្ចការ ៨:៣ , ៩:១-២)។ ក្រោយមកទៀតគាត់បានែងខំឱ្យពួកអ្នកដដើរត្តមទាំងអស់អស់ សារភាព កញរករែឆំងនឹងលោកយេស៊ូ(កិច្ចការ ២៦:១១)។ ប៉ុន្តែនៅពេលលោកសូល (ក្រោយមកនៅថែ៉ូលវិញ) បានក្រប្រែខ្លួន គាត់ពាយមចូលរួមមានឹងពួក សាវ័កប៉ុន្តែពួកសាវ័កទាំងអស់អស់ខាចគាត់គ្រប់គ្នា ហើយមិនមានអ្នកដជឿថាគាត់ ជាសាវ័កទេ។ ប៉ុន្តែពេលនោះលោកបាណាបាស បានទទួលគាត់ ហើយនាំ គាត់នៅជួពួកសាវ័ក។(កិច្ចការ ៩:២៦-២៧) រឿងនេះបានកើតឡើងែនែ់ពី លោកែ៉ូលបានអះអាងថា លោកយេស៊ូបានមកជួគាត់ ហើយនិយាយជាមួយ គាត់នៅត្តមូវនៅរកុងោម៉ាស។ គាត់ធ្វើសាក្សីឱ្យខ្លួនគាត់10 ដោយោមាន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 ោមានសាក្សីណាបានដើញផ្លាល់ប្ភនកចំពោះការអះអាងរបស់លោកែ៉ូឡើយ។ បើដយងត្តម គម្ពីរែរិសញទធ ការធ្វើសាក្សីឱ្យខ្លួនឯង នោះគឺមិនយកជាបានការឡើយ៖ ប្រសិនបើខ្ញុំធ្វើជែនាល់ឱ្យ ខ្លួនខ្ញុំផ្លាល់សកខីភាពរបស់ខ្ញុំមិនពិតទេ។ (យ៉ូហន ៥:៣១) ែប្នថមពីដលើនេះ មានការនិទនខញសៗពីគ្នា មួយចំនួនទៀតដូចជា នៅក្នុងក គម្ពីរកិច្ចការ ៩:៧ លើកឡើងថា៖ រីឯទាំងអស់អ្នកដែលធ្វើដំដើរជា មួយលោកសូលនាំគ្នាឈែ់ គេនៅដសៃម រកនិយាយអ្វីមិនកើត ដរពាះគេបានឮសំដឡង តែពញំដើញ មាននរណ្ឡើយ។ ប៉ុន្តែនៅក គម្ពីរកិច្ចការ ដែលរតផង់ ២២:៩ លើកឡើងថា៖ រីឯទាំងអស់អ្នកដែល ធ្វើដំដើរជាមួយខ្ញុំ ក៏បានដើញពនានោះដែរ តែមិនបានឮសំដឡងនិយាយមកកាន់ខ្ញុំទេ។ 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ភសដញត្តងឱ្យដើញជាក់ចាស់ឡើយចំពោះការអះអាងរបស់គាត់។ (កិច្ចការ 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៣-៨) គួរឱ្យភាក់ដ្អើលដែរ គាត់ក៏រសែ់តែកាយជា អ្នកនាំពាកយក្នុងនាមលោក យេស៊ូ ហើយអះអាងថា គាត់ត្រូវបានលោកយេស៊ូចត់ឱ្យ សពោយការែដរងៀននៅកាន់ពិភពលោក។(កិច្ចការ ៩:៣-៦)11 លោកែ៉ូលក៏បានដចទ រែកាន់ចំពោះអ្នកដែលមិនដជឿថាគាត់ជាសាវ័ក ថានឹងត្រូវវដងេងពីជំនឿ។ (១ធីម៉ូដង ៦:២០-២១) លោកែ៉ូលនិយាយពីលោកបាណាបាសដែលតែងតែ រែរពឹត្តលអនឹងគាត់រហូតមកថា ត្រូវគេអូសទញឱ្យដាក់ពញត។(កាឡាទី 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១៣) លោកែ៉ូលបផងមទំង្ដល់សិទធិឱ្យខ្លួនឯងធ្វើការែដរងៀន ទំងដែលសេចក្តែដរងៀននោះខញសពីសេចក្តែដរងៀនរបស់លោកយេស៊ូ ហើយទំងខញសនឹងចែ់ ដែលលោកយេស៊ូមកែំដពញធ្វើផង12។ (កិច្ចការ ២១:២០ និង រ៉ូម ៧:១៣)</w:t>
      </w:r>
    </w:p>
    <w:p>
      <w:pPr>
        <w:spacing w:line="324" w:lineRule="auto" w:after="120" w:before="0"/>
        <w:jc w:val="left"/>
      </w:pPr>
      <w:r>
        <w:t>ការអះអាងបែនេះលោកែ៉ូលសម្រេចបានអ្វីដែលលោកចង់បាន ទំងការពិតនោះលោកមិន សម្រេចបានឡើយ។ 11 បើដយងត្តមក គម្ពីរ ១យ៉ូហន ៤:១ លើកឡើងថា៖ កូននៅជាទីស្រឡាញ់ដអើយ សូមកុំដជឿ ទាំងអស់អ្នកដែលថា ខ្លួនមានព្រះវិញ្ញាណ គង់នៅជាមួយនោះឡើយ ត្រូវលបងលគេមើល ដើម្បីឱ្យដឹងថា វិញ្ញាណ នេះមកពីព្រះជាម្ចាស់មែនឬយ៉ាងណា ត្បិតមានព្យាការីកាយវិការជាច្រើនបានមកក្នុងលោក នេះ។ លោកែ៉ូលបានសារភាពថាខ្លួនបានភូត្កញរកពិតមែននៅក្នុងការែដរងៀនរបស់គាត់៖ មួយ វិញទៀត បើការកញរករបស់ខ្ញុំធ្វើឱ្យព្រះរឫទ័យសច្ចាៈរបស់ព្រះជាម្ចាស់ ដលចដចញមកយ៉ាងចាស់ ដើម្បីលើកត្ដមើងសិរីរញងរឿងរបស់ព្រះអផងគមែននោះ ហេតុដូចដមដចបានជាខ្ញុំត្រូវតែទទួលទេស ក្នុង នាមជាមនុស្សបែនៅវិញ? (រ៉ូម ៣:៧) 12 ក គម្ពីរ ម៉ាថាយ ៥:១៧-១៨ លើកឡើងថា៖ សញំកុំនឹកសាមានថាខ្ញុំមកលញែំបាត់គម្ពីរវិន័យ ឬគម្ពីរ ព្យាការីដចឡើយ។ ខ្ញុំមិនមែនមកលញែំបាត់ទេ គឺខ្ញុំមកធ្វើឱ្យគម្ពីរមានអត្ថន័យដពញលក្ខណៈនៅ វិញ។ ខ្ញុំសញំប្រាប់ឱ្យអ្នករល់គ្នាបានដឹងចាស់ថា ដរបណ្តានាដម និងប្នដីនៅសថិត្ដសថរដរែនោះោមានដកបៀស ឬែនតក់ណាមួយក្នុងគម្ពីរវិន័យ(សមពនធដមរតីចស់)ត្រូវរលញែបាត់ឡើយ គឺគម្ពីរទំងមូល នឹងនៅសថិត្ដសថររហូតដល់ទែំញត។ លោកែ៉ូលខំរែមូលអ្នកដដើរត្តមខ្លួនឱ្យបានច្រើនត្តមដែលអាច ធ្វើនៅបាន បើទេះជាមដធាបាយនោះរែឆំងនឹងលោកយេស៊ូ ឬរែឆំងនឹងការែដរងៀនរបស់លោក យេស៊ូក៏ដោយ។ ក្នុងក គម្ពីរ ១កូរិនងូស ៩:១៩-២៣ លោកែ៉ូលបានសារភាពពីដៃងើគួរឱ្យសអែ់ ដខពើមរបស់គាត់គឺការភូត្កញរក និងការដបាករបាស់ ធ្វើយ៉ាងណាឱ្យតែបានសម្រេចបំណងគាត់៖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យើងក៏បានដើញទៀតដែរថា៖ លោកែ៉ូលមានបំណងនៅជួរែជាជនប៉ុន្តែ ពួកសិសសបានគាត់លោកមិនឱ្យនៅទេ។(កិច្ចការ ១៩:៣០) ហើយគាត់ក៏បាន រែកាសដែរថា៖ បងប្អូននៅរសុកអាសញី បានដបាះែង់ខ្ញុំដចលទាំងអស់គ្នា។ (២ ធីម៉ូដង ១:១៥) ហើយ៖ ោមានបងប្អូនណាម្នាក់មកជួយោំរទខ្ញុំទេ គឺគេដបាះែង់ ដចលខ្ញុំទាំងអស់គ្នា។ (២ធីម៉ូដង ៤:១៦)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 គម្ពីរែរិសញទធសរដសរដោយនដ ដែលមានអាយញកាលចំណាស់ែំញត្ដែលយើង ដើញមាននោះរួមមាន៖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Codexes, Vatcanus, Snatcus ហើយនិង Alexandrnus ដែលសញទធសឹងតែមានកាលែរិដចេទចនោះសតវត្សរ៍ទី៤ដល់ទី៥ ននគ្រិស្តសករាជ។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 មានភាពខញសគ្នាជាច្រើនរវងគម្ពីរសរដសរដោយនដក្នុងសតវត្សរ៍ទី៤ និងគម្ពីរ សរដោយនដក្នុងសតវត្សរ៍ទី៥13។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ដរពាះទេះជាខ្ញុំោមានកាត្ពេកិច្ចំពោះអ្នកណាក៏ដោយ ខ្ញុំបានធ្វើឲ្យខ្លួននៅជាខ្ញុំបម្រើរបស់មនុស្សទំង ទាំងអស់ ដើម្បីឲ្យខ្ញុំបានមនុស្សច្រើនែំញត។ ដូចនេះ ចំពោះជនជាតិយូ ខ្ញុំបានធ្វើដូចជនជាតិយូ ដើម្បីខ្ញុំអាចបានជនជាតិយូ។ ចំពោះអ្នកដែលនៅដរក្សាមចែ់ ខ្ញុំបានធ្វើដូចអ្នកនៅដរក្សាមចែ់ ទេះជាខ្ញុំមិននៅដរក្សាមចែ់ក៏ដោយ ដើម្បីខ្ញុំអាចបានអ្នកដែលនៅដរក្សាមចែ់។ ចំពោះអ្នកដែល មិននៅដរក្សាមចែ់ ខ្ញុំបានធ្វើដូចអ្នកដែលមិននៅដរក្សាមចែ់ ដើម្បីខ្ញុំអាចបានអ្នកដែលមិននៅ ដរក្សាមចែ់ ទេះជានៅចំពោះព្រះខ្ញុំមិនមែនជាអ្នកដែលមិននៅដរក្សាមចែ់ក៏ដោយ តែជាអ្នកនៅ ដរក្សាមចែ់ចំពោះរគិសត។ ចំពោះអ្នកដែលដខាយ ខ្ញុំបានធ្វើដូចអ្នកដែលដខាយ ដើម្បីខ្ញុំអាចបាន អ្នកដែលដខាយ។ ខ្ញុំបានធ្វើដូចមនុស្សគ្រប់រែដភទ ដើម្បីខ្ញុំអាចសង្គ្រោះពួកគេខាះត្តមគ្រប់ មដធាបាយទាំងអស់អស់។ ប៉ុន្តែខ្ញុំធ្វើអ្វីៗទាំងអស់អស់ដើម្បីដំ ឹងលអ ដើម្បីឲ្យខ្ញុំអាចប្រាប់ដល់អ្នកឯ ទៀត។ 13 អ្នកសិក្សាព្រះគម្ពីរខាះចងអញលែង្ហាញថា មានគម្ពីរសរដសរដោយនដរែ់ពាន់ចែ់។ ក៏ប៉ុន្តែតើអ្វី ដែលជាគញ ត្នមាពិត្ននគម្ពីរសរដសរដោយនទេំងនេះ? បើក្នុងចំដណាមរែ់ពាន់ចែ់យើងមិនអាច រកបានគម្ពីរពីរចែ់ដែលដូចគ្នា ង? ដយងនៅត្តមការបកប្រែអ្នដរជាតិននគម្ពីរសញ្ញាងមី Internatonal Translaton of the New Testament បានលើកឡើងថា៖ គម្ពីរែរិសញទធគ្រប់រែដភដៃល បានមកដល់ពួកយើងគឺមិនស្រដៀងគ្នាសោះ។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 គម្ពីរែរិសញទធទំងមូល រួមទំងសំបុត្រនានាផងនោះ មានភាពមិនរែរកតី និងមានែដិវទភាព14ជាច្រើន។ ហើយរឿងសំខាន់មួយទៀតនោះ ក្នុង ចំដណាមអ្នកសិក្សាគម្ពីរែរិសញទធ គឺមិនទាន់មានភាពរបាកដរែជានៅឡើយទេ ថាតើនរណាជាអ្នកសរដសរក គម្ពីរទំងនោះ។ ចំ ញចជាក់ប្សដងដែលលើកមកទំងអ្មាលម៉ាននេះ គឺជាភសដញត្តងែញ្ញាក់ថា ព្រះគម្ពីរពិតប្រាកដដែលព្រះជាម្ចាស់បានរែទនមកលោកយេស៊ូ គឺមិនបានរក្សា សភាពដើមទេ នៅពេលគម្ពីរនេះបានមកដល់ពួកយើង។ យ៉ាងនេះហើយ យើងអាចែញ្ញាក់បានថាសៀវភៅដំ ឹងលអទំង៤រួមទំងគម្ពីរែរិសញទធសពេថ្ងៃនេះ ហើយនិង សំបុត្រនានាដែលមកជាមួយគ្នា មិនអាចចត់ទញកថាស្រដៀងគ្នា ឬដសមើនឹងព្រះគម្ពីរ ដែលបានព្រះបានរែទនដល់លោកយេស៊ូនោះទេ។ ដើម្បីជាភសដញត្តងលើការអះអាង នេះ យើងក៏សូមលើកមកែង្ហាញនូវព័ត៌ាមានែប្នថមទៀតដូចមានខាងដរក្សាម៖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គម្ពីរសមពនធដមរតីងមី ដែលជាដោលលទធិរបស់គ្រិស្តែរិស័ទសម័យនេះ បានឆាង កាត់ការផ្លាស់ែដូរក្រប្រែ ដសើរតែគ្រប់កំប ននការដចញាយគឺខញសៗគ្នា។ ការក្រប្រែ ខាះ ដែលគេកំពញងអ្នញវត្ដែល់សពេថ្ងៃនេះ គឺការក្រប្រែដោលការ ៍រគឹះសំខាន់ៗ ដែល ការ ៍នេះគឺរែឆំងនឹងដោលការ ៍រគឹះរបស់រគិសតសាសនា។ ជាឧទររ ៍ មាន សកខីកមមប្ត២ប៉ុណ្ណោះដែលែញ្ញាក់ពីការឡើងដលើដម របស់លោកយេស៊ូ គឺនៅក្នុង ក គម្ពីរម៉ាកញស និងលូកា ប៉ុន្តែចចញែបនននេះត្រូវបានគេលញែដចញពី គម្ពីរែរិសញទធ RSV (Revse Standard Verson) ឆ្នាំ១៩៥២។ រតផង់វគគនេះ មានាញកនូវភសដញត្តងដែលែញ្ញាក់ពីដំដើរឡើងដលើដម របស់លោកយេស៊ូថា៖ ក្រោយពីលោកម្ចាស់យេស៊ូបាន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14 ែដិវទភាព គឺភាពមិនចុះសរមុងគ្នា ភាពប្ខេងគ្នា។ កំរញសជាច្រើនដែលមាននៅក្នុងព្រះគម្ពីរបាន នាំឱ្យលោក Robert Kehl eller និយាយនៅក្នុងសៀវភៅ Authentcty of the Holy Bble ថោមាន គម្ពីរណាដែលទទួលរងនូវការផ្លាស់ែតូរ,មានកំរញសនិងមានការរញករនជាច្រើនដូចជាគម្ពីរែរិសញទធទេ។ នេះគឺញយរសឡះពីការលើកឡើងរបស់លោក Wllam Mur និង Laura Vagler នៅពេលពួកគេ និយាយពីព្រះគម្ពីរគួរអានគឺមានែដិវទភាពឡើយ។ (សូមើលកំ ត់សមគល់ដលខ ១៨និង ១៩)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មានរែសាសន៍នៅកាន់ពួកគាត់ហើយ លោក៏បានត្រូវលើកឡើងនៅសាថនសួគ៌ា ហើយបានអផងគញយនៅខាងសាដំព្រះ។(ម៉ាកញស ១៦:១៩) កាលដែលលោកំពញងឱ្យពរ លោកចាកចេញពីពួកគាត់ ហើយព្រះយកលោកឡើងនៅសាថនសួគ៌ា។ (លូកា២៤: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៥១) ខដែលបានដរៀរែ់ខាងដលើពី ម៉ាកញស ១៦:១៩ ត្រូវបានលញែដចញរួមជាមួយនឹង ខដ្សងទៀតមួយចំនួន ដូចជាលូកា ២៤:៥១ ពាកយថា បានលើកឡើងនៅសាថនសួគ៌ា ត្រូវបានដកដចញ។ នៅក្នុងក គម្ពីរម៉ាថាយ ១៦:២៧-២៨ សរដសរថា៖ ដរពាះកូនមនុស្សត្រូវមក ជាមួយនឹងែណ្ទេវត្តរបស់លោក ដោយមានសិរីរញងរឿងពែត្តរបស់លោក ហើយ នឹងសងដល់គ្រប់គ្នាត្តមការរែរពឹត្តរបស់ពួកគេដរៀងខ្លួន។ ខ្ញុំប្រាប់អ្នករល់គ្នាការពិត ថា អ្នកខាះដែលកំពញងឈរនៅទីនេះ នឹងមិនសែ់ឡើយ ទល់តែបានដើញកូនមនុស្ស មកជាដសតចជាមញនសិន។ ក្នុងែទទំនាយនេះ វមិនអាចកាយជាការពិតឡើយ15 វគឺជា ការរែតិដឋឡើងោព ៌ានៅដលើលោកយេស៊ូដែលជាព្យាការីពិតរបស់ព្រះ ដែលែទ ទំនាយរបស់លោកមិនអាចខញសឆ្គងនោះឡើយ។ ក គម្ពីរម៉ាថាយ សរដសរប្ខេងគ្នាដោយខ្លួនឯងនៅដលើទំព័រតែមួយអំពីលោក ដពរតុស ដរៀរែ់ដោយសដងខែ៖ លោកយេស៊ូមានរែសាសន៍តែនៅគាត់ថា៖ សញីម៉ូន កូនយ៉ូណាស! អ្នកមានសញភមងគលហើយ! ពីដរពាះនេះមិនមែនមនុស្សទេ ដែលបាន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បើកសប្មដងឱ្យអ្នកដឹង... អ្នកគឺដពរតុស... ខ្ញុំនឹងឱ្យកូនដសាននរជាណាចរកសាថនសួគ៌ា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ដល់អ្នក ហើយអ្វីដែលអ្នកចងនៅប្នដី នោះជាអ្វីដែលត្រូវបានចងនៅសាថនសួគ៌ា ហើយអ្វីដែលអ្នករសាយនៅប្នដី នោះជាអ្វីដែលត្រូវបានរសាយនៅសាថនសួគ៌ា។ (ម៉ាថាយ ១៦:១៧-១៩) ចំប កឯនៅក្នុង ម៉ាថាយ ១៦:២៣ វិញហក់ដូចជាញយ រសឡះពីអ្វីដែលលើកឡើងខាងដលើ៖ ប៉ុន្តែលោកបែរដចញ រួចប្រាប់ដពរតុសថា៖ 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15 ត្បិតអ្នកដែលឈរជាមួយលោកយេស៊ូនៅពេលនោះពញំមាននរណ្មែនជីវិតដល់សពេថ្ងៃទេ ធ្វើ ដមដចពួកគេអាចរស់រហូតដល់ថ្ងៃជំនញំជរមះនោះ?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សាត្តំង ចូរនៅឆៃយពីខ្ញុំនៅ! អ្នកកំពញងដាក់ឧែសគគដែលអាចនាំឱ្យខ្ញុំជំពែ់ដួល ពីដរពាះអ្នកមិនគិតតាមគំនិតរបស់ព្រះទេ តែគិតតាមគំនិតរបស់មនុស្សវិញ។ ទាក់ទងនឹងរពឹត្តិការ ៍ននការចងឆ្កាងលោកយេស៊ូវិញ ក គម្ពីរម៉ាថាយ ២៧:៤៤ សរដសរថា៖ សូមបីតែដចរែន់ដែលបានត្រូវពយួរជាមួយនឹងលោក ក៏ចាប់ផ្តើម តិះដៀលលោកបែដូចនេះដែរ។ រតផង់នេះនិយាយថាមានដចរ២នាក់បានតិះដៀល លោកជាមួយគ្នា។ យ៉ាងណាមិញ នៅក្នុងក គម្ពីរលូកា ២៣:៣៩-៤០ សរដសរថា៖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ប៉ុន្តែអ្នករែរពឹត្តអំដពើអារកក់ម្នាក់ដែលបានត្រូវពយួរ ត្តំងនិយាយរែមងលោកថា៖ ឯង ជារគិសតមែនទេ? ចូរសង្គ្រោះខ្លួនឯងនិងយើងផង។ អ្នករែរពឹត្តអំដពើអារកក់ម្នាក់ទៀត បានសតែដនាសអ្នកនោះថា តើអ្នកមិនដកាត្ខាចព្រះសោះឬ? ឥឡូវនេះអ្នកបានទទួល ទេសដូចគ្នាដែរ។ ឧទររ ៍នេះឱ្យយើងដើញថា ដចរទំង២នេះមិនបានរួម សកម្មភាពជាមួយគ្នាឡើយាញយនៅវិញគេទំងពីររែឆំងនឹងគ្នា ង។ ការផ្លាស់ែដូរ, ការក្រប្រែ និងការប្ខេងគ្នា មិនមែនមានតែនៅក្នុងគម្ពីរសមពនធដមរតី ងមីនោះទេ តែក៏មានក្នុងគម្ពីរសមពនធដមរតីចស់ដែរ16។ ជាឧទររ ៍អំពីការប្ខេងគ្នានេះ នៅក្នុងក គម្ពីរ ២ពងាវត្តបកសរត ៨:២៦ គេប្រាប់ថា៖ ព្រះបាទ អ័ហសញីយ៉ា ឡើង ដសាយរជយនៅពេលទ្រង់មានជនាមយញនមភពីរវសា។ ដែលខញសពីក គម្ពីរ ២របាកសរត ២២:២ ដែលសរដសរថា៖ កាលព្រះបាទអ័ហសញីយ៉ាឡើងដសាយរជយ ទ្រង់មាន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16 ក្រុមរែកាចរមុះនិកាយននែញរីវ៉ាទីកង់ទី២(ឆ្នាំ១៩៦២ដល់៦៥)បានទទួលសាគល់នូវភាពមិន រែរកតីនៅក្នុងគម្ពីរសមពនធដមរតីចស់ បានលើកឡើងថា៖ ឥឡូវគម្ពីរសមពនធដមរតីចស់ គឺរសែត្តម សាថនភាពរបស់មនុស្សជាតិជំនាន់មញនននការសង្គ្រោះរបស់ព្រះគ្រិស្ត ដែលលោកបើកែង្ហាញដល់ មនុស្សទាំងអស់អស់នូវចំដ ះដឹងអំពីព្រះនិងមនុស្ស រួមទំងរដែដែលព្រះមានយញត្តិធម៍និងមេត្តា ករញណ្ទេក់ទងនឹងមនុស្ស។ គម្ពីរទំងនេះក៏មានាញកនូវរឿងរ៉ាវខាះដែលមិនដពញដលញនិងរគ្នា់ប្ត ប្រើជែដណ្តែះអាសនន…។ ក្នុងសៀវភៅ Provdentssmus Deus ដែលសិក្សាអំពីគម្ពីរែរិសញទធដចញាយដោយសដមដច បា៉ែ លីអូ ទី៨ កាលពីថ្ងៃទី១៨ វិចេកា ឆ្នាំ១៨៩៣ សរដសរថា៖ វរបាកដណាស់ ថាអ្នកនិពនធចមាងបានធ្វើឱ្យមានកំរញសនៅក្នុងអត្ថបទននគម្ពីរ។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ព្រះជនមស្របសិពីរព្រះវសា...17។ យើងនៅតែដើញមានចំនញចប្ខេងគ្នែប្នថមទៀត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ដូចជា នៅក្នុងក គម្ពីរ ២ពងាវត្តបកសរត ២៤:៨ សរដសរថា៖ កាលព្រះបាទ យ៉ូយ៉ាគីន ឡើងដសាយរជយ ទ្រង់មានជនាមយញដែ់របាំែព្រះវសា ហើយដសាយរជយ បានែប្ខនៅរកុងដយរ៉ូសាឡឹម។ បើដរែដធៀនឹងក គម្ពីរ២របាកសរត ៣៦:៩ ដែលបានសរដសរថា៖ កាលព្រះបាទយ៉ូយ៉ាគីនឡើងដសាយរជយ ដសដចមានជនាមយញ របាំែព្រះវសា ហើយដសាយរជយបានែប្ខនៅរកុងដយរ៉ូសាឡឹម។ ដោយប្ឡកក គម្ពីរ ២សាំយូអែល ៦:២៣ សរដសរថា៖ ព្រះនាងមិកាល់ជាបុត្រីរបស់ព្រះបាទសូលោមានបុត្រឡើយ រហូតដល់សែ់។ រតផង់នេះែញ្ញចស់នឹងក ឌ</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 ២សាំយូអែល ២១:៨ ដែលថា៖ ...ព្រះរជាក៏ឱ្យគេចាប់កូនប្រុសទំងរបាំរបស់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នាងមិកាល់ ជាបុត្រីរបស់ព្រះបាទសូល គឺជាកូនដែលនាងបានែដងើត្ជូនលោក អ្រទីអែល ជាកូនរបស់លោក បាសញីនឡ ជាអ្នករសុកមរូឡា។ នៅក្នុងគម្ពីរែរិសញទធជា ភាសាអផង់គោស New Standard Amercan Verson ឆ្នាំ១៩៧៣ ដ មះ មិកាល់(Mchal) ដែលែ់មានទំងនៅក្នុងគម្ពីរ KJV និងសេចក្តីបកប្រែពិភពលោក ងមីរបស់ពួកសាក្សីព្រះដយរូវ៉ា ត្រូវបានគេជំនួសដោយដ មះ មិរ៉ែ(Mrab) វិញដើម្បី ដចៀសវងពីការប្ខេងគ្នា។ ចំពោះែញ្ញាននការមើលដើញព្រះវិញ គឺមានទំងនៅក្នុង គម្ពីរសមពនធដមរតីចស់ និងសមពនធដមរតីងមី។ ក គម្ពីរយ៉ូហន ១:១៨ យើងដើញថា៖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ោមានមនុស្សណាម្នាក់ែ់ដើញព្រះមដងណ្ឡើយ..។ រតផង់នេះក៏មានលើកឡើងដូចគ្នាក្នុង ១យ៉ូហន ៤:១២ ដែរ។ យ៉ាងណាមិញក គម្ពីរលោកុប្បត្តិ ៣២:៣០ និយាយរឿងខញសគ្នាពីនេះ៖ លោកយ៉ាកញែដាក់ដ មះកន្លែងនោះថា ពនីអែល ត្បិត លោកដពាលថា ខ្ញុំបានដើញព្រះភ្កតរបស់ព្រះជាម្ចាស់ផ្លាល់នឹងប្ភនក តែខ្ញុំនៅមាន ជីវិតនៅឡើយ។ គួរឱ្យចប្មាកដែរ ក្នុងក គម្ពីរនិកខមានំ ៣៣:១១ ក៏និយាយដែរថា៖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17 នេះជាការបកប្រែរបស់ព្រះគម្ពីរែរិសញទធ(១៩៥៤)ជាភាសាប្ខមរ។ គម្ពីរបកប្រែមួយចំនួនបានរក្សាតួ ដលខ៤២ឆ្នាំ តែការប្រែសរមួលខាះបានផ្លាស់ែដូរជា ២០ឆ្នាំ តែទេះជាយ៉ាងណាក៏នៅតែប្ខេងគ្នា ជាមួយនឹង ២ពងាវត្តបកសរត ៨:២៦ 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ព្រះម្ចាស់មានព្រះមានបន្ទូលមកកាន់លោកម៉ូដសទល់មញខគ្នា ហក់ដូចជាមនុស្សម្នាក់ សនានាជាមួយមិត្តសមាញ់របស់ខ្លួន។ ហើយនៅក្នុងនិកខមានំ ២៤:៩-១១ សរដសរថា៖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លោកម៉ូដសឡើងនៅដលើភនំជាមួយលោកដអើរ៉ាញន... ទាំងអស់លោកទំងនោះបានដើញព្រះ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ជាម្ចាស់ ហើយនាំគ្នាធ្វើពិធីជែ់ដលៀង។ ក្នុងក គម្ពីរយ៉ូហន ៣:១៣ យើងដើញថា៖ មា៉ាងទៀតោមានមនុស្សណា ម្នាក់ែ់ឡើងនៅសាថនសួគ៌ាឡើយ មានតែលោកដែលបានចុះពីសាថនសួគ៌ាប៉ុណ្ណោះ គឺ កូនមនុស្ស។ ដែលរតផង់នេះែញ្ញចស់នឹងក គម្ពីរលោកុប្បត្តិ ៥:២៤ ដែលថា៖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លោកដរ ញកដដើរត្តមមោ៌ារបស់ព្រះជាម្ចាស់ ែនែ់មកគេប្លងដើញគាត់នៅដលើ ប្នដីទៀតហើយ ដរពាះព្រះជាម្ចាស់បានលើកគាត់ឡើងនៅ។ ក៏មាននៅក្នុង ២ពងាវត្តបកសរត ២:១ ដែលថា៖ នៅរោដែលព្រះម្ចាស់ឱ្យខយល់កួចលោកដអ្លីយ៉ា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ឡើងនៅសាថនែរមសញខនោះ...។ ដូចនេះ តើមានតែលោកយេស៊ូដៃលបានឡើងនៅ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សាថនសួគ៌ា ឬមួយក៏លោកដរ ញក និងដអ្លីយ៉ាក៏បានឡើងនៅសាថនសួគ៌ាដែរ? ដលើស ពីនេះនៅទៀត គម្ពីរសមពនធដមរតីចស់មានការក្រប្រែជាច្រើនកំប ដែលអ្នកសរដសរ មួយចំនួនធំមិនបានសាគល់ អ្នកនិពនធគម្ពីរដើម។ ករីដូចគ្នានេះដែរ បើដយងត្តម គម្ពីរបកប្រែជាភាសាបារំងបានសរដសរថា៖ អ្នកសរដសរនិងអ្នកក្រសរមួលគម្ពីរភាគ ច្រើន ដែលពួកគេត្រូវបានគេសនមត្ថាជាអ្នកតំណាងរបស់ព្រះ អ្នកសនមត្នោះគឺជា រែជាជនរបស់ពួកគេ ហើយពួកគេក៏មិនត្រូវបានគេសាគល់ថាជានរណាដែរ។ ជំរររបស់សាសនាអ៊ីស្លាមទាក់ទងនឹងគម្ពីរែរិសញទធ គឺរែកាន់យកនូវភាព យញត្តិធម៌ា និងអ្ពារកឹត្យ។ យើងយល់ដើញថា គម្ពីរែរិសញទធ ពិតជាមានាញកនូវសេចក្តី ពិតមួយចំនួនដែរ ទនាមគ្នានេះ រឿងខញសឆ្គងក៏មានដាក់ែញ្ចូលនៅក្នុងអត្ថបដៃមដ៏ ពិសិដឋដែរ។ កបួនខានត្ដែលសាសនាអ៊ីស្លាមប្រើសម្រាប់បែងចែករវង សេចក្តីពិត និង ការខញសឆ្គងនោះ គឺព្រះគម្ពីរគួរអាន និងសេចក្តែដរងៀនរបស់ព្យាការីមូហាំម៉ាត់។ និយាយឱ្យងាយនៅគឺ ខាមសាររបស់គម្ពីរែរិសញទធដែលមានភាពរសែគ្នានឹងព្រះគម្ពីរ គួរអាន និងគម្ពីរស ញ ណះ គឺយើងទទួលយក ហើយរតផង់ណាដែលមិនមានភាពរសែគ្នា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គឺយើងែដិដសធ។ ដសចកតីបផងាងដ្សងទៀតនៅក្នុងនោះ គឺយើងមិនទទួលដជឿឬទញកចិត្ត ឡើយ។ មិនខញសពីព្រះគម្ពីរដើមទំងឡាយដែលព្រះបានបើកែង្ហាញមកកាន់ព្យាការី របស់ទ្រង់ដូចជា លោកអ្របាហំ, លោកម៉ូដស, ដសដចដាវីឌ, លោកយេស៊ូ និងបណ្តា ព្យាការីដនទទៀត សេចក្តីជំនឿរបស់ពួកលោក គឺស្ថិតក្នុងចំដណាមសសរសតមភននដោល ជំនឿ បើពញំដូចនេះទេពញំមានលោកណាម្នាក់ជាអ្នកមូស្លីមឡើយ។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ទុក្កឹត្យភាពនន ក្ពះគម្ពីរគួរអាន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គម្ពីរចញងក្រោយែងអស់ ដែលព្រះបានបើកែង្ហាញមកកាន់មនុស្សជាតិ នោះគឺ ព្រះគម្ពីរគួរអាន ដែលរក្សានូវភាពដើម្ញត្ពីការក្រប្រែរបស់ មនុស្សទាំងអស់រយៈកាលជាង១៤០០ឆ្នាំ។ សារចញងក្រោយដែលព្រះបាន បើកែង្ហាញមកព្យាការី មូហាំម៉ាត់ ដែលការរែទនចុះមកត្រូវ ចំណាយពេលទាំងអស់ជាង២៣ឆ្នាំ។ ព្រះគម្ពីរត្រូវបានបើកែង្ហាញមកជាប្នកៗ រែប្វង អត្ថបទខញសៗគ្នា។ នៅពេលលោកទទួលបានព្រះរជសារនោះមួយប្នកមក លោក សូរត្វនៅកាន់សរក្សារីរបស់លោក ហើយពួកគេក៏សរដសរទញករួចដៃនាញ។ ដលើសពី នេះទៀតព្យាការីលោកបានចងអញលែង្ហាញដល់អ្នកកត់រត្តរបស់លោក អំពីកន្លែងដែល ប្នកនីមួយៗគួរតែត្រូវបានដាក់នៅក្នុងតួននអត្ថបទ។ ត្តមរដែនេះព្រះគម្ពីរគួរអាន ទំងមូល ត្រូវបានសរដសរនិងដៃនាញដោយមនុស្សរែ់រយនាក់ ដែលជាអ្នកដដើរត្តម ព្យាការីមូហាំម៉ាត់អំឡញងពេលដែលលោកនៅមានជីវិត។ លោក អែ ូ បាដកើរ ដមដឹកនាំ ទី១ននសាសនាអ៊ីស្លាម បានចត់ត្តំងឱ្យលោក ប្រសដែ ិន ដែត ទទួលខញសត្រូវខាង ចងរកងចែ់ចមាងដំែងែងអស់នៃព្រះគម្ពីរគួរអាន ឱ្យនៅជាអត្ថបទរួមតែមួយ ក្រោយ ពេលព្យាការីមូហាំម៉ាត់ទទួលមរណភាព។ ក្រោយពីនោះ នៅដរក្សាមការដឹកនាំរបស់ដម 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ដឹកនាំទី៣ននសាសនាអ៊ីស្លាមគឺលោក ឧស្មាន លោករាអ្ញីត បានដរៀចំចែ់ចមាង ចំនួន៧ចែ់ទៀតដែលបានដើនៅមជ្ឈមណ្ឌលដ្សងៗក្នុងពិភពអ៊ីស្លាម។ ព្រះគម្ពីរគួរអាននៅតែមានការរក្សាអត្ថបដៃមជាភាសាអារ៉ែ់ ហើយក៏មាន មនុស្សរែ់គ្នានាក់បានដៃនាញចំគ្រប់ពាងគគ្រប់ពាកយ នៅជញំវិញពិភពលោកពីមួយ ជំនាន់នៅមួយជំនាន់ ហើយនិងមានភាពរសែគ្នាទំងរសុងរល់ចែ់ងត្ចមាង និង ចែ់ចមាងសរដសរដោយនទេំងទាំងអស់18 ដែលដៀតផ្លាត់ភាពត្រឹមត្រូវជាមួយនឹងការ បើកែង្ហាញចញងក្រោយែងអស់ និងជាការចងអញលែង្ហាញមកកាន់មនុស្សជាតិ។ ព្រះគម្ពីរ គួរអានទំងមូលគឺជាព្រះមានបន្ទូលផ្លាល់នៃព្រះជាម្ចាស់ ដោយោមានការែប្នថមែនថយឡើយ។ នៅពេលដែលព្រះមានព្រះមានបន្ទូលថា៖ ចូរអ្នកដពាលថា៖ ព្រះអល់ឡោះគឺជាព្រះអ ម្ចាស់តែមួយអផងគត់។ ព្យាការីមូហាំម៉ាត់ ដែលអ្នកសពោយព្រះរជសារែនតនោះ លោកពញំអាចផ្លាស់ែដូរមួយតួអក្សរ ឬមួយពាកយណា ឱ្យខញសពីព្រះមានបន្ទូលព្រះឡើយ។ លោកត្រូវតែនិយាយដូចដែលព្រះបង្គាប់លោកថា៖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ចូរអ្នកដពាលថា ព្រះ អល់ឡោះគឺជាព្រះម្ចាស់តែមួយអផងគត់។ ដោយមិនទំងលញែំបាត់ពាកយ ចូរអ្នក ដពាលថា នោះទេ19។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18 លោក Wllam Mur បានសរដសរនៅក្នុងសៀវភៅរបស់លោកចំណងជើងថា ជីវិតរបស់ព្យាការី មូហាំម៉ាត់ លោកបាននិយាយទាក់ទងនឹងព្រះគម្ពីរគួរអានថា៖ វពិត្ជោមានសៀវភៅផ្សេងទេ នៅដលើលោកនេះដែលត្រូវបានបផងរក្សាទាំងអស់ពេល១២សតវត្សរ៍ (មកដល់ពេលនេះគឺ១៤សតវត្សរ៍ ហើយ) ជាមួយនឹងអត្ថបដៃលលអវិសញទធ(ដូចដើម)។ 19 ែ ឌិត Laura Vecca Vagler បានសរដសរនៅក្នុងសៀវភៅចំណងជើង Apologa dell' Islamsmo ថា៖ ប៉ុន្តែមានភសដញត្តងមួយទៀតដែលែញ្ញាក់ថាព្រះគម្ពីរគួរអានមកពីព្រះពិតមែននោះគឺ ព្រះគម្ពីរនេះត្រូវបានរក្សាការពារ្ញត្ពីការខូចខាត្ឆាងកាត់ច្រើនជំនាន់ ចាប់ត្តំងពីពេលបើកែង្ហាញ ដំែងរហូតមកទល់សពេថ្ងៃនេះ ហើយក៏ត្រូវបផងរក្សារហូតនៅ ដោយព្រះបំណងរបស់ព្រះ ដរបណ្តា សកលលោកនៅតែមាន។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ជាមួយគ្នានេះដែរែទនិទនននព្យាការី (ឬនៅថា ហទីស) ជារែភពសំខាន់ទី ២របស់សាសនាអ៊ីស្លាម ក៏ជាការបើកែង្ហាញពីព្រះដែរប៉ុន្តែជាលក្ខណៈខាមសារ មិនមែនជាព្រះមានបន្ទូលផ្លាល់នោះទេ។ ែទនិទនទំងនេះត្រូវបានរក្សាទញកដោយប្ឡកនៅ ក្នុងគម្ពីរ ហទីស។ រត្ឡែ់នៅមើលគម្ពីរែរិសញទធវិញ មិនអាចអះអាងបានទេថាមាន លក្ខណៈលអវិសញទធនោះ ត្បិតក្នុងនោះមានការោយឡំគ្នារវង ពាកយសមដីខាះដែលគេ ដចទថាជែនូលព្រះ, ពាកយសមដីខាះទៀតជារែសាសន៍របស់បណ្តាព្យាការី ហើយ ពាកយខាះទៀតបគ្នា់តែជាសមដីរបស់មនុស្សធមមត្តប៉ុណ្ណោះ។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អ្នកណាហើយដែលបានអានព្រះគម្ពីរគួរអាន គឺចាស់ណាស់ថាព្រះគម្ពីរ ទំងមូលដផ្លតែដលើ ឯកអ្គគភាព20របស់ព្រះ។ ព្រះគម្ពីរមិនបានដំណាលពីប្ខសរជីវិត របស់ព្យាការីមូហាំម៉ាត់នោះទេ ហើយក៏មិនដំណាលពីភាពអ្សាចរយរបស់លោក ដូច មនុស្សខាះែ់គិត្នោះឡើយ។ អ្នកណាហើយដែលបានអានព្រះគម្ពីរគួរអានគឺដើញ ចាស់ថា ព្រះគម្ពីរដផ្លតែត្រមង់នៅលើការ្សពោយពីជំនឿថា ព្រះមានតែមួយអផងគត់ , ទ្រង់មានតែមួយអផងគឯងគត់, ថោយសិរីរញងរឿងចំពោះទ្រង់, ែដិត្តិត្តមអ្វីដែលព្រះ បានបង្គាប់ប្រើ និងដចៀសវងពីអ្វីដែលទ្រង់បានហាមគាត់។ ព្រះគម្ពីរគួរអាន ប្ចង ចំពោះព្យាការីមូហាំម៉ាត់ថាជា អ្នកនាំសារនៃព្រះ មិនខញសពីបណ្តាអ្នកនាំសារដនទទៀត ដែលមកក្នុងជំនាន់មញនៗលោកនោះទេ។ ព្រះគម្ពីរគួរអាន ៣:១៤៤ ប្ចងថា៖ មូហំ ម៉ាត់គ្រាន់តែជាអ្នកនាំសារម្នាក់ ដែលអ្នកនាំសារជាច្រើនបានកន្លងទៅមញនគាត់ ប៉ុណ្ណោះ។ ប្រសិនបើគាត់ទទួលមរណភាព ឬត្រូវបានគេសមែ់ តើពួកអ្នកនឹងវិលរត ឡែ់នៅក្រោយ(សាសនាដើម)វិញឬ? បើអ្នកណាវិលរត្ឡែ់នៅក្រោយវិញនោះ គឺវ មិនែ៉ាះពាល់អ្វីដល់ព្រះអល់ឡោះែនដិចណ្ឡើយ។ ហើយព្រះអល់ឡោះទ្រង់នឹងតែ សនងដល់ពួកអ្នកដែលដឹងគញ។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20 ភាពលអឯក មានតែមួយ ខពង់ខពស់ោមានអ្វីដរែដសមើបាន។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ព្រះគម្ពីរក៏បានពិព ៌ានាអំពីព្យាការីថា លោកជាមនុស្សម្នាក់ដែលោមានលទធ ភាពដល់ជារែដយជន៍ដល់នរណាម្នាក់ឡើយ សូមបីតែខ្លួនលោកផ្លាល់ លើកប្លងប្ត ព្រះជាម្ចាស់អ្នញ្ញាត្ប៉ុណ្ណោះ។ ព្រះគម្ពីរគួរអាន ៧:១៨៨ ប្រាប់យើងថា៖ ចូរអ្នក ដពាលថា ខ្ញុំោមានអំណាចគ្រប់រគងដលើរែដយជន៍ និងដរោះថានក់ចំពោះខ្លួនខ្ញុំបានឡើយ លើកប្លងតែអ្វីដែលព្រះអល់ឡោះទ្រង់មានដចត្នាប៉ុណ្ណោះ។ ប្រសិនបើខ្ញុំបានដឹងនូវ អាង៌ាអាថ៌កំបាំង ខ្ញុំពិតជានឹងបានលចំដ ញសមបូ ៌ារូបដរៀរ ហើយោមានអំដពើអារកក់ ណាមកដែត្ដែនរូខ្ញុំបានឡើយ។ ខ្ញុំោមានអ្វីក្រៅពីជាអ្នកោស់តែនរពមាន និងដល់ ដំ ឹងរីករយដល់ក្រុមអ្នកដែលមានជំនឿនោះឡើយ។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មិនតែប៉ុណ្ណោះ ក្នុងព្រះគម្ពីរមានទំងវកយខ ឌដែលសដែដនាសចំពោះ សកម្មភាពរបស់ព្យាការីផង។ កាលរគ្នោះមានែញរសងងឹតភ្នែកម្នាក់ មកែង្ហអក់ ព្យាការីនៅពេលលោកំពញងអំពាវនាវដល់អ្នកមានអំណាចមួយក្រុមានៅរកុងម៉ាកេះ ឱ្យ ពួកគេមកកាន់សាសនាអ៊ីស្លាម។ ែញរសងងឹតភ្នែកនោះសញំឱ្យព្យាការីលោក្ដល់ចំដ ះ ដឹងខាងសាសនែប្នថមទៀដែល់ខ្លួន។ ក្នុងពេលព្យាការីលោកំពញងខនះប្ខនងពាយម ចងអញលែង្ហាញមនុស្សមួយក្រុមានោះ លោក៏មានការធញ រទន់ និងរពដងើយកដនតើយ ចំពោះែញរសងងឹតភ្នែកនោះ ត្បិត្លោកបានដឹងថា ែញរសងងឹតភ្នែកនោះមានជំនឿដលើ ព្រះរឹងមំណាស់ហើយ បើញរសនោះរង់ចាំរហូតដល់លោកជំនញំគ្នាចាប់ ក៏មិនមានអ្វីជា ដរោះថានក់ដែរ។ យ៉ាងណាមិញព្យាការីត្រូវបានព្រះសដែដនាសនៅក្នុងព្រះគម្ពីរគួរអាន ៨០:១-១១ ថា៖ គាត់(មូហាំម៉ាត់)បានធ្វើមញខរកញូវហើយង្ហកមញខដចញ។ ពីដរពាះមាន ជនងងឹតភ្នែកម្នាក់បានចូលមកជួគាត់។ តើអ្នក(មូហាំម៉ាត់)អាចដឹងយ៉ាងដូចដមដ ចបាន? ជួនកាលគេអាចមកសមអត្ចិត្តអំពីអំដពើបែ ឬក៏គេមានការភាក់រលឹក ដូចនេះ ការដរកើនរំឭកនោះអាចដល់លរែដយជន៍ដល់គេ។ រីឯអ្នកដែលមិនត្រូវការក្សារចងអញលែង្ហាញដោយអាងខ្លួនមានរទពយនោះ អ្នកបែរជាយកចិត្ទេញកដាក់ចំពោះគេនៅវិញ។ ហើយពញំមែនជាភារៈអ្នក(ទទួលខញសត្រូវ)ទេ ប្រសិនបើគេមិនមានជំនឿវិញនោះ? ចំប កឯអ្នកដែលខំសោត់មកជួអ្នកដើម្បីសញំការចងអញលែង្ហាញូវលអ ក្នុងសភាពដកាត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ខាចព្រះអល់ឡោះនោះ អ្នកបែរជារពដងើយកដនដើយចំពោះគេនៅវិញ។ ចូរអ្នកកុំធ្វើបែ នេះ ពិតប្រាកដណាស់ វ(វកយខ ឌទំងនេះ)គឺជាការដរកើនរំឭក។</w:t>
      </w:r>
    </w:p>
    <w:p>
      <w:pPr>
        <w:spacing w:line="324" w:lineRule="auto" w:after="120" w:before="0"/>
        <w:jc w:val="left"/>
      </w:pPr>
      <w:r>
        <w:t>អ្នកអានព្រះគម្ពីរគួរអាន ក៏នឹងដើញនូវវកយខ ឌដែលរពមានយ៉ាងធ្ងន់ធៃរដល់ ព្យាការីមូហាំម៉ាត់ ទំងការគរមមលោកដល់ជីវិតផង បើលោកហ នរែតិដឋពាកយដពចន៍ ណាមួយឡើង ហើយនិយាយថាវជែនូលព្រះ។ ព្រះគម្ពីរគួរអាន ៦៩:៤៤-៤៧ ប្ចង ថា៖ ហើយប្រសិនបើគេ(មូហាំម៉ាត់) រែតិដឋពាកយសំដីខាះដលើព្រះមានបន្ទូលរបស់យើងនោះ យើងនឹងដាក់ទេសគេដោយព្រះរសថសាដំរបស់យើងែនែ់មកយើងពិតជានឹងកាត់ សរនស មដែះដូងរបស់គេជាមិនខាន។ ហើយោមានអ្នកណាម្នាក់ក្នុងចំដណាមពួក អ្នកអាចររំង (យើង) បានឡើយ។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ពួកជនជាតិអារ៉ែ់ដែលមិនដជឿសាសនានៅជំនាន់នោះ បានដចទរែកាន់ ព្យាការីថាលោកបានក្រាងព្រះគម្ពីរគួរអានឡើង។ កាលរគ្នោះព្រះបានបើកែង្ហាញ វកយខ ឌមួយចំនួនដែលព្រះអផងគែលរែកួត្នឹងពួកគេ ឱ្យែដងើត្គម្ពីរណាមួយដែល រែហក់ប្រហែលនឹងព្រះគម្ពីរគួរអាន។ ព្រះគម្ពីរគួរអាន ១៧:៨៨ ប្ចងថា៖ ចូរអ្នក (មូហាំម៉ាត់)ដពាលថា ប្រសិនបើមនុស្សលោក និងជិន21បានរួមគ្នាដើម្បីចងរកងឱ្យដូច នឹងព្រះគម្ពីរគួរអាននេះ គឺពួកគេមិនអាចចងរកងឱ្យដូចនឹងវបានឡើយ ទេះែជាពួក គេបានជួយគ្នានៅវិញនៅមកក៏ដោយ។ ហើយនៅក្នុងជំពូក ៥២:៣៣-៣៤ ប្ចងថា៖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ឬមួយក៏ពួកគេនិយាយថា អ្នក(មូហាំម៉ាត់)បានរែតិដឋវ(ព្រះគម្ពីរគួរអាន)ដោយខ្លួនឯង ឬ? ាញយនៅវិញពួកគេដៃលោមានជំនឿនោះ។ ដូចនេះចូរឱ្យពួកគេនាំយកពាកយដពចន៍ ណាមួយ ឱ្យដូចនឹងព្រះគម្ពីរនេះមក ប្រសិនបើពួកគេជាអ្នកដែលនិយាយពិតនោះ។ ប៉ុន្តែពួកអារ៉ែ់មិនដជឿសាសនានោះមិនអាចធ្វើបានទេ។ ការែលរែកួត្នេះ ក្រោយ មកែនថយនៅសល់រតឹមប្ត១០ជំពូកប៉ុណ្ណោះដែលមានប្ចងក្នុង ១១:១៣ ថា៖ ឬពួក គេនឹងនិយាយថា គាត់បានរែតិដឋវ (ព្រះគម្ពីរគួរអាន)។ ចូរអ្នកដពាលថា ចូរពួកអ្នកនាំ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21 អមនុស្ស។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យកដែ់ជំពូកឱ្យដូចការរែតិដឋទំងនេះមក ហើយចូរពួកអ្នកនៅអ្នកណាក៏ដោយ ដែលពួកអ្នកអាចនៅបានក្រៅពីព្រះអល់ឡោះ(ឱ្យជួយ ) ប្រសិនបើពួកអ្នកជាពួកដែល ដសាមះរតផង់ពិតមែននោះ។ ប៉ុន្តែពួកគេនៅតែមិនអាចធ្វើបាន ជាចញងក្រោយការែល រែកួត្សល់ប្ត១ជំពូកប៉ុណ្ណោះ។ នៅក្នុងជំពូក ២:២៣-២៤ ប្រាប់យើងថា៖ ប្រសិនបើ ពួកអ្នកមានការសងស័យ អំពីអ្វីដែលយើងបានរែទនចុះមកឱ្យអ្នកបម្រើរបស់យើង នោះ ចូរពួកអ្នកនាំមកនូវជំពូកមួយណា ដែលដូចជំពូកនៃព្រះគម្ពីរគួរអាន ហើយចូរ នៅសាក្សីរបស់ពួកអ្នកក្រៅពីព្រះអល់ឡោះមក ប្រសិនបើការអះអាងរបស់ពួកអ្នក ពិតជាត្រឹមត្រូវមែននោះ។ តែប្រសិនបើពួកអ្នកមិនអាចធ្វើវបានឥឡូវនេះទេ ហើយ ពួកអ្នកក៏នឹងមិនអាចធ្វើវបានដែរនៅពេលអនាគត្នោះ ដូចនេះចូរពួកអ្នកខាចដភើងនន សាថននរកដែលឥនធនៈរបស់វគឺមនុស្ស និងដញំងមដែលគេបានដរៀចំសម្រាប់ពួកដែលោមានជំនឿ។ ជំពូក ១០:៣៨ ក៏ប្ចងថា៖ ឬមួយពួកគេនិយាយថា គេ(មូហាំម៉ាត់)បានែដងើត្វ(ព្រះគម្ពីរគួរអាន)ឡើង។ ចូរអ្នកតែវិញថា ដូចនេះចូរពួកអ្នកនាំមកនូវជំពូកមួយ ណាដែលដូចនឹងវ ហើយចូរពួកអ្នកនៅអ្នកណាដែលពួកអ្នកអាចដកាះនៅបានដ្សង ពីព្រះអល់ឡោះចុះ ប្រសិនបើពួកអ្នកជាអ្នកត្រឹមត្រូវមែននោះ។ ពួកគេនៅប្តែរជ័យ ក្នុងការែលរែកួត្នេះ។ ការ ៍នេះសែញ្ញាក់ថា សត្រូវរបស់សាសនាអ៊ីស្លាម បើ ទេះជាពួកគេពូក្រដវហសាសតនិងភាសាអារ៉ែ់យ៉ាងណាក៏ដោយ ក៏នៅប្តែរជ័យ ក្នុងការប្តផងនិពនធជំពូកមួយ ឱ្យរែហក់ប្រហែលនឹងព្រះគម្ពីរគួរអានដែរ។ ការ ៍ ដែលពួកគេទទួលការែលរែកួត្នេះ ជួយ ឱ្យពួកគេចំដ ញទំងពេលទំងកមទាំង ជាជាងការមកែញ្ឈែ់សាសនាអ៊ីស្លាមដោយប្រើកមទាំង។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មិនដូចគម្ពីរែរិសញទធឡើយ ព្រះគម្ពីរគួរអានោមានជំពាក់ជំពិននឹង ភាពខញសរែរកតី , ការចុះមិនសរមុងគ្នា និងែដិវទភាពឡើយប៉ុន្តែបែកែដោយហេតុល និងលក្ខណៈ វិទាសាសត។ ជំពូក ៤:៨២ ប្ចងថា៖ តើពួកគេមិនរតិះរិះពិចរណាអំពីព្រះគម្ពីរគួរអាន ទេឬ? ប្រសិនបើព្រះគម្ពីរនេះមិនមែនមកពីព្រះអល់ឡោះទេនោះ ពួកគេរបាកដជាជួ រែទះនូវែដិវទភាពជាច្រើននៅក្នុងវ។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ព្រះគម្ពីរគួរអានដែលបានបើកែង្ហាញត្តំងពី១៤សតវត្សរ៍មញន បានលើកឡើងពី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សេចក្តីពិត្ដែលងមីៗនេះទើបតែបានរកដើញ និងែញ្ញាក់ថាត្រឹមត្រូវពីអ្នកវិទាសាសត ដោយមានជំនួយពីឧែករ ៍ទំដនើៗនិងវិទាសាសតដជឿនដលឿនផង។ ជាឧទររ ៍ ព្រះមានព្រះមានបន្ទូលយ៉ាងចាស់អំពី ដំណាក់កាលននការវិវត្តន៍អំរែ ីយ៉ាញងរបស់មនុស្ស។ ព្រះមានព្រះមានបន្ទូលថា៖ ហើយជាការពិតណាស់ យើងបានែដងើត្មនុស្សលោក(អោំ) អំពីដីឥដឋ។ ក្រោយមកយើងបានែដងើត្មនុស្សពីទឹកាមានៅក្នុងកន្លែងដែលមានសញវត្ថិ ភាព(នៅក្នុងសបូន)។ ែនែ់មកយើងបានែំបែងទឹកាមានោះឱ្យនៅជា មួយដញំ ហើយយើងបានែំបែងដញំ មានោះនៅជាសាច់មួយដញំ រួចយើងបានែំបែងដញំសាច់ នោះឱ្យមានជាឆ្អឹង ហើយយើងែ ដញះសាច់រញំព័ទធដលើឆ្អឹងនោះ ក្រោយមកទៀតយើង បានែំបែងវនៅជារូរងមួយដ្សងទៀត។ ហើយព្រះអល់ឡោះ ទ្រង់ដ៏ឧត្ដញងគឧត្ដម ដែលជាអ្នកែដងើត្ដ៏រែដសើរែំញត។ (ព្រះគម្ពីរគួរអាន ២៣:១២-១៤)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ព្រះគម្ពីរគួរអានក៏លើកឡើងអំពីការកកើតឡើងននសាកលលោក ហើយនិង ដំណាក់កាលដំែងននការកកើតនោះគឺ ែនាញះមរិម។ ជំពូក ២១:៣០ ប្ចងថា៖ តើពួក ដែលោមានជំនឿមិនបានដឹងទេឬថា ពិតប្រាកដណាស់ ដម ជាច្រើនជាន់និងប្នដី ដើមឡើយវទំង២នៅជែ់គ្នា តែយើងបានែំបែកវទំងពីរឱ្យោត្ពីគ្នាវិញនោះ? ហើយយើងបានែដងើតអ្វីៗទាំងអស់អស់ឱ្យមានជីវិតដោយសារទឹក។ ដូចនេះតើពួកគេនៅ តែមិនដជឿទៀតឬ? រែនែទននវកយខ ឌនេះ ត្រូវបានកាយជារែនែទសម្រាប់ ពានរង្ហេន់ ូបែលក្នុងឆ្នាំ១៩៧៣។ វិទាសាសតទំដនើក៏បានែញ្ញាក់ដែរថា ៨០ភាគ រយរបស់សញីតូផ្លាសននដកាសិក្សាមានជីវិតទាំងអស់អស់គឺជាទឹក។ ចំដ ះដឹងដ៏មានត្នមាន អ្សាចរយបែនេះ បានរែទនចុះមកឱ្យព្យាការីមូហាំម៉ាត់ ដែលជាមនុស្សមិនចេះអក្សរ ង ត្តំងពីជាង១៤សតវត្សរ៍មញន គឺជាភសដញត្តងដែលមិនអាចរែក្រកបានថា ព្រះគម្ពីរ គួរអានគឺជាព្រះមានបន្ទូលរបស់ព្រះ ហើយមូហាំម៉ាត់គឺជាអ្នកនាំសាររបស់ព្រះអផងគ។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ដំសើរជីវិត និងព័នធកិច្ច របេ់សោក្សេ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បានដឹងតិចតួចណាស់អំពីជីវិតកុមារភាពរបស់លោកយេស៊ូ។ នាង រកមញំដ មះ ម៉ារី បានប្រសូតលោកមកនៅឯទឹកដីបា៉ាដលសីន។ អ្នក មូស្លីមទាំងអស់អស់ទទួលដជឿ និងដល់ការដោរពចំពោះលោកយេស៊ូ ដោយសមអងដលើព្រះគម្ពីរគួរអាន និងែទនិទនននព្យាការីថាលោក ជា ព្យាការីមួយរូដ៏ពិសិដឋរបស់ព្រះ។ ដោលសំខាន់ែំញត្ននការែដរងៀនរបស់លោកនោះគឺមានមូលោឋននន ជំនឿដលើ ព្រះតែមួយអផងគ ហើយដោរពសកោរៈចំពោះព្រះអផងគមួយអផងគត់ដោយឥត្លកខ ឌ។ លោក៏បានែដរងៀនពីសេចក្តីស្រឡាញ់ និងសន្តិភាព។ លោកបានសប្មដងការ ៍ អ្សាចរយជាច្រើន ហើយមិន្ដល់កិត្តិនាមដលើខ្លួនលោកទេប៉ុន្តែលោកប្តផងបផងាងថា គ្រប់ យ៉ាងគឺដោយព្រះបំណងរបស់ព្រះ22។ ក្នុងក គម្ពីរយ៉ូហន ៥:៣០ លោកយេស៊ូ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22 ទេះជាយ៉ាងនេះកតីយើងដើញថារគូគង្ហេលរគីសានពាយមរែឆំងនឹងការែដរងៀនរបស់រគីសា ហើយចត់ទញកការ ៍អ្សាចរយរបស់លោកជាហេតុលដើម្បីដជឿថាលោកជាព្រះនៅវិញ។ បើយ៉ាង នេះគួរតែមានអ្នកនៅសួររគូគង្ហេលទំងនោះថា៖ ចុះដមដចបានមិនចត់ទញកលោកម៉ូដសជាព្រះផងនៅ ត្បិត្លោកអាចយកដំែងវយទឹកសមញរទឱ្យប្ញកពីគ្នាបានដែរនោះ?(និកខមានំ ១៤:១៦-២៩) លោក ម៉ូដសបផងមទំងអាចធ្វើឱ្យដំែងលោកប្រែជាសតេពស់បានផង។(និកខមានំ ៤:២-៥) ដមដចមិនចត់ទញក 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មានរែសាសន៍ថា៖ ខ្ញុំមិនអាចធ្វើអ្វីដោយគំនិតរបស់ខ្ញុំផ្លាល់បានឡើយ សូមបីតែអ្វីមួយ ក៏ដោយ។ ក គម្ពីរលូកា ១១:២០ សរដសរថា៖ ក៏ប៉ុន្តែ ប្រសិនបើខ្ញុំែដ ដញវិញ្ញាណ កំណាចដោយរមមានដរបស់ព្រះវិញនោះ។ លោកយេស៊ូ់ទូលអង្វរព្រះ ជាព្រះ ដែលែដងើតប្នដី និងដមោ។ អំពីការ ៍ដែលលោកយេស៊ូរបស់ែញរសដ មះ ឡាសា ឱ្យរស់ពីសែ់វិញនោះ ក គម្ពីរយ៉ូហន ១១:៤១-៤២ លើកឡើងថា៖ ដូចនេះ ពួកគេបានយកងមានោះដចញ។ ែនែ់មក លោកយេស៊ូដងើយប្ភនកនៅដលើ ក៏មាន រែសាសន៍ថា ែត្តដអើយ ខ្ញុំសូមអ្រគញ លោកដែលលោកបានសាដែ់ខ្ញុំ។ ពិតមែនប្ត ខ្ញុំដឹងថាលោកតែងតែសាដែ់ខ្ញុំ ប៉ុន្តែខ្ញុំបាននិយាយដូចនេះដោយសារមានបណ្តាជនកំពញង ឈរនៅជញំវិញ ដើម្បីពួកគេអាចដជឿថាលោកបានចត់ខ្ញុំឱ្យមក។ អំពីលោកសញីម៉ូន(ដព រតុស) ជាសិសសជំនិត្របស់លោកយេស៊ូវិញបាននិយាយថា៖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ជនជាតិអ្ញីរសាអែល ដអើយ ចូរសាដែ់ពាកយនេះ លោកយេស៊ូពីរសុកណាសាប្រ៉ាត ជែញរសម្នាក់ដែលព្រះបាន សប្មដងឱ្យអ្នករល់គ្នាដើញជាចំរ ដោយការដែលរែកែដោយឫទធនញភាព សញ្ញា សមគល់ និងការ ៍ដ៏គួរឱ្យដកាត្ដសៃច ដែលព្រះបានធ្វើត្តមរយៈលោកនៅកណែល អ្នករល់គ្នា ដូចអ្នករល់គ្នាដឹងហើយ។(កិច្ចការ ២:២២) សូមបីតែអ្នកដែលបានដើញ ការ ៍អ្សាចរយទំងនេះដោយផ្លាល់ប្ភនកក៏ដោយ ក៏ដជឿថាការ ៍អ្សាចរយទាំងអស់អស់នេះ គឺមកពីព្រះជាម្ចាស់ ហើយលោកយេស៊ូជាព្យាការីរបស់ព្រះ។ ឯរឿងកូនប្រុសរបស់សតី ដមម៉ាយម្នាក់ដែលលោកយេស៊ូរបស់ឱ្យរស់ពីសែ់ដែរនោះ អ្នកដែលបាននៅដើញ រពឹត្តិការ ៍នោះបានអះអាងថា៖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អ្នករែកាសទំនាយ(ព្យាការី)ម្នាក់ដ៏ឧត្តមបានត្រូវ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លោកយ៉ូដសេជាព្រះផងនៅ ត្បិត្លោកអាចែញ្ញាព្រះអាទិត្យ និងព្រះចនាឱ្យឈែ់ដសៃមបាន។(យ៉ូដសេ ១០:១២-១៣) ចុះដមដចមិនចត់ទញកលោកដអ្លីយ៉ាជាព្រះផងនៅ ត្បិត្លោករបស់មនុស្សស្លាប់ឱ្យ រស់បាន។(១ពងាវត្តបកសរត ១៧:២០-២២) ឯលោកដអ្លីដសក៏បានដរបាសមនុស្សស្លាប់ឱ្យរស់ដូចគ្នា។(២ពងាវត្តបកសរត ៤:៣២-៣៥) មិនរតឹមតែប៉ុណ្ណោះលោកដអ្លីដសក៏រស់ឡើងវិញក្រោយពី សែ់ដែរ។(២ពងាវត្តបកសរត ១៣:២០-២១ ) ក៏មានកងទ័ពរែ់ពាន់នាក់បានរស់ឡើងវិញក្រោយពី សែ់ដែរប៉ុន្តែពួកគេពញំមានអ្នកណាចត់ទញកជាព្រះសោះឡើយ។(អេសេគាល ៣៧:៧-១០)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ត្តំងឡើងក្នុងចំដណាមយើង ហើយព្រះបានអា ិត្រសតរបស់លោក។(លូកា ៧:</w:t>
      </w:r>
    </w:p>
    <w:p>
      <w:pPr>
        <w:spacing w:line="324" w:lineRule="auto" w:after="120" w:before="0"/>
        <w:jc w:val="left"/>
      </w:pPr>
      <w:r>
        <w:t>១៦) នៅក្នុងព្រះគម្ពីរគួរអាន ព្យាការីដ៏ឧត្តមានោះសំនៅដលើ អ្ញីសា ែ ីន ម៉ារីយញំ (យេស៊ូ កូននាង ម៉ារី) ដែលនាមានេះត្រូវបានលើកឡើងក្នុងព្រះគម្ពីរគួរអានចំនួន ២៥ ដង ខ ៈដែលនាមរបស់ព្យាការីមូហាំម៉ាត់ខ្លួនឯងមានលើកឡើងប្ត ៥ ដង ប៉ុណ្ណោះ។ ក្នុងជំពូកទី៣នៃព្រះគម្ពីរគួរអាន មានដ មះថាជំពូក អាលី អ្ញីមរ៉ាន (គ្រួសារ លោកអ្ញីមរ៉ាន) វកយខ ឌទី ៤២ ដល់ ៦២ មានប្ចងថា៖ ហើយ(ចូរចងចំ)នៅពេល ដែលទេវត្តបានដពាលថា ម៉ារីដអើយ! ព្រះអល់ឡោះបានដរជើសដរើសនាង និងបាន សមអត្នាង ហើយទ្រង់បានលើកត្ដមើងនាងដលើសពីសដីដ្សងៗនៅដលើលោក។ ម៉ារី ដអើយ! ចូរនាងដោរពនៅចំពោះព្រះម្ចាស់របស់នាង ហើយចូរនាងឱនគោរពជាមួយ ពួកអ្នកឱនគោរពទំងឡាយ(ថោយែងគំរួមគ្នា)។ ទំងនោះគឺជាដំ ឹងអាង៌ាអាថ៌កំបាំងមួយ ចំនួនដែលយើង្ដល់ឱ្យអ្នក(មូហាំម៉ាត់)។ ហើយអ្នកមិនបាននៅជាមួយពួកគេទេ នៅ ពេលដែលពួកគេដបាះសែបា៉ាការបស់ពួកគេ(នៅក្នុងដៃនាដើម្បីចាប់ដឆ្នត) តើអ្នកណា ម្នាក់ក្នុងចំដណាមពួកគេស័ក្តិសមានឹងបផងរក្សាម៉ារីនោះ។ ហើយអ្នកក៏មិនបាននៅជាមួយ ពួកគេដែរ នៅពេលដែលពួកគេដាះរែក្រកគ្នា។ (ចូរចងចំ)នៅពេលដែលទេវត្ត បានដពាលថា ម៉ារីដអើយ23! ពិតប្រាកដណាស់ ព្រះអល់ឡោះដល់ដំ ឹងរីករយដល់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23 ម៉ារីយញំ(ម៉ារី) ជាមដយរបស់ព្យាការីយេស៊ូ និងជាសតីតែម្នាក់គត់ដែលមានដ មះលើកឡើងក្នុងព្រះ គម្ពីរគួរអាន។ ដ មះរបស់នាងមានលើកឡើងចំនួន ៣៤ ដង។ ដលើសពីនេះទៀតោមានជំពូកណា មួយក្នុងគម្ពីរែរិសញទធដាក់ដ មះនាងឡើយ ខ ៈមានជំពូកមួយក្នុងព្រះគម្ពីរគួរអានមានដាក់ដ មះ នាង។ ហើយជាការពិតោមានជំពូកណាមួយនៃព្រះគម្ពីរគួរអានលើកឡើងពីដ មះមដយរបស់ព្យាការី មូហាំម៉ាត់ ឬកូនរសី ឬភរិយរបស់លោកឡើយ។ នេះែង្ហាញពីកដីស្រឡាញ់ដ៏អស្ចារ្យចំពោះនាងម៉ារី ហើយមានអ្នកមូស្លីមជាច្រើនបានដាក់ដ មះកូនរសីខ្លួនត្តមដ មះរបស់នាង។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 នូវព្រះមានបន្ទូលពីទ្រង់24ដ មះរបស់គេគឺរគិសតយេស៊ូបុត្រនាងម៉ារី ដែលលបីលាញ ទំងក្នុងលោកិយនិងថ្ងៃរលោក និងជាអ្នកជំនិតម្នាក់ក្នុងចំដណាមអ្នកជំនិត ទំងឡាយរបស់ព្រះអល់ឡោះ។ ហើយយេស៊ូនិយាយជាមួយមនុស្សលោកត្តំងពីនៅ ក្នុងអ្រងឹង និងនៅពេលដពញវ័យ និងជាអ្នកសញចរិតម្នាក់ក្នុងចំដណាមអ្នកសញចរិត្ទំង ឡាយ។ ម៉ារីបាននិយាយថា ែពិរព្រះជាម្ចាស់ននខ្ញុំ! តើឱ្យខ្ញុំមានកូនដោយោមានែញរសណាមកែ៉ាះពាល់ខ្ញុំយ៉ាងដូចដមដច? ទេវត្តបានឆ្លើយថា ដូចនេះហើយព្រះ អល់ឡោះទ្រង់ែដងើតអ្វីត្តមតែទ្រង់មានព្រះបំណង។ នៅពេលដែលទ្រង់មានព្រះបំណងសម្រេចកិច្ចការអ្វីមួយ គឺទ្រង់គ្រាន់តែមានព្រះមានបន្ទូលនៅកាន់របស់នោះថា ចូរ កើតចុះ វក៏កើតឡើងភាម។ ហើយទ្រង់នឹងែដរងៀនគេ(យេស៊ូ)នូវការសរដសរ និង សមមទិដឋិ25 និងព្រះគម្ពីរត្តវរ៉ាត26 និងព្រះគម្ពីរដំ ឹងលអ27។ ហើយប្តផងត្តំងគេជាអ្នក នាំសារម្នាក់នៅកាន់អំែរអ្ញីរសាអែល (ដោយឱ្យគេដពាលថា) ពិតប្រាកដណាស់ ខ្ញុំបាន នាំមកឱ្យពួកអ្នកនូវការ ៍អ្សាចរយពីព្រះម្ចាស់របស់ពួកអ្នក។ ពិតប្រាកដណាស់ ខ្ញុំ អាចសូនដីឥដឋសម្រាប់ពួកអ្នកជារូកសី ហើយខ្ញុំក៏ាញំជីវិតចូលនៅក្នុងវ ពេលនោះវក៏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24 សំនៅដលើព្យាការីយេស៊ូ ដែលចាប់កំដើតត្តមរយៈព្រះមានបន្ទូលព្រះថា ចូរកើតចុះ។ 25 ការយល់ដឹងដោយភាពត្រឹមត្រូវ។ 26 ព្រះគម្ពីរ ត្តវរ៉ាត(Torah) ជាព្រះគម្ពីរដែលព្រះបានរែទនចុះមកឱ្យក្នុងជំនាន់ព្យាការី ម៉ូដស ជាអ្នក ដឹកនាំសាសន៍យូ។ អ្នកសិក្សាភាគច្រើនកំ ត់ថា ព្រះគម្ពីរត្តវរ៉ាត្គឺ គម្ពីរសមពនធដមរតីចស់ ប៉ុន្តែ មិនមែនមានន័យថា គម្ពីរសមពនធដមរតីចស់ ជាព្រះគម្ពីរត្តវរ៉ាត្ទេ តែគេដជឿជាក់ថាប្នកខាះនៃព្រះគម្ពីរ ត្តវរ៉ាត្មានដសសសល់ខាះក្នុងគម្ពីរសមពនធដមរតីចស់។ 27 ព្រះគម្ពីរដំ ឹងលអ(Gospel) ជាព្រះគម្ពីរដែលព្រះបានរែទនចុះមកឱ្យក្នុងជំនាន់ព្យាការី យេស៊ូ។ អ្នកសិក្សាភាគច្រើនកំ ត់ថា ព្រះគម្ពីរអ្ញីញជីលគឺ គម្ពីរសមពនធដមរតីងមី។ សេចក្តីពនយល់ែប្នថមគឺដូច ព្រះគម្ពីរត្តវរ៉ាត្ខាងដលើដែរ។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t>កាយជាសតេកសីពិតប្រាកដភាម28 ដោយមានការអ្នញ្ញាត្ពីព្រះអល់ឡោះ។ ហើយ ខ្ញុំអាចពាបាលជនងងឹតភ្នែកពីកំដើត្និងជំងឺ ាង់ ហើយខ្ញុំក៏អាចរបស់សពឱ្យរស់ ឡើងវិញបានដែរ ដោយការអ្នញ្ញាត្ពីព្រះអល់ឡោះ។ ហើយខ្ញុំអាចប្រាប់ពួកអ្នកនូវ អាហរដែលពួកអ្នកែរិដភាគ និងអាហរដែលពួកអ្នកត្រូវែរមុងទញកនៅក្នុងលំនៅឋន របស់ពួកអ្នក។ ពិតប្រាកដណាស់ នៅក្នុងរឿងនោះជាភសដញត្តងសម្រាប់ពួកអ្នក បើពួក អ្នកជាអ្នកមានជំនឿ។ ហើយ(ខ្ញុំមកនេះ)ដើម្បែញ្ញាក់នូវអ្វីដែលមានពីមញនខ្ញុំ អំពីព្រះ គម្ពីរត្តវរ៉ាត និងដើម្បីអ្នញ្ញាតឱ្យពួកអ្នកនូវរែការមួយចំនួន ដែលគេបានហាមរបាម មកដលើពួកអ្នក។ ហើយខ្ញុំបាននាំមកែង្ហាញពួកអ្នកនូវការ ៍អ្សាចរយពីព្រះជាម្ចាស់ របស់ពួកអ្នក។ ដូចនេះចូរពួកអ្នកដកាត្ខាចព្រះអល់ឡោះ និងរែតិត្ដិត្តមខ្ញុំ។ ពិត របាកដណាស់ព្រះអល់ឡោះគឺជាព្រះម្ចាស់របស់ខ្ញុំ និងជាព្រះម្ចាស់របស់ពួកអ្នក ដូចនេះចូរពួកអ្នកដោរពសកោរៈចំពោះទ្រង់។ នេះគឺជាមោ៌ាដ៏ត្រឹមត្រូវ។ ហើយនៅ ពេលយេស៊ូមានអារមម ៍ថាមានការរែឆំងពីពួកគេ គេក៏បានដពាលថា តើអ្នកណាជា ជំនួយរបស់ខ្ញុំដើម្បីព្រះអល់ឡោះ? បណ្តាពួកសាវ័កបានឆ្លើយថា ពួកយើងគឺជាជំនួយ របស់ព្រះអល់ឡោះ ពួកយើងមានជំនឿនឹងព្រះអល់ឡោះ ដូចនេះសូមអ្នកធ្វើសាក្សីផង ថា ពិតប្រាកដណាស់ ពួកយើងជាមូស្លីម។ ែពិរព្រះម្ចាស់ននពួកយើង! ពួកយើង មានជំនឿដលើអ្វីដែល ទ្រង់បានរែទនចុះមក(ព្រះគម្ពីរអ្ញីញជីល) ហើយពួកយើងបាន រែតិត្ដិត្តមអ្នកនាំសារ(យេស៊ូ) ដូចនេះសូមទ្រង់ដមត្តដកត់រត្តពួកទូលែងគំឱ្យនៅជាមួយបណ្តាអ្នកដែលធ្វើសាក្សីផង។ ហើយពួកគេបានប្រើឧបាយកល ហើយព្រះអល់ឡោះ ទ្រង់ក៏បានប្រើឧបាយកលតែវិញដែរ។ ហើយព្រះអល់ឡោះជាអ្នកដែលរែដសើរែំញត ក្នុងការតែត្ចំពោះអ្នកដែលប្រើឧបាយកលទំងឡាយ។ (ចូរចងចំ) នៅពេលដែល ព្រះអល់ឡោះបានមានព្រះមានបន្ទូលថា មានលយេស៊ូ! ពិតប្រាកដណាស់ យើងគឺជាអ្នក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28 ការ ៍អ្សាចរយនេះ រួមទំងការ ៍អ្សាចរយមួយទៀតដែរព្រះរែទនត្ញអាហរពីដលើដម មក សម្រាប់លោកយេស៊ូ (ក្នុងជំពូក៥:១៥៥) និងការ ៍អ្សាចរយដនទទៀតដែលបានលើកឡើងក្នុងព្រះ គម្ពីរគួរអានប៉ុន្តែមិនមានលើកឡើងក្នុងគម្ពីរែរិសញទធនោះទេ។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t>ដកយកអ្នក(ពីប្នដី)និងជាអ្នកលើកអ្នកមកកាន់យើង29 រពមទំងរំដោះអ្នកឱ្យរួច្ញត ពីពួករែឆំង ហើយយើងនឹងធ្វើឱ្យទាំងអស់អ្នកដែលរែតិត្ដិត្តមអ្នក ខពង់ខពស់ជាងពួក ដែលរែឆំងរហូតដល់ថ្ងៃរលោក។ ក្រោយមក កន្លែងវិលរត្ឡែ់របស់ពួកអ្នកគឺមក កាន់យើងវិញ។ ហើយយើងនឹងកាត់សេចក្តីរវងពួកអ្នកនូវអ្វីដែលពួកអ្នកែ់ប្ខេង គំនិតគ្នាក្នុងរឿងនោះ។ រីឯពួកដែលរែឆំង យើងនឹងធ្វើទេសទ ឌពួកគេនូវទណ្ឌកម្ម ដ៏ធ្ងន់ធៃរទំងក្នុងលោកិយ និងថ្ងៃរលោក។ ហើយពួកគោមានអ្នកជួយ ឡើយ។ ចំប កឯទាំងអស់អ្នកដែលមានជំនឿ និងសាងអំដពើលអវិញ ព្រះអល់ឡោះនឹងែំដពញឱ្យ ពួកគេនូវ្លបុណ្យរបស់ពួកគេ។ ហើយព្រះអល់ឡោះទ្រង់មិនសពេព្រះទ័យនឹងពួក ដែលែំពានឡើយ។ រឿងនោះហើយដែលយើងព ៌ានាប្រាប់អ្នក(មូហាំម៉ាត់)អំពីភសដញ ត្តងដ្សងៗ និងអំពីព្រះគម្ពីរគួរអានដែលដពារដពញនៅដោយែញ្ញា។ ពិត របាកដណាស់ ការដរែដធៀ(ការែដងើត)យេស៊ូ សម្រាប់ព្រះអល់ឡោះគឺដូចជា(ការែដងើត)អោំដែរ គឺទ្រង់បានែដងើត្លោកពីដី ែនែ់មកទ្រង់បានមានែនូលនៅកាន់ លោកថា ចូរកើតចុះ លោក៏កើតឡើងភាម។ នេះជាការពិត្មកពីព្រះម្ចាស់របស់អ្នក ដូចនេះចូរអ្នកកុំកាយជាអ្នកដែលសថិត្នៅក្នុងចំដណាមអ្នកដែលសងស័យឡើយ។ ហើយ អ្នកណាដែលបានជប្ជកដដញដោលអ្នកអំពីរឿងនោះ(រឿងរបស់លោកយេស៊ូ) ក្រោយ ពីចំដ ះដឹងបានមកដល់អ្នកហើយនោះ ចូរអ្នកដពាលថា សូមពួកអ្នកមកទីនេះ! យើង នឹងនៅកូននៅរបស់ពួកយើងនិងកូននៅរបស់ពួកអ្នក និងភរិយរបស់ពួកយើង និង ភរិយរបស់ពួកអ្នក និងខ្លួនពួកយើងនិងខ្លួនពួកអ្នកែនែ់មកពួកយើងនឹងទូលអង្វរសញំ (ព្រះអល់ឡោះ)ឱ្យការដាក់បណ្តាសារបស់ព្រះអល់ឡោះាក់នៅដលើពួកដែល ភូត្ភរ។ ពិតប្រាកដណាស់ នេះគឺជារឿងពិត។ ហើយោមានព្រះម្ចាស់ឯណាដែលត្រូវ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29 ព្រះបានសង្គ្រោះលោកយេស៊ូ និងលើកលោកឡើងនៅសាថនសួគ៌ាទំងមានជីវិត ទំងរូកាយ ទំងព្រលឹងវិញ្ញាណ ដោយោមានដរោះថានក់ និងោមានការឈឺចាប់ឡើយ។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t>គេដោរពសកោរៈដ៏ពិតប្រាកដែរៅពីព្រះអល់ឡោះឡើយ។ ហើយពិតប្រាកដណាស់ ព្រះអល់ឡោះគឺជាព្រះម្ចាស់មហខ្លាំងពូក្រ មហែញ្ញា។ រីឯនៅក្នុងជំពូកទី១៩ ដែលមានដ មះថាជំពូក ម៉ារីយញំ(ម៉ារី) ពីវកយខ ឌទី១៦ ដល់ទី៣៦ ព្រះមានព្រះមានបន្ទូលថា៖ ហើយចូរអ្នក(មូហាំម៉ាត់)រំឭកពីរឿងម៉ារីនៅក្នុង ព្រះគម្ពីរ(គួរអាន) ដែលនៅពេលនោះនាងបានចាកចេញឆៃយពីក្រុមគ្រួសាររបស់នាង ដឆ្ពះនៅកន្លែងមួយនៅទិសខាងកើត។ រួចមកនាងបានយករបទាំងមួយមកែទបទាំងពី ពួកគេ(អ្នកដនទ)។ ក្រោយមកយើងបានែញូនវិញ្ញាណ (ទេវត្តការពីប្យ៉ាល)របស់យើង នៅកាន់នាង។ ហើយគេ(ទេវត្តការពីប្យ៉ាល)បាននិមិតខ្លួនជាមនុស្សម្នាក់ដពញ លក្ខណៈនៅជួនាង។ នាងបាននិយាយថា ពិតប្រាកដណាស់ ខ្ញុំទូលសញំពីព្រះម្ចាស់ ដ៏មហសប្បុរសឱ្យែដញ្ចៀសខ្ញុំ(ពីរឿងអារកក់) ពីអ្នកប្រសិនបើអ្នកគឺជាអ្នកដកាត្ខាច ព្រះអល់ឡោះ។ គេ(ទេវត្តការពីប្យ៉ាល)បានតែវិញថា ត្តមពិតខ្ញុំគ្រាន់តែជាអ្នកនាំសារពីព្រះម្ចាស់របស់នាង ដើម្បីឱ្យខ្ញុំរែទនដល់នាងនូវកូនប្រុសម្នាក់ដែលសាអត សអំ។ នាងបាននិយាយ(ដោយភាក់ដ្អើល)ថា តើឱ្យខ្ញុំមានកូនប្រុសយ៉ាងដូចដមដច បើមាននរណាម្នាក់ែ់ែ៉ាះពាល់ខ្ញុំ ហើយខ្ញុំក៏មិនែ់រែរពឹត្ដអំដពើតផងនោះ? គេ (ទេវត្តការពីប្យ៉ាល)បានដពាលថា ដូចនេះហើយបានជាព្រះម្ចាស់របស់នាងបានមាន ព្រះមានបន្ទូលថា វជាការងាយរសួលែំញត្សម្រាប់យើង។ ហើយយើងយកគេ(ក្មេង ប្រុស)ធ្វើជាសញ្ញាសមគល់សម្រាប់មនុស្សលោក និងជាកដីដមត្តដករុណាពីយើង។ ហើយរឿងនេះព្រះអល់ឡោះទ្រង់បានកំ ត់ទញករួចជាដរសចមកហើយ។ ដូចនេះ នាង ក៏ចាប់ផ្តើមានគភ៌ា ហើយនាងបានចាកចេញនៅកន្លែងដែលឆៃយ(រជលងភនំ នរពឡាហំទីរកុងដយរ៉ូសាឡឹម)។ ហើយការឈឺចាប់នៅពេលមញនសរមលកូន បាន ជំរញ ឱ្យនាងនៅកាន់ដើមលដមញើមួយដើម ហើយនាងក៏និយាយថា ឱ ខ្លួនខ្ញុំអើយ! ប្រសិនបើខ្ញុំបានសែ់មញននេះ ប្រហែលជាខ្ញុំត្រូវបានគេំដភាច ហើយគេមិននឹកនាខ្ញុំ ឡើយ។ ហើយរគ្នោះមានសំដឡងមួយ(សំដឡងទេវត្តការពីប្យ៉ាល) បានប្រសក ប្រាប់នាងពីខាងដរក្សាមមកថា សូមានាងកុំរពួយបារមភអ្វី ជាការពិតណាស់ព្រះម្ចាស់ របស់នាងបានធ្វើឱ្យមានរែឡាយទឹកមួយនៅពីដរក្សាមានាង។ ហើយសូមានាងអ្រងួន គល់ដើមលដមញើនេះ វនឹងរជុះនូវបាទញំរសស់ៗឱ្យនាង។ ដូចនេះចូរនាងទទួលទនបា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លដមញើ និងឹកទឹកនេះ ហើយនិងរីករយ(ដោយការរែទនកូនពីព្រះអល់ឡោះចំពោះ នាង)ចុះ។ ហើយប្រសិនបើនាងជួមនុស្សណាម្នាក់(ហើយគេសួរនាងអំពីកូន) សូម នាងប្រាប់គេថា ពិតប្រាកដណាស់ខ្ញុំបានសច្ចាកាន់តំ មានៅចំពោះព្រះម្ចាស់ដ៏ មហសប្បុរស។ ដូចនេះខ្ញុំនឹងមិននិយាយរកអ្នកណាម្នាក់ឡើយនៅថ្ងៃនេះ។ ែនែ់មក នាងបាននាំទរកនោះ ដឆ្ពះនៅកាន់សាសន៍របស់នាងដោយែទរកនោះ។ (ពេល ដើញម៉ារែទរកនោះ) ពួកគេបាននិយាយថា ប្ន ម៉ារី! ជាការពិតណាស់ អ្នកបាននាំ មកនូវរឿងមួយដ៏ចប្មាកែំញត។ ប្នែអូនរសីរបស់ហរូន! ឪពុករបស់នាងពញំមែនជា មនុស្សអារកក់ទេ ហើយមដយរបស់នាងក៏ពញំមែនជាអ្នករែរពឹត្តអំដពើត្ដែរ។ នាងបាន ចងអញលនៅទរកនោះ(ដើម្បីឱ្យពួកគេសួរ)។ ពួកគេបាននិយាយថា តើឱ្យពួកយើងសួរ នៅកាន់ទរកនៅក្នុងអ្រងឹងយ៉ាងដូចដមដច? ទរកនោះ(យេស៊ូ)បានដពាលថា ពិត របាកដណាស់ ខ្ញុំគឺជាអ្នកបម្រើរបស់ព្រះអល់ឡោះ ដែលទ្រង់បានរែទនព្រះគម្ពីរ មួយ(អ្ញីញជីល)ឱ្យខ្ញុំ ហើយទ្រង់បានចត់ខ្ញុំជាព្យាការីម្នាក់។ ហើយទ្រង់បានរែទន ព្រះពរដល់ខ្ញុំគ្រប់ទីកន្លែងដែលខ្ញុំមានវត្មែន ហើយទ្រង់បានប្ដផ្លដំខ្ញុំឱ្យសឡាត (ថោយែងគំ) និងែង់រាកាត់30ដរបណ្តាខ្ញុំនៅមានជីវិត។ ហើយធ្វើឱ្យខ្ញុំកាយជាកូន កត្ញូចំពោះមដយរបស់ខ្ញុំ ហើយទ្រង់មិនបានធ្វើឱ្យខ្ញុំកាយជាអ្នកដកអងកាអងរែឆំង(នឹង ទ្រង់)ឡើយ។ ហើយសូមសញខសនដិភាពកើតមានដល់ខ្ញុំ នៅថ្ងៃដែលខ្ញុំបានរែសូត និង នៅថ្ងៃដែលខ្ញុំសែ់ ហើយនិងនៅថ្ងៃដែលគេរបស់ខ្ញុំឱ្យរស់ឡើងវិញ(ថ្ងៃរលោក)។ ដំដើររឿងនោះគឺយេស៊ូកូនប្រុសរបស់ម៉ារី។ វគឺជាពាកយពិត្ដែលពួកគេ (ពួកយូ និងពួកគ្រិស្តែរិស័ទ) មានការសងស័យ (ឬដាះរែក្រកគ្នា) ចំពោះវ។ វមិនស័ក្តិសម ទេសម្រាប់ព្រះអល់ឡោះដែលថា ទ្រង់មានបុត្រ។ ព្រះអផងគមហសាអត្សអំណាស់! នៅ ពេលដែលទ្រង់សម្រេចចង់ឱ្យអ្វីមួយកើតឡើង គឺទ្រង់គ្រាន់តែមានែនូលនៅកាន់អ្វី នោះថា ចូរកើតចុះ វក៏កើតឡើងភាម។ (យេស៊ូបានដពាលថា) ហើយពិតប្រាកដ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30 រាកាត់ ជាដោលរគឹះមួយក្នុងចំដណាមដោលរគឹះទំង៥របស់សាសនាអ៊ីស្លាម។ គឺជាកាត្ពេកិច្ច របស់អ្នកមូស្លីមគ្រប់ក្នុងការែង់ប្រាក់អែបភាគននរទពយសមបត្តិសរញែ ដរៀងរល់ឆ្នាំ។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ណាស់ ព្រះអល់ឡោះ គឺជាព្រះម្ចាស់របស់ខ្ញុំ និងជាព្រះម្ចាស់របស់ពួកអ្នក។ ដូចនេះ ពួកអ្នកត្រូវដោរពសកោរៈនៅចំពោះទ្រង់តែមួយអផងគត់។ នេះគឺជាមោ៌ាដ៏ត្រឹមត្រូវ។ កាន់តែសញីជក្រៅទៀតនោះ រែសាសន៍របស់ព្យាការីមូហាំម៉ាត់ក៏មានទាក់ទង នឹងលោកយេស៊ូដែរ។ នៅក្នុងែទនិទនមួយ ព្យាការីមូហាំម៉ាត់មានរែសាសន៍ថា៖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ទំងនៅដលើលោកិយនេះ និងថ្ងៃរិលោក ខ្ញុំគឺជាមនុស្សដែលនៅដកៀកជិត្នឹងលោក យេស៊ូកូននាងម៉ារីជាងគេ។ ព្យាការីទាំងអស់អស់មានឳពញករួមគ្នា ឯមដយទីនទពីគ្នាប៉ុន្តែ សាសនារបស់ពួកគេគឺតែមួយគត់31។ នៅក្នុងែទនិទនមួយទៀត ព្យាការីមូហាំម៉ាត់បានមានរែសាសន៍ថា៖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 ពេលមនុស្សណាម្នាក់ប្រសូតមក អារកសែសាចែ៉ាះខូនគេទំងសងខាង ដោយរមមានដ ពីររបស់វ។ លើកប្លងតែយេស៊ូកូននាងម៉ារី ដែលអារកសែសាចពាយមែ៉ាះក៏ប៉ុន្តែ ត្រូវែរជ័យ។ នៅពេលវែ៉ាះ ដរសាមសញកក្នុងសបូនបានមកែទបទាំងររំង។32 នេះគឺជា ការឆ្លើយតែនឹងការទូលអង្វររបស់ជីដូនលោកគឺ ភរិយលោកអ្ញីមរ៉ាន នៅពេលដែល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លោករសីនិយាយថា៖ ...ខ្ញុំបានដាក់ដ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មះនាងថា ម៉ារី ហើយជាការពិតណាស់ ខ្ញុំសូម ឱ្យព្រះអផងគការពារនាង និងកូននៅរបស់នាង អំពីអារកសែសាចដែលត្រូវគេដាក់បណ្តាសាផងចុះ33។(គួរអាន ៣:៣៦)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ព្រះគម្ពីរគួរអាន ងាងបផងាងពីតួអផងគលោកយេស៊ូ និងមូហាំម៉ាត់ ថាមាន លក្ខណៈវិសញទធ និងឥត្ដខាចះដសមើគ្នា ហើយភាពឧត្តញងគឧត្តមដូចគ្នា ត្បិត្លោកទំងពីរជា ព្យាការីរបស់ព្រះតែមួយអផងគ។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31 និទនដោយ អាល់ែ ូខរី ហទីសដលខ ៣៣៧០។ 32 និទនដោយ អាល់ែ ូខរី ហទីសដលខ ៣២១៦។ 33 ទំងក្នុងព្រះគម្ពីរគួរអាន និងព្យាការីមូហាំម៉ាត់ លើកិត្តិយសរបស់លោកយេស៊ូ ដោយលើកឡើង ពី ការ ៍ដែលលោកយេស៊ូត្រូវបានការពារពីអំដពើអារកក់របស់អារកសែសាច។ ប៉ុន្តែគម្ពីរែរិសញទធវិញ លើកឡើងថាលោកយេស៊ូត្រូវបានអារកសែសាចលបួង។(លូកា ៤:២)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t>យេស៊ូបានប្រាប់នៅពួកសាសន៍យូថា ែនែ់ពីលោកនៅ គឺមានព្យាការីដចញមកពីក្នុងចំដណាមពួកគេឡើយ ហើយ រជាណាចរករបស់ព្រះនឹងត្រូវដករូត្ពីពួកគេ ហើយ រែគល់ដល់រែជាជាតិមួយដែលស័ក្តិសមវិញ។(ម៉ាថាយ ២១:៤៣) រែជាជាតិនេះ គឺ ជាពូជពងសរបស់លោកអ៊ីស្លាមអែល ដែលពួកសាសន៍យូបានែដិដសធគាត់34។ ព្រះ គម្ពីរគួរអាន ៦១:៦ ប្ចងថា៖ ហើយ(ចូរចងចំ)នៅពេលដែលយេស៊ូកូនម៉ារីបានដពាល ថា ឱ អំបូរអ៊ីស្រាអែល! ពិតប្រាកដណាស់ ខ្ញុំជាអ្នកនាំសាររបស់ព្រះអល់ឡោះមកកាន់ ពួកអ្នក ដោយែញ្ញាក់អំពីអ្វីៗដែលមានមញនខ្ញុំនៅក្នុងព្រះគម្ពីរត្តវរ៉ាត និងដល់ដំ ឹង រីករយដល់ពួកអ្នក អំពីអ្នកនាំសារម្នាក់ដែលនឹងមកដល់ែនែ់ពីខ្ញុំដែលគេមានដ 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34 ទេះែជាមានការែដិដសធយ៉ាងនេះក៏ដោយ ក៏អ្នកអានព្រះគម្ពីរគួរអានបានដើញថាក្នុងរយៈ ពេលមួយ ព្រះអល់ឡោះក៏បានសពេព្រះទ័យដលើពូជពងសអ្ញីរសាអែលដែរ។(គួរអាន ២:៤៧) មាន រឿងរ៉ាវជាច្រើននៅក្នុងព្រះគម្ពីរគួរអានដែលនិយាយអំពីពួកគេ ហើយនឹងព្យាការីរបស់ពួកគេ ជា ពិសេសគឺលោក ម៉ូដស ដែលព្រះគម្ពីរលើកឡើងពីដ មះលោកចំនួន ១៣៦ ដង។ មិនរតឹមប្ត ប៉ុណ្ណោះ ព្យាការីមូហាំម៉ាត់លើកទឹកចិត្តឱ្យអ្នកមូស្លីមែសត្មអាហរជាដរៀងរល់ឆ្នាំ នៅថ្ងៃ១០ ប្ខមូ ហរ៉ាម(ប្ខទី១ក្នុងរែតិទិនអ៊ីស្លាម)ហើយនឹងមញនថ្ងៃនោះមួយថ្ងៃ ដើម្បីជាការដឹងព្រះគុណ ចំពោះព្រះ អល់ឡោះដែលបានសង្គ្រោះលោកម៉ូដស និងពូជពងសអ្ញីរសាអែល ដចញពីកងទ័ពរបស់ដសដចផ្លរ៉ាអ្ញង ដោយព្រះអផងគធ្វើឱ្យសមញរទរករមប្ញកជូវ។ អ្នកមូស្លីមបាននាំគ្នែសត្មអាហរដើម្បីរំឭកពី រពឹត្តិការ ៍នេះទាំងអស់រយៈកាល ១៤ សតវត្សរ៍មកហើយ។ ហើយអ្នកមូស្លីមក៏មានការដោរពយ៉ាង រជាលក្រៅចំពោះព្យាការីទាំងអស់អស់ននពូជពងសអ្ញីរសាអែល ដូចមានគ្រួសារអ្នកមូស្លីមជាច្រើនបានដាក់ ដ មះកូននៅពួកគេត្តមដ មះព្យាការីទំងនោះ។ 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t>ថា អះម៉ាត់ (មូហាំម៉ាត់)។ ែ៉ាញប្ននៅពេលដែលគាត់បានមកដល់ពួកគេ ជាមួយនឹង ភសដញត្តងដ៏ច្បាស់លាស់ជាច្រើននោះ ពួកគេបែរជានិយាយថា នេះជាមានដអាគមយ៉ាង ច្បាស់លាស់។ នៅក្នុងគម្ពីរសមពនធដមរតីងមី លោកយេស៊ូបានធ្វើទទំនាយអំពីការមកដល់របស់ ព្យាការីមូហាំម៉ាត់ ដូចត្នៅ៖ ទេះជាយ៉ាងនោះក៏ដោយ ខ្ញុំប្រាប់អ្នករល់គ្នាការពិត្ថា ខ្ញុំនឹងដចញនៅដើម្បីរែដយជន៍អ្នករល់គ្នា ដរពាះប្រសិនបើខ្ញុំមិនដចញនៅទេ នោះអ្នក ជួយ នឹងមិនមកឯអ្នករល់គ្នាឡើយ។ ប៉ុន្តែបែសិនបើខ្ញុំនៅ នោះខ្ញុំនឹងចត់គាត់ឱ្យមកឯ អ្នករល់គ្នា។ កាលដែលអ្នកនោះមកដល់ គាត់នឹង្ដល់ភសតញត្តងដែលនាំឱ្យដជឿជាក់ ដល់ពិភពលោកសតីអំពីភាពខញសឆ្គង សតីអំពីសេចក្តីសញចរិត និងសតីអំពីការវិនិចេ័យ។ មញនែងអស់ សតីអំពីភាពខញសឆ្គង ពីដរពាះពួកគេមិនែង្ហាញជំនឿដលើខ្ញុំទេ។ ែនែ់មក សតីអំពី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សេចក្តីសញចរិត ពីដរពាះខ្ញុំនឹងនៅឯែត្តដែលនៅសាថនសួគ៌ា ហើយអ្នករល់គ្នានឹងប្លង ដើញខ្ញុំទៀត។ រួចមក សតីអំពីការវិនិចេ័យ ពីដរពាះអ្នកគ្រប់រគងពិភពលោកនេះបាន ត្រូវវិនិចេ័យហើយ។ ខ្ញុំនៅមានរឿងជាច្រើនដែលចង់ប្រាប់អ្នករល់គ្នា ប្តឥឡូវនេះអ្នក រល់គ្នាមិនអាចយល់បានឡើយ។ ក៏ប៉ុន្តែពេលដែលអ្នកជួយ មកដល់ ដពាលគឺសកមម ពលរបស់ព្រះ ដែលសប្មដងពីសេចក្តីពិត គាត់នឹងដឹកនាំអ្នករល់គ្នា ដោយជួយ ឱ្យយល់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សេចក្តីពិត្យ៉ាងដពញដលញ ដរពាះគាត់នឹងមិននិយាយដចញពីខ្លួនគាត់ទេប៉ុន្តែអ្វីដែល គាត់ឮ គាត់នឹងនិយាយ ហើយគាត់នឹងរែកាសប្រាប់អ្នករល់គ្នាឱ្យដឹងអំពីការដែលនឹង មកដល់។ អ្នកនោះនឹងលើកត្ដមើងខ្ញុំ ពីដរពាះគាត់នឹងរែកាសប្រាប់អ្នករល់គ្នានូវអ្វី ដែលគាត់ទទួលពីខ្ញុំ។(យ៉ូហន ១៦:៧-១៤) ចាប់ពីពេលនោះមក តើមាននរណា លើកត្ដមើងលោកយេស៊ូយ៉ាងច្រើនដូចព្យាការីមូហាំម៉ាត់នោះ? នៅក្នុងដំ ឹងលអរបស់លោកបាណាបាស ជាដំ ឹងលអមួយដែលក្រុមជំនញំមិន ទទួលសាគល់នោះ លោកយេស៊ូមានរែសាសន៍ថា៖ នៅពេលដែលមនុស្សបាននៅខ្ញុំ ថា ព្រះ និង ព្រះរជបុត្រតនៃព្រះ ព្រះជាម្ចាស់ ដើម្បីកុំឱ្យខ្ញុំត្រូវពួកអារកសចំអ្កឱ្យនៅថ្ងៃ ដែលព្រះជាម្ចាស់វិនិចេ័យទេស។ ខ្ញុំត្រូវមនុស្សលោកចំអ្កមើលងាយ ដោយការសែ់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របស់យូស35 ធ្វើឱ្យមនុស្សទាំងអស់អស់ដជឿថាខ្ញុំបានសែ់នៅលើឈើឆ្កាង។ ហើយការ ចំអ្កនេះនឹងែនតបរូត្ដល់ការមកដល់របស់ មូហាំម៉ាត់ ដែលជាអ្នកនាំសាររបស់ព្រះ ដែលនៅពេលគាត់មក គាត់នឹងបើកែង្ហាញការភូត្ភរនេះដល់អ្នកដែលដជឿដលើចែ់ របស់ព្រះ។(បាណាបាស ជំពូកទី២២០) គេលើកឡើងពីព្យាការីមូហាំម៉ាត់ ជាច្រើនដងដែរនៅកន្លែងដ្សងៗគ្នាក្នុងគម្ពីរ សមពនធដមរតីចស់។ កន្លែងដែលដសសសល់ពីការក្រប្រែនិងការែំផ្លាញនោះមានដូចជា នៅក្នុងក គម្ពីរ ទញតិយកថា ១៨:១៨-១៩៖ យើងនឹងធ្វើឱ្យមានព្យាការីម្នាក់ដូចអ្នក ដងើឡើងពីក្នុងចំដណាមបងប្អូនរបស់ខ្លួន យើងនឹងដាក់ព្រះមានបន្ទូលរបស់យើងក្នុងមត់ របស់ព្យាការីនោះលោកនឹងបផងាងសេចក្តីទំងែ៉ាញនាមានដែលយើងបង្គាប់។ អ្នកណាមិន សាដែ់ពាកយដែលលោកបផងាងក្នុងនាមយើងទេ យើងនឹងដាក់ទេសអ្នកនោះ។ រកុង ម៉ាកេះ ឬ បាកា ជាទីកន្លែងដែលព្យាការីមូហាំម៉ាត់បានទទួលការបើកែង្ហាញពីព្រះនោះ ត្រូវបានលើកមកនិយាយក្នុងក គម្ពីរទំនញកត្ដមើង ៨៤:៦ ដែលថា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35 បើដយងត្តមគម្ពីរែរិសញទធ លោកយូស ដែលមានដ មះដពញថា យូស អ្ញីសោរីយ៉ាញត បានកបត់ លោកយេស៊ូដោយសារប្រាក់៣០កាក់។ យ៉ាងណាមិញលោក អ្ញែនូ ខទៀរ សរដសរនៅក្នុងសៀវភៅ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សេចក្តីពនយល់ព្រះគម្ពីរគួរអាន របស់គាត់ នៅរតផង់ (៤:១៥៧) និងកន្លែងដ្សងទៀតថា សិសសនោះ មិនបានកបត់នឹងលោកយេស៊ូទេ។ ាញយនៅវិញលោកបានែជាជីវិតជំនួសលោកយេស៊ូ។ នៅពេល ដែលគាត់ឮលោកយេស៊ូមានរែសាសន៍ថា៖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នៅថ្ងៃដរោះថានក់តើអ្នកណានឹងធ្វើឱ្យមើលនៅដូចខ្ញុំ អ្នកនោះនឹងធ្វើជាមិត្តរបស់ខ្ញុំនៅសាថនសួគ៌ា? សិសសនោះបានែង្ហាញពីឆ្នាៈរបស់គាត់ក្នុងការធ្វើ ដូចនេះ។ ការរែរពឹត្ដោយមិនគិត្ពីខ្លួនឯងបែនេះទើបសមជាសិសសរបស់លោកយេស៊ូរគិសត។ ម៉ាងទៀតសកម្មភាពននការកបត់ដែលបានរែរពឹត្តដោយយូស គឺញយនឹងការនិទនក្នុងក គម្ពីរ ដ្សងទៀត។ ដូចជាក្នុងម៉ាថាយ ១៩:២៨ លោកយេស៊ូមានរែសាសន៍ថា៖ ខ្ញុំប្រាប់អ្នករល់គ្នាការ ពិត្ថា ក្នុងរោដងើត្សាជាងមី ពេលដែលកូនមនុស្សអផងគញយដលើលា័ងេរញងរឿងរបស់លោក នោះអ្នក រល់គ្នាដែលបានកាន់ត្តមខ្ញុំ ក៏នឹងអផងគញយដលើលា័ងេដែ់ពីរ ហើយវិនិចេ័យសេចក្តីកញលសម្ព័ន្ធអ្ញីរសា អែលទំងដែ់ពីរ។ បើលោកយូស បានកបត់ពិតមែន ដមដចក៏លោកបានចូលសាថនសួគ៌ាអផងគញយដលើលា័ងេ ដែលលោកយេស៊ូប្រាប់ថាមាន១២សម្រាប់សិសសទំង១២ មិនមែនដកលោកយូសដចញ សល់១១នោះទេ។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នៅពេលពួកគេដើរក្សាត់រជលងបាកា36ព្រះអផងគបានធ្វើឱ្យទីនោះប្រែនៅជារែភពទឹក ហើយដភ្លៀងនៅដើមរដូវក៏ាក់មក ជាព្រះពរលើកន្លែងនោះដែរ។ ព្រះគម្ពីរគួរអានបានលើកឡើងនៅក្នុងជំពូកទី៣ វកយខ ឌទី៩៦ ថា៖ ពិត របាកដណាស់ ដំណាក់(ទីកន្លែងដោរពសកោរៈ)ដំែងែងអស់ ដែលគេបានដាក់សម្រាប់ មនុស្សលោកនោះគឺនៅឯ បាកា37 ដែលដពារដពញនៅដោយព្រះពរនិងជាការចងអញលែង្ហាញសម្រាប់មនុស្សលោកទាំងអស់អស់។ ព្យាការី អ្របាហំ ក៏បានលើកឡើងពីទីត្តំង ដែលនេះដែលលោកបានសាងសង់រគឹះននដំណាក់ដ៏ពិសិដឋនេះ(កាក់ព្រះ38) ដោយែញ្ញាក់ដែរថាទីនេះជាកន្លែងរីងសៃត។ ព្រះគម្ពីរគួរអាន ១៤:៣៧ ប្ចងថា៖ ែពិរព្រះ ម្ចាស់ននយើងខ្ញុំ! ពិតប្រាកដណាស់ ខ្ញុំបានឱ្យកូននៅរបស់ខ្ញុំមួយចំនួនរស់នៅទី រជលងភនំដែលោមានដំណាំទល់តែសោះ នៅក្របរែជនីយោឋនរបស់ទ្រង់។ ែប្នថមពីនេះ ទៀត ក្នុងក គម្ពីរដអ្សាយ ២១:១៣ ក៏បាននិយាយផងដែរថានឹងមានការបើកែង្ហាញដចញពីរសុកអារ៉ែ់។ ជាការពិតណាស់ ព្យាការីមូហាំម៉ាត់ ជាមនុស្សមិនចេះអក្សរ ហើយក៏មិនអាច អានបានដែរ ដូចមានលើកឡើងក្នុងក គម្ពីរដអ្សាយ ២៩:១២ ថា៖ គេក៏យក សៀវភៅនោះនៅឱ្យមនុស្សម្នាក់ដែលមិនចេះអក្សរទំងដពាលថា ចូរអាននៅ! តែអ្នក នោះតែមកវិញថា ខ្ញុំមិនចេះអក្សរទេ!។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36 ការបកប្រែជាភាសាប្ខមរ គម្ពីរែរិសញទធ(ក្រសរមួលងមីឆ្នាំ២០១៦) បានរក្សាទញកដ មះ បាកា នៅ ដែល រីឯការបកប្រែខាះបានែដូរដ មះនេះនៅជា រចកននសេចក្តីយំដសាក ឬ ដរជាះរីងសៃត វិញ។ 37 ដោយដ មះ ពកោរ៍ ឬ បាកា នេះជាដ មះែញរ របស់រកុង ម៉ាកេះ ដែលពញំសូវមានអ្នកសាគល់ ដ មះនេះ អ្នកបកប្រែព្រះគម្ពីរគួរអានខាះ បានជំនួសដ មះនេះដោយ ម៉ាកេះ តែមដងដើម្បីងាយយ ល់។ រីឯព្រះគម្ពីរដើមជាភាសាអារ៉ែ់នៅតែប្រើដ មះ ពកោរ៍ ឬ បាកា ដែល។ នេះពញំមានែញ្ញា ឡើយ ត្បិតអ្នកកាន់សាសនាអ៊ីស្លាមឱ្យត្នមាដលើព្រះគម្ពីរដើមជាភាសាអារ៉ែ់តែមួយគត់ ោមានការបកប្របណ្តាអាចមកជំនួស ឬដរែដសមើបានឡើយ។ 38 សំ ង់រងជាគូ មានទីត្តំងនៅរកុងម៉ាកេះ ដែលអ្នកមូស្លីមប្រើរបាស់ជាដោលសម្រាប់កំ ត់ ទិសក្នុងការថោយែងគំ។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នៅក្នុងគម្ពីរ សដរស អាល់ែ ូខរី ហទីសដលខ ៣ យើងក៏ដើញរឿងរ៉ាវសដីពី ការបើកែង្ហាញដំែងមកកាន់ព្យាការីមូហាំម៉ាត់៖ គាត់(មូហាំម៉ាត់) បាននៅក្នុងរូងភនំនៅ រោដែលទេវត្តបានមករកគាត់។ ទេវត្តបានមករកគាត់ហើយនិយាយថា ចូរអាន ចុះ។ គាត់និយាយថា ខ្ញុំមិនចេះអានទេ។ ព្យាការីលោកបានពនយល់ែប្នថមទៀតថា ដូចនេះហើយទេវត្តក៏បានឱែរឹតខ្ញុំយ៉ាងប ន រហូតដល់ខ្ញុំងែ់ដថ្លើមែនែ់មកក៏ប្លង ខ្ញុំហើយនិយាយថា ចូរអានចុះ ខ្ញុំក៏បាននិយាយថា ខ្ញុំមិនចេះអានទេ! គាត់ឱែរឹតខ្ញុំ យ៉ាងប ន ធ្វើឱ្យខ្ញុំងែ់ដថ្លើមទៀត។ ែនែ់មកក៏ប្លងខ្ញុំហើយនិយាយទៀតថា ចូរ អានចុះ ខ្ញុំបាននិយាយទៀតថា ខ្ញុំមិនចេះអានទេ។ ដូចនេះហើយគាត់(ទេវត្ត)បានឱែ រឹតខ្ញុំយ៉ាងប នជាលើកទែនែ់មកក៏ប្លងខ្ញុំហើយនិយាយថា ចូរអានចុះ ក្នុងព្រះ នាមព្រះម្ចាស់របស់អ្នកដែលបានែដងើត្មនុស្សពីដញំ ម។ ចូរអានចុះ ហើយព្រះ ម្ចាស់របស់អ្នកគឺមហសប្បុរសែំញត។ នៅក្នុងព្រះគម្ពីរគួរអាន ជំពូកទី៧ វកយខ ឌទី១៥៧ ព្រះមានព្រះមានបន្ទូលថា៖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ទាំងអស់អ្នកណាហើយដែលរែតិត្តិត្តមអ្នកនាំសារ(មូហាំម៉ាត់) ដែលជាព្យាការីមិនចេះ អាននិង មិនចេះសរដសរ ដែលពួកគេដឹងពីលក្ខណៈរបស់គាត់ ដែលត្រូវបានសរដសរ ក្នុងព្រះគម្ពីរត្តវរ៉ាត និងព្រះគម្ពីរដំ ឹងលអ39ដែលមាន(នៅជាមួយពួកគេ)។ ែទទំនាយរបស់ព្យាការីយេស៊ូ និងព្យាការីជំនាន់មញន បានកាយជាការពិត្នៅ ក្នុងឆ្នាំ ៥៧១ ននគ្រិស្តសករាជនៅឯរសុកអារ៉ែ់។ អ្នកជួយ នោះបានប្រសូតដចញពី ក្នុងចំដណាមកូននៅននលោកអ៊ីស្លាមអែល40ដែលជាកញលសម្ព័ន្ធដោរពពរញទេព 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39 សូមើលកំ ត់សមគល់ដលខ ២៥ និង ២៦។ 40 លោក អ៊ីស្លាមអែល (ដ មះក្នុងព្រះគម្ពីរគួរអាននៅថា អ៊ីស្លាមអ្ញីល) ជាកូនប្រុសចបងរបស់លោក អ្របាហំ (ដ មះដើមថា អែ់រ៉ាម) ដូចមានែញ្ញាក់ក្នុងក គម្ពីរលោកកញែបត្តិ ១៦:១៦ ថា៖ នៅ ពេលដែលនាងហកែដងើត្អ៊ីស្លាមអែលជូនលោកនោះ លោកអែ់រ៉ាមានអាយញបែ៉ាត្សិរបាំមួយឆ្នាំ ហើយ។ ហើយនៅក្នុងលោកកញែបត្តិ ២១:៥ សរដសរថា៖ ពេលអ្ញីសាកជាកូនកើតមកនោះ លោកអ របាហំមានអាយញមួយរយឆ្នាំហើយ។ ប៉ុន្តែគម្ពីរែរិសញទធនេះសរដសរែញ្ញចស់នឹងខ្លួនឯង 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ថោយែងគំរូចមាក់។ ព្យាការីមូហាំម៉ាត់ បានដរក្សាកឈរឡើងក្នុងចំដណាមរែជាជន ទាំងអស់អស់ ដោយប្អកដលើគញ ធម៌ាននភាពទៀងរតផង់, កដីស្រឡាញ់របស់លោកចំពោះ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សេចក្តីពិត និងកដីមេត្តារបស់លោកនៅចំពោះអ្នករកខសត់និងអ្នកទន់ដខាយ។ លោក ត្រូវបានរែជាជន នៅថា អាល់ អាមីន ដែលមានន័យថា អ្នកដ៏ជាទីទញកចិត្ត។ នៅពេល លោកមានអាយញ៤០ឆ្នាំ លោកត្រូវបានព្រះជាម្ចាស់ដរជើសដរើសជាអ្នកនាំសារ និងជា ព្យាការីមកកាន់មនុស្សជាតិទាំងអស់អស់។ លោកែដរងៀនពីសេចក្តីជំនឿដលើភាពតែមួយ អផងគត់របស់ព្រះអល់ឡោះ ជាព្រះដែលែដងើត្រល់អ្វីៗ, ជាព្រះដ៏ស័ក្តិសមានឹងយើង ដោរពថោយែងគំ និងជាព្រះដែលរទទ្រង់សកលលោកនិងសពេសារដពើទាំងអស់អស់។ ព្រះទ្រង់ជួយោំរដៃល់ព្យាការីមូហាំម៉ាត់ ដោយការ ៍អ្សាចរយជាច្រើន ដែល មនុស្សសនធឹកសនាធែ់បានដើញផ្លាល់ប្ភនក។ ដូចជារពឹត្តកា ៍ដួងចនាជាពីរ(ជំពូក ៥៤:១) ខយល់កួចដែលព្រះអផងគែញូនមកដើម្បីទែ់ទល់នឹងការវយរែហរពីសត្រូវនៅ ឯរកុងម៉ាឌី ះ (ជំពូក ៣៣:៩) ការ ៍អ្សាចរយទំងនេះត្រូវបានលើកឡើងក្នុងព្រះ គម្ពីរគួរអាន ក្រោយពេលវបានកើតឡើងជាក់ប្សដង ហើយអ្នកដែលរែឆំងនឹងព្រះ គម្ពីរគួរអានក្នុងជំនាន់នោះដែលខំរែងប្សេងរកកំរញសឆ្គងក្នុងព្រះគម្ពីរគួរអាន ក៏មិន អាចរកភាពខញសគ្នាអ្វីដែលមានលើកឡើងក្នុងព្រះគម្ពីរ និងអ្វីដែលបានកើតឡើង ជាក់ប្សដងដែរ។ ជាលទធ្ល មានមនុស្សជាច្រើនបានសម្រេចិត្តទទួលយកសាសនា អ៊ីស្លាម ហើយក្នុងនាមជាអ្នកដជឿព្រះ ការ ៍អ្សាចរយទំងនេះបានជួយ ពរងឹងជំនឿ របស់ពួកគេដលើព្រះអល់ឡោះ និងអ្នកនាំសាររបស់ទ្រង់ឱ្យកាន់តែរឹងមំបផងមទៀត។ មានការ ៍អ្សាចរយជាច្រើនក៏បានត្រូវលើកមកែង្ហាញក្នុងគម្ពីរ ហទីស ដូចជាមានទឹក រូបដចញពីចនោះរមមានដរបស់ព្យាការីមូហាំម៉ាត់, ការែដងើនមូអាហរក្នុងអំឡញង ពេលជីកប្រពកនៅរកុងម៉ាឌី ះ និងការដែលលោកអាចដឹងរឿងទញកជាមញន និងរឿង អាង៌ាអាថ៌កំបាំងដែលព្រះអល់ឡោះបើកែង្ហាញឱ្យលោកដឹង។ យ៉ាងណាមិញ ការ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អះអាងនៅក្នុងលោកុប្បត្តិ ២២:២ ថា៖ ចូរយកអ្ញីសាកូនរបស់អ្នកមក គឺកូនប្រុសតែមួយដ៏ជាទី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ស្រឡាញ់របស់អ្នក...។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អ្សាចរយមួយដែលែនសល់ទញកមកដល់សពេថ្ងៃនេះគឺ ព្រះគម្ពីរគួរអាន។ ព្រះគម្ពីរប្ចងអំពី ភាសាសាសត, វិទាសាសត និងែញាត្តិដែលទាក់ទងនឹងអ្ពភូត្ហេតុក្នុងធមមជាតិ។ ព្យាការីមូហាំម៉ាត់រស់នៅក្នុងចំដណាមសរក្សារី, គ្រួសារ និងរែជាជនរបស់ លោក។ ោមានអ្វីដាក់អាថ៌កំបាំងឡើយក្នុងជីវិតរបស់លោក។ ជីវិតរបស់លោកដរែដូចជា ដរែដូចជាសៀវភៅដែលបើកចំរ សូមបីតែរឿងតូចត្តចនិងរឿងលម្អិតក្នុងការបស់ នៅរបស់លោកដពញមួយជីវិតត្រូវបានអ្នកដជឿព្រះបានដឹងយ៉ាងសពេគ្រប់ ទំងដែល ព្យាការីលោកពញំមានអ្វីសម្រាប់ដល់ឱ្យពួកគេឡើយ ក្រៅពីអ្វីដែលលោកបានទទួលពី ការបើកែង្ហាញពីព្រះននគ្រប់ភាវៈទាំងអស់អស់។</w:t>
      </w:r>
    </w:p>
    <w:p>
      <w:pPr>
        <w:spacing w:line="324" w:lineRule="auto" w:after="120" w:before="0"/>
        <w:jc w:val="left"/>
      </w:pPr>
      <w:r>
        <w:t>សេចក្តែដរងៀនរបស់លោកដែលនិយាយអំពី ភាត្រភាព នៅក្នុងសាសនាអ្ញីសា មគឺមានភាពខញសគ្នាឡើយ ហើយក៏ោមានបែងចែកដរើសដអើងដោយប្អកដលើ អ្មបូរ, ព ៌ា សមបញរ, ភាសា, រទពយធន ឬដភទនោះដែរ។ សេចក្តែដរងៀនបែនេះគឺញ្ញាក់ដោយ ព្រះមានបន្ទូលរបស់ព្រះក្នុងព្រះគម្ពីរគួរអានក្នុងជំពូក ៤៩:១៣៖ មានលមនុស្សលោក! ពិត របាកដណាស់ យើងបានែដងើត្ពួកអ្នកពែញរស និងសដី(អោំ និងហវ៉ា) ហើយយើង ធ្វើឱ្យពួកអ្នកមានជនជាតិ និងកញលសម្ព័ន្ធជាច្រើន ដើម្បីឱ្យពួកអ្នកសាគល់គ្នានៅវិញនៅ មក។ ពិតប្រាកដណាស់ អ្នកដែលងេញំដងើងជាងគេចំពោះព្រះអល់ឡោះក្នុងចំដណាមពួក អ្នក គឺអ្នកដែលដកាត្ខាចព្រះអល់ឡោះជាងគេក្នុងចំដណាមពួកអ្នក។ ពិតប្រាកដ ណាស់ ព្រះអល់ឡោះទ្រង់មហដឹង មហរជួត្រជែំញត។ ព្យាការីលោក៏បានសងេត់ធ្ងន់ផងដែរថា ពូជអ្មបូរពញំមានត្នមាអ្វីឡើយចំពោះ ព្រះជាម្ចាស់41។ លោកបានមានរែសាសន៍ថា៖ ព្រះម្ចាស់របស់អ្នកគឺតែមួយអផងគត់ ហើយឪពុករបស់អ្នក(អោំ)ក៏តែម្នាក់ដែរ។ ជនជាតិអារ៉ែ់ោមានអ្វីខពង់ខពស់ជាងអ្នក ដែលមិនមែនជាជនជាតិអារ៉ែ់ទេ ហើយអ្នកដែលមិនមែនជាជនជាតិអារ៉ែ់ក៏ោមានអ្វី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41 លោក អែ ូ ឡាហែ ត្រូវជាឪពុកមររបស់ព្យាការីមូហាំម៉ាត់ បានែដិដសធចំពោះសាររបស់ព្រះ។ ជាលទធ្ល វកយខ ឌមួយត្រូវបានបើកែង្ហាញដោយនិយាយពីការដាក់ទេសគាត់ នឹងសបងថាគាត់ ពិតជានឹងចូលសាថននរក។ យើងដើញថា ការ ៍ដែលមានស្របសឡាយជែ់ជាមួយនឹងព្យាការី មូហាំម៉ាត់ ពញំអាចការពារគាត់ឱ្យ្ញត្ពីការធ្វើទេសទាំងអស់កលបបានទេ។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ខពង់ខពស់ជាងជនជាតិអារ៉ែ់ដែរ។ មនុស្សប្សបកសោមានអ្វីខពង់ខពស់ជាងមនុស្សប្សបក ដមមទេ ហើយមនុស្សប្សបកដមមក៏ោមានអ្វីខពង់ខពស់ជាងមនុស្សប្សបកសដែរ លើកប្លងប្ត អ្នកណាហើយដែលមានចិត្តអា ិត្អាសូរ និងរែរពឹត្តសញចរិត។42នេះមានន័យថា ចិត្ត អា ិត្អាសូរ និងការរែរពឹត្តសញចរិត គឺជាដោលការ ៍ដែលព្រះវិនិចេ័យមនុស្ស ដោយមិនគិត្ពីព ៌ាសមបញរ និងជាតិសាសន៍ឡើយ។ ទសភាព ត្រូវបានរីករលោលជញំវិញពិភពលោក ហើយទសករទំងនោះក៏ត្រូវ បានដាក់ទេសដោយសាសនាដែលមនុស្សជាអ្នកែដងើត្នៅសម័យនោះ ដោយរួម ទំងគម្ពីរែរិសញទធផងដូចមានក្នុង លោកុប្បត្តិ ៩:២៥-២៧, និកខមានំ ២១:២-១២ និង ដអ្ដភសូ ៦:៥។ នៅពេលដែលព្រះបានែញូនព្យាការីមូហាំម៉ាត់ជាមួយនឹងសារចញង ក្រោយរបស់ទ្រង់មក ការដោះប្លងទសករបានកាយជាកិច្ចការមួយដ៏លអរែដសើរែំញត និងអាចនាំឱ្យមនុស្សណាម្នាក់បានចូលនៅដកៀកនឹងព្រះផង។ ជាមួយគ្នានេះដែរ សកម្មភាពនេះបានកាយជាមដធាបាយមួយដើម្បីឱ្យព្រះទ្រង់ទទួលយក, ដើម្បីបាន ការរីករយក្នុងចិត្ត និងដើម្បីជាការសារភាពទេសនិងអំដពើបែនានា។ ព្រះបានមាន ព្រះមានបន្ទូលថា៖ ហេតុដមដចគេមិនឆាងឱ្យ្ញតូវលំបាកនោះនៅ។ តើអ្នកដឹងទេអ្វីនៅជូវលំបាកនោះ? គឺការដោះប្លងខ្ញុំបម្រើឱ្យមានសិទធិដសរីភាព។(គួរអាន ៩០:១១-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១៣) ព្យាការីមូហាំម៉ាត់ ត្រូវបានព្រះែញូនមកដើម្បីជា កដីមេត្តាករុណាមកកាន់ពិភព លោក ដូចមានប្ចងនៅក្នុងព្រះគម្ពីរគួរអានជំពូក ២១:១០៧។ ហើយព្យាការី មូហាំម៉ាត់មានរែសាសន៍ថា៖ អ្នកដែលមានចិត្តមេត្តាករុណា នោះព្រះអល់ឡោះនឹង មានមេត្តាករុណាចំពោះគេវិញ។ យ៉ាងនេះហើយ ចូរមានមេត្តាករុណានៅដលើប្នដី នេះ ដូចនេះព្រះដែលគង់នៅឯដម នឹងមានមេត្តាករុណាចំពោះអ្នក។43 ហទីសមួយ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42 និទនដោយ អះម៉ាត់ ហទីសដលខ ២៣១០៥។ 43 និទនដោយ អាត់ ទៀរមីរសញី, ១៩២៨។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ទៀតលើកឡើងថា៖ អ្នកណាហើយ ដែលោមានកដីមេត្តាករុណាចំពោះមនុស្ស គេក៏នឹង មិនទទួលបានកដីមេត្តាករុណាពីព្រះអល់ឡោះដែរ។44 ការបស់នៅរែចំថ្ងៃរបស់ព្យាការីមូហាំម៉ាត់ គឺជាឧទររ ៍ននកដីមេត្តាករុណា។ ព្រះអល់ឡោះទ្រង់មានែនូលក្នុងព្រះគម្ពីរគួរអានជំពូក ៣:១៥៩៖ ដោយសារមានកដី មេត្តាករុណាពីព្រះអល់ឡោះ អ្នក(មូហាំម៉ាត់)មានភាពទន់ភាន់ចំពោះពួកគេ។ តែបើ អ្នកមានអាកែបកិរិយដកាងកាចនិងរឹងរូសវិញនោះ គឺពួកគេនឹងចាកចេញពីអ្នកជាមិន ខាន។ ដូចនេះចូរអ្នកអ្ធារស័យដល់ពួកគេនិងសញំការដរបាសរែ ី(ពីព្រះ)ឱ្យពួកគេ ហើយចូរអ្នកពិភាកាជាមួយពួកគេរល់កិច្ចការ។ ព្យាការីលោកមានចិត្តអា ិត្អាសូរ សូមបីតែចំពោះសត្រូវរបស់លោក៏ ដោយ។ ឧទររ ៍ដ៏ជាក់ចាស់មួយអំពីទឹកចិត្តអា ិត្អាសូររបស់លោកនោះគឺ នៅពេលដែលលោកតទាំងបានរកុងម៉ាកេះ(ជាចមទាំងមិនែងូរ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ពួកអ្នកមិនដជឿ សាសនាដែលរស់នៅរកុងម៉ាកេះដជឿថាលោកនឹងគញំកួនហើយសងសឹកចំពោះពួកគេជា មិនខាន។ យ៉ាងណាមិញ នៅពេលដែលលោកឡើងឈរនៅមត់ទេរក្សាក់ព្រះ ហើយ លោកមានរែសាសន៍នៅកាន់ពួកគេថា៖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តើពួកអ្នកគិត្ថាខ្ញុំគួររែរពឹត្តដាក់ពួកអ្នក យ៉ាងណាដែរ? ពួកគេតែវិញថា ត្រូវរែរពឹត្តលអ សប្បុរស និងមេត្តាករុណាក្នុងភាពជាបងប្អូន។ ព្យាការីបានរែកាសថា ចូរធ្វើយ៉ាងរនឹងចុះ។ ខ្ញុំនិយាយនៅកាន់អ្នកដូច ព្យាការី យ៉ូប្សែ និយាយនៅកាន់បងប្អូនរបស់លោកដែរ។ ោមានឡើយការសដែដនាស ចំពោះពួកអ្នកនាថ្ងៃនេះ! ព្រះអល់ឡោះទ្រង់នឹងអ្ភ័យទេសដល់ពួកអ្នក ហើយទ្រង់ ជាអផងគដ៏មេត្តាករុណែំញត។45 ែនែ់មកលោក(មូហាំម៉ាត់)មានរែសាសន៍នៅកាន់ ពួកគេថា ចូរនៅចុះ ចំពោះពួកអ្នកគឺមានដសរីភាពហើយ។46 វជាការងាយរសួល ណាស់ចំពោះលោក បើសិនជាលោកចង់សងសឹកឱ្យអ្នកដែលត្រូវគេធ្វើទរញ កមម និងអ្នកដែលត្រូវគេសមែ់ ហើយមានអ្នកត្តមលោកជាច្រើនដែលត្រូវរងការធ្វើទញកខ</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44 និទនដោយ មូស្លីម, ៥៩៨៣។ 45 រែដយគនេះរសង់ដចញពីព្រះគម្ពីរគួរអានជំពូក ១២:៩២។ 46 និទនដោយ អាល់ នរពហគី, ១៨៦៤៧ និង ១៨៦៤៧។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ែញកមែនញដរក្សាមានដពួកអ្នករកុងម៉ាកេះ ប៉ុន្តែលោកបានលើកទេសឱ្យពួកគេទាំងអស់អស់។ នេះជាភសដញត្តងែញ្ញាក់យ៉ាងចាស់ថា លោកពិតជាកដីមេត្តាករុណាចំពោះមនុស្សជាតិ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ពិតមែន។ ការធ្វើដូចនេះ គឺលោកធ្វើត្តមការទូនាមានពីក្នុងព្រះគម្ពីរគួរអានដែលថា៖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ទាំងអស់អ្នកដែលមានភាពអ្ត់ធមត់ចំពោះកំរឹង ហើយនិងបណ្តាអ្នកដែលមានការ អ្ធារស័យដល់មនុស្សលោក។ ហើយព្រះអល់ឡោះសពេព្រះទ័យទាំងអស់អ្នកដែល រែរពឹត្តសញចរិត។(គួរអាន ៣:១៣៤) ព្រះអល់ឡោះក៏មានព្រះមានបន្ទូលទៀតដែរថា៖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រែការលអនិងរែការអារកក់មិនអាចដសមើគ្នាបានឡើយ។ ចូរអ្នកតែត្វិញចុះនូវអ្វីដែលលអែំញត ពេលនោះអ្នកដែលជាសត្រូវរបស់អ្នកនឹងកាយជាមិត្ដជិត្សនិទធរបស់អ្នកជាមិន ខានឡើយ។ ហើយោមានអ្នកណាម្នាក់ត្រូវបានគេដល់នូវរែការលអនេះឡើយ លើក ប្លងតែទាំងអស់អ្នកដែលអ្ត់ធមត់ ហើយក៏ោមានអ្នកណាម្នាក់ត្រូវបានគេដល់នូវរែការលអ នេះដែរ លើកប្លងតែអ្នកដែលមានភ័ពេសំណាងដ៏ធំប៉ុណ្ណោះ។(គួរអាន ៤១:៣៤-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៣៥) នៅពេលដែលសរក្សារីរបស់ព្យាការីបានសញំឱ្យលោក ទូលដល់ព្រះឱ្យទ្រង់ ដរក្សាធពិដរធចំពោះសត្រូវដែលបានធ្វើឱ្យលោករងរែសកាល និងប្រាក់ដធមញផងនោះ លោកបានែដិដសធនឹងសំដើរនេះហើយមានរែសាសន៍ថា៖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ែពិរព្រះម្ចាស់! សូមទ្រង់មានមេត្តាករុណាចំពោះរែជាជនខ្ញុំ ងចុះ ត្បិត្ពួកគេមិនដឹងថាពួកគេកំពញង ធ្វើអ្វីឡើយ។47 ព្យាការីលោកមិនដែលខឹងសមារនឹងែញ្ញាផ្លាល់ខ្លួននោះទេ។ រល់ការខឹង សមារលោកទាំងអស់អស់គឺដោយហេតុដើម្បីព្រះប៉ុណ្ណោះ។ លោកែ់មានរែសាសន៍ ថា៖ មនុស្សដែលខ្លាំងពិតប្រាកដ មិនមែនជាអ្នកដែលវយគេហើយបានឈនះគេនោះ ទេ។ ប៉ុន្តែគឺជាអ្នកដែលអាចរមៃ់កំរឹងគេបាន នៅពេលគេខឹងសមារ។48 លោក៏ ជាគំរូដ៏លអែំញត្ចំពោះការែនែខ្លួន។ កាលនោះមានែញរសម្នាក់មកជួនឹងព្យាការី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47 និទនដោយ អ្ញែនូ រញែបាន, ៩៤៩។ 48 និទនដោយ មូស្លីម, ៦៥៩៥។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ទំងភ័យញ័រខ្លួនដរពាះគេគិត្ថា គេនឹងត្រូវជួដសដចមួយអផងគ។ ព្យាការីបានជួគាត់ ដោយការែនែខ្លួនែំញត ហើយលោក៏មានរែសាសន៍នៅគាត់ថា៖ ចូររត្ជាក់ចិត្ត ចុះ! ខ្ញុំពញំមែនជាដសដចអ្វីឡើយ ខ្ញុំគឺជាកូនរបស់សតីដែលែ់ទទួលទនសាច់ដរកៀមកនុង រកុងម៉ាកេះ។49 ក៏មានហទីសមួយទៀតដែលព្យាការីលោកបានមានរែសាសន៍ថា៖</w:t>
      </w:r>
    </w:p>
    <w:p>
      <w:pPr>
        <w:spacing w:line="324" w:lineRule="auto" w:after="120" w:before="0"/>
        <w:jc w:val="left"/>
      </w:pPr>
      <w:r>
        <w:t>អ្នកណាហើយដែលមានភាពរកអឺត្រកទមែ៉ាញនទម្ងន់សតេរសដមចនៅក្នុងដែះដូងគេ នឹងមិនបានចូលសាថនសួគ៌ាឡើយ។50 នៅដែលមានសូរយរោសកើតឡើង ចំពេលននមរ ភាពកូនប្រុសរបស់ព្យាការី ដែលមានដ មះថា អ្ញីរែរញីម។ មនុស្សមាននាំគ្នានិយាយឡើងថា សូរយរោសនេះគឺ កើតឡើងដោយសារមរ ភាពនេះឯង។ យ៉ាងណាមិញ ព្យាការីបាននៅពួកគេមក ហើយមានរែសាសន៍ថា៖ ព្រះអាទិត្យ និងព្រះចនា ទំងពីរនេះគឺជាទីសមគល់របស់ព្រះ អល់ឡោះ។ បាត្ញភូត្ននសូរយរោស ឬចនារោស មិនមែនជាដើមហេតុននការសែ់ ឬ ការកើតរបស់នរណ្ឡើយ។51 នៅក្នុងហទីសដោយប្ឡកមួយទៀត ព្យាការីមូហាំម៉ាត់បានប នាំដល់អ្នក កាន់ត្តមទាំងអស់អស់ថា៖ ចូរកុំលើកត្ដមើងខ្ញុំ ដូចពួកគ្រិស្តែរិស័ទលើកត្ដមើងកូននាងម៉ារី ឱ្យសោះ។ ខ្ញុំជាអ្នកបម្រើរបស់ព្រះអល់ឡោះ ដូចនេះចូរនៅខ្ញុំថា អ្នកបម្រើរបស់ព្រះ អល់ឡោះនិងជាអ្នកនាំសាររបស់ទ្រង់។52 កាលរោមួយ សរក្សារីរបស់លោកម្នាក់បាននិយាយនៅកាន់លោកថា៖ លោក គឺជានៅហេយននពួកយើង ហើយលោកមានអំណាច និងចិត្តបែ ីជាងយើងទាំងអស់គ្នា។ ព្យាការីលោកមានការខឹងសមារនឹងគំនិត្បែនេះ ហើយការខឹងនេះគឺក្នុងែញពេហេតុព្រះប៉ុណ្ណោះ។ លោកមានរែសាសន៍ឆ្លើយថា៖ មានតែព្រះអល់ឡោះតែមួយ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49 និទនដោយ អ្ញែនូ ម៉ាចចស់, ៣៣៩១។ 50 និទនដោយ មូស្លីម, ២២៥។ 51 និទនដោយ អាល់ ែ ូខរី, ១០៤៤។ 52 និទនដោយ អាល់ ែ ូខរី, ៣៣៧២។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អផងគត់ជានៅហេយ! ខ្ញុំពញំមែនជានៅហេយរបស់នរណាម្នាក់ទេ។ ចូរកុំឱ្យអារកសែសាចដបាករបាស់អ្នក។ ខ្ញុំមិនចង់ឱ្យអ្នកលើកត្ដមើងខ្ញុំនៅដល់ឋានៈខពស់ជាងអ្វីដែល ព្រះអល់ឡោះបានដល់ឱ្យខ្ញុំឡើយ។ ខ្ញុំគ្រាន់តែជាអ្នកបម្រើរបស់ព្រះអល់ឡោះ និងជា អ្នកនាំសាររបស់ទ្រង់។53 ចែ់ សារីអា (ចែ់របស់ព្រះ) ដែលព្យាការីមូហាំម៉ាត់បាននាំយកមកនោះ គឺដងើតឱ្យមានការយកចិត្តទញកដាក់ចំពោះអ្នកទន់ដខាយ, ជនខ្វះខាត, ជនទ័លរក ហើយនិងក្មេងកំរពា ដែលជាប្នកដ៏ធំមួយក្នុងសាសនាអ៊ីស្លាម។ ព្រះអល់ឡោះមាន ព្រះមានបន្ទូលក្នុងព្រះគម្ពីរគួរអានថា៖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តើអ្នកបានដើញបុគ្គលដែលែដិដសធនឹងថ្ងៃជំនញំ ជរមះដែរឬទេ? នោះហើយគឺជាបុគ្គលដែលដបាះែង់ក្មេងកំរពា។ ហើយមិនជរមុញគ្នា ឱ្យ្ដល់ចំ ីអាហរដល់អ្នកក្រីក្រ។(គួរអាន ១០៧:១-៣) ការដធេសរែប្រសមិនយក ចិត្តទញកដាក់ចំពោះអ្នកក្រីក្រក៏អាចឱ្យមនុស្សម្នាក់ចូលក្នុងសាថននរកដែរ។ ព្រះ អល់ឡោះមានព្រះមានបន្ទូលថា៖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គេមិនែ់មានជំនឿដលើព្រះ អល់ឡោះ ដ៏មហធំដធងឡើយ។ ហើយគេក៏មិនដែលជំរញគ្នាលើការ្ដល់ចំ ី អាហរដល់អ្នកក្រីក្រដែរ។(គួរអាន ៦៩:៣៣-៣៤) សាសនាអ៊ីស្លាមដថោលទេសចំពោះរល់អំដពើអ្យញត្តិធម៌ា, ការរំលោភែំពាន,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ដភរវកមមរែឆំងនឹងជនសូត្រតផង់។ ព្រះមានព្រះមានបន្ទូលថា៖ ...ហើយចូរពួកអ្នកកុំរំលោភែំពាន។ ពិតប្រាកដណាស់ព្រះអល់ឡោះ មិនសពេព្រះទ័យនឹងពួកដែលរំលោភែំពាន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ឡើយ។(គួរអាន ២:១៩០) ព្រះគម្ពីរគួរអានក៏បានប្ចងដែរថា៖ ដោយមូលហេតុនេះហើយ ទើបយើងបានដាក់ែញាត្ដិនៅដលើអំែរអ្ញីរសាអែលថា ជាការពិតណាស់ អ្នកណាហើយបានសមែ់បុគ្គលណាម្នាក់ដោយោមានមូលហេតុ ឬែងេវិនាសកមមានៅដលើប្នដី គឺហក់ែដូចជាគេ បានសមែ់មនុស្សលោកទាំងអស់អស់។ ហើយអ្នកណាបានសង្គ្រោះជីវិតបុគ្គលណាម្នាក់ គឺហក់ែដូចជាគេបានជួយ សង្គ្រោះជីវិតមនុស្សលោកទាំងអស់អស់។(គួរអាន ៥:៣២)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53 និទនដោយ អះម៉ាត់, ១២២៩៥។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អំពីការ ៍ដែលថា នៅក្នុងសាសនាអ៊ីស្លាមានការសមែ់សាហវដោរនៅនោះ ាញយនៅវិញអ្នកមូស្លីមបផងមទំងត្រូវបានគេលើកទឹកចិត្តឱ្យធ្វើលអចំពោះសតេ ហើយ ហាមរបាមកនុងការែងេដរោះថានក់ដល់ពួកវ។ នៅរោមួយ ព្យាការីមូហាំម៉ាត់មាន រែសាសន៍ថា៖ មានសតីម្នាក់ត្រូវបានគេធ្វើទេស(ក្នុងសាថននរក) ដោយសារតែនាង បានចងសតេឆ្មួយកាលរហូតដល់វង្ហែ់។ ដោយសាររឿងនេះនាងត្រូវបានាក់នៅ ក្នុងសាថននរក។ នាងបាន ញំោំងវ(ឆ្ម) មិន្ដល់ចំ ី និងទឹកដល់វ ហើយក៏មិនដោះ ប្លងវឱ្យមានដសរីភាពដើម្បីនឹងបានសញីសតេលអិត្នៅដលើដីផង។54 លោក៏បាននិទនផងដែរអំពីករីសតីដពសាម្នាក់បានឱ្យទឹកនៅសតេសញនខ មួយដែលកំពញងដរសកទឹកដសើរប្តផង្ហែ់ ហើយព្រះអល់ឡោះបានអ្ភ័យទេសដល់បែ របស់នាង។55 មានគេសួរព្យាការីថា៖ ឱ អ្នកនាំសារនៃព្រះ! តើពួកយើងនឹងទទួលបាន ការដរបាសរែទនឬទេ ចំពោះការធ្វើលអដាក់សតេ? លោកមានរែសាសន៍ថា នឹងមាន ការដរបាសរែទន ចំពោះរល់អំដពើលអនៅកាន់សតេមានជីវិតទាំងអស់អស់ ឬជាមនុស្សក៏ ដោយ។56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សេចក្តែដរងៀនរបស់សាសនាអ៊ីស្លាម្សពោយពីការសដណាដសរែ ី និងការ ដោរពចំពោះអ្នកដែលមិនមែនជាមូស្លីមផងដែរ។ ព្យាការីមូហាំម៉ាត់មានរែសាសន៍ថា៖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អ្នកណាហើយដែលរែរពឹត្តអ្យញត្តិធម៌ា នៅដលើអ្នកដនដៃលមានកិច្ចរពមដរពៀងោំពារ(អាចនិយាយបានថា អ្នកមិនមែនជាមូស្លីម)ឬមិនបានតល់សិទធិគ្រប់រគ្នា់ដល់ គេ ឬដាក់ែនាញកដលើសពីអ្វីដែលគេអាចទទួលយកបាន ឬយកអ្វីមួយពីគេរែឆំងនឹង ឆ្នាៈគេ ខ្ញុំនឹងជាសត្រូវរបស់អ្នកនោះនៅថ្ងៃជំនញំជរមះ។57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54 និទនដោយ មូស្លីម, ៥៨០៤។ 55 និទនដោយ អាល់ ែ ូខរី, ៣៣៩២។ 56 និទនដោយ អាល់ ែ ូខរី, ២៣២៣។ 57 និទនដោយ អែ ូ ដាវូត, ៣០៥៤។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សាសនាអ៊ីស្លាមរែឆំងោច់ខាត្ចំពោះភាពអាត្តមានិយម ហើយអំពាវនាវឱ្យ មនុស្សស្រឡាញ់អ្នកដនទឱ្យដូចស្រឡាញ់ខ្លួនឯងដែរ។ ព្យាការីលោកមានរែសាសន៍ ថា៖ គេមិនរែ់ថាជាអ្នកមានជំនឿនោះទេ រហូតដល់អ្នកនោះស្រឡាញ់អ្នកដនទឱ្យដូច ស្រឡាញ់ខ្លួនឯង។58 សីលធម៌ាលអ និងការដោរពចំពោះសតីដភទ ក៏ជាប្នកមួយនន</w:t>
      </w:r>
    </w:p>
    <w:p>
      <w:pPr>
        <w:spacing w:line="324" w:lineRule="auto" w:after="120" w:before="0"/>
        <w:jc w:val="left"/>
      </w:pPr>
      <w:r>
        <w:t>សេចក្តែដរងៀនរបស់សាសនាអ៊ីស្លាមដែរ។ ព្យាការីលោកមានរែសាសន៍ថា៖ អ្នកមាន ជំនឿដែលជំនឿរបស់គេដពញដលញែំញត្នោះ គឺនរណាហើយដែលមាន អាកែបកិរិយលអរែដសើរ។ ហើយអ្នកដែលលអរែដសើរែំញតក្នុងចំដណាមអ្នកមានជំនឿ នោះ គឺជានរណាហើយដែលបានរែរពឹត្តលអែំញត្ចំពោះសតី។59 ក៏មានហទីសមួយ ទៀតដែរដែលថា៖ មានែញរសម្នាក់បានមករកព្យាការី ហើយនិយាយថា ឱ អ្នកនាំសារ នៃព្រះ! តើនរណាដែលខ្ញុំត្រូវធ្វើលអជាចមបង? ព្យាការីឆ្លើយតែថា មដយរបស់អ្នក។ ែញរសនោះសួរថា ែនែ់មកនរណ្ទៀត? ព្យាការីឆ្លើយតែថា មដយរបស់អ្នក។ ែញរស នោះសួរមដងទៀតថា ែនែ់មកនរណ្ទៀត? ព្យាការីឆ្លើយតែទៀតថា មដយរបស់អ្នក។ នៅពេលែញរសនោះសួរជាលើកទែន ព្យាការីឆ្លើយតែថា ឪពុករបស់អ្នក។60 បើ ដយងត្តមសេចក្តែដរងៀនរបស់សាសនាអ៊ីស្លាម លបុណ្យដែលទទួលបានពីការបម្រើ និងមើលបផងមដយម្នាក់ គឺនឹងទទួលបានសាថនសួគ៌ា។ មានែញរសម្នាក់ដែលមក ពិដរោះនឹងព្យាការី ដោយគេមានបំណងនៅធ្វើជីហត(ចមទាំងក្នុងូវព្រះ) ទំងដែល គេមានមដយចស់ជរត្រូវមើលបផង។ ព្យាការីបានប នាំគេថា៖ ចូរនៅជាមួយគាត់ចុះ ត្បិត្សាថនសួគ៌ាគឺនៅដរក្សាមបាត្ដជើងរបស់គាត់។61 ព្យាការីក៏មានរែសាសន៍ដែរថា៖ នរណាហើយដែលមានកូនរសី ហើយមិនែង្ហអែ់នាង ឬមិនស្រឡាញ់កូនប្រុសជាងនាង គេនឹងបានចូលសាថនសួគ៌ា។62 ព្យាការីក៏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58 និទនដោយ អាត់ ទៀរមីរសញី, ១២៦១។ 59 និទនដោយ អះម៉ាត់, ៧៣៧៤។ 60 និទនដោយ មូស្លីម, ៦៤៥២។ 61 និទនដោយ អាន់ ណាសាអ្ញី, ៣១០៦។ 62 និទនដោយ អះម៉ាត់, ៣១០៦។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បានលើកឡើងដែរថា៖ នរណាហើយមានកូនរសីពីរនាក់ ឬបងប្អូនរសីពីរនាក់ ហើយ រែរពឹត្តចំពោះពួកនាងបានលអនោះ គេនឹងកាយជាមិត្តសំឡាញ់ជិត្សនិទធរបស់ខ្ញុំនៅ ឯសាថនសួគ៌ា។63 ទំងនេះហើយ ដែលសែញ្ញាក់យ៉ាងចាស់ថា ការរែរពឹត្តលអចំពោះ សតីគឺជាប្នកដ៏សំខាន់មួយក្នុងសេចក្តែដរងៀនរបស់សាសនាអ៊ីស្លាម ហើយនេះក៏ជា កិច្ចការមួយដែលអាចនាំមនុស្សឱ្យចូលសាថនសួគ៌ាបានដែរ។ ដយងត្តមចែ់សារីអែញរសគឺត្រូវមានការទទួលខញសត្រូវចំពោះសញខញមល ភាពរបស់សតី បើទេះជែញរសនោះជាឪពុកនាង, ជែដី, ជាកូន, ជាបងប្អូន ឬជា អាណាពាបាលនាងក៏ដោយ។ នាងមានសិទធិក្នុងការទទួលចំប កមរត្ករបស់នាង និងមានសិទធិទទួលរទពយបណ្តាការរបស់នាងនៅពេលនាងដរៀការដែរ។ ហើយនាង ក៏មានសិទធិដរជើសដរើសដរៀការជាមួយែញរសណាដែលនាងស្រឡាញ់ដពញចិត្ត ហើយក៏ មានសិទធិដរៀការមដងទៀតក្រោយពីនាងប្លងលះ និងមានរឿងជាច្រើនទៀត។64 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63 និទនដោយ អ្ញែនូ អែ ី នសាបាស, ២១១៧៩។ 64 នៅក្នុងក គម្ពីរ ដលវីវិន័យ ១៥:១៩-៣០ យើងដើញថា៖ កាលណាសតីម្នាក់ាក់ ម ដោយ មានរដូវ នាងត្រូវនៅក្នុងភាពមិនែរិសញទធ ទាំងអស់រយៈពេលរបាំពីរថ្ងៃ។ អ្នកដែលែ៉ាះនាងនឹងនៅជាមិនែរិសញទធ រហូតដល់ោច។ ពេលមានរដូវនោះប្រគដែលនាងដដក ឬនៅអីដែលនាងអផងគញយ ក៏នៅជាមិនែរិសញទធដែរ។ អ្នកដែលែ៉ាះនឹងប្រការនោះត្រូវតែដបាកសដមៀកែំពាក់ ព្រមទាំងសម្អាតខ្លួនប្រាណ ហើយសថិត្នៅក្នុងភាពមិនែរិសញទធ រហូតដល់ោច។ អ្នកែ៉ាះនឹងនៅអីដែលនាងបានអផងគញយត្រូវប្ត ដបាក សដមៀកែំពាក់ ព្រមទាំងសម្អាតខ្លួនប្រាណ ហើយត្រូវសថិត្នៅក្នុងភាពមិនែរិសញទធ ររូត ដល់ោច។ ប្រសិនបើមាននរណាម្នាក់ែ៉ាះនឹងវត្ថញអ្វីមួយនៅដលើប្រគ ឬនៅអីដែលនាងអផងគញយ អ្នកនោះ ត្រូវសថិត្នៅក្នុងភាពមិនែរិសញទធ រហូតដល់ោច។ ប្រសិនបើមានែញរសម្នាក់រួមដំដ កជាមួយនាង ក្នុងអំឡញងពេលនាងមានរដូវែញរសនោះក៏នៅជាមិនែរិសញទធ ទាំងអស់រយៈរបាំពីរថ្ងៃ ហើយប្រគដែលគេ ដដកនោះក៏មិនែរិសញទធដែរ។ កាលណាសតីម្នាក់ាក់ មខញសពីធមមត្ត ឬាក់ មច្រើនថ្ងៃជាង ពេលមានរដូវ នាងត្រូវសថិត្នៅក្នុងភាពមិនែរិសញទធ ក្នុងអំឡញងពេលាក់ មានោះ ដូចរគ្នាងមាន រដូវដែរ។ ពេលនោះ ប្រគដែលនាងដដក ឬនៅអីដែលនាងអផងគញយ នឹងនៅជាមិនែរិសញទធដូចពេលនាង មានរដូវដែរ។ អ្នកដែលែ៉ាះនឹងប្រការនោះត្រូវតែដបាកសដមៀកែំពាក់ ព្រមទាំងសម្អាតខ្លួនប្រាណ ហើយសថិត្នៅក្នុងភាពមិនែរិសញទធ រហូតដល់ោច។ កាលណានាងឈែ់ាក់ មហើយ នាងត្រូវ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អល់ឡោះមានព្រះមានបន្ទូលថា៖ ហើយប្រពន្ធមានសិទធិ(ចំពោះែដី) ដូចដែលពួកនាងមាន ភារកិច្ច(រែតិត្តិចំពោះែដី)ដោយអំដពើលអ។ (គួរអាន ២:២២៨) សាសនាអ៊ីស្លាម លើកទឹកចិត្តឱ្យមនុស្សមានរែរពឹត្តលអចំពោះឪពុកម្តាយ ហើយ រែរពឹត្តដោយទឹកចិត្តមេត្តាចំពោះពួកគាត់ បើទេះជាពួកគាត់រែឆំងនឹងសាសនា អ៊ីស្លាមក៏ដោយ។ ព្រះអល់ឡោះមានព្រះមានបន្ទូលថា៖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ហើយយើងបានបង្គាប់ដល់ មនុស្សលោក(ឱ្យកត្ញូ) ចំពោះឪពុកម្តាយរបស់គេ។ មដយរបស់គេបានពរដពាះរូគេ ដោយសញខភាពចុះដខាយជាលំោ់។ ហើយផ្លដច់ែំនៅគេក្នុងអាយញពេលពីរខួ។ ដូចនេះ ចូរអ្នកដឹងគញ ចំពោះយើង និងឪពុកម្តាយរបស់អ្នកចុះ។ ចំពោះយើងគឺជាទី វិលរត្ឡែ់(ក្រោយពេលសែ់)។ ហើយប្រសិនបើគាត់ទំងពីរ(ឪពុកម្តាយ)ពាយម ជរមុញ ឱ្យអ្នកធ្វើសាញីរិក(ដោរពព្រះដនទ)រួមជាមួយយើង(ព្រះអល់ឡោះ) នូវអ្វីដែលអ្នក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រង់ចាំទាំងអស់រយៈពេលរបាំពីរថ្ងៃទៀត ទើបនាងអាចធ្វើពិធីជរមះកាយឱ្យែរិសញទធ។ នៅថ្ងៃទីរបាំែ នាង ត្រូវយកលលកពីរ ឬរពែជំទើរពីរ នៅជូនបូជាចារ្យនៅរតផង់មត់ទេរពនាជួព្រះម្ចាស់។ បូជាចារ្យ យកសតេមួយ ថោយជាយញែជារំដោះបែ និងសតេមួយទៀតថោយជាតផង្ហេយដញត្ទំងមូល។ ែនែ់ មកបូជាចារ្យធ្វើពិធីជរមះបែឱ្យ្សតីក់ ម ដែលបណ្តែលឱ្យនាងនៅជាមិនែរិសញទធនោះ នៅ ចំពោះព្រះភ្កតបពះម្ចាស់។ គម្ពីរែរិសញទធមិនរតឹមតែចត់ទញក្សតីដភទថា មិនមានភាពរជះសាអត្ដពញមួយជីវិតនាង ហើយ ចត់ទញកនាងថាជារែភពននភាពមិនែរិសញទធប៉ុណ្ណោះទេ ហើយបផងមទំងរែរពឹត្តចំពោះនាងដូចជាជន ដលមើសដែលបានរែរពឹត្តទេសកំរញស ដែលត្រូវការតផង្ហេយ ទំងដែលវមិនមែនជាជដរមើសរបស់នាង ងនោះ។ មិនតែប៉ុណ្ណោះគម្ពីរែរិសញទធពិព ៌ានាអំពីសតីដភទត្តមរដែសអែ់ដខពើម និងែនតញះែង្ហអែ់ ដូច មានក្នុង ១ធីម៉ូដង ៥:១០ និយាយថា កិច្ចការលអ ដែលគេទទួលសាគល់នោះគឺ ដោយ្សតីដមម៉ាយនៅងដជើងជូនពួកែរិសញទធ។ រីឯរសីដែលែដីសែ់ដចលមិនអាចដរៀការនឹងនរផ្សេងបានឡើយ ក្រៅពីបងប្អូនែដងើត្របស់ែដីនោះ។(ទញតិយកថា ២៥:៥) នាងមិនមានសិទធិទទួលមរត្កដដៃសិនជា មានសាច់ញាតិជែញរស។(ទញតិយកថា ២១:១៥-១៧ និង ជនគ្នា ២៧:១-១១) ហើយែញរសអាច មានសិទធិគ្រប់រគ្នា់ក្នុងការលក់កូនរសីរបស់ខ្លួន។(និកខមានំ ២១:៧) ជាងនេះនៅទៀត្សតីដែលប្លង លះរួចគឺមិនអ្នញ្ញាតឱ្យដរៀការមដងទៀតនោះទេ។(ម៉ាថាយ ៥:៣២)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មិនបានដឹងទេនោះ ចូរអ្នកកុំធ្វើត្តមពួកគាត់ទំងពីរ។ តែអ្នកត្រូវកត្ញូចំពោះគាត់ទំង ពីរនៅក្នុងលោកិយនេះដោយអំដពើលអ។ (គួរអាន ៣១:១៤-១៥) សាសនាអ៊ីស្លាមក៏អំពាវនាវឱ្យមានការរែរពឹត្តដោយកដីមេត្តា និងកដីអា ិត អាសូរដល់អ្នកដនទ។ ព្យាការីមានរែសាសន៍ថា៖</w:t>
      </w:r>
    </w:p>
    <w:p>
      <w:pPr>
        <w:spacing w:line="324" w:lineRule="auto" w:after="120" w:before="0"/>
        <w:jc w:val="left"/>
      </w:pPr>
      <w:r>
        <w:t>ដភើងនរកគឺត្រូវបានហាមគាត់ ចំពោះនរណាហើយ ដែលរែរពឹត្តដាក់មនុស្សមានដោយសេចក្តីលអ, ដោយការយល់ពីគ្នា, ហើយនិងកដីមេត្តា និងងាយទំនាក់ទំនង។65 ចំពោះអ្នកដែលដោរនៅ ,រកអឺត្រកទម និងមិនចេះគិត្ពិចរណា ព្យាការីបានរែ់ពួកគេនៅក្នុងចំដណាមអ្នករស់ នៅក្នុងសាថននរក។66 សាសនាអ៊ីស្លាម្ដល់ត្នមានិងការដោរពចំពោះសិទធិមនុស្សហើយការអ្នញវត្ត ចែ់សារីអាដោយានាបាននូវការបស់នៅរែកែដោយសន្តិភាព និងភាព សញខដញមរមានារវងគ្នានឹងគ្នា។ ព្យាការីមានរែសាសន៍ថា៖ ការខាតែង់ក្នុងចំដណាម រែជាជនខ្ញុំនោះគឺ អ្នកដែលមកដល់ថ្ងៃជំនញំជរមះ ជាមួយនឹងការសឡាត(ថោយែងគំ), ការែសត្មអាហរ និងការែរិចចគទនប៉ុន្តែគេក៏នាំមកជាមួយគេដែរ(នូវអំដពើអារកក់) ដូចជា គេបានដជររែមង, រំលោភែំពាន, លួច, ប្រើរិងា ឬសមែ់អ្នកដនទ។ ដូចនេះ ហើយ អ្នកដែលគេធ្វើខញសចំពោះនោះ(អ្នករងដរោះ) នឹងយកលបុណ្យពីគេ(អ្នក រែរពឹត្ត) ដើម្បីជាងនូរនឹងអ្វីដែលអ្នក(រែរពឹត្ត)ធ្វើខញសចំពោះគេ។ នៅពេល្លបុណ្យ របស់គេ(អ្នករងដរោះ)នោះដពញដលញហើយ អ្នកនោះ(អ្នករែរពឹត្ត)នៅតែជំពាក់ពួក គេទៀត។ នោះអំដពើអារកក់របស់ពួកគេ(អ្នករងដរោះ) នឹងត្រូវែប្នថមានៅដលើគេ(អ្នក រែរពឹត្ត) រហូតដល់គេ(អ្នករែរពឹត្ត)ត្រូវបានដបាះចូលនៅក្នុងដភើង(នរក)។67 សាសនាអ៊ីស្លាមអំពាវនាវឱ្យរែរពឹត្តយញត្តិធម៌ា និងមានការអត់ឱនសូមបីតែចំពោះ សត្រូវរបស់ខ្លួន។ ព្រះអល់ឡោះមានព្រះមានបន្ទូលថា៖ មានលទាំងអស់អ្នកមានជំនឿ! ចូរពួក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65 និទនដោយ អះម៉ាត់, ៣៩៣៧។ 66 និទនដោយ មូស្លីម, ៧១៣៦។ 67 និទនដោយ មូស្លីម, ៦៥៣១។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អ្នកត្តំងខ្លួនជាអ្នកដែលរែកាន់ខែ់នូវការពិត្ដើម្បីព្រះអល់ឡោះ ជាអ្នកដែលធ្វើ សាក្សីដោយយញត្ដិធម៌ា។ ចូរពួកអ្នករែកាន់ខែ់នូវភាពយញត្ដិធម៌ាធ្វើជាសាក្សីដើម្បីព្រះ អល់ឡោះ។ ហើយចូរកុំែដណាដយឱ្យចិត្តសអែ់ចំពោះក្រុមួយ នាំឱ្យពួកអ្នករែរពឹត្ដអំដពើ អ្យញត្ដិធម៌ាឱ្យសោះ។ ចូរពួកអ្នករែកាន់ខែ់នូវភាពយញត្ដិធម៌ា ដរពាះវជិតែំញតក្នុងការ ដកាត្ខាចព្រះអល់ឡោះ។ ហើយចូរពួកអ្នកដកាត្ខាចព្រះអល់ឡោះ។ ពិតប្រាកដ ណាស់ព្រះអល់ឡោះទ្រង់រជែំញត្នូវអ្វីដែលពួកអ្នរែរពឹត្ដ។(គួរអាន ៥:៨) សាសនាអ៊ីស្លាមក៏ជាសាសនាមួយដែលែំដពញត្រមូវការទំងខាងរូកាយ និង ព្រលឹងវិញ្ញាណ ហើយសមរសែសម្រាប់មនុស្សគ្រប់រូ និងគ្រប់សម័យកាលទំង ទាំងអស់។ សាសនាអ៊ីស្លាមបានបង្គាប់ឱ្យមនុស្សរែរពឹត្តលអ និងហាមរបាមនុស្សពីការ រែរពឹត្តដៃងើអារកក់។68 មញនពេលលោកាយជាព្យាការី លោកបានដរៀការជាមួយសដី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68 ដោយមានភសដញត្តងជាច្រើនសមអងថា ព្យាការីមូហាំម៉ាត់ពិតជាមនុស្សមិនចេះអក្សរយ៉ាងរបាកដ ហើយលោករស់នៅក្នុងតំែន់ដែលមានកងេះខាត្ខាងការអែ់រំ។ ងទីបើយ៉ាងនេះកដី លោកបាននាំមក នូវ ចែ់ដ៏ដពញដលញ ដែលរគែដ ដែ់ដលើញ្ញាជាច្រើនននជីវិតមនុស្សគ្រប់សម័យកាល ទំងក្នុង</w:t>
      </w:r>
    </w:p>
    <w:p>
      <w:pPr>
        <w:spacing w:line="324" w:lineRule="auto" w:after="120" w:before="0"/>
        <w:jc w:val="left"/>
      </w:pPr>
      <w:r>
        <w:t>សេចក្តីជំនឿ, កិច្ចការដោរពសកោរៈ, កិច្ចរពមដរពៀង, រកមសីលធម៌ា។ល។ លោក៏ែង្ហាញពីរែព័នធ អ្នញវត្តន៍ដ៏លអឥត្ដខាចះដូចជា អាពារ៍ពិពារ៍, ការប្លងលះ, ការពរដពាះ, ការចិញ្ចឹមែបាច់កូន, អាហរកិច្ចំពោះកូន(ក្រោយការប្លងលះ), ការបែងចែកមរត្ក, ទំនាក់ទំនងក្នុងក្រុមគ្រួសារ និង អ្នកជិត្ខាង, ទេសទ ឌចំពោះែដៃលមើស, សិទធិមនុស្ស, នដយបាយ, ដសដឋកិច្ច, ជីវិតសងគម, ហើយ និងឥរិយែងចំពោះខ្លួនឯងទំងការែរិដភាគ, ការឹក, ការដសៀកពាក់, ការធ្វើដំដើរ, ការគេង, ការ ភាក់ពីគេង, ការសា, ការកណាដស់, ការសញំការអ្នញ្ញាត, ការសួរសញខទញកខអ្នកជំងឺ, អ្នាម័យផ្លាល់ខ្លួន។ល។ ព្យាការីលោកមិនបាននាំយករឿងរ៉ាវទំងនេះដចញពីខ្លួនលោកមកទេ ហើយក៏មិនដែល អះអាងថាចំដ ះដឹងដ៏មដហសាចរយនេះជារបស់លោកដែរ។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ប្រសិនបើព្យាការីមូហាំម៉ាត់លោកមានដោលបំណង ដើម្បីទទួលបានលរែដយជន៍ផ្លាល់ ខ្លួន ឬដើម្បីឱ្យគេលើកត្ដមើងលោកនោះ វគឺញយរសឡះនឹងអ្វីដែលលោកបានបង្គាប់អ្នកដដើរត្តម លោកឱ្យរែរពឹត្តការ ៍មួយចំនួនដូចជា ការយកទឹកជរមះកាយ និងការថោយែងគំ៥ដងក្នុងមួយថ្ងៃ, ការជរមះកាយក្រោយរួមដមរតីនឹងនគេ, ការែសត្មអាហរ ដែលសូមបីតែទឹក៏មិនអាចឹកបាន ក្នុង រយៈពេលដពញមួយប្ខត្តំងពីថ្ងៃរះរហូតដល់ថ្ងៃលិច នៅដរៀងរល់ឆ្នាំ(ជាពិសេសនៅរសុកអារ៉ែ់ ដែលជាតំែន់វលខាច់ ហើយកនៅដដសើររទំមិនបាន) ហើយបផងមទំងហាមគាត់ពីអ្វីដែលមនុស្ស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ម្នាក់ដ មះ ខឌីចះ ជាសតីម្នាក់ដែលមានរទពយសដញកសដមភនៅរកុងម៉ាកេះ។ នៅពេល ដំ ឹងដែលលោកាយជាព្យាការីត្រូវបានមហជនដឹងសញសសាយនោះ មនុស្សមាន បានដល់ឱ្យលោកមញខតំប ង រទពយសមបត្តិ រហូតដល់ដល់រជយជូនលោកាយជា ដសដចរបស់ពួកគេទៀត ធ្វើយ៉ាងណាឱ្យតែលោករពមដបាះែង់ការអំពាវនាវឱ្យមនុស្ស ដជឿដលើព្រះអល់ឡោះ។ លោកបានែដិដសធការ្ដល់ឱ្យទាំងអស់អស់នេះ ហើយែនតនៅ ដលើវដែលព្រះបានដរជើសដរើសសម្រាប់លោក, ជូវដែលរងទញកខនិងការឈឺចាប់សពេ គ្រប់បែយ៉ាង តែជារែដយជន៍ដើម្បីប្ចកចយព្រះមានបន្ទូលនៃព្រះ។ ងទីបើមានអ្នកមាន អំណាច និងពួកអាជាធរជាច្រើនសថិត្ដរក្សាមានដរបស់លោក ក្រោយពេលលោកបាន ប្ចកចយព្រះមានបន្ទូលហើយនោះ លោកនៅតែរស់នៅក្នុងជីវភាពសាមញែំញត រស់នៅ ដោយោមានភាពសដញកសដមភ ទំងដែលលោកអាចទទួលបាន បើលោកចង់។ លោក សរមានតនៅលើកដនាលតាញគរោត្មួយ ហើយរស់នៅក្នុងាះដែលសាងឡើងពីដី ភក់។ ភរិយរបស់លោកបានឱ្យដឹងថា៖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ច្រើនលើកច្រើនសាណាស់ដែលព្យាការី ហើយនិងគ្រួសាររបស់លោកោមានអាហរទទួលទនែ៉ាញនាមានយែ់ជែ់ៗគ្នា។ ហើយ ភាគច្រើននំែញ័ងដែលពួកគាត់យកមកចប្មអត្ដពាះនោះគឺធ្វើពីរសូវសាលី។69 នៅរោ ដែលលោកទទួលមរណភាព ប្ខលរបស់លោកគឺនៅនឹងតូញ្ញចំរបស់ជនជាតិយូ ម្នាក់ ដើម្បីដូរនឹងរសូវសាលីយកមកធ្វើនំែញ័ងសម្រាប់ក្រុមគ្រួសាររបស់លោក។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ភាគច្រើនរែរពឹត្តជាទូនៅដូចជា ការឹកទឹក, ការរែរពឹត្តខញសសីលធម៌ាខាងកាម, ការចងការប្រាក់, ការលែងប្លបងសញីសង។ល។ ការ ៍នេះក៏បានលើកឡើងផងដែរនៅក្នុងក គម្ពីរ ទញតិយកថា ១៨:២០ និង យេរេមា ១៤:១៥ ដែលថាព្រះបានដាក់ទេសចំពោះអ្នកណាហើយ ដែលត្តំងខ្លួនជា ព្យាការីកាយវិការ ហើយព្រះបានដាក់ទេសព្យាការីនោះ ដោយរែហរជីវិតមិនដល់មួយឆ្នទាំង។ (យេរេមា ២៨:១៥-១៧) ព័នធកិច្ចរបស់ព្យាការីមូហាំម៉ាត់ឯដ ះវិញ មានរយៈពេលដល់នៅ២៣ឆ្នាំ ហើយមកដល់សពេថ្ងៃនេះសាសនាអ៊ីស្លាម កាយជាសាសនាដែលរីកចដរមើនដលឿនជាងគេំញតក្នុង ពិភពលោក។ មិនតែប៉ុណ្ណោះក្នុងអំឡញងពេលលោកមានជីវិត លោកត្រូវបានព្រះជាម្ចាស់ោំពារនឹងោំរទរល់ពេលទាំងអស់អស់។ 69 និទនដោយ អាត់ ទៀរមីរសញី, ២៤០០។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លោកបានលះែង់សពេគ្រប់ននជីវិតរបស់លោក ដើម្បីជារែដយជន៍ដល់មនុស្ស ឱ្យបានទទួលដជឿដលើព្រះអល់ឡោះថាជាព្រះពិត្តែមួយអផងគត់។ ព្រះទ្រង់មានព្រះមានបន្ទូលថា៖ ហើយយើងមិនបានែដងើត្ជិន(អ្មនុស្ស) និងមនុស្សលោក្រៅពីឱ្យពួកគេ ដោរពសកោរៈមកចំពោះយើងឡើយ។ (គួរអាន ៥១:៥៦) ទំងនេះគឺក្នុងបំណងចងអញលែង្ហាញជិននិងមនុស្សទាំងអស់អស់ឱ្យមកកាន់សញភមងគលដ៏ពិតប្រាកដ ហើយនឹងសង្គ្រោះ ពួកគេដចញពីមរនតបយនានាទំងលោកិយនេះ និងលោកខាងមញខ។ ព្យាការីមូហាំម៉ាត់ ដែលជាព្យាការី និងជាអ្នកនាំសារចញងក្រោយែងអស់របស់ព្រះ បានទទួលមរណភាពក្នុងឆ្នាំ៦៣២ននរគិសតសករជ ដោយែនសល់ទញកឱ្យយើងរល់គ្នា នូវព្រះគម្ពីរគួរអាន ជាព្រះរជសារចញងក្រោយរបស់ព្រះ ហើយនិងែនសល់ទញកនូវ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សេចក្តែដរងៀនរបស់លោកផ្លាល់ដែលជាការចងអញលែង្ហាញដល់មនុស្សជាតិ រហូតដល់ ថ្ងៃដែលព្រះរបស់មនុស្សទាំងអស់អស់ឱ្យរស់ឡើងវិញ។ អ្នកនិពនធជនជាតិអាដមរិកម្នាក់ដ មះ នម៉ាដើល ហត (Mchael Hart) បាន លើកឡើងនៅក្នុងសៀវភៅរបស់គាត់ដែលមានចំណងជើងថាបុគ្គល១០០រូ៖</w:t>
      </w:r>
    </w:p>
    <w:p>
      <w:pPr>
        <w:spacing w:line="324" w:lineRule="auto" w:after="120" w:before="0"/>
        <w:jc w:val="left"/>
      </w:pPr>
      <w:r>
        <w:t>ចំណ្តែ់ថានក់បុគ្គលដែលមានឥទធិពលក្នុងរែវត្តិសាសត។ លោកបានដាក់ព្យាការីសថិត ក្នុងចំណ្តែ់ថានក់ដលខ១ ដោយមានោថា ជែញរសម្នាក់នៅក្នុងរែវត្តិសាសត ដែលជាបុគ្គលជោគជ័យែំញត្ទំងប្នក អាណាចរក និង សាសនាចរក។ លក្ខណៈពិសេស បែកគេនេះ បានធ្វើឱ្យលោកាយជាមនុស្សដែលជោគជ័យែំញត និងជាតួអផងគដែល មានឥទធិពលែំញត្នៅដលើពិភពលោក។ លោក វីដលៀម មួរ (Wllam Mur) ជារែវត្តិវិទូ ជនជាតិសេញតប្ឡន បានលើកឡើងពីការលើកត្ដមើង និងភាពច្បាស់លាស់នន រែសាសន៍របស់ព្យាការីមូហាំម៉ាត់ និងបានលើកឡើងថាសាសនារបស់ព្យាការីគឺមាន ភាពងាយរសួល។ លោក៏បានគូសែញ្ញាក់ផងដែរថា ព្យាការីបានែំដពញនូវកិច្ចការដ៏ លអ្សាចរយ ហើយពញំមានមនុស្សណាម្នាក់នៅក្នុងរែវត្តិសាសតែ់ជោគជ័យលើការោស់សាមរតី និងព្រលឹងវិញ្ញាណ និងធ្វើឱ្យអំដពើលអនិងអំដពើរែកែដោយគញ ធម៌ាបាន រស់រនឡើង ក្នុងរយៈពេលដ៏ខីដូចដែលព្យាការែ់ធ្វើនោះទេ។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រែវត្តិវិទូដ៏លបីលាញមួយរូទៀតគឺលោក ចែណ្តែ សា (George Bernard Shaw) បានសរដសរនៅក្នុងសៀវភៅចំណងជើង The Genune Islam ភាគទី១ ល.៨ ដចញាយឆ្នាំ១៩៣៦ ថា ពិភពលោកពិតជាត្រូវការយ៉ាងចំបាច់ នូវមនុស្សដែលមានែញ្ញា ដូចព្យាការីមូហាំម៉ាត់។ ក្នុងនាមលោកជាព្យាការី លោកតែងតែទញក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សេចក្តីជំនឿរបស់លោក្នុងការដោរព និងកិត្តិយស។ រែវត្តិវិទូរូនេះបានែប្នថមថា សាសនាអ៊ីស្លាមជាសាសនាមួយដែលអាចុះសរមុងជាមួយនឹងគ្រប់អារយធម៌ា គ្រប់ សម័យកាល ហើយអះអាងថានឹងរជែដល់ទទែអឺរ៉ាញែ ទេះែជាមានការយល់ខញសច្រើន ពីព្យាការីមូហាំម៉ាត់ ហើយយល់រចឡំថាលោកជាសត្រូវនឹងសាសនារគិសតក៏ដោយ ចុះ។ លោក ច បានសរដសរែប្នថមទៀតថា៖ ខ្ញុំបានសិក្សាពីព្យាការី លោកជាមនុស្ស ដ៏អស្ចារ្យមួយរូ ហើយក្នុងការយល់ដើញរបស់ខ្ញុំ លោករបាកដជាមិនមែនជាអ្នក រែឆំងនឹងលោកយេស៊ូឡើយ។ លោកគួរតែត្រូវបានគេនៅថា អ្នកសង្គ្រោះមនុស្ស ជាតិ។ ខ្ញុំដជឿជាក់ថា ប្រសិនបើមនុស្សដូចលោកមានអំណាចដពញនដនៅសម័យ ទំដនើនេះ លោកនឹងដោះរសាយែញ្ញាបានជោគជ័យ ក្នុងូវដែលនាំឱ្យមាន សន្តិភាព និងសញភមងគលច្រើនែំញត..។ លោក អាល់រេញង ដឺ ឡាម៉ាត្តំង (Alphonse de Lamartne) ជាកវីនិពនធជនជាតិ បារំងដ៏លបីលាញម្នាក់ បាននិយាយនៅក្នុងសៀវភៅរបស់លោកចំណងជើងថា Hstore de la Turque (1854) ថា៖ មិនដែលមានមនុស្សណាចត់ខ្លួនឯងដោយសម័រគ ចិត្ត ក្នុងដោលបំណងដ៏វិដសសវិសាលមួយ ហើយដោលបំណងនេះគឺរួសពីអ្វីដែល មនុស្សធមមត្តអាចយល់បាន គឺការែំផ្លាញជំនឿខញសឆ្គង រវងមនុស្សហើយនិងព្រះ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ក៏មិនដែលមានមនុស្សណាអាចធ្វើឱ្យសម្រេចជោគជ័យក្នុងរយៈពេលដ៏ខី ដោយែនសល់ទញកនូវការផ្លាស់ែដូរដ៏ធំមរិមសម្រាប់ពិភពលោក..។ បើសិនជា ដោលបំណង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របស់លោកមានភាពខពង់ខពស់ ហើយមដធាបាយដែលប្រើមានភាពសនសំសំនចនោះ លទធ្លដែលធ្វើឱ្យបានសម្រេចយ៉ាងឆែ់ររ័សនោះ គឺសំដោយបុគ្គលិកលក្ខណៈ ទំង៣របស់គាត់។ តើមាននរណាអាចយកមនុស្សណាម្នាក់ក្នុងរែវត្តិសាសតទំដនើ នៅដរែនឹងមូហាំម៉ាត់នោះ? លោកបានពាល់ដល់ព្រលឹងវិញ្ញាណ , លោកបានរក ដើញព្រះគម្ពីរ ដែលតួអក្សរនីមួយៗកាយជាចែ់ែញាត្តិ, សាមរតីរួរួមមនុស្សគ្រប់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ភាសាគ្រប់ពូជសាសន៍... ការអ្ត់ធមត់ដើម្បីទទួលបានជោគជ័យ, លោកបានពលីដើម្បី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ដើរត្តមគំនិត្មួយ.. សរញែជារួមមក ទំងនេះជាសដង់ោររបស់មនុស្ស ដែលគួរយកមក សម្រាប់ជាសូចនាករចំពោះមនុស្សគ្រប់គ្នា។ ហើយយើងក៏គួរតែសួរថា៖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តើមាន មនុស្សណាលអ្សាចរយជាងលោកទៀតនោះ? ែ ឌិត វ៉ាកលីរី (Vagler) បានសរដសរនៅក្នុងសៀវភៅ Apologa dell’ Islamsmo ថា៖ មូហាំម៉ាត់ ជាអ្នកែដរងៀនននសាសនារបស់ព្រះ ជាសញភាពែញរស និង មានកដីមេត្តា សូមបីតែចំពោះសត្រូវផ្លាល់ខ្លួនរបស់លោក៏ដោយ។ ក្នុងខ្លួនលោកគឺរួមែញ្ចូលដោយ យញត្តិធម៌ា និងកដីមេត្តា ជាគញ ធម៌ាខពស់ែំញត្ដែលចិត្តគំនិត្មនុស្សដែល អាចគិត្ដល់។ មិនពិបាករកអ្វីមកសមអងពីការលើកឡើងបែនេះទេ ពីដរពាះមាន ឧទររ ៍ជាក់ប្សដងជាច្រើនដែលយើងអាចរកដើញក្នុងជីវរែវត្តិរបស់លោក។ ែ ឌិត រេត្លែ វីលប្រម លីងនឺ (Gottleb Wlhelm Letner) បាននិយាយថា៖ ខ្ញុំោមានអ្វីសន្និដ្ឋានឱ្យលអជាងនេះទេ ក្រៅពីការែង្ហាញកដីសងឃឹមថានឹងមានថ្ងៃមួយ ដែលរគិសតែរិស័ទ នឹងដោរពចំពោះលោកយេស៊ូ ហើយែប្នថមានៅដោយការដោរព ចំពោះមូហាំម៉ាត់។ មានលក្ខណៈដូចគ្នាសាមញាច្រើនរវងសាសនាអ៊ីស្លាម និង សាសនារគិសត។ ហើយគេនឹងកាយជារគិសតែរិស័ទលអរែដសើរម្នាក់ ប្រសិនបើគេដោរព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សេចក្តីពិត្ដែលព្យាការីមូហាំម៉ាត់បាននាំមក។ (រសង់ដចញពីសៀវភៅ The Islamc Revew ដចញាយប្ខ ឧសភា ឆ្នាំ ១៩៦១ ទំព័រទី៦ ដល់ទី១១)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សោលជំសនឿននោនាអ ៊ីល្ម និងោនាក្គិត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ទូនៅនិកាយជាច្រើនននសាសនារគិសត ដជឿត្តមដោលជំនឿទំង ៥ មាន ដូចជា៖ ព្រះនរតឯក70, ភាពជាព្រះរបស់លោកយេស៊ូ, ភាពជាព្រះបុត្រ របស់លោកយេស៊ូ, បែពីកំដើត, ដង្ហេយធួន71។ នៅក្នុងសាសនាអ៊ីស្លាម ភាពមានតែមួយអផងគត់ នៃព្រះ អល់ឡោះ ជាព្រះតែមួយអផងគត់ដែលត្រូវដោរពសកោរៈ និងទូលអង្វរសញំជំនួយ គឺជា ជំនឿជាមូលោឋនននអ្នកមូស្លីមគ្រប់រូ។ នេះាញយពីលក្ខណៈរបស់ព្រះនរតឯកក្នុង និកាយជាច្រើនរបស់សាសនារគិសត។ សាសនាអ៊ីស្លាមើលដើញថា ការដោរព សកោរៈចំពោះលោកយេស៊ូគឺជាការក្សាយជាអ្នកមិនដជឿព្រះវិញ។72 ដូចដែលមានលើក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70 Trnty ព្រះែអផងគរួមតែមួយ។ ក្រុមជំនញំខាះបកប្រែថា ព្រះរតីឯក, ព្រះនរតឯក ឬ ព្រះឯករតីអផងគ ជា ដើម។ 71 Atonement ការបកប្រែខាះប្រែថា នងាដោះ ឬ យញែជាដោះបែ ជាដើម។ ក្នុងសៀវភៅនេះភាគ ច្រើនប្រើពាកយ នងាដោះ ឬ ដង្ហេយធួន ដែលមានន័យដូចគ្នា។ 72 លោក វីល ឌូដរ៉ាន សរដសរក្នុងសៀវភៅ Story of Cvlzaton ភាគ១១ ទំព័រ២៧៦ ថា៖ សាសនា រគិសតមិនបានមកបញ្ចប់លទធិមិនដជឿព្រះនោះទេ ាញយមកវិញគឺនតអ្នញវត្តលក្ខណៈនោះបផងមទៀត។ 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ឡើងក្នុងព្រះគម្ពីរគួរអានថាការចាប់កំដើត្របស់លោកយេស៊ូ មិនមែនជាការចាប់ កំដើត្របស់ព្រះជាម្ចាស់នោះទេ ប៉ុន្តែលោកគឺជាព្យាការី និងជាអ្នកនាំសារ មិនខញស ពីព្យាការីដនទទៀតឡើយ លោកជាមនុស្សធមមត្តនៅគ្រប់លកខ ឌទាំងអស់អស់។ សាសនាអ៊ីស្លាមក៏ែដិដសធពីការ ៍ដែលលើកឡើងថាលោកយេស៊ូជាបុត្ររបស់ព្រះ ហើយក៏ែដិដសធចំពោះ បែពីកំដើត, យញែជា និងដង្ហេយធួនដែរ។ ដោលលទធិននសេចក្តីជំនឿរបស់សាសនាអ៊ីស្លាមាន៦គឺ៖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ដជឿដលើព្រះម្ចាស់តែមួយអផងគត់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ដជឿដលើវត្តមានននែណ្ទេវត្ត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ដជឿដលើព្រះគម្ពីរដែលបើកែង្ហាញមក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ដជឿដលើអ្នកនាំសាររបស់ព្រះ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 ដជឿដលើថ្ងៃដែលព្រះរបស់ឱ្យរស់ឡើងវិញ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 ដជឿដលើព្រះលិខិត ទំងលអទំងអារកក់ដែលព្រះបានកំ ត់មក។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ររះត្រតឯក ដោលជំនឿនេះ ជាដោលជំនឿដែលរគិសតែរិស័ទទូទំងពិភពលោករែកាន់ ខែ់។ ដោយការលើកឡើងពីវត្តមាននៃព្រះ៣អផងគ មានលក្ខណៈជាបុគ្គល ៣ ប្ចកោច់ពីគ្នា រួមមាន៖ ព្រះែត្ត, ព្រះបុត្រ និង ព្រះវិញ្ញាណែរិសញទធ។ យ៉ាងណាមិញ គួរ ឱ្យភាក់ដ្អើលដែរថាលោកយេស៊ូពញំដែលរែសាសន៍សោះឡើយទាក់ទងនឹងព្រះ ៣ អផងគ រួមគ្នាជាព្រះនរតឯក។ ហើយជាការពិតណាស់ពាកយថា ព្រះនរតឯក គឺមិនមានក្នុងគម្ពីរែរិសញទធសោះឡើយ។ លក្ខណៈយល់ដឹងរបស់លោកយេស៊ូនៅចំពោះព្រះនោះ គឺមិន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នេះគឺនិយាយចំពោះរគិសតែរិស័ដៃលដដើរត្តមការែដរងៀនរបស់សាវ័កែ៉ូល មិននិយាយពីរគិសតែរិស័ដៃលដដើរត្តមលោកយេស៊ូដែលអំពាវនាវឱ្យដោរពសកោរៈចំពោះព្រះតែមួយអង្នោះទេ។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77 ---</w:t>
      </w:r>
    </w:p>
    <w:p>
      <w:pPr>
        <w:spacing w:line="324" w:lineRule="auto" w:after="120" w:before="0"/>
        <w:jc w:val="left"/>
      </w:pPr>
      <w:r>
        <w:t>ខញសពីលក្ខណៈយល់ដឹងរបស់បណ្តាព្យាការីជំនាន់មញនឡើយ។ បណ្តាព្យាការីទាំងអស់អស់ែដរងៀនពី ភាពតែមួយអផងគត់របស់ព្រះ ហើយមិនមែនជាព្រះនរតឯកឡើយ។73 លោកយេស៊ូក៏បានែញ្ញាក់ដូចនឹងអ្វីៗដែលព្រះបានបើកែង្ហាញមកដល់ព្យាការី មញនៗ។ ក្នុងក គម្ពីរម៉ាកញស ១២:២៨-៣០ សរដសរថា៖ ពេលនោះមានអ្នកជំនាញ ខាងចែ់ម្នាក់មកដល់ហើយសាដែ់ពួកគេជប្ជកជាមួយនឹងលោក។ គាត់ដើញថា លោកបានឆ្លើយសំ ួររបស់ពួកគេយ៉ាងលអរែដសើរ។ ដូចនេះ គាត់សួរលោកថា តើញាត្ដិមួយណាជែញាត្ដិទីមួយ? លោកយេស៊ូមានរែសាសន៍ឆ្លើយថា ែញាត្ដិទីមួយគឺ ឱ អ៊ីស្រាអែលដអើយ! ចូរសាដែ់! ព្រះម្ចាស់ជាព្រះរបស់យើង។ ព្រះមានតែមួយ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73 ដយងត្តមក គម្ពីរដអ្សាយ ៤៤:២៤៖ យើងជាព្រះម្ចាស់ដែលបានែដងើតអ្វីៗទាំងអស់អស់..។ និងដអ្សាយ ៤៥:៥ ដែលថា៖ យើងនេះហើយជាព្រះម្ចាស់ ោមានព្រះម្ចាស់ផ្សេងទៀតឡើយ ក្រៅពីងោមានព្រះជាម្ចាស់ណ្ទេ។ ហើយនៅក្នុងដអ្សាយ ៤៥:១៨៖ ព្រះម្ចាស់បានែដងើត្នា ដម រពមទំងបានសូនប្នដី ព្រះអផងគបានពរងឹងប្នដីឱ្យរឹងមំ ព្រះអផងគមិនបានែដងើតប្នដីមក ដើម្បីឱ្យនៅដៃទឡើយ គឺព្រះអផងគបានែដងើតប្នដី ឱ្យសតេលោកសានក់អារស័យនៅ។ ព្រះអផងគមាន ព្រះមានបន្ទូលថា គឺយើងនេះហើយជាព្រះម្ចាស់ ក្រៅពីងោមានព្រះម្ចាស់ឯណ្ទៀតទេ។ ក្នុង ក គម្ពីរ ១ធីម៉ូដង ៦:១៦ បានលើកឡើងពីព្រះថា៖ មានតែព្រះអផងគមួយគត់ដែលមានព្រះជនម អ្មតៈ។ ដអ្សាយ ៤៦:៩ ែញ្ញាក់ថា៖ យើងជាព្រះជាម្ចាស់ ក្រៅពីងោមានព្រះណ្ទៀតទេ យើង ជាព្រះជាម្ចាស់ ោមានអ្វីដ្សងទៀតអាចាមដសមើ នឹងយើងបានឡើយ។ ព្រះគម្ពីរគួរអាន ៣៩:៦២ប្ចង ថា៖ ព្រះអល់ឡោះគឺជាអ្នកដែលបានែដងើត្រល់អ្វីៗទាំងអស់អស់។ ហើយទ្រង់គឺជាអ្នកបផងរក្សារល់អ្វីៗ ទាំងអស់អស់។ និងជំពូកទី ៦:១០២៖ នោះហើយគឺព្រះអល់ឡោះជាព្រះម្ចាស់ននពួកអ្នក។ ោមានព្រះ ម្ចាស់ឯណាដែលត្រូវគេដោរពសកោរៈយ៉ាងពិតប្រាកដ មានតែទ្រង់មួយអផងគត់។ ទ្រង់ជាអ្នកែដងើត សពេអ្វីៗទាំងអស់អស់ ដូចនេះចូរពួកអ្នកដោរពសកោរៈនៅចំពោះទ្រង់ចុះ។ ហើយទ្រង់ជាអ្នកគ្រប់រគងសពេ អ្វីៗទាំងអស់អស់។ ជំពូកទី ២៥:៥៨៖ ហើយចូរអ្នករែគល់ការទញកចិត្ដចុះ ដលើព្រះម្ចាស់ដែលគង់នៅ ហើយដែលមិនសញគត។ ជំពូកទី ៤២:១១៖ ោមានអ្វីមករែដូចនឹងទ្រង់បានឡើយ។ ហើយទ្រង់មហ ឮ មហទត្ដើញ។ ដូចនេះហើយសមហេតុលែំញត្នោះគឺទ្រង់ស័ក្តិសមែំញត្ជាព្រះដែលត្រូវគេ ដោរពសកោរៈតែមួយអផងគត់។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 ហើយអ្នកត្រូវស្រឡាញ់ព្រះម្ចាស់ជាព្រះរបស់អ្នក ឱ្យទាំងអស់ពីដួងចិត្ត ទាំងអស់ពី ព្រលឹង ឱ្យទាំងអស់ពីសមត្ថភាពរិះគិត និងឱ្យទាំងអស់ពីកមទាំងកាយ។ ភសដញត្តងមួយទៀតនៅក្នុងគម្ពីរែរិសញទធ ឱ្យយើងដឹងថាលោកយេស៊ូដជឿដលើព្រះ តែមួយអផងគត់ ពញំមែនព្រះែរួមតែមួយនោះឡើយ ដូចរែសាសន៍របស់លោកថា៖ អ្នក ត្រូវថោយែងគំព្រះម្ចាស់ជាព្រះរបស់អ្នក និងដោរពបម្រើតែព្រះអផងគប៉ុណ្ណោះ។(ម៉ាថាយ ៤:១០) ដោលជំនឿដលើព្រះនរតឯក មានភាពមិនចុះសរមុងនឹងសេចក្តែដរងៀនរបស់ លោកយេស៊ូ ហើយដោលជំនឿនេះកើតឡើងនៅរែម ៣០០ឆ្នាំ ក្រោយពេល លោកយេស៊ូចាកចេញពីប្នដី។ ក គម្ពីរម៉ាកញស, ម៉ាថាយ, លូកា និងយ៉ូហនោមានាញកនូវទីសមអងណាមួយអំពីព្រះនរតឯកដែរ។ មិនថាលោកយេស៊ូក៏ដោយ ពួកសាវ័ក៏ ដោយ ក៏ពញំមាននរណែ់ែដរងៀនពីដោលជំនឿនេះទេ។ ដូចគ្នានេះដែរ ពញំមានែញ្ញា វនតជំនាន់ដើម ឬអ្នកដដើរត្តមលោកយេស៊ូណាម្នាក់ែដរងៀនពីដោលជំនឿនេះដែរ។ ដោលជំនឿនេះគឺត្រូវបានែដងើត្ឡើងដោយក្រុមរែការកុង នីដសៀរែនែ់ពីមានការ បែកបាក់និងជដមាះយ៉ាងខ្លាំង។ ប៉ុន្តែបកុមរែកានេះបែរជាទទួលគំនិត្ពីខាងក្រុម សដមាងភាគតិច ជាជាងក្រុមសដមាងភាគច្រើនដែលដជឿដលើដោលជំនឿព្រះប្ត មួយអផងគ។ យ៉ាងណាមិញ បើគេយកគំនិត្នៃព្រះនរតឯកមកពិចរណ្តែតមហេតុនិងល នោះ គំនិត្នេះមិនមាននិរនតបភាពនោះទេ។ វជំរញ ឱ្យមនុស្សដជឿដលើព្រះ៣អផងគ ដែល មានលក្ខណៈមានប្ដនកំ ត់ផង និងឥតប្ដនកំ ត់ផង។ បើយើងគិត្ថាព្រះទំង៣ ឥត្មានប្ដនកំ ត់នោះ នឹងមានន័យថាមានលក្ខណៈឥតប្ដនកំ ត់៣យ៉ាងដែរ នាំ ឱ្យមានន័យថា មានភាវៈដែលមានអំណាចឥតប្ដនកំ ត់៣ដ្សងគ្នា ឬនិយាយឱ្យ ងាយគឺមានព្រះ៣អផងគោច់ដោយប្ឡកពីគ្នា។ ាញយមកវិញបើយើងគិត្ថាព្រះទំង៣ មានប្ដនកំ ត់នោះ ទំងតួអផងគព្រះែត្ត ព្រះបុត្រ និងព្រះវិញ្ញាណែរិសញទធសញទធតែមិន អាចជាព្រះបានទេ។ លក្ខណៈនៃព្រះនរតឯកគឺមានាញកតួអផងគ២ដែលជាភាវៈខញសគ្នា មួយគឺលោកយេស៊ូមានភាវៈជាមនុស្ស មួយទៀតគឺវិញ្ញាណែរិសញទធមានភាវៈជា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ព្រលឹង។ ដោយសារតែភាពមិនសមហេតុលននដោលជំនឿដលើព្រះនរតឯកនេះ ហើយ ក្រុមជំនញំតែងតែឆ្លើយតែថាវរួសពីអ្វីដែលមនុស្សធមមត្តអាចយល់បាន ហើយ គ្រាន់តែទទួលដជឿនៅបានហើយ។ សាសនាអ៊ីស្លាមែដរងៀនពីលក្ខណៈសាមញាងាយយល់ ចំពោះជំនឿដលើព្រះប្ត មួយអផងគ។ លក្ខណៈជំនឿនេះែញ្ញាក់ពីឯកអ្គគភាពរបស់ព្រះអល់ឡោះ ហើយនិង លក្ខណៈដែលទ្រង់ខពង់ខពស់ែំញតោមានអ្វីជានគេដរែដសមើឡើយ។ ព្រះអផងគពឹង អារស័យដលើអផងគឯងផ្លាល់ និងជាទីពឹងអារស័យននសពេអ្វីៗទាំងអស់អស់ ដែលោមានអ្វីដ្សង អាចពឹងអារស័យបានឡើយ។ ព្រះអផងគមិនរែសូតបុត្រណាមួយឡើយ ហើយទ្រង់ក៏ មិនបានប្រសូតដចញពីនរណាដែរ។ ោមានអ្វីមួយដែលកើតដចញពីទ្រង់ហើយមានភាព ដសមើនឹងទ្រង់ ឬជានគេទ្រង់ឡើយ។ លោកយេស៊ូដរងៀនពីលក្ខណៈតែមួយអផងគត់របស់ព្រះ ដូចមានែង្ហាញយ៉ាង ចាស់នៅក្នុងគម្ពីរែរិសញទធថា៖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ខ្ញុំនិយាយអំពីអ្វីៗដែលខ្ញុំបានដើញកាលដែលនៅជា មួយនឹងែត្តរបស់ខ្ញុំ ហើយអ្នករល់គ្នាក៏ធ្វើអ្វីៗដែលអ្នករល់គ្នាបានឮពីឪពុករបស់អ្នក រល់គ្នាដែរ។ ពួកគេតែនៅលោកថា អ្របាហំជាឪពុករបស់យើង។ លោកយេស៊ូមាន រែសាសន៍នៅពួកគេថា ប្រសិនបើអ្នករល់គ្នាជាកូននៅរបស់អ្របាហំ ចូរធ្វើអ្វីដែល អ្របាហំបានធ្វើ។ ប៉ុន្តែឥឡូវនេះអ្នករល់គ្នាកំពញងរកវិធីសមែ់ខ្ញុំ ដែលជាមនុស្ស74 ម្នាក់បានប្រាប់អ្នករល់គ្នានូវសេចក្តីពិត្ដែលខ្ញុំបានឮពីព្រះ។ អ្របាហំមិនបានធ្វើ ដូចនេះទេ។ (យ៉ូហន ៨:៣៨-៤០)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74 ក្នុងគម្ពីរភាសាប្ខមរខាះគេបកប្រែថា ជាអ្នក ដោយែំបាត់ដចលពាកយថា ជាមនុស្ស។ លោកយេស៊ូ ទទួលថាលោកជាមនុស្ស ឯព្រះវិញមានព្រះមានបន្ទូលថា៖ ដរពាះយើងជាព្រះជាម្ចាស់មិនមែនជាមនុស្ស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 (រូដស ១១:៩) ព្រះជាម្ចាស់មិនមែនមនុស្សលោកទេ... ក៏មិនមែនជាកូនមនុស្សដែរ។ (ជន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គ្នា ២៣:១៩) វិញ្ញាណ យើងនឹងមិននៅក្នុងមនុស្សជាដរៀងរហូតឡើយ ពីដរពាះគេជាសាច់ ម ប៉ុណ្ណោះ។ (លោកុប្បត្តិ ៦:៣)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ដូចគ្នានេះដែរលោកយេស៊ូមានរែសាសន៍ថា៖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ដើម្បីបានជីវិតដែលោមានទីបញ្ចប់ ពួកគាត់ត្រូវសាគល់ទ្រង់ដែលជាព្រះពិត្តែមួយឱ្យបានចាស់ រពមទំងយេស៊ូ រគិសត ដែលលោកបានចត់ឱ្យមក។ ខ្ញុំបានត្ដមើងទ្រង់នៅប្នដី ដោយបានែដងើយ កិច្ចការដែលទ្រង់បានដល់ឱ្យខ្ញុំធ្វើ។ (យ៉ូហន ១៧:៣-៤) ព្រះគម្ពីរគួរអានែញ្ញាក់អំពីលក្ខណៈតែមួយអផងគរបស់ព្រះនៅក្នុងជំពូកទី១១២៖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ចូរអ្នកដពាលថា ព្រះអល់ឡោះទ្រង់តែមួយអផងគត់។ ទ្រង់ជាទីពឹងអារស័យ។ ទ្រង់មិន បានរែសូតបុត្រឡើយ ហើយទ្រង់មិនត្រូវបានគេប្រសូតដែរ។ ហើយោមានអ្វីអាច ដរែរែដូចនឹងទ្រង់បានឡើយ។ ព្រះអល់ឡោះទ្រង់មានព្រះមានបន្ទូលថា៖ មានលបណ្តាជនននគម្ពីរ! ចូរពួកអ្នកកុំែំដើសក្នុងសាសនារបស់ពួកអ្នក ហើយចូរពួកអ្នកកុំនិយាយពីព្រះអល់ឡោះក្រៅពី ការពិតឱ្យសោះ។ ត្តមពិត្រគិសតយេស៊ូកូននាងម៉ារីនោះ គឺជាអ្នកនាំសាររបស់ព្រះ អល់ឡោះ ហើយ(ទ្រង់បានែដងើត្គេពី)ព្រះមានបន្ទូលរបស់ទ្រង់ ដែលទ្រង់បានែញូននៅ កាន់នាងម៉ារីនិងវិញ្ញាណ មួយមកពីទ្រង់ប៉ុណ្ណោះ។ ដូចនេះចូរពួកអ្នកមានជំនឿដលើព្រះ អល់ឡោះ និងបណ្តាអ្នកនាំសាររបស់ទ្រង់ចុះ ហើយកុំនិយាយថា ែ (ព្រះែអផងគ)។ ចូរ ពួក អ្នកឈែ់(និយាយពាកយនេះ)វជាការរែដសើរសម្រាប់ពួកអ្នក។ ពិតប្រាកដណាស់ ព្រះអល់ឡោះជាព្រះម្ចាស់តែមួយអផងគត់ ទ្រង់មានភាពសាអត្សអំអំពីការមានបុត្រ។ អ្វីៗដែលមាននៅដលើដម ជាច្រើនជាន់ និង អ្វីៗដែលមាននៅដលើប្នដីគឺជាកមមសិទធិ របស់ទ្រង់។ គ្រប់រគ្នា់ហើយដែលព្រះអល់ឡោះជាព្រះអ្ភិបាល។(គួរអាន ៤:១៧១) នៅជំពូកមួយដ្សងទៀតបទង់មានព្រះមានបន្ទូលថា៖ ជាការពិតណាស់ ពួកអ្នកដែលបាន និយាយថា ពិតប្រាកដណាស់ ព្រះអល់ឡោះគឺជាព្រះទែក្នុងចំដណាមព្រះទំងែអផងគ នោះ ពិតជាបានកាយជាពួកដែលោមានជំនឿ។ ហើយោមានព្រះម្ចាស់ផ្សេងដែល ត្រូវគេដោរពសកោរៈដ៏ពិត្របាកឡើយ គឺមានតែព្រះម្ចាស់តែមួយអផងគត់។ ហើយ ប្រសិនបើពួកគេមិនរពមែពាឈែ់នូវអីដែលពួកគេនិយាយទេនោះ ទណ្ឌកម្មដ៏ប្សនឈឺ ចាប់ពិតជានឹងាក់នៅដលើពួកដែលរែឆំងក្នុងចំដណាមពួកគេជាមិនខាន។ តើពួកគេ នៅតែមិនរពមសារភាពទេសកំរញសចំពោះព្រះអល់ឡោះ និងមិនទូលសញំការអ្ភ័យ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ទេសអំពីទ្រង់ទៀតទេឬ? ព្រះអល់ឡោះមហអ្ភ័យទេស មហអា ិតស្រឡាញ់។ (គួរអាន ៥:៧៣-៧៤) មានអត្ថបទមួយគត់ក្នុងគម្ពីរែរិសញទធទំងមូល ដែលជាទីសមអងននដោលជំនឿ ដលើព្រះនរតឯក គឺនៅក្នុងក គម្ពីរ ១យ៉ូហន ជំពូក៥ ខ៧៖ មានសាក្សី៣អផងគដែលធ្វើនាល់នៅសាថនសួគ៌ា គឺព្រះវរែត្ត ព្រះមានបន្ទូល និងព្រះវិញ្ញាណែរិសញទធ តែទំង៣អផងគ នេះរួមមកតែមួយទេ។75 យ៉ាងណាមិញពាកយទំងនេះត្រូវបានគេដកដចញ និងក្រ សរមួលនៅក្នុងការដបាះពញមពាយគម្ពីរលើក្រោយៗ76 ក្រោយពីក្រុមែញាវនតបគិសាន បានរកដើញថានេះគ្រាន់តែជាការែករសាយនៅក្នុងគម្ពីរ KJV និងការដបាះពញមពមួយ ចំនួនទៀតប៉ុណ្ណោះ។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ភារជាររះរបស់លោកលេស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រគិសតែរិស័ទខាះដជឿថាលោកយេស៊ូគឺជាព្រះដែលគង់នៅទាំងអស់កលប ឬថាជាព្រះ ទី២ក្នុងព្រះនរតឯក ហើយប្រហែលពីរពាន់ឆ្នាំមញនបានមកយកកំដើត្ជាមនុស្ស ហើយបានប្រសូតដចញពីនាងរកមញំម៉ារី។ មានការកត់រត្តក្នុងគម្ពីរែរិសញទធដែរ ដោល ជំនឿនេះមានការប្ខេងគំនិតគ្នា និងមានលក្ខណៈាញយពីការែដរងៀនរបស់លោក យេស៊ូ។ ជាការពិតណាស់ លោកយេស៊ូមិនដែលបានអះអាងថាលោកជាព្រះឡើយ ហើយលោកបផងមទំងែញ្ញាក់ពីភាពតែមួយអផងគត់របស់ព្រះ។ លោកមានរែសាសន៍ ថា៖ ហេតុអ្វីអ្នកថាខ្ញុំលអដូចនេះ? ក្រៅពីព្រះ ោមានអ្នកណាលអឡើយ។(ម៉ាកញស ១០:១៨) បើសិនជាលោកយេស៊ូដិដសធពីភាពលអរបស់លោកហើយ តើលោកទទួលទេថា លោកជាព្រះ?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75 ការបកប្រែនេះរសង់ដចញពីព្រះគម្ពីរែរិសញទធ ភាសាប្ខមរ ដចញាយឆ្នាំ១៩៥៤។ 76 ក្នុងគម្ពីរែរិសញទធជាភាសាប្ខមរ ១យ៉ូហន ៥:៧ មានរតឹមោថា៖ មានែនាល់ែគឺ។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នៅពេលលោកយេស៊ូមានរែសាសន៍ទាក់ទងនឹងព្រះ លោកប្តផងប្រើពាកយថា៖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...ែត្តរបស់ខ្ញុំនិងែត្តរបស់អ្នករល់គ្នា ហើយនៅឯព្រះរបស់ខ្ញុំនិងព្រះរបស់អ្នករល់គ្នា។ (យ៉ូហន ២០:១៧)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លោកយេស៊ូក៏បានែដិដសធចំពោះការ ៍ដែលយល់ដើញថា លោកអាចធ្វើ អ្វីៗសពេគ្រប់បែយ៉ាងបានដោយខ្លួនលោកផ្លាល់។ លោកបានែញ្ញាក់ចាស់ណាស់ ថា គ្រប់យ៉ាងគឺនៅត្តមព្រះបំណងរបស់ព្រះ ជាព្រះដែលចត់លោកមកប្នដីនេះ។ លោកមានរែសាសន៍ថា៖ ខ្ញុំមិនអាចធ្វើអ្វីដោយគំនិតរបស់ខ្ញុំផ្លាល់បានឡើយ សូមបីប្ត អ្វីមួយក៏ដោយ77។ ខ្ញុំវិនិចេ័យត្តមអ្វីដែលខ្ញុំឮ ហើយការវិនិចេ័យរបស់ខ្ញុំគឺសញចរិត ពីដរពាះខ្ញុំមិនរកែំដពញត្តមបំណងរបាថានរបស់ខ្ញុំទេ តែខ្ញុំរកែំដពញត្តមបំណងរបាថាន របស់លោក(ព្រះ)ដែលបានចត់ខ្ញុំឱ្យមក។(យ៉ូហន ៥:៣០) ែប្នថមពីនោះទៀត លោកបានប្រាប់ថាអ្វីដែលលោកបផងាងមិនមែនជាសមដីរបស់លោកទេ តែជាការបើកែង្ហាញពីព្រះមកកាន់លោកដែលជាព្យាការី៖ ដរពាះខ្ញុំមិនបាននិយាយដចញពីចិត្តរបស់ ខ្ញុំទេប៉ុន្តែត្តនៅសាថនសួគ៌ាដែលបានចត់ខ្ញុំឱ្យមក បានឱ្យែញាត្ដិមួយមកខ្ញុំដោយ ផ្លាល់ សតីអំពីអ្វីដែលខ្ញុំត្រូវប្រាប់ និងអ្វីដែលខ្ញុំត្រូវនិយាយ។(យ៉ូហន ១២:៤៩) នៅក្នុង ក គម្ពីរយ៉ូហន ៧:១៧-១៨ លោកយេស៊ូមានរែសាសន៍ថា៖ ប្រសិនបើអ្នកណា ចង់ធ្វើត្តមបំណងរបាថានរបស់លោក(ព្រះ) អ្នកនោះនឹងដឹងថានេះជាសេចក្តែដរងៀន មកពីព្រះ ឬក៏ជាសេចក្តែដរងៀនដែលខ្ញុំនិយាយដចញពីខ្លួនខ្ញុំ។ អ្នកណាដែលនិយាយ ដចញពីខ្លួនឯង អ្នកនោះចង់ឱ្យគេលើកត្ដមើងខ្លួនប៉ុន្តែអ្នកណាដែលចង់ឱ្យគេលើក ត្ដមើងអ្នកដែលបានចត់ខ្លួនឱ្យមក គឺអ្នកនោះហើយដែលពិត្រតផង់ ហើយោមានភាពមិន សញចរិតក្នុងខ្លួនគាត់ឡើយ។ លោកយេស៊ូក៏មានរែសាសន៍ដែរថា ព្រះមានលក្ខណៈ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77 លោកយេស៊ូក៏មានរែសាសន៍បផងមទៀតថា៖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មនុស្សមិនអាចសម្រេចការនេះបានឡើយ ប្ត ចំប កព្រះវិញ លោកអាចសម្រេចការនេះបាន ពីដរពាះព្រះអាចសម្រេចគ្រប់ការទាំងអស់អស់បាន។ (ម៉ាកញស ១០:២៧)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លអវិដសសអ្សាចរយជាងលោក នេះបើដយងត្តមក គម្ពីរយ៉ូហន ១៤:២៨ ដែល សរដសរថា៖ ខ្ញុំនៅឯែត្តដែលនៅសាថនសួគ៌ា ពីដរពាះែត្តនៅសាថនសួគ៌ាគឺធំជាងខ្ញុំ។ លោកយេស៊ូំដពញកិច្ចការនានាដើម្បែំដពញព្រះទ័យរបស់ព្រះ៖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លោក(ព្រះ)ដែល បានចត់ខ្ញុំឱ្យមកក៏នៅជាមួយនឹងខ្ញុំ។ លោកមិនបានដចលខ្ញុំឱ្យនៅតែម្នាក់ឯងទេ ពីដរពាះខ្ញុំតែងតែធ្វើអ្វីដែលលោកដពញចិត្ត។ (យ៉ូហន ៨:២៩) បើដយងត្តមក ឌ គម្ពីរលូកា ៤:៤៣ លោកយេស៊ូបានមកែដរងៀនអំពីព្រះរជាណាចរករបស់ព្រះ៖ ខ្ញុំត្រូវ រែកាសដំ ឹងលអំពីរជាណាចរករបស់ព្រះនៅរកុងដ្សងទៀតដែរ ពីដរពាះនេះជា មូលហេតុដែលខ្ញុំបានត្រូវចត់ឱ្យមក។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មិនតែប៉ុណ្ណោះ លោកយេស៊ូប្រាប់យើងថា ដើម្បីបានចូលនៅព្រះរជាណាចរក របស់ព្រះគឺពឹងប្អកលើការធ្វើអ្វីនៅត្តមព្រះទ័យរបស់ព្រះ៖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មិនមែនទាំងអស់អ្នកដែល និយាយមកខ្ញុំថា លោកម្ចាស់! លោកម្ចាស់!78 នឹងចូលក្នុងរជាណាចរកសាថនសួគ៌ា ឡើយ តែគឺអ្នកណាដែលធ្វើត្តមបំណងរបាថានននែត្តរបស់ខ្ញុំដែលសថិត្នៅសាថនសួគ៌ា វិញ។(ម៉ាថាយ ៧:២១) លោក៏មានរែសាសន៍ទៀតដែរថា៖ អ្នកណាដែលធ្វើត្តមបំណងរបាថានរបស់ព្រះ អ្នកនោះហើយជែអូនប្រុសែអូនរសី និងមដយរបស់ខ្ញុំ 79។ (ម៉ាកញស ៣:៣៥)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78 ពាកយភាសារកិកថា ῥαββί (រ៉ែ ី) ដែលគេប្តផងបកប្រែថា ព្រះម្ចាស់ តែអត្ថន័យដើមគឺមានន័យ ថា លោកម្ចាស់ ឬ លោកគ្រូ។ ក គម្ពីរយ៉ូហន ១:១៣ សរដសរថា៖ រួចលោកយេស៊ូបែរនៅដើញ ពួកគាត់កំពញងដដើរត្តម ក៏មានរែសាសន៍នៅពួកគាត់ថា តើអ្នករល់គ្នាកំពញងរកអ្វី? ពួកគាត់ឆ្លើយថា រ៉ែ ី (ដែលមានន័យថា លោកគ្រូ) តើលោកសានក់នៅឯណា?។ 79 ក្នុងក គម្ពីរម៉ាថាយ ១២:៥០ សរដសរថា៖ ដរពាះអ្នកណាដែលធ្វើត្តមបំណងរបាថានែត្តរបស់ ខ្ញុំដែលសថិត្នៅសាថនសួគ៌ា អ្នកនោះហើយជែអូនប្រុសែអូនរសី និងមដយរបស់ខ្ញុំ។ លោកម៉ាថាយបានែដូរពីពាកយថា ព្រះ នៅជា ែត្ត វិញដើម្បីត្រមូវនឹងដោលជំនឿរបស់ខ្លួន។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បើដយងត្តមក គម្ពីរម៉ាកញស ១៣:៣២ លោកយេស៊ូត្រូវបានគេកត់រត្តថា លោកបានលើកឡើងថា ខ្លួនលោកមិនបានដឹងពីពេលកំ ត់ចញងក្រោយននប្នដីនេះ ឡើយ៖ ោមានអ្នកណាដឹងថ្ងៃនិងដម៉ាងនោះឡើយ។ សូមបីប្តែណ្ទេវត្តនៅសាថនសួគ៌ា និងបុត្ររបស់ព្រះក៏មិនរជែដែរ។ មានប្តែត្តនៅសាថនសួគ៌ាប៉ុណ្ណោះដែលរជែ។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 គម្ពីរលូកា ១៣:៣៣-៣៤ លោកយេស៊ូបានទទួលសាគល់ខ្លួនលោកថា ជាព្យាការីមួយរូ៖ ទេះជាយ៉ាងនោះក៏ដោយ ខ្ញុំត្រូវធ្វើដំដើរនៅថ្ងៃនេះ ថ្ងៃប្សអក និង ខានប្សអក ពីដរពាះអ្នករែកាសទំនាយ(ព្យាការី) ពញំអាចត្រូវែំផ្លាញនៅខាងក្រៅរកុង ដយរ៉ូសាឡិមបានឡើយ។ រកុងដយរូសាឡិម រកុងដយរូសាឡិមដអើយ! គឺនាងហើយ ដែលបានសមែ់ពួកអ្នករែកាសទំនាយ(ព្យាការី) ហើយបានគែ់ដញំងមសមែ់អ្នកដែល បានត្រូវចត់មកឯនាង!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រែសាសន៍របស់លោកយេស៊ូទាំងអស់អស់នេះហើយ ដែលត្រូវបានគេកត់រត្តទញក ក្នុងគម្ពីរែរិសញទធែង្ហាញឱ្យយើងដើញថា ទំនាក់ទំនងរវងលោកយេស៊ូនឹងព្រះ មាន ជំររដូចមនុស្សទូនៅដែរ។ លោកយេស៊ូមិនមែនជាអ្នកែដងើត្រល់អ្វីៗនោះទេ ប្ត លោក៏ត្រូវបានព្រះែដងើត្មកដូចលោកអោំដែរ។ លោកអ្ធិឋនែងសួងនៅកាន់ ព្រះ(ម៉ាកញស ១:៣៥, ម៉ាកញស ១៤:៣៥, លូកា ៥:១៦) ដែលសរញែមកមានន័យថា លោកជាព្យាការីរបស់ព្រះ ត្បិព្រះមិនអ្ធិឋនែងសួងនៅកាន់នរណ្ឡើយ។ លោក យេស៊ូតែងតែសរដសើរត្ដមើងព្រះ ដូចមានសរដសរយ៉ាងចាស់ក្នុងក គម្ពីរម៉ាថាយ ១១:២៥ ថា៖ ឱែត្ត ជាម្ចាស់សាថនសួគ៌ានិងប្នដី ខ្ញុំសូមសរដសើរលោកនៅមញខមនុស្ស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ដោលជំនឿដែលថាលោកយេស៊ូមានភាពជាព្រះនោះ គឺមិនមានរែសាសន៍ របស់លោកយេស៊ូមួយណា យកមកធ្វើជាសមអងបានឡើយ។ មិនខញសពីដោលជំនឿ ដលើព្រះនរតឯកនោះទេ ដោលជំនឿលើការចាប់កំដើត្ជាងមី ក៏ត្រូវបានគេដរៀចំ ក្រោយពេលលោកយេស៊ូចាកចេញពីប្នដីដែរ។ ជំនឿនេះបានរូបចូលមកក្នុង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សាសនាគ្រិស្តពីពួកដែលមិនដជឿសាសនា។ ក្នុងនិទនកថារបស់សាសនែញរ ៗ ដែលមានមញនសាសនាគ្រិស្ត គេដើញថា មនុស្សអ្សាចរយខាះក៏ត្រូវបានគេចត់ទញកថាជា ព្រះដែរ។ ហើយរឿងដែលគេសាគល់ច្រើននោះរួមមានដូចជា ព្រះរកឹសាន នៅក្នុង សាសនារិ ឌូ, ព្រះសិទធត្ថ ក្នុងសាសនាព្រះពញទធ, ព្រះមិរសា ក្នុងសាសនាប្ពរស, ព្រះ អូសញីរីស ននសាសនាដអ្សញែរ , ព្រះប្រាក់ឈូស ននសាសនារកិកែរ , ព្រះ បាអាល់ ននពួកសាសន៍បែ ីឡូន, ព្រះអាដូនីស ននពួកសាសន៍សញីរី ហើយនិង លោក យេស៊ូ ននពួកគ្រិស្តែរិស័ទ។ ក្នុងសាសនាអ៊ីស្លាមឯដ ះវិញ បានរំដោះែរិស័ទរបស់ ខ្លួនឱ្យ្ញត្ពីជំនឿខញសឆ្គងទំងឡាយ ដោយែដិដសធនូវជំនឿដែលថាព្រះមានការចាប់ កំដើត ឬរួមែញ្ចូលអ្វីមួយដែលព្រះបានែដងើត្ថាជាព្រះដែរ។ សាសនាអ៊ីស្លាមែញ្ញាក់យ៉ាងចាស់ថា ទំងលោកយេស៊ូក៏ដោយ អ្នកផ្សេង ទៀតក៏ដោយ មិនអាចជាព្រះនោះទេ។ សាសនាអ៊ីស្លាមក៏ែដិដសធនូវទសសនៈដែល ថា ព្រះជាម្ចាស់អាចនឹងចាប់កំដើត ឬមករួរួមជាមួយនឹងអ្វីដែលទ្រង់បានែដងើត ដែរ។ នៅក្នុងជំពូកទី៥ វកយខ ឌទី៧៥ ព្រះគម្ពីរគួរអានប្រាប់យើងថា លោក យេស៊ូ គឺជាអ្នកនាំសាររបស់ព្រះ មិនខញសពីអ្នកនាំសារមញនៗដែលមកមញនលោក ឡើយ។ ហើយលោកនិងមដយរបស់លោកែ់ែរិដភាគអាហរ ជាធមមត្ត។ គំនិត្នេះ គឺថា នរណាហើយដែលត្រូវការែរិដភាគអាហរ មិនអាចជាព្រះឡើយ នេះក៏ដូចជា លោកយេស៊ូ, មូហាំម៉ាត់ ឬក៏បណ្តាព្យាការី និងអ្នកនាំសារដនទៗទៀតដែរ។ ដោយសារក្សារែរិដភាគអាហរែង្ហាញពីត្រមូវការ និងការពឹងប្អកដលើរបស់ក្រៅខ្លួន រីឯ ព្រះជាម្ចាស់ទ្រង់ពញំមានត្រមូវការអ្វី ហើយក៏ពញំត្រូវពឹងប្អកដលើអ្វីដែរ។ ដូចគ្នានេះដែរ ការែរិដភាគអាហរ គឺជាដំដើរក្សារននការែញ្ចូលអាហរចូលក្នុងរងកាយ ដើម្បីឱ្យ រងកាយទទួលយកសារាត្ញចិញ្ចឹម ក្រោយមកត្រូវែដញ្ចញមកវិញត្តមរយៈការែដនារែង់។ កិច្ចការយ៉ាងនេះពិតជាមិនស័ក្តិសមសោះឡើយចំពោះសិរីរញងរឿងរបស់ 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រែជាជាតិជាច្រើន ទេះែពួកគេរស់នៅទីច់រសយល មានអារយធម៌ាទែយ៉ាង ណាក៏ដោយ ក៏ពួកគេភាគច្រើនមិនទទួលយកគំនិត្ថា បណ្តាអ្នកនាំសាររបស់ព្រះ អាចជាមនុស្សធមមត្ត ចេះែរិដភាគអាហរ ដូចពួកគេដែរ។ មានព្យាការីជាច្រើនរូត្រូវ បានរែជាជនសអែ់ដខពើមដោយសារហេតុលនេះ។ ព្រះគម្ពីរគួរអាន បានលើកឡើងពី រែជាជនរបស់ព្យាការី រូទ បាននិយាយអំពីលោកថា៖ គេនេះោមានអ្វីក្រៅពីជាមនុស្ស ធមមត្តដូចពួកអ្នកដែរ គេរិដភាគនូវអ្វីដែលពួកអ្នកែរិដភាគ និងឹកនូវអ្វីដែលពួកអ្នកឹ ក។ (គួរអាន ២៣:៣៣) ព្រះគម្ពីរគួរអាន ក៏បានលើកឡើងពីពួកជនជាតិអារ៉ែ់ ដែលជារែជាជនរបស់ព្យាការីមូហាំម៉ាត់៖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ហើយពួកគេបាននិយាយទៀតថាហេតុអ្វី បានជាអ្នកនាំសារនេះចេះទទួលទនចំ ីអាហរ និងដដើរត្តមារ(ដូចយើងដែរ)? (គួរអាន ២៥:៧) ចំពោះពួកអ្នកដែលនិយាយពីភាពជាព្រះរបស់លោកយេស៊ូវិញ យើងដើញថា ពួកគេបានែនតញះែង្ហអែ់ព្រះដ៏មានព្រះដចសាដ ហើយចត់ទញកទ្រង់ដូចជា មនុស្សដែលទទួលទនអាហរជាធមមត្ត។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ភាពជាព្រះរបស់លោកយេស៊ូត្រូវបានព្រះគម្ពីរគួរអានែដិដសធ ដោយព្រះ អល់ឡោះមានព្រះមានបន្ទូលថា៖</w:t>
      </w:r>
    </w:p>
    <w:p>
      <w:pPr>
        <w:spacing w:line="324" w:lineRule="auto" w:after="120" w:before="0"/>
        <w:jc w:val="left"/>
      </w:pPr>
      <w:r>
        <w:t>ពួកអ្នកដែលបាននិយាយថា ជាការពិតណាស់ព្រះ អល់ឡោះគឺជា រគិសតកូនរបស់ម៉ារីនោះ ពិតជាកាយជាពួកដែលោមានជំនឿ។ ហើយ រគិសតបានដពាលថា ឱ ពូជពង្សអ៊ីស្រាអែល! ចូរពួកអ្នកដោរពសកោរៈចំពោះព្រះ អល់ឡោះជាព្រះម្ចាស់របស់ខ្ញុំ និងជាព្រះម្ចាស់របស់ពួកអ្នក។ ពិតប្រាកដណាស់ អ្នកណារែរពឹត្តពរញទេពនឹងព្រះអល់ឡោះ ព្រះអល់ឡោះពិតជាបានហាមគាត់គេអំពី សាថនសួគ៌ា ហើយកន្លែងសានក់នៅរបស់គេគឺសាថននរក។ ហើយចំពោះពួកដែលែំពាន គឺពញំមានអ្នកជួយ ឡើយ។ (គួរអាន ៥:៧២)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ព្រះអល់ឡោះក៏បានបើកែង្ហាញថា៖ ពិតប្រាកដណាស់ ការដរែដធៀ(ការែដងើត)យេស៊ូ សម្រាប់ព្រះអល់ឡោះដូចជា(ការែដងើត) អោំដែរ គឺទ្រង់បានែដងើត លោកពីដី ែនែ់មកទ្រង់បានមានព្រះមានបន្ទូលនៅកាន់លោកថា ចូរកើតចុះ! 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កើតឡើងភាម។80(គួរអាន ៣:៥៩) នៅក្នុងព្រះគម្ពីរគួរអាន ព្រះអល់ឡោះបាន ពិព ៌ានាអំពីលោកយេស៊ូថាជាព្យាការីរបស់ទ្រង់ លោកមានលក្ខណៈវិសញទធ, មានការ ដោរពស្រឡាញ់ដូចព្យាការីឯទៀតរបស់ព្រះដែរ ហើយលោកមានលក្ខណៈជាមនុស្ស ជានិច្ច។ លោកមានរែសាសន៍ថា៖ ពិតប្រាកដណាស់ ខ្ញុំគឺជាអ្នកបម្រើរបស់ព្រះ អល់ឡោះ ដែលទ្រង់បានរែទនព្រះគម្ពីរមួយឱ្យខ្ញុំ ហើយទ្រង់បានចត់ត្តំងខ្ញុំជា ព្យាការីម្នាក់។(គួរអាន ១៩:៣០)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នៅក្នុងក គម្ពីរកិច្ចការ ជំពូកទី៣ ខទី១៣ លើកឡើងថា៖ ព្រះរបស់អ្របាហំ អ្ញីសាក និងយ៉ាកញែ ជាព្រះននពួកែញពេញរសរបស់យើង បានត្ដមើងអ្នកបម្រើរបស់លោក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គឺលោកយេស៊ូ...។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ត្តមការលើកឡើងជាក់ប្សដងខាងដលើនេះ បានែង្ហាញដល់លោកអ្នកអានថា ពញំ មែនមានតែសាសនាអ៊ីស្លាមួយទេ ដែលែដិដសធពីភាពជាព្រះរបស់លោកយេស៊ូ សូមបីតែអត្ថបទក្នុងគម្ពីរែរិសញទធក៏ែដិដសធដូចគ្នាដែរ។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ត្តមរយៈការសាង់មតិ ដែលដរៀចំដោយសាថនីយទូរទសសន៍មួយនៅចរកភព អផង់គោស ក្នុងកមមវិធីមួយដ មះថា Credo បានែង្ហាញថា ក្នុងចំដណាមពួកចស់ទញំ ៣១ នាក់ននក្រុមជំនញំអផង់គីកង់ មាន១៩នាក់ែញ្ញាក់ថារគិសតែរិស័ទមិនមានកាត្ពេកិច្ចត្រូវប្ត ដជឿលោកយេស៊ូថាជាព្រះនោះទេ។81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80 ក្នុងគម្ពីរែរិសញទធបានលើកឡើងពីព្រះបាដៃម៉ាលគីដសដិក ថា៖ ដសតចនោះោមានឪពុកោមានមដយោមាន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ពងាវត្តប ហើយក៏ោមានថ្ងៃកើតឬថ្ងៃសែ់...។(ដររែ ៧:៣) ទេះជាយ៉ាងនេះកដី ោមាននរណាអះអាង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ថាលោកជាព្រះឡើយ។ 81 ដកស្រង់ពីកាប្សត Daly News ដចញាយថ្ងៃទី ២៥ មិងញនា ១៩៨៤។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ភារជាបុរតរបស់ររះ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ដោលជំនឿនេះក៏មិនខញសពីដោលជំនឿមញនៗ ដែលយើងបានពិភាការួចមក ហើយ។ ដោលជំនឿនេះោមានការែញ្ញាក់ពីសេចក្តែដរងៀន ឬរែសាសន៍ណាមួយរបស់ លោកយេស៊ូឡើយ។ ក្នុងគម្ពីរែរិសញទធបានប្រើពាកយបុត្រ ឬកូនរបស់ព្រះ គឺប្រើសំនៅ នៅដលើលោកអោំ (លូកា ៣:៣៨) ហើយក៏សំនៅដល់ព្យាការីជំនាន់មញនជាច្រើន ដែលមកមញនលោកយេស៊ូ។ ឧទររ ៍ អ្ញីរសាអែល ត្រូវបាននៅថាជាកូនរបស់ព្រះ ដែរនៅក្នុងក គម្ពីរមួយ៖ ត្រូវប្រាប់ដសដចផ្លរ៉ាអ្ញងថា ព្រះម្ចាស់មានព្រះមានបន្ទូលដូចត នៅ រែជាជនអ្ញីរសាអែលជាកូនចបងរបស់យើង។(និកខមានំ ៤:២២)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 គម្ពីរទំនញកត្ដមើង ង្ហរជាកូនរបស់ព្រះនេះក៏ត្រូវបានដល់នៅព្រះបាទដាវីឌ ងដែរ៖ ខ្ញុំនឹងរែកាសរកឹត្យរបស់ព្រះម្ចាស់ ព្រះអផងគមានព្រះមានបន្ទូលមកកាន់ខ្ញុំ ថា ព្រះអផងគជាបុត្ររបស់យើង! គឺយើងដែលបានែដងើព្រះអផងគនៅថ្ងៃនេះ។(ទំនញក ត្ដមើង ២:៧) ដូចគ្នានេះដែរនៅក្នុងក គម្ពីរ ១របាកសរត ២២:១០ ព្រះបាទ សាឡូម៉ាញន ក៏ត្រូវបាននៅថា បុត្ររបស់ព្រះដែរ៖ គឺបុត្រនោះហើយ ដែលនឹងសង់ ដំណាក់មួយសម្រាប់នាមយើង។ គេនឹងធ្វើជាកូនរបស់យើង ហើយយើងធ្វើជាឪពុក របស់គេដែរ។ យើងនឹងពរងឹងរជែលា័ងេរបស់គេឱ្យនៅសថិត្ដសថរដលើរសុកអ្ញីរសាអែល រហូត្នៅ!។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ត្តមរយៈការលើកឡើងខាងដលើនេះ ហើយក៏មានខដ្សងៗជាច្រើនទៀតក្នុង គម្ពីរែរិសញទធបានែង្ហាញថាពាកយបុត្ររបស់ព្រះ មានអត្ថន័យជាក់ប្សដងថា ជាអ្នកដែល នៅជិត្ដកៀកែំញត្នឹងកដីស្រឡាញ់របស់ព្រះ។ សូមបីតែលោកយេស៊ូក៏បានមាន រែសាសន៍ថា៖ ក៏ប៉ុន្តែ ខ្ញុំប្រាប់អ្នករល់គ្នាថា ចូរែនតស្រឡាញ់សត្រូវរបស់អ្នក ហើយ អ្ធិឋនដើម្បីអ្នកដែលដែត្ដែនអ្នក ដើម្បែង្ហាញថាអ្នកជាកូនននែត្តរបស់អ្នកដែល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នៅសាថនសួគ៌ា...។(ម៉ាថាយ ៥:៤៤-៤៥) ទាំងអស់អ្នកដែលធ្វើឱ្យមានសនដិភាព 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សញភមងគលហើយ! ពីដរពាះមនុស្សនឹងនៅអ្នកទំងនោះថា កូនព្រះ។(ម៉ាថាយ ៥:៩)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ក្រោយពីវិភាគដលើរែសាសន៍ទំងនេះហើយ យើងោមានការសងស័យសោះឡើយចំពោះ អ្វីដែលលោកយេស៊ូ បានពនយល់ចំពោះអត្ថន័យននពាកយថា បុត្រ ឬកូន នោះ។ ដូចនេះ បើយើងគិតឱ្យមែនប្ទននៅមានអ្វីដែលអាចនាំឱ្យយើងចត់ទញកលោកយេស៊ូថាជាបុត្ររបស់ព្រះ ដែលមានលក្ខណៈពិសេសខញសបែកពីអ្នកដនទនោះទេ។ រល់ពេល ដែលលោកយេស៊ូ លើកឡើងពីពាកយថា បុត្ររបស់ព្រះ គឺវមានអត្ថន័យដូចគ្នានឹងការ នៅចំពោះលោក អោំ, អ្ញីរសាអែល, ដាវីឌ, សាឡូម៉ូន ដែរ។ លោកយេស៊ូត្រូវបាន ពិព ៌ានាដោយប្រើពាកយបុត្ររបស់ព្រះ ចំនួន១៣ដងគត់ក្នុងគម្ពីរែរិសញទធ ហើយការ ពិព ៌ានាចំពោះលោកថាជា កូនមនុស្ស មានរហូតដល់នៅ៨៣ដងឯដណាះ។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ព្រះគម្ពីរគួរអានបានែដិដសធយ៉ាងោច់អ្រង្ហេរ ចំពោះជំនឿដលើបុត្ររបស់ព្រះ ដូចមានលើកឡើងក្នុងជំពូកទី២ វកយខ ឌ ១១៦ ថា៖ ហើយពួកគេបាននិយាយថា ព្រះអល់ឡោះមានបុត្រ។ ព្រះអផងគមហវិសញទធែំញត! ាញយនៅវិញសពេសារដពើដែលមាន នៅដលើដម ជាច្រើនជាន់ និងប្នដីជាកមមសិទធិរបស់ទ្រង់។ អីសពេសារដពើទាំងអស់អស់ នេះគឺដោរពរែតិត្ដិចំពោះទ្រង់។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ដលើសពីនេះនៅទៀត ការែដងើត្រឿងថាព្រះមានបុត្រ គឺជាការរែមង និងែដិដសធពីភាពលអវិសញទធរបស់ព្រះ ហើយជាការែង្ហាញថាព្រះមានត្រមូវការ ដពាលគឺ ត្រូវការមនុស្សម្នាក់ទៀតនៅជាមួយទ្រង់ គឺមិនស័ក្តិសមសោះឡើយ ត្បិព្រះោមាន ត្រមូវការអ្វីឡើយ។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បាបរីកំលណើត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បើដយងត្តមការពនយល់របស់រគិសែរិស័ទអំពីដោលជំនឿនេះគឺថា លោក អោំបានរែរពឹត្តដៃងើបែ នៅពេលដែលលោកមិនសាដែ់បង្គាប់ព្រះហើយែរិដភាគបាន ដឈើពីដើមដឈើដែលព្រះបានហាមគាត់ (ដើមដឈើននការដឹងខញសត្រូវ មានសរដសរ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 គម្ពីរលោកុប្បត្តិ ២:១៧)។82 ជាលទធ្ល បើយោងតាមរទឹសដីសាសនារបស់រគិសតែរិស័ទ កូននៅជំនាន់ក្រោយរបស់លោកអោំទាំងអស់អស់ ត្រូវទទួលបែនតមកពីលោក អោំ ដែលមានន័យថាមនុស្សគ្រប់រូ សញទធតែកើតមកដោយមានបែពីកំដើត ហើយរគិសតែរិស័ទក៏លើកឡើងដែរថា នេះជាការធ្វើឱ្យមានភាពយញត្តិធម៌ាចំពោះព្រះ ដែលបែទាំងអស់អស់ត្រូវសងនៅត្តមអ្វីដែលបានរែរពឹត្ត។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និយាយដោយប្ឡកវិញ ព្រះនឹងមិនលើកទេសចំពោះបាបណ្តាមួយឡើយបើ មិនមានការទូលសញំ ហើយព្រះមិនអាចលើកទេសសូមបីតែដៃងើបែធមមត្តមួយ។ រគិសតែរិស័ទលើកឡើងទៀតថា វិធីតែមា៉ាងគត់ដើម្បីលញែងបែបាននោះគឺការែងូរ ម។ សាវ័កែ៉ូលនិយាយថា៖ ហើយបើមានការែងូរ មទេ នោះោមានការ អ្ភ័យទេសចំពោះការខញសឆ្គងឡើយ។83(ដររែ ៩:២២) ប៉ុន្តែ មានេះត្រូវតែជា មដែលលអឥត្ដខាចះ ោមានបែ និងមិនចេះសអញយរលួយ។ ដូចនេះហើយលោកយេស៊ូ ដែលត្រូវគេដចទរែកាន់ថាជាបុត្ររបស់ព្រះ ត្រូវបានគេងូរ មរបស់លោកដែលោមានបែ លោកបានរងទញកខឈឺចាប់ដែលមិនអាចពិព ៌ានាបាន ហើយបានសែ់ដើម្បី សងនងាដោះបែរបស់មនុស្ស។ ដោយសារលោកជាព្រះដែលឥតប្ដនខ ឌ មានប្ត លោកដដៃលអាចដោះនងាបែដែលឥតប្ដនខ ឌបាន។ ដូចនេះោមាននរណាម្នាក់អាច ទទួលការសង្គ្រោះបានឡើយ លើកប្លងតែអ្នកនោះរពមទទួលលោកយេស៊ូជាអ្នក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82 មានសំ ួរដែលគួរដចទសួរនោះគឺ តើព្រះដាក់ទេសយ៉ាងដូចដមដចនៅ បើអោំរែរពឹត្តដោយ មិនដឹងខញសត្រូវផងនោះ។ 83 ការលើកឡើងរបស់សាវ័កែ៉ូលគឺមានភាពប្ខេងគ្នានឹងអត្ថបទគម្ពីរដ្សងទៀតដែលថាដង្ហេយធួន អាចធ្វើឡើងត្តមរយៈការថោយដមៅម៉ាតែ(ដលវីវិន័យ ៥:១១) ឬ ថោយជាប្រាក់(និកខមានំ ៣០:១៥) ឬ ដរគឿងអ្លង្ហេរធ្វើពីមស គឺមានប្ខសក ប្ខសនដ ចិដញ្ចៀន រកវិល និងែដនាតងប្ខសក។(ជនគ្នា ៣១: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សង្គ្រោះខ្លួនគេ។84 ដលើសពីនេះនៅទៀត មនុស្សគ្រប់រូនឹងត្រូវរងទញកខដវទនានៅក្នុង សាថននរកដោយសារតែបែពីកំដើត្នោះ លើកប្លងតែអ្នកណាហើយដែលរពម ទទួលយកដង្ហេយធួនមកដោះនឹងបែរបស់គេ ដែលធ្វើដោយលោកយេស៊ូនិង ម របស់លោក។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ដោលជំនឿនេះអាចបែងចែកជា៣ប្នកសំខាន់ៗបាន៖ ប្នកទី១ បែមានពី កំដើត្មករសែ់។ ប្នកទី២ ត្រូវដជឿថាព្រះធ្វើឱ្យមានភាពយញត្តិធម៌ាត្តមរយៈការដោះ បែ ហើយនងាដោះនោះគឺជា ម។ ប្នកទី៣ ដជឿថាលោកយេស៊ូបានដោះបែ សម្រាប់មនុស្សគ្រប់គ្នា ដោយការសែ់របស់លោកនៅលើឈើឆ្កាង ហើយការស ដផង្ហគះនេះគឺសម្រាប់តែអ្នកណាដែលដជឿលើការលះែង់ជីវិតរបស់លោកប៉ុណ្ណោះ។85 ប្នកទំង៣នេះមានែករសាយដូចខាងដរក្សាម។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ផ្នែកទី១ លោកបូជាចារ្យ De Groot បានសរដសរថា៖ គម្ពីរបានែដរងៀនយើង ថា បែរបស់លោកអោំ បានែនតមកកាន់មនុស្សគ្រប់គ្នា។ (រសង់ពីសៀវភៅ Our Blessed lady exempted) ចំប កឯែពេជិត Paul វិញសរដសរថា៖ ដោយហេតុថា មនុស្សទាំងអស់អស់បានទទួលបែដោយសារលោកអោំតែម្នាក់។ ហើយមនុស្សជា ច្រើនបានរែរពឹត្ដោយយញត្ដិធម៌ាដោយសារគ្រិស្តែម្នាក់ដូចគ្នា។86 សមដីទំងនេះែង្ហាញយ៉ាងចាស់ថា មនុស្សគ្រប់រូសញទធតែទទួលបែនតពីលោកអោំ។ មិនខញសពី</w:t>
      </w:r>
    </w:p>
    <w:p>
      <w:pPr>
        <w:spacing w:line="324" w:lineRule="auto" w:after="120" w:before="0"/>
        <w:jc w:val="left"/>
      </w:pPr>
      <w:r>
        <w:t>84 ក គម្ពីរដអ្សាយ ៤៣:១១ សរដសរថា៖ មានតែយើងទេជាព្រះម្ចាស់ ក្រៅពីងោមានព្រះ សង្គ្រោះណ្ទៀតឡើយ។ 85 បើជំនឿលើការចងឆ្កាងលោកយេស៊ូជាវិធីតែមួយគត់ដើម្បីទទួលបានការសង្គ្រោះ សម្រាប់អ្នក ដែលរស់នៅជំនាន់ជាមួយលោក និងអ្នកដជឿលោកជំនាន់ក្រោយៗមកទៀតនោះ។ ចុះអ្នកដែលមាន បែហើយសែ់ក្នុងជំនាន់មញនៗលោកយេស៊ូវិញនោះ គោមានឱកាសនិងសាគល់លោក ហើយក៏មិន បានដជឿលើការចងឆ្កាងដែរ តើយញត្តិធម៌ាចំពោះពួកគេដែរឬទេ? 86 រសង់ដចញពីសៀវភៅ Catholc Teachng ទំព័រ១៤០។ មានដយងពីគម្ពីរែរិសញទធរតផង់ រ៉ូម 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១៨-១៩។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ជំនឿរបស់រគិសតែរិស័ទជាច្រើនឡើយ ដោលជំនឿននការទទួលបែនត គឺមានអ្វីជា សមអងឡើយ ទំងរែសាសន៍របស់លោកយេស៊ូ ឬព្យាការីមញនៗដែលមកពីមញន លោក។ ពួកលោកទាំងអស់គ្នា(ព្យាការី) ែដរងៀនថា មនុស្សគ្រប់រូត្រូវទទួលខញសត្រូវ ដលើអ្វីដែលខ្លួនបានរែរពឹត្ត។ ឯកូនក៏មិនត្រូវទទួលទេសដោយសារតែបែដែលឪពុក មដយខ្លួនរែរពឹត្តដែរ។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ោមានមនុស្សណាម្នាក់ដែលកើតមកដពញដោយបែនោះទេ។ លោកយេស៊ូបាន មានរែសាសន៍ទាក់ទងនិងកូននៅថា ជាអ្នកសូត្រតផង់ហើយវិសញទធ។ លោកមាន រែសាសន៍យ៉ាងជាក់ចាស់ថា៖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ឱ្យកូនក្មេងទំងនោះមកឯខ្ញុំ កុំគាត់ពួកគេឡើយ ពីដរពាះរជាណាចរករបស់ព្រះជារបស់អ្នកដែលមានលក្ខណៈដូចក្មេងទំងនេះ។ ខ្ញុំ ប្រាប់អ្នករល់គ្នាការពិត្ថា អ្នកណាដែលមិនរពមទទួលរជាណាចរករបស់ព្រះ ដូច ក្មេងតូចម្នាក់ទេ អ្នកនោះនឹងមិនបានចូលក្នុងរជាណាចរករបស់ព្រះសោះឡើយ។ (ម៉ាកញស ១០:១៤-១៥)</w:t>
      </w:r>
    </w:p>
    <w:p>
      <w:pPr>
        <w:spacing w:line="324" w:lineRule="auto" w:after="120" w:before="0"/>
        <w:jc w:val="left"/>
      </w:pPr>
      <w:r>
        <w:t>បើយើងគិត្រែកែដោយហេតុលវិញ វគឺជារឿងដែលអ្យញត្តិធម៌ាខ្លាំងែំញត ដែលគ្រប់មនុស្សទាំងអស់អស់ត្រូវទទួលបែ ដែលបែនោះរែរពឹត្តំ ងពីរែ់ពាន់ឆ្នាំមញន ដោយឪពុកម្តាយដើមរបស់យើង។ អំដពើបែគឺជាការរែរពឹត្តែំពានដោយដចត្នាដលើ ចែ់របស់ព្រះ ឬចែ់ននអ្វីត្រូវនិងអ្វីខញស។ ហេតុដូចនេះការទទួលខញសត្រូវឬការសតែដនាសចំពោះបែនេះ ត្រូវប្តាក់នៅដលើបុគ្គលដែលបានរែរពឹត្ត មិនមែនាក់មក លើកូនរបស់គេទេ។ វជារឿងដ៏អ្យញត្តិធម៌ាយ៉ាងធ្ងន់ធៃរដែលចត់ទញកថាមនុស្សកើតមក មានបែមករសែ់។ វជារឿងដ៏មិនសមហេតុលសោះ ដែលមនុស្សមានចិត្តគំនិត រឹងមំបែរជាដជឿដលើជំនឿននបែពីកំដើត ដូចបានែង្ហាញដោយរទឹសតីសាសនារបស់ែពេជិត Augustne ថា សូមបីតែទរកតូចដែលមិនទន់ប្រែចិត្តដជឿ ក៏ត្រូវវិនាសនៅដឆះ ទាំងអស់កលបជានិច្ចក្នុងដភើងនរកដែរ?! ទើបតែរយៈពេលក្រោយនេះទេ ដែលក្នុងពិភព រគិសតែរិស័ទឈែ់យកទរកតូចៗដែលមិនទន់បានទទួលពិធីរជមញជទឹក នៅកែ់ក្នុងដី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ដោយសារតែគេដជឿថា ទរកទំងនេះសមានឹងសែ់ដោយសារតែបែពីកំដើត្របស់ 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សាសនាអ៊ីស្លាមបានែដិដសធនិងរែឆំងនឹងដោលជំនឿបែពីកំដើត ដោយ លើកឡើងថា ទរកគឺមានលក្ខណៈវិសញទធ និងឥត្មានបែសោះឡើយនៅពេលកើត។ ឯបែវិញមិនមែនជារឿងដែលអាចទទួលបន្តគ្នាបានឡើយប៉ុន្តែគឺជាអ្វីដែលមនុស្ស ទទួលបាន នៅពេលដែលគេរែរពឹត្តអ្វីដែលគេមិនគួររែរពឹត្ត ឬមិនរែរពឹត្តអ្វីដែលគេគួរ រែរពឹត្ត។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ផ្នែកទី២ ននដោលជំនឿដលើដង្ហេយធួនរបស់រគិសតែរិស័ទ គឺគេដជឿថាភាព យញត្តិធម៌ារបស់ព្រះគឺទល់តែមានដង្ហេយធួន ដើម្បីជានងាដោះចំពោះបែពីកំដើត្និង បែដនទទៀតរបស់មនុស្ស។ ប្រសិនបើព្រះលើកប្លងទេសឱ្យមនុស្សមានបែ ដោយពញំដាក់ទណ្ឌកម្មានោះ វជាការខញសឆ្គងនៅនឹងភាពយញត្តិធម៌ារបស់ទ្រង់។ លោកបូជាចារ្យ W. Goldsake បានសរដសរទាក់ទងនឹងរឿងនេះថា៖ គ្រប់គ្នាបានដឹងចាស់ ដូចថ្ងៃអ្ញីចឹង ថាព្រះមិនែំពានចែ់របស់ទ្រង់ឡើយ។ ទ្រង់មិនលើកប្លងទេសចំពោះ មនុស្សមានបែ ដោយមិនដាក់ទណ្ឌកម្មគេឱ្យសមរមយឡើយ បើទ្រង់ធ្វើយ៉ាងនោះ មែន តើមាននរណាចត់ទញកថាទ្រង់យញត្តិធម៌ា និងសមធម៌ានោះ?87 ការយល់ដើញយ៉ាង នេះែង្ហាញពីការមិនយល់អ្វីសោះនៅដលើយញត្តិធម៌ារបស់ព្រះ។ ព្រះអផងគមិនមែនរគ្នា់ប្ត ជានៅរកម ឬជាដសដចនោះទេ តែទ្រង់គឺមានលក្ខណៈដូចនឹងអ្វីដែលព្រះគម្ពីរគួរអាន បានពិព ៌ានាថា៖ ទ្រង់ដ៏មហសប្បុរស មហមេត្តាករុណា។ ទ្រង់ជាអ្ធិតីនាថ្ងៃជំនញំ ជរមះ។ ព្រះអផងគមិនរតឹមតែយញត្តិធម៌ាប៉ុណ្ណោះទេ តែទ្រង់បផងមទំងរែកែដោយកតីមេត្តា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ករុណា និងការលើកប្លងទេសផង៖ ...ព្រះអល់ឡោះទ្រង់នឹងអ្ភ័យទេសដល់ពួក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 ហើយទ្រង់ជាអផងគដ៌ាមេត្តាករុណានរកប្លង។(គួរអាន ១២:៩២) ប្រសិនបើព្រះទ្រង់ រជែដឹងថា មនុស្សលោកបានសារភាពទេសដោយដសាមះទាំងអស់ពីចិត្តហើយនោះ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87 រសង់ដចញពីសៀវភៅ The Atonement ទំព័រទី៥។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ហើយគេកមាចិត្តខ្លួនគេឱ្យយកឈនះដលើសេចក្តីអារកក់ដែលមានក្នុងខ្លួនគេ នោះព្រះដ៏ ដពញដចសាដនឹងលើកប្លងនូវទេសកំរញស និងបែរបស់គេផង។ ក្រោយពីនោះ មាន មូលហេតុមួយដែលស័ក្តិសមែំញត្នឹងការដាក់ទេសនោះគឺ ទ្រង់ទត្មើលការផ្លាស់ ប្រែសេចក្តីអារកក់ក្នុងខ្លួនអ្នកែ់ដលមើសនោះ។ ការដាក់ទេសនរណាម្នាក់ដោយសារ បែដែលគោ់រែរពឹត្តពីមញន ទេះែគេបានសារភាពទេស និងបានផ្លាស់ប្រែខ្លួនគេ ហើយនោះ វគឺជាការសងសឹកនៅវិញទេ ហើយក៏មិនយញត្តិធម៌ាផង ហើយការលើក ប្លងទេសក្រោយពេលដាក់ទេសជននោះរួច ឬក៏ដាក់ទេសអ្នកផ្សេងជំនួសជន នោះ វមិនមែនជាការលើកប្លងទេសអ្វីនោះទេ។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ព្រះដែលយើងដោរពថោយែងគំជាព្រះននកដីមេត្តា។ ចំពោះចែ់វិន័យនានាដែល ទ្រង់បានែញាត្តិមក ហើយនិងបង្គាប់ឱ្យយើងរែតិត្តិត្តមានោះ មិនមែនកើតជា រែដយជន៍សម្រាប់ទ្រង់នោះឡើយ តែវគឺជារែដយជន៍សម្រាប់មនុស្សជាតិ សញទធសាធ។ ហើយប្រសិនបើទ្រង់ដាក់ទេសមនុស្សណាម្នាក់ដោយសារតែកំរញស និងបែរបស់គេនោះ គឺមិនមែនដើម្បែំដពញព្រះទ័យទ្រង់ ឬដើម្បីទូទត់នឹងអ្វីមួយដូច ជំនឿរគិសតែរិស័ទឡើយប៉ុន្តែគឺដើម្បីទែ់សោត់អំដពើអារកក់ និងដើម្បីជរមះសមអត្ដល់ អ្នករែរពឹត្តបែនោះផង។ ព្រះទ្រង់លើកប្លងនូវទេសកំរញស និងបែ ដល់នរណា ហើយដែលង្ហកដចញពីអំដពើបែរបស់គេ និងបានផ្លាស់ប្រែខ្លួនគេ ដោយទ្រង់មិនដាក់ ទេសពួកគេ ឬអ្នកផ្សេងជំនួសពួកគេឡើយ ហើយការ ៍នេះក៏ខញសឆ្គងនឹង ភាពយញត្តិធម៌ារបស់ព្រះដែរ។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ព្រះអល់ឡោះទ្រង់មានព្រះមានបន្ទូលថា៖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ព្រះម្ចាស់ននអ្នករល់គ្នាបានកំ 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សេចក្តីដមត្តដករុណែលើអផងគទ្រង់ផ្លាល់។ ជាការរបាកដណាស់ អ្នកណាក្នុងចំដណាម ពួកអ្នកបានរែរពឹត្ដអំដពើអារកក់ដោយលៃង់ដមាន ក្រោយមកគេបានសារភាពកំរញស និង បានផ្លាស់ប្រែខ្លួនវិញែនែ់ពីនោះ ពិតប្រាកដណាស់ព្រះអល់ឡោះទ្រង់មហអ្ភ័យ ទេស មហមេត្តាករុណា។ (គួរអាន ៦:៥៤)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ផ្នែកទី៣ ននដោលជំនឿរបស់រគិសតែរិស័ទអំពីដង្ហេយធួននោះគឺ លោកយេស៊ូ បានដចញនងាដោះដល់បែពីកំដើត និងបែដនទទៀតរបស់មនុស្សលោក ត្តមរយៈ ការសែ់របស់លោកលើឈើឆ្កាងនៅឯភនំលោដ៍កាល88ហើយការសង្គ្រោះនេះទៀត ដសាត គឺមិនអាចធ្វើបានឡើយ បើមានជំនឿដលើអំណាចននការសង្គ្រោះត្តមរយៈ ដោរិត្របស់លោក។ លោកបូជាចារ្យ De Groot បានសរដសរថា៖ ចាប់ត្តំងពីពេល រគិសត ដែលជាព្រះមកយកកំដើត្ជាមនុស្ស បានយកបែពីពួកយើងរល់គ្នា នៅដលើ ខ្លួនលោកទាំងអស់អស់ ដើម្បីជានងាដោះសម្រាប់មនុស្សទាំងអស់អស់ ដោយការធ្វើនេះគឺដើម្បែំដពញព្រះទ័យព្រះ និងដើម្បីឱ្យមានយញត្តិធម៌ាផង។ លោក(យេស៊ូ)គឺជាអ្នកសរមែ សរមួលរវងព្រះនិងមនុស្សលោក។89 ដោលជំនឿយ៉ាងនេះមិនរតឹមតែរែឆំងនឹងកដីមេត្តាករុណារបស់ព្រះប៉ុណ្ណោះទេ បផងមទំងរែឆំងនឹងសេចក្តីយញត្តិធម៌ារបស់ព្រះអផងគផង។90 ការទមទរនូវ មដើម្បីជាងនូរនឹងការលើកប្លងទេសចំពោះមនុស្សលោក នោះ គឺជាការែង្ហាញពីភាពខេះកដីមេត្តាករុណា ហើយដាក់ទេសចំពោះមនុស្សម្នាក់ ដែលោមានទេសសោះ ជំនួសបែរបស់អ្នកដនទវិញ។ មិនថាត្តំងពីដើមមកវជាការ សម័រគចិត្តឬក៏អ្ត់ ក៏នៅតែជារឿងដ៏អ្យញត្តិធម៌ែំញត។</w:t>
      </w:r>
    </w:p>
    <w:p>
      <w:pPr>
        <w:spacing w:line="324" w:lineRule="auto" w:after="120" w:before="0"/>
        <w:jc w:val="left"/>
      </w:pPr>
      <w:r>
        <w:t>88 ភនំកាល់វ៉ារី, ភាសាកូដ រកិក៖ Γολγοθᾶ[ς] , ភាសាដររែ៖ גולגולת , ភាសាសញីរីអាក់៖ ܓܘܠܓܘܠܬܐ។ 89 រសង់ដចញពីសៀវភៅ Catholc Teachng ទំព័រទី ១៦២។ 90 ក្នុងចំ ញចនេះយើងគួរឆៃល់ថា៖ តើការ ៍ដែលលោកអោំបានសារភាពទេស និងការក្រប្រែ ចិត្តនៅចំពោះព្រះកដី, ការទមាក់លោកអោំដចញពីសាថនសួគ៌ាកដី រួមទំងទឹកជំនន់មកលើកូននៅលោក កដី និងការលះែង់ជាច្រើនទៀត នៅមិនគ្រប់រគ្នា់ដើម្បីឱ្យគាត់អាចទទួលការសង្គ្រោះទេឬ? ចុះអ្នកឯ ទៀតដែលរែរពឹត្តបែធ្ងន់ធៃរជាងអោំផងនោះយ៉ាងណាវិញ? ហើយហេតុយ៉ាងដូចដមដចបានជាមិន មានអ្នកណាបានដឹងសោះអំពីការសង្គ្រោះ សូមបីតែព្យាការីទំងឡាយប៉ុន្តែវិធីននការសង្គ្រោះត្រូវ បានរកដើញដោយក្រុមជំនញំ និងវិហរនៅវិញ?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មានការែដិដសធជាច្រើនដែលែញ្ញាក់ពីភាពខញសឆ្គងននជំនឿដង្ហេយធួន និង ការចងឆ្កាង។ ខាងដរក្សាមានេះជាចំ ញចមួយចំនួនដែលយើងនឹងលើកមក៖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ដោលជំនឿទាក់ទងនឹងការចងឆ្កាងលោកយេស៊ូដើម្បីជានងាដោះ បែពីកំដើត្នោះ គឺដយងនៅត្តមមូលោឋនរគឹះដែលខញសឆ្គង ដូចនេះរល់អ្វីដែល ដយងនៅត្តមមូលោឋនរគឹះខញសឆ្គង គឺវរបាកដជាខញសឆ្គងដែរហើយ។ ទសសនៈដែល ថា បែរបស់លោក អោំ ត្រូវាក់ែនតមកដល់កូននៅរបស់លោកនោះ គឺមានភាព មិនត្រឹមត្រូវឡើយជាមួយនឹងខគម្ពីរនៅក្នុងគម្ពីរសមពនធដមរតីចស់ ហើយបើដយងត្តម គម្ពីរសមពនធដមរតីងមីទៀតនោះ គម្ពីរសមពនធដមរតីចស់ត្រូវបានលោកយេស៊ូមកធ្វើឱ្យ ដពញដលញ មិនមែនមកលញែំបាត់ដចលនោះទេ។ ជាមួយគ្នានេះផងដែរ យើងដើញ ថានៅក្នុងក គម្ពីរទញតិយកថា ២៤:១៦ បានសរដសរថា៖ មិនត្រូវសមែ់ឪពុកដោយ សារតែទេសរបស់កូនទេ ហើយក៏មិនត្រូវសមែ់កូនដោយសារតែទេសរបស់ឪពុក ដែរ។ បុគ្គលម្នាក់ៗត្រូវសែ់ដោយសារតែទេសរបស់ខ្លួនប៉ុណ្ណោះ។ ក្នុងក គម្ពីរ អេសេគាល ១៨:២០ សរដសរថា៖ បុគ្គលណាដែលធ្វើអំដពើខញសឆ្គងគឺបុគ្គលនោះ ហើយដែលត្រូវសែ់។ កូនមិនទទួលទេសចំពោះកំរញសឆ្គងរបស់ឪពុកទេ ហើយ ឪពុក៏មិនទទួលទេសចំពោះកំរញសឆ្គងរបស់កូនដែរ។ បើយើងមើលនៅក គម្ពីរ ម៉ាថាយ ១៦:២៧ លោកយេស៊ូមានរែសាសន៍ថា៖ ដរពាះកូនមនុស្សនឹងត្រូវមកជា មួយនឹងែណ្ទេវត្តរបស់លោក ដោយមានសិរីរញងរឿងពែត្តរបស់លោក ហើយ លោកនឹងសងដល់គ្រប់គ្នាត្តមការរែរពឹត្តរបស់ពួកគេដរៀងៗខ្លួន។ នេះជាការរសែគ្នា នៅនឹងការលើកឡើងនៃព្រះគម្ពីរគួរអាន ដែលប្ចងថា៖ មិនត្រូវឱ្យជីវិតមួយទទួលបែ ពីជីវិតដនទឡើយ។ ហើយសម្រាប់មនុស្សលោកមិនទទួលបានក្រៅពីអ្វីដែល ខ្លួនគេ បានប្រឹងប្រែងធ្វើនោះឡើយ។ ហើយពិតប្រាកដណាស់ ការប្រឹងប្រែងរបស់គេនឹងត្រូវ គេង្ហាញឱ្យដើញ(នៅថ្ងៃជំនញំជរមះ)។ (គួរអាន ៥៣:៣៨-៤០)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ទីពីរ៖ ដយងនៅត្តមក គម្ពីរលោកុប្បត្តិ ៥:៥ សរដសរថា ឪពុករបស់យើង រល់គ្នាគឺលោកអោំ បានរស់នៅជាមួយភរិយទាំងអស់រយៈពេល៩៣០ឆ្នាំ ែនែ់ពីពួក គាត់បានទទួលទនបាននដើមដឈើហាមគាត់។ នេះជាការែញ្ញាក់ពីភាពខញសឆ្គងនន ក គម្ពីរលោកុប្បត្តិ ២:១៧ ដែលថា៖ ប៉ុន្តែអ្នកមិនត្រូវែរិដភាគបាពីដើមដែលនាំឱ្យ សាគល់លអសាគល់អារកក់ឡើយ ដរពាះនៅថ្ងៃណាដែលអ្នកែរិដភាគ អ្នកនឹងសែ់ជាមិន ខាន។ យើងដើញថាការសែ់នោះមិនបានកើតឡើងចំពោះលោកអោំនោះទេ នេះ ក៏ដោយសារតែលោកបានសារភាពទេសកំរញសចំពោះបែរបស់លោក និងសូមឱ្យ ទ្រង់លើកទេស ហើយព្រះក៏បានលើកទេសដល់គាត់។ នៅក្នុងក គម្ពីរ អេសេគាល ១៨:២១-២២ សរដសរថា៖ ប៉ុន្តែបើជនទញចចរិត91ក្រខ្លួនឈែ់រែរពឹត្តអំដពើ ខញសឆ្គងទៀត ហើយកាន់ត្តមែញាត្តិរបស់ខ្ញុំ(ព្រះ) រពមទំងរែរពឹត្តអ្វីដែលសញចរិត្និង យញត្តិធម៌ា នោះគាត់នឹងរស់រនមានជីវិតត្នៅទៀត។ គាត់នឹងមិនសែ់ទេ។ អំដពើខញស ឆ្គងដែលគាត់បានធ្វើទំងែ៉ាញនាមាន នឹងមិនត្រូវលើកមកទស់នឹងគាត់ទេ។ គាត់នឹងរស់ រនមានជីវិតត្នៅទៀតដោយសារគាត់រែរពឹត្តអ្វីដែលសញចរិត។ ប៉ុន្តែយើងដើញថា លោកអោំនិងភរិយគាត់អាចនៅរស់បាន នោះមានន័យថាគាត់បានង្ហកដចញពីអំដពើ បែទំងឡាយដែលពួកគាត់បានរែរពឹត្ត។ នេះមានន័យថា បែ ពញំត្រូវបានែនសល់ ទញកនិងាក់មកដលើពួកយើង ហើយក៏ោមានហេតុលអ្វីដែលលោកយេស៊ូត្រូវមកសែ់ ដើម្បីដោះបែនរណាដែរ។ នេះក៏ដូចនៅនឹងការលើកឡើងរបស់ព្រះគម្ពីរគួរអាន ដែលបានប្ចងថា៖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ហើយលោកអោំបានធ្វើខញសនឹងែទែញ្ញានៃព្រះម្ចាស់របស់ គាត់ ហើយនិងបានវដងេង(ពីការពិត)។ ក្រោយមក ព្រះម្ចាស់របស់គាត់បានដរជើស ដរើសគាត់ ហើយទ្រង់បានអ្ភ័យទេសឱ្យគាត់ និងបានចងអញលែង្ហាញគាត់(នៅរកមោ៌ា ដ៏ត្រឹមត្រូវ)វិញ។ (គួរអាន ២០:១២១-១២២)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91 ការលើកឡើងនេះគឺក្នុងករីមនុស្សនោះជាមនុស្សទញចចរិត។ តើយ៉ាងណានៅវិញប្រសិនបើអ្នក រែរពឹត្តបែនោះជាមនុស្សសញចរិត្តួយ៉ាងលោកអោំវិញនោះ? ពិតណាស់ គាត់មញខជាទទួលបាន ការលើកទេស ត្តមដែលគាត់បានសារភាពទេសមិនខាន។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ទីបី៖ ហើយវមិនត្រឹមត្រូវនោះទេ បើដយងនៅត្តមគម្ពីរែរិសញទធនោះ លើក ឡើងថា លោកយេស៊ូមិនមានបំណង ឬចង់មកសែ់ដើម្បីដោះបែមនុស្សលោក ឡើយ ហើយលោក៏មិនចង់សែ់នៅលើឈើឆ្កាងដែរ។ នៅពេលលោកដឹងថាសត្រូវ របស់លោកែ៉ាញនែ៉ាងយកជីវិតលោក លោកបានរែកាសថា៖</w:t>
      </w:r>
    </w:p>
    <w:p>
      <w:pPr>
        <w:spacing w:line="324" w:lineRule="auto" w:after="120" w:before="0"/>
        <w:jc w:val="left"/>
      </w:pPr>
      <w:r>
        <w:t>ខ្ញុំកំពញងកើតទញកខដសើរ សែ់។(ម៉ាកញស ១៤:៣៤) ក្រោយមកលោកបានែងសួងនៅកាន់ព្រះថា៖ អែ ែត្ត ដអើយ! លោកអាចសម្រេចគ្រប់ការទាំងអស់អស់បាន។ សូម្ដងប្ពងនេះដចញពីខ្ញុំ។ ប៉ុន្តែ សូមឱ្យបំណងរបស់លោកបានសម្រេច មិនមែនបំណងរបស់ខ្ញុំទេ។(ម៉ាកញស ១៤: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៣៦) មិនតែប៉ុណ្ណោះលោក៏បានប្រាប់ឱ្យសិសសរបស់លោក ទិញដាវទញក(លូកា ២២: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៣៦) ហើយនៅចំយមការពារលោកនៅពេលយែ់ពីសត្រូវរបស់លោកផង។ ទីបួន៖ គម្ពីរែរិសញទធបានឱ្យដឹងនៅក្នុងក គម្ពីរម៉ាកញស ១៥:៣៤ ថែញរស ដែលត្រូវបានគេចងឆ្កាង បានប្រសកដោយសដមាងយ៉ាងខ្លាំង ដោយនិយាយ៖ ដអ្លី ដអ្លី ឡាម៉ាសាប្រាក់ថានី? ដែលមានន័យថា៖ ព្រះខ្ញុំដអើយ ព្រះខ្ញុំដអើយ ហេតុអ្វីបានជា លោកដបាះែង់ដចលខ្ញុំ? ការប្រសកដោយសេចក្តីទាំងអស់សងឃឹមយ៉ាងនេះដូចជាមិនសម ឡើយ បើសិនជាយើងរពមធ្វើវដើម្បីជារែដយជន៍សម្រាប់មនុស្សលោក នេះក៏ែង្ហាញថាអ្នកដែលត្រូវគេចងឆ្កាងនោះ មិនមានបំណង ហើយក៏មិនចង់សែ់នៅដលើ ដឈើឆេងដែរ។ អ្វីដែលសំខាន់ទៀតនោះ រឿងរ៉ាវនេះបានសែញ្ញាក់យ៉ាងចាស់ថា មនុស្សដែលត្រូវគេចងឆ្កាងនោះមិនមែនជាលោកយេស៊ូទេ ពីដរពាះថាការប្រសក និង ការភ័យសាន់ដសាមិនស័ក្តិសមជាដៃងើរបស់ព្យាការីរបស់ព្រះឡើយ ហើយកាន់តែមិន សមថាជាព្រះផងដែរ។ ទីប្រាំ៖ ដយងនៅត្តមក គម្ពីរម៉ាកញស ១៤:៥០ បានលើកឡើងថោមាន សិសសរបស់លោកយេស៊ូណាម្នាក់បានដើញការចងឆ្កាងនោះដោយផ្លនល់ប្ភនកឡើយ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គឺពួកគេទាំងអស់គ្នាបានដបាះែង់ដចលលោកហើយរត់ដភៀសខ្លួនទាំងអស់នៅ92។ មិនប្ត ប៉ុណ្ណោះ ក៏ោមានអ្នកសរដសរគម្ពីរ ឬអ្នកសរដសរសំបុត្រណាម្នាក់ បានដើញហេតុ ការ ៍ចងឆ្កាងផ្លាល់ប្ភនកដែរ។ ដូចនេះរែភពននសាច់រឿងការចងឆ្កាងហក់នៅមាន ភាពមានាលសងស័យ ជាពិសេសនៅពេលយើងពិនិត្យមើលព័ត៌ាមានលម្អិត្ពីក គម្ពីរ ខាះ ដើញថានៅមានភាពមិនរសែគ្នាទាក់ទងនឹងរពឹត្តិការ ៍នេះត្តំងពីដើមររូត ដល់ចាប់។ ទីប្រាំមួយ៖ គំនិត្ដែលថា ត្រូវមានការែងូរ មដើម្បីជានងាដោះហើយ ដើម្បែំដពញព្រះទ័យរបស់ព្រះនោះ មើលនៅហក់ដូចជាព្រះជាអារកសែសាចដ៏ខ្លាំង កាមួយនៅវិញ។ វមិនមានហេតុលណាដែលថា ម ហើយនិង បែ មានទំនាក់ ទំនងគ្នាសោះឡើយ។ អ្វីដែលអាចជរមះបែបាននោះគឺមានដូចជា ការនឹកសាដយ ក្រោយ, ការសារភាពទេសដោយដសាមះស, ការត្សូពាយមរែឆំងនឹងសេចក្តី អារកក់ និងការត្សូពាយមរែតិត្តិត្តមអ្វីដែលព្រះបានបើកែង្ហាញមកកាន់យើង ត្តមរយៈបណ្តាព្យាការីរបស់ព្រះអផងគ។ កាន់តែសញីជក្រៅនៅទៀត នៅពេលដែលមាន គេសួរលោកយេស៊ូអំពីជីវិតទាំងអស់កលប(ជីវិតនៅសាថនសួគ៌ា) លោកបានតែថា មិនមែន ជាការដជឿចំពោះលោកថាជាអ្នកសង្គ្រោះត្តមការែងូរ មអ្វីឡើយ តែលោកតែថា៖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ប៉ុន្តែ ប្រសិនបើអ្នកចង់ទទួលជីវិត ចូររែរពឹត្ត មែញាត្ដិទំងែ៉ាញនាមានជាដរែចុះ។ (ម៉ាថាយ ១៩:១៧) រដែននការសង្គ្រោះដែលរគិសតែរិស័ទសពេថ្ងៃបានដជឿនេះ មិនរតឹមតែមិនសម ហេតុល និងមិនសមខាងសីលធម៌ាប៉ុណ្ណោះទេប៉ុន្តែវបផងមទំងខញសឆ្គងពីសេចក្តី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92 បើយើងគិត្វិជាមានចំពោះសិសសលោកយេស៊ូនោះ មានរឿង២យ៉ាងដែលអាចកើតឡើងនោះគឺ៖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ទី១ ប្រហែលការលើកឡើងថាសិសសទាំងអស់អស់បានដបាះែង់នឹងរត់ដចល ជាខាមសារដែលខញសពី អត្ថបដៃម(មានការក្រប្រែឬក្រាងដូចបានលើកឡើងកាលពីជំពូកមញនៗ)។ ទី២ ប្រហែលជាសិសស ទាំងអស់អស់បានដបាះែង់នឹងរត់ដចលមែន ត្បិត្ពួកគេដឹងថា អ្នកដែលកំពញងចងឆ្កាងមិនមែនជាលោក យេស៊ូឡើយ។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ែដរងៀនរបស់លោកយេស៊ូ ដែលលោកមកប្នដីនេះដើម្បីសង្គ្រោះមនុស្សត្តមរយៈ ការែដរងៀនរបស់លោក ក៏ដូចជាដល់ភាពជាគំរូននជីវិតដែលរស់នៅត្តមបែប្ន ដែលព្រះដរៀចំ មិនមែនមកសង្គ្រោះដោយសែ់នៅលើឈើឆ្កាង ហើយែងូរ ម ខ្លួនឯងមកោងបែអ្នកដនទនោះទេ។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ព័នធកិច្ចរបស់លោកគឺដើម្បីមកអំពាវនាវ មនុស្សដែលរែរពឹត្តបែទំងឡាយ ឱ្យសារភាពទេសកំរញស ដែលព័នធកិច្ចនេះក៏ដូច ជាអ្វីដែលព្យាការីដែលមកជំនាន់មញនៗលោកបានធ្វើដែរ។ លោកមិនដែលមាន រែសាសន៍ថា លោកមកដើម្បីជានងាដោះបែមនុស្សដែរ។ រឿងនេះត្រូវបានែញ្ញាក់ នៅក្នុងក គម្ពីរម៉ាថាយ ៤:១៧ ថា៖ ចាប់ពីពេលនោះមក លោកយេស៊ូបានសពោយថា ចូរប្រែចិត្ត ដរពាះរជាណាចរកសាថនសួគ៌ាគឺជិត្ដល់ហើយ។ វកាន់តែពិបាក យល់ នៅពេលដែលគម្ពីរែរិសញទធលើកឡើងយ៉ាងែំពាននៅចំពោះលោកយេស៊ូដោយ ថាលោកជាមនុស្សត្រូវបណ្តាសា។ លោកែ៉ូលនិយាយថា៖ ដោយសាររគិសតបានទិញ យើង នោះលោកបានរំដោះយើងឱ្យរួចពីបណ្តាសាននចែ់ ដោយធ្វើជាអ្នកត្រូវបណ្តាសាជំនួសយើង ពីដរពាះែទគម្ពីរប្ចងថា អ្នកណាដែលត្រូវពយួរដលើដង្ហគលដឈើ អ្នកនោះត្រូវបណ្តាសាហើយ។ (កាឡាទី ៣:១៣) ជំនឿននដង្ហេយធួន ឬនងាដោះនេះ ក៏មានផងដែរនៅក្នុងសាសនាខញសឆ្គង។ ដយងត្តមសៀវភៅ Rock of Truth និពនធដោយលោក Arthur Fndley បានសរដសរ ថា មានអផងគចំនួន១៦ ដែលមនុស្សលោកបានដជឿថា បានមកកាន់ប្នដីនេះដើម្បី សង្គ្រោះមនុស្ស និងជានងាដោះបែ។ អផងគទំង១៦នោះមានដូចជា៖ ព្រះអូរីសញីស របស់ពួកដអ្សញែ (១៧០០ឆ្នាំមញនគ.ស.), ព្រះបាអាល់របស់ពួកបែ ីឡូន(១២០០ឆ្នាំ មញនគ.ស.), ព្រះរកឹសានរបស់ពួកឥណាឌ(១០០០ឆ្នាំមញនគ.ស.), ព្រះអាន់រោរបស់ពួក ទីដែ(៧២៥ឆ្នាំមញនគ.ស.), ព្រះពញទធត្តមបែចិន(៥៦០ឆ្នាំមញនគ.ស.) និងព្រះមិរសា របស់ពួកប្ពរស(៤០០ឆ្នាំមញនគ.ស.) ជាដើម។ ដោលជំនឿដលើដង្ហេយធួននេះ មិនរតឹមតែមិនសមរសមានឹងហេតុលនោះទេ វបផងមទំងជំរញ មនុស្សឱ្យដបាះែង់ការរែរពឹត្តអំដពើលអ ហើយរសវ៉ាចាប់អំដពើខញសឆ្គង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ដូចជា កែ់សមែ់, លួចែន់, រំលោភែំពានជាដើម។ លោកែ៉ូលបានមើលរសាលែទែញាត្តិនានាដែលលោកយេស៊ូបានែដរងៀន ហើយបែរជានិយាយថា៖ ដរពាះយើងយល់ ដើញថាមនុស្សម្នាក់នឹងត្រូវរែកាសថាសញចរិត្ដោយសារជំនឿ មិនមែនដោយអាង ដលើចែ់ទេ។(រ៉ូម ៣:២៨) លោកែ៉ូលក៏និយាយទៀតថា លោកអ្របាហំមិនអាចរែ់ ថាជាមនុស្សសញចរិត្នោះទេបើយោងតាមការរែរពឹត្តរបស់លោកនោះ។(រ៉ូម ៤:២) ត្តមពិត្គឺ លោកែ៉ូលនេះហើយដែលែដងើត្គំនិត្ថា មានតែការដជឿលើការចងឆ្កាងរបស់លោក យេស៊ូប៉ុណ្ណោះ ទើបទទួលបានសេចក្តីសង្គ្រោះ។ តើសាថនភាពមនុស្សជាតិនឹងកាយ នៅជាយ៉ាងណាបើមនុស្សនាំគ្នាដជឿបែនេះទាំងអស់គ្នានោះ? ដើម្បីឆ្លើយតែនឹងការលើកឡើងរបស់លោកែ៉ូល ចដមើយគឺមាននៅក្នុង រែសាសន៍របស់លោកយេស៊ូ៖ ហេតុនេះ សូមបីប្តែញាត្ដិដែលមនុស្សចត់ទញកថាមិន សូវសំខាន់ តែបើអ្នកណែលមើសែញាត្ដិនោះ ហើយែដរងៀនអ្នកឯទៀតឱ្យធ្វើដូចនេះ អ្នក នោះមិនសមានឹងចូលរជាណាចរកសាថនសួគ៌ាឡើយ។ ាញយនៅវិញ អ្នកណាដែល រែរពឹត្ត មែញាត្ដិទំងនោះ ហើយែដរងៀនអ្នកឯទៀតឱ្យរែរពឹត្ត មដែរ អ្នកនោះសម នឹងចូលរជាណាចរកសាថនសួគ៌ា។(ម៉ាថាយ ៥:១៩) សាសនាអ៊ីស្លាមែដិដសធចំពោះដោលជំនឿដលើដង្ហេយធួន ហើយែញ្ញាក់យ៉ាង ចាស់ថា ការលើកទេសមិនអាចធ្វើឡើងត្តមរយៈយញែជា ឬការធ្វើទញកខទេស មនុស្សណាម្នាក់ឡើយាញយនៅវិញ ការលើកទេស គឺត្តមរយៈកដីដរបាសមេត្តារបស់ ព្រះជាម្ចាស់ នៅកាន់មនុស្សណាហើយដែលបានសារភាពទេសកំរញសដោយ ដសាមះស និងដោយប្រឹងប្រែងដចៀសវងពីការរែរពឹត្តអារកក់ ហើយរត្ឡែ់មករែរពឹត្ត លអវិញ។ កាន់តែសញីជក្រៅទៀតនោះ ប្រសិនបើការរែរពឹត្តបែនោះ ែ៉ាះពាល់ឬធ្វើឱ្យ មានភាពអ្យញត្តិធម៌ាដល់សិទធិអ្នកដនទផងនោះ អ្នកដែលត្រូវគេំពាននឹងត្រូវទទួលបាន សិទធិនោះមកវិញយ៉ាងដពញដលញ ហើយអ្នករែរពឹត្តខញសក៏ត្រូវសញំការអ្ភ័យទេសពី អ្នកដែលខ្លួនែំពានផង។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ព្រះគម្ពីរគួរអានបានសនាថា មនុស្សទាំងអស់អស់នឹងទទួលបានការសង្គ្រោះ ត្តម រយៈការទទួលដជឿដលើព្រះតែមួយអផងគត់ នឹងរែរពឹត្តសញចរិតផង៖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ការពិត្មិនមែន ដូចនេះទេ (អ្នកដែលនឹងបានចូលសាថនសួគ៌ានោះ) គឺអ្នកដែលបានថោយខ្លួនរបស់គេ ចំពោះព្រះអល់ឡោះ ហើយជាអ្នករែរពឹត្តសញចរិតផង។ ដូចនេះ សម្រាប់អ្នកនោះនឹង ទទួលបានលបុណ្យពីព្រះម្ចាស់របស់គេ ហើយពួកគោមានការភ័យខាចនិងទញកខ រពួយអ្វីឡើយ។ (គួរអាន ២:១១២) ព្រះអល់ឡោះក៏មានព្រះមានបន្ទូលទៀតដែរថា៖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អ្នកណាហើយដែលមានសេចក្តីសងឃឹមថា គេនឹងបានជួព្រះម្ចាស់របស់គេ ចូរឱ្យគេរែរពឹត្តអំដពើណាដែលសញចរិត ហើយកុំឱ្យគេដោរពសកោរៈអ្វីមួយ រួមដសមើនឹង ព្រះឡើយ។(គួរអាន ១៨:១១០) ក គម្ពីរយ៉ាកញែ ២:១៤ បានលើកឡើងត្រឹមត្រូវរសែនឹងសាសនាអ៊ីស្លាម ដូច មានប្ចងថា៖ បងប្អូនខ្ញុំដអើយ ប្រសិនបើអ្នកណាម្នាក់និយាយថាខ្លួនមានជំនឿ តែអ្នក នោះោមានការរែរពឹត្ត តើមានរែដយជន៍អ្វី? ជំនឿរបស់អ្នកនោះមិនអាចសង្គ្រោះអ្នក នោះបានឡើយ មែនទេ? ក គម្ពីរដដែលជំពូក ២ ខ ១៧ ប្ចងផងដែរថា៖ ដូចគ្នា ដែរ ប្រសិនបើមានជំនឿ ប្តោមានការរែរពឹត្ត ជំនឿនោះគឺសែ់ហើយ។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 ៊ីសាលាម គឺជាសាសនាឯកលទរនិម្របស់ បណារា ការីទំងឡោ ត្តមរយៈការវិភាគយ៉ាងសញីជក្រៅអំពីដោលជំនឿរបស់សាសនារគិសត ដូចដែល បានដរៀរែ់ខាងដលើ នាំឱ្យយើងអាចសន្និដ្ឋានបានពីរយ៉ាងគឺ ដោលជំនឿមានលកខៈមិនសមហេតុល និងមិនត្រឹមត្រូវត្តមសេចក្តែដរងៀនរបស់លោកយេស៊ូ។ ពីដរពាះយើងដឹងចាស់ហើយថា នៅពេលដែលលោកដចញពីប្នដែ៉ាញនាមានឆ្នាំដំែងោមានអ្នកកាន់ត្តមណាម្នាក់ដជឿថាលោកជាព្រះឡើយ គឺទទួលដជឿរតឹមថាលោកជា ព្យាការីរបស់ព្រះប៉ុណ្ណោះ។ រីឯដោលជំនឿរបស់រគិសតែរិស័ទសពេថ្ងៃ គឺទើបតែកើត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ឡើងច្រើនឆ្នាំក្រោយមក ដែលមានន័យថាដោលរគឹះននជំនឿនៅត្តមក្រុមជំនញំ គឺត ដចញឆៃយពីសេចក្តែដរងៀនពិតប្រាកដរបស់លោកយេស៊ូ និងខញសពីសេចក្តែដរងៀន របស់ព្យាការីជំនាន់មញនផងដែរ។ ការទទួលដជឿថា ព្រះគឺមានតែមួយអផងគត់ ហើយការដោរពសកោរៈនៅចំពោះ ទ្រង់តែមួយអផងគត់គឺជែញាត្តិដែលត្រូវតែធ្វើត្តមោច់ខាត។ ការទញកអ្វីមួយជាព្រះ ឬ ដសមើនឹងព្រះ គឺជាជំនឿដែលកើតឡើងនៅសម័យក្រោយៗនេះទេនៅក្នុងរែវត្តិសាសត មនុស្សជាតិ។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ក្នុងរយៈកាលរែម ជា១០សតវត្សរ៍ែនែ់ពីវត្តមានរបស់លោក អោំ មនុស្សលោកគឺដោរពសកោរៈតែចំពោះព្រះជាម្ចាស់តែមួយអផងគត់។ ជំនឿ ខញសឆ្គងទើបតែកើតឡើងនៅមញនសម័យកាលរបស់ព្យាការី ូដអ ដែលមនុស្សលោក ចាប់ផ្តើមដោរពសកោរៈនៅចំពោះរូដិម។ រឿងនេះវកើតឡើងដោយសារប្ត មនុស្សបានពាយមលើកត្ដមើងរួសរែម នៅចំពោះសនតបុគ្គលមួយចំនួន ក្រោយពេលពួកគេបានសែ់នៅ។ ព្យាការី ូដអ ត្រូវបានព្រះចត់ែញូនមកដើម្បី ចងអញលែង្ហាញមនុស្សលោកឱ្យរត្ឡែ់មករក្សូវដែលត្រឹមត្រូវ និងអំពាវនាវឱ្យពួកគេ ដោរពសកោរៈនៅចំពោះព្រះអល់ឡោះតែមួយអផងគត់។ ែនែ់ពីនោះព្រះក៏បានចត់ែញូនព្យាការីម្នាក់ហើយម្នាក់ទៀតែនតែនែ់គ្នា នៅកាន់រែជាជាតិជាច្រើន ដើម្បី សពោយនូវព្រះរជសារដ៏សាមញាមួយគឺមានព្រះឯណ្ឡើយដែលត្រូវដោរព សកោរៈក្រៅពីព្រះអល់ឡោះ។ ព័នធកិច្ចរួមរបស់បណ្តាព្យាការីទាំងអស់អស់ គឺដើម្បីអំពាវនាវមនុស្សលោកឱ្យមាន ជំនឿដលើព្រះ ដែលជាអផងគអាទិទេពដ៏ខពង់ខពស់នរកប្លងែំញត ហើយទទួលសាគល់ព្រះ អផងគថាជាព្រះអាទិករែដងើត្រល់សពេសារដពើទាំងអស់អស់ ក៏ដូចជាអផងគដែលគត់គង់និងរក្សារទទ្រង់ពិភពលោកនេះផងដែរ។ សូមបីតែមនុស្សដែលដោរពព្រះដនទៗនោះក៏បានដឹង ដោយធមមជាតិថា ព្រះពិតជាមានពិតមែន ហើយពួកគេក៏មិនមានមានាលសងស័យ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ដែរ។93 មានតែពួកគេមួយចំនួនតូចប៉ុណ្ណោះដែលធ្វើជារែឆំងថាដលើលោកនេះោមាន ព្រះនោះទេ។ ក៏មានដែរពួកមួយចំនួនដែលគេដោរពសកោរៈចំពោះព្រះត្តមរយៈការ ធ្វើអំដពើលអ ហើយក៏មានការអ្ធិសាឋនែងសួងដល់ព្រះខាះដែរនៅពេលគេជួទញកខ លំបាក។ ប៉ុន្តែនៅពេលដែលជីវិតមានភាពសញខរសួល ពួកគេក៏ែងសួងដែរ ប្តែងសួង ត្តមរយៈពួកអាចារ្យ។ ព្យាការីរបស់ព្រះបានអំពាវនាវពួកគេ ឱ្យបែរនៅរកព្រះជា ម្ចាស់ ហើយទូលអង្វរនៅចំពោះព្រះអផងគផ្លាល់នៅគ្រប់ពេលទាំងអស់អស់ ដោយមិន ចំបាច់ទូលអង្វរត្តមរយៈពួកអាចារ្យឡើយ។ ដោយសារតែជំនឿដលើព្រះតែមួយអផងគ គឺ ជារឿងចមបង ក៏ជាកាត្ពេកិច្ច និងជាដោលរគឹះដែលធ្វើឱ្យរល់សកម្មភាពរបស់យើង មានភាពត្រឹមត្រូវ និងត្រូវបានទទួលសាគល់ ទើបយើងដើញថា រល់ព្យាការីទាំងអស់អស់ ចាប់ផ្តើមអំពាវនាវនៅកាន់មនុស្សលោកដោយដពាលថា៖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ចូរពួកអ្នកដោរពសកោរៈ ចំពោះព្រះអល់ឡោះចុះ ពួកអ្នកោមានម្ចាស់ឯផ្សេងក្រៅពីទ្រង់ឡើយ។(គួរអាន 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៦១) ព្រះអល់ឡោះក៏បានមានព្រះមានបន្ទូលនៅក្នុងព្រះគម្ពីរគួរអាន ១៦:៣៦ ថា៖ ហើយ ជាការពិតណាស់ រល់រែជាជាតិនីមួយៗយើងបានប្តផងត្តំងអ្នកនាំសារម្នាក់ ដោយគេបង្គាប់ពួកគេឱ្យដោរពសកោរៈចំពោះព្រះអល់ឡោះ និងដចៀសវងពីត្រគូត(ព្រះក្រាង កាយ)។ ែប្នថមពីនោះព្រះអល់ឡោះក៏បានមានព្រះមានបន្ទូលនៅក្នុងព្រះគម្ពីរគួរអាន ២១:២៥ ថា៖ ហើយយើងមិនបានែញូនអ្នកនាំសារណាម្នាក់មញនអ្នក លើកប្លងប្ត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93 លទធិមិនដជឿព្រះ(Athesm) បានចាប់ផ្តើមរីកដញះោលយ៉ាងធំដចញពីសរគមាន៍រគិសតែរិស័ទក្នុង អំឡញងសតវត្សរ៍ទី១៨ និង១៩។ ហេតុលចមបងដែលនាំឱ្យមានរឿងនេះកើតឡើងគឺដោយសារប្ត ក្រុមជំនញំ ឬវិហរសាសនា បានរែរពឹត្តអំដពើអ្យញត្តិធម៌ាដូចជា ទសភាព, ការមើលងាយមើលដថាក និង រំលោភែំពាននៅចំពោះមនុស្សដោយប្រើពាកយថា «ក្នុងព្រះនាមានៃព្រះ»។ ែប្នថមពីនោះ សាសនា រគិសតក៏តែងតែមិនរសែគ្នាជាមួយនឹងហេតុល និងត្រមូវការរបស់មនុស្សផង។ មិនតែប៉ុណ្ណោះ ក្រុម ជំនញំមួយក៏បានរែឆំងនិងការរីកចដរមើនឡើងខាងវិទាសាសតហើយបផងមទំងធ្វើទញកខែញកមែនញដល់ពួក អ្នកវិទាសាសត ដែលនាំឱ្យមានការបែកដចញរវងមនុស្ស និងជំនឿ។ ដូចនេះហើយបានជាមនុស្ស ដែលមានទំដនារដលើសមភរនិយមខាងលោកិយនេះ ដោយសារតែអ្វត្តមានននភាពសមហេតុល ឯ ជំនឿក៏មានការបែកបាក់ ធ្វើឱ្យសាសនាក៏ោមានតួនាទីអ្វីសោះក្នុងជីវិតមនុស្ស។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យើងបានបើកែង្ហាញនៅកាន់អ្នកនាំសារនោះថា ពិតប្រាកដណាស់ ោមានព្រះម្ចាស់ ផ្សេងដែលត្រូវដោរពសកោរៈដ៏ពិតប្រាកដែរៅពីយើងនោះឡើយ។ ដូចនេះ ចូរពួក អ្នកដោរពសកោរៈមកចំពោះយើងចុះ។ ដូចនេះហើយទើបយើងអាចសន្និដ្ឋានយ៉ាងជាក់ ចាស់ថា សាសនាអ៊ីស្លាមគឺជាសាសនារបស់ព្យាការីនិងអ្នកនាំសារទាំងអស់អស់របស់ព្រះ រែ់ត្តំងពីព្យាការីអោំ មកដល់ព្យាការីមូហាំម៉ាត់។ ជាការពិតណាស់អ៊ីស្លាមគឺជា សាសនារបស់ព្យាការី ូដអ, អ្របាំហំ, ម៉ូដស និង យេស៊ូ។ បើយោងតាមសេចក្តែដរងៀន របស់សាសនាអ៊ីស្លាម ព្យាការីទាំងអស់អស់គឺជាបងប្អូននឹងគ្នា ហើយពញំមានការបែងចែក រវងពួកលោកឡើយ។ នរណាហើយដែលបានរែតិត្តិត្តមការចងអញលែង្ហាញពី ព្យាការីរបស់គេ នៅក្នុងជំនាន់របស់គេ ហើយដោរពសកោរៈចំពោះព្រះជាម្ចាស់នោះ អ្នកនោះត្រូវចត់ទញកថាជាអ្នកមូស្លីម(អ្នកថោយខ្លួន) ហើយនិងបានចូលសាថនសួគ៌ា។ សាសនាអ៊ីស្លាមបានមកសាដរឡើងវិញនូវសភាពដើមានៃព្រះរជសារ ដែលព្រះ បានរែទនមកបណ្តាព្យាការីទំងឡាយរបស់ទ្រង់។ សាសនាអ៊ីស្លាមគ្រាន់តែមកែនត សពោយព្រះរជសារនោះ ដែលដើមឡើយព្រះអល់ឡោះបានែញាត្តិដល់កញលសម្ព័ន្ធ ឬរែជាជាតិជាក់ដាក់ណាមួយ ក្នុងសម័យកាលជាក់ដាក់ណាមួយ ត្តមរយៈព្យាការី ដែលទ្រង់បានចត់ែញូននៅកាន់ពួកគេ។ ប៉ុន្តែពេលដវោកន្លងទៅ ព្រះរជសារ នោះត្រូវបានមនុស្សែករសាយឱ្យមានភាពខញសឆ្គង ឬយកនៅយឡំជាមួយអែបិយ ជំនឿខញសឆ្គង ឬកិច្ចពិធីដ្សងៗដែលមនុស្សបានែដងើត្ឡើង ដែលនាំឱ្យបាត់ែង់នូវ ជំនឿត្រឹមត្រូវ ហើយកាយជាកិច្ចរែតិត្តិដែលឥត្រែដយជន៍។ សាសនាអ៊ីស្លាមដែលព្រះបានបើកែង្ហាញមកកាន់ព្យាការីមូហាំម៉ាត់ គឺជាការ ធ្វើឱ្យមានឡើងវិញនូវដោលជំនឿអំពីព្រះតែមួយអផងគ ដែលលោកយេស៊ូ និងបណ្តា ព្យាការីទាំងអស់អស់របស់ព្រះអល់ឡោះបានែដរងៀនមកកាន់មនុស្សលោក។ សាសនា អ៊ីស្លាមគឺជាព្រះរជសារមកកាន់មនុស្សជាតិទំងឡាយ រហូតដល់រោចញងក្រោយនន ប្នដី ហើយក៏នឹងមិនធ្វើឱ្យមានការបែកបាក់គ្នាជាក្រុមៗដូចសម័យព្យាការីមញនៗ 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សាសនាអ៊ីស្លាមែដិដសធនូវរល់ជំនឿទំងឡាយណា ដែលជាការរែមង ចំពោះព្រះ ហើយធ្វើឱ្យមនុស្សបានយល់ដឹងពីលក្ខណៈពិតរបស់ព្រះជាម្ចាស់ឡើងវិញ ថាទ្រង់ជាព្រះតែមួយអផងគត់ដែលជាព្រះអាទិករែដងើត្នូវសពេសារដពើ រពមទំងជាអផងគ ដែលគត់គង់ និងអ្ភិបាលនូវរល់អ្វីៗទាំងអស់អស់ក្នុងចរកវឡ ហើយទ្រង់ក៏ជាព្រះប្ត មួយអផងគត់ដែលអាចចត់ថាលអវិដសសឥត្ដខាចះ។ នេះក៏ជាការែង្ហាញថាព្រះអផងគជា ព្រះដែលយើងចំបាច់ត្រូវតែដោរពសកោរៈ។ កាន់តែសញីជក្រៅទៀតនោះ យើងត្រូវប្ត ដោរពសកោរៈចំពោះព្រះអផងគត្តមរដែដែលទ្រង់បង្គាប់យើង មិនមែនត្តមរដែ ដែលយើងែដងើត្ឡើងត្តមចិត្តចង់ឡើយ។ ព្រះអផងគជាព្រះដែលស័ក្តិសមឱ្យយើងទូលែងសួង។ ហើយការទទួលជំនឿថា ព្រះគឺមានតែមួយអផងគត់ គឺជាគញ ត្នមាដ៏វិដសស ដលើសលែ់ ហើយការទញកអ្វីមួយដ្សងថាជាព្រះ ឬដសមើនឹងព្រះគឺជាបែដ៏ នរកប្លងែំញត្ដូចគ្នា។ វគឺជាបែតែមួយគត់ដែលព្រះនឹងមិនលើកប្លងទេសនោះ ឡើយ លើកប្លងតែយើងបានផ្លាស់ប្រែខ្លួននៅរកទ្រង់វិញមញននឹងទាំងអស់ជីវិត។ ព្រះបាន មានព្រះមានបន្ទូលក្នុងព្រះគម្ពីរគួរអានថា៖ ពិតប្រាកដណាស់ ព្រះអល់ឡោះមិនអ្ភ័យ ទេសឱ្យអ្នកដែលដោរពអ្វីមួយដសមើនឹងទ្រង់នោះឡើយ តែទ្រង់នឹងអ្ភ័យទេសឱ្យ ចំពោះបែដ្សងពីនោះចំពោះអ្នកណាដែលទ្រង់មានដចត្នា។(គួរអាន ៤:៤៨) មិន រតឹមតែប៉ុណ្ណោះ ការទញកអ្វីមួយដ្សងថាជាព្រះ ឬដសមើនឹងព្រះ គឺជាហេតុដែលឱ្យព្រះ ររំងយើងមិនឱ្យចូលសាថនសួគ៌ា និងទញទមាក់យើងចូលក្នុងសាថននរក។ ព្យាការី យេស៊ូ ក៏បានមានរែសាសន៍ក្នុងព្រះគម្ពីរគួរអាន ៥:៧២ ថា៖ ពិតប្រាកដណាស់ អ្នក ណ្ទេញកអ្វីមួយជាព្រះដសមើនឹងព្រះអល់ឡោះ នោះព្រះអល់ឡោះពិតជាបានហាមគាត់ គេអំពីសាថនសួគ៌ា ហើយកន្លែងរស់នៅរបស់គេគឺសាថននរក។ ហើយចំពោះពួកអ្នកដែល ដលមើស គឺពញំមានអ្នកជួយ គេឡើយ។ ការដោរពសកោរៈអ្វីដ្សងក្រៅពីព្រះពិតនោះ គឺជា បែធំដែលអាចលញែំបាត់នូវអំដពើលអទំងអ្មាលម៉ានដែលយើងបានរែរពឹត្ត ដូចជា មានែញ្ញាក់ក្នុងព្រះគម្ពីរគួអាន ៦:៨៨ ថា៖ ប្រសិនបើពួកគេបានទញកអ្វីមួយជាព្រះដសមើ នឹងព្រះអល់ឡោះនោះ អ្វីដែលពួកគោ់បានសាងពិតជាអាសារែង់មិនខាន។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ពិតណាស់ព្រះគឺជាអផងគដែលសតេលោកទាំងអស់អស់ត្រូវការ ដោយមិនត្រូវការអ្នក ណាមកទូលអង្វរជំនួសឡើយ។ ព្រះជាអផងគដែលភាវៈមានជីវិតទំងឡាយពឹង អារស័យ ជាព្រះអាទិករែដងើត និងរទទ្រង់នូវរល់សពេសារដពើនៅដលើលោកនេះ។ ទ្រង់ ជាព្រះដ៏មហអ្ភ័យទេស មានកដីមេត្តាករុណា និងដពញដោយព្រះដចសាដ។ បើយើងង្ហកមកមើលពាកយសមដីរបស់ែព៌ាសិក្សាខវិទូ (Orentalst) ជនជាតិអ្ញីត្តលី ដ៏លបីលាញមួយរូគឺ ែ ឌិត Laura Vecca Vagler94 បានសរដសរថា៖ គួរអ្រគញ ដល់សាសនាអ៊ីស្លាម ដែលបានមកកមចត់ជំនឿខញសឆ្គង។ ការយល់ដើញអំពីសាកល លោកកដី រដែននការែដិត្តិសាសនាកដី ហើយរដែននការបស់នៅក្នុងសងគមក៏ត្រូវ បានរំដោះដចញពីនឹមាននជំនឿខញសឆ្គងដែលចងរឹត្ពួកគេ ឯចិត្តគំនិតរបស់ពួកគេក៏បាន រំដោះដចញពីការដរើសដអើងពូជសាសន៍។ មនុស្សជាតិក៏បានសាគល់នូវសេចក្តីនងាងនូរ ហើយក៏ចេះែនែខ្លួននៅចំពោះព្រះ ដែលជាព្រះអាទិករែដងើត្រល់សពេសារដពើផង ដែរ។ រល់ចិត្តគំនិត្ទាំងអស់អស់ត្រូវបានរំដោះឱ្យ្ញត្ពីការរែកាន់ពូជសាសន៍ មនុស្សក៏ ត្រូវបានដោះប្លងឱ្យរួចពីចំណងជើង ដែលចងគេឱ្យជែ់ដរក្សាមអំណាចននមនុស្សដនទ ដ្សងទៀត។ ពួកអាចារ្យខាះការពារនូវរឿងខញសឆ្គង ជាអ្នកែំផ្លាញសេចក្តីសង្គ្រោះ ហើយពួកមនុស្សខាះដែលត្តំងខ្លួនជាអ្នកកណែលរវងព្រះនិងមនុស្ស ក៏គិត្ថាខ្លួន មានសិទធិអំណាចរតួត្រត្ដែលើចិត្តគំនិត្មនុស្សដនទ។ ក្រោយមកមនុស្សកាយជាអ្នកបម្រើចំពោះព្រះអល់ឡោះតែមួយអផងគត់ ហើយចំពោះមនុស្សធមមត្តវិញគេគឺជា មនុស្សដែលមានដសរីភាពម្នាក់ ដែលមានកាត្ពេកិច្ចត្រូវែំដពញចំពោះមនុស្សមាន ដសរីភាពដូចគ្នា។ ក្នុងពេលនោះផងដែរ មនុស្សលោកបានរងទញកខដោយសារតែភាព អ្យញត្តិធម៌ាដែលកើតឡើងដោយសារតែគមាត្ននសងគម ខ ៈពេលដែលសាសនា អ៊ីស្លាមមករែកាសាយអំពីសមភាពរវងមនុស្សជាតិ។ អ្នកមូស្លីម្នាក់មិនមែន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94 ដកស្រង់ពីសៀវភៅ Apologa dell’ Islamsmo បកប្រែដោយែ ឌិត Casell ដាក់ចំណងជើងងមី ថា Interpretaton of Islam ទំព័រ ៣៣-៣៤។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ខពង់ខពស់ជាងអ្នកមូស្លីម្នាក់ទៀត ដោយសារតែពូជពងសវងសរត្កូល ឬដោយសារហេតុ លអ្វីដែរ តែអ្នកមូស្លីម្នាក់លអរែដសើរជាងអ្នកមូស្លីមដនទទៀតគឺដោយសារ ទំរំនន ការដកាត្ខាចនៅចំពោះព្រះរបស់គេ, អំដពើលអរបស់គេ, សញជីវធម៌ារបស់គេ និង ករមិត ចំដ ះដឹងរបស់គេ។ លោករសែ ឌិត្ក៏បានលើកឡើងនៅក្នុងសៀវភៅរបស់លោក រសីដែរថា៖ ការរីកសាយភាយរបស់សាសនាអ៊ីស្លាមយ៉ាងទូលំទូយនេះ គឺមិនមែន ដោយសារក្សារប្រើរិងា, ប្រើអាវញធ ឬដោយសារក្សារគរមមកំប្រងពីសំណាក់អ្នកាយសាសនាដែរប៉ុន្តែគឺដោយសារតែសេចក្តីពិត្ដែលអ្នកមូស្លីមានាំមក ហើយគេ មានដសរីភាពដពញដលញដោយអាចទទួលសាគល់ក៏បាន ឬែដិដសធក៏បាន ត្បិត្ថាវជា ព្រះគម្ពីរមកពីព្រះ, ជាព្រះមានបន្ទូលននសេចក្តីពិត ហើយវក៏ជាការ ៍អ្សាចរយមួយដែល ព្យាការីមូហាំម៉ាត់បាននាំមកែង្ហាញដល់ពួកមនុស្សដែលមានមានាលសងស័យ និងពួក មនុស្សដែលចដចសរឹងរូស។ លោករសែនតទៀតថា៖ ភាពខ្លាំងរបស់ព្រះគម្ពីរគឺភាព ជាក់ចាស់, ភាពសាមញា និងភាពងាយរសួល អំដណាយ្លដល់សាសនាអ៊ីស្លាមកនុង ការរជែចូលដល់ដួងចិត្តមនុស្សគ្រប់គ្នាដោយមិនចំបាច់ត្រូវការពនយល់ប្វងឆៃយ ឬ អ្ធិយទេសនាអ្វីឡើយ។ រែវត្តិវិទូដ៏ដលចដាម្នាក់ទៀតគឺលោក Arnold J. Toynbee បានលើកឡើងថា៖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ខ្ញុំបានអំពាវនាវឱ្យពិភពលោកទទួលយកដោលការ ៍ភាត្រភាព និងសមភាព របស់សាសនាអ៊ីស្លាមមកអ្នញវត្តន៍។ ដោលជំនឿអំពីឯកអ្គគភាពនៃព្រះ បានធ្វើឱ្យសាសនាអ៊ីស្លាម កាយជាគរមូដ៏លអវិដសសអំពីការរួរួមគ្នាជាធាញងមួយ។ ហើយការ ៍ដែលសាសនាអ៊ីស្លាមានៅប្តែនតមានវត្តមាន គឺដល់ជាកដីសងឃឹមានៅកាន់ ពិភពលោកទំងមូល។95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95 រសង់ដចញពីអត្ថបទ Cvlzaton on Tral ាយដចញពីរកុងញូយ៉ាក ក្នុងរពឹត្តែ័រត្នន សាកលវិទាល័យ Oxford ឆ្នាំ១៩៤៨។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ជំហនចុងសក្កោ របេ់ខ្ញុំមកកាន់ោនាអ ៊ីល្ម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តែរឿងរ៉ាវខាះៗដែលបានដរៀរែ់ក្នុងជំពូកមញននេះ គឺវគ្រប់រគ្នា់ ណាស់ហើយ សម្រាប់លោកអ្នកដែលសេះប្សេងចង់រកនូវដសចកតីពិត និងចង់ែញ្ញាក់ពីភាពសញរកឹត្យរបស់សាសនាអ៊ីស្លាម ក៏ដូចជាអ្នក ដែលចង់ដឹងថា តើរគិសតសាសនិកបានង្ហកដចញ និងរបាសចកពី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សេចក្តែដរងៀនដ៏ពិតប្រាកដរបស់ព្យាការីយេស៊ូករមិត្ណា។ ទេះជាយ៉ាងនេះកតី ក៏ខ្ញុំ មិនទន់បានសម្រេចិត្តឱ្យោច់ដរសច ក្នុងការដកខ្លួនដចញពីមោ៌ាដែលខាងព្រះវិហរ កាតូលិកបានគូសវសឱ្យខ្ញុំដើរនោះដែរ។ បណ្តាញស័ក្តិសិទ្ធិរបស់ខ្ញុំតែងតែនៅជាមួយ ខ្ញុំមិនថាខ្ញុំនៅទីណាក៏ដោយ។ ក្នុងងង់តូចមួយដែលខ្ញុំដាក់ត្តមខ្លួនជែ់ររូត មានរូ ដឈើឆេងចំនួនរបាំពីរដែលធ្វើពីប្រាក់ រពមទំងរូងត្និងរូចមាក់ដែលគេសនមត្ថាជា លោកយេស៊ូ។ ខ្ញុំចេះតែមានអារមម ៍ថាបើខ្ញុំដកវដចញពីខ្លួន នឹងមានរឿងអារកក់ កើតឡើងចំពោះខ្ញុំជាមិនខាន។ យ៉ាងនេះហើយ ធ្វើឱ្យខ្ញុំមិនដែលរចឡំនលដាក់កន្លែង ដ្សងឡើយ វតែងតែនៅក្នុងដហនៅ៉ាខ្ញុំជានិច្ច។ ថ្ងៃមួយ ពេលដែលខ្ញុំកំពញងអានសៀវភៅដែលខាងព្រះវិហរអ៊ីស្លាមបានឱ្យខ្ញុំ។ ខ្ញុំបានអានែ៉ាះរែដយគពីរ ដែលនាំយកសេចក្តីអំ ររីករយជាពន់ដពកចូលនៅក្នុង ដែះដូងរបស់ខ្ញុំ។ ខ្ញុំដពាលែដ ដើររសែពេលដែលទឹកប្ភនកចាប់ដ្តើមរូបដចញពីប្ភនក ព្រឹម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ទំងទេររបស់ខ្ញុំថា៖ ព្រះជាម្ចាស់! នេះហើយជាសេចក្តីពិត! នេះហើយជាចដមើយដែល ខ្ញុំមិនែ់បានរកដើញពីមញនមក! ខ្ញុំជរមែដោយរតផង់ចុះ ត្តំងពីដើមមកខ្ញុំមិនដែលែ៉ាះឬអានព្រះគម្ពីរគួរអាន សោះឡើយ។ មិនថាព្រះគម្ពីរគួរអានងត្ចមាងភាសាអីក៏ដោយខ្ញុំមិនែ់បានដើញ ឬែ៉ាះ សូមបីប្តែនតិច ហើយពាកយព្រះគម្ពីរគួរអាននេះមិនដែលមាននៅក្នុងវចនានញរកម ននខួរក្សាលខ្ញុំឡើយ។ ខ្ញុំអានសៀវភៅមគគញទោសក៍ដែលខ្ញុំទទួលបានពីព្រះវិហរអ៊ីស្លាម អានវមួយៗយ៉ាងយកចិត្តទញកដាក់៖ ដោយពាកយរបស់ពួកគេថា ពិតប្រាកដណាស់ ពួកយើងបានសមែ់យេស៊ូរគិសតបុត្រនាងម៉ារី ដែលជាអ្នកនាំសារនៃព្រះអល់ឡោះ។ ត្តមពិត្ពួកគេមិនបានសមែ់យេស៊ូ និង មិនបានចងឆ្កាងគេឡើយ។(គួរអាន 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១៥៧) ខ្ញុំឈែ់រតផង់វកយខ ឌនេះ ហើយអានឡើងវិញជាច្រើនលើករតផង់ោ ត្តមពិត ពួកគេមិនបានសមែ់យេស៊ូ និង មិនបានចងឆ្កាងគេឡើយ។ នៅពេលដែលខ្ញុំកំពញង អានោទំងនោះ ខ្ញុំមានអារមម ៍ថាព្រះកំពញងតែឆ្លើយតែនឹងសំ ួរដែលធ្វើឱ្យខ្ញុំែ់មានាលសងស័យពីឫទធនញភាពរបស់ព្រះអផងគ ដរពាះតែពីមញនោមានចដមើយដែលសម ហេតុលដែលអាចទទួលយកបាន។ វមិនមែនជារឿងងាយទេក្នុងការប្សេងរកចដមើយមួយនេះ។ គិតែកនៅក្រោយ វិញ ខ្ញុំត្រូវរែកួត្រែប្ជងជាមួយសិសសជាច្រើនដើម្បីទទួលបានអាហារូបករណ៍មួយនេះ ង, ខ្ញុំត្រូវធ្វើដំដើររែ់ពាន់គីឡូប្ម៉ារត្មកកាន់រដឋានីវ៉ាសញីនតែតនននសហរដ្ឋអាមេរិក ង, ខ្ញុំត្រូវដរៀននិយាយនិងអានភាសាអផង់គោសផង ហើយទំងដែលខ្ញុំមកពីអាដមរិក ឡាទីនឯដណាះ។ ខ្ញុំត្រូវដរៀនធ្វើអាកែបកិរិយ ដែលអ្នកមូស្លីមានៅរកុងសញីដអផងលទំង ទាំងអស់អាចទទួលយកបាន ដើម្បីអាចប្សេងរកោទំងពីរខាងដលើនេះដើញ។ ការ ៍ ដែលចដមើយទំងនេះ អាចនៅដល់មនុស្សម្នាក់នៅរែទេសដវដ រសញយដអ្ឡាក្នុងឆ្នាំ ១៩៧៨ ពិតជាមិនងាយនោះទេ។ ទេះជាយ៉ាងនេះកតី អ្វីដែលព្រះអល់ឡោះទ្រង់បាន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112 ---</w:t>
      </w:r>
    </w:p>
    <w:p>
      <w:pPr>
        <w:spacing w:line="324" w:lineRule="auto" w:after="120" w:before="0"/>
        <w:jc w:val="left"/>
      </w:pPr>
      <w:r>
        <w:t>ដរៀចំរប្មងត្រូវបានសម្រេចយ៉ាងដពញដលញ។ នៅខ ៈដែលខ្ញុំកំពញងដរត្កអ្រ ចំពោះចដមើយដែលខ្ញុំរកដើញនេះ ខ្ញុំក៏បានទូលនៅកាន់ព្រះអផងគ ហើយសញំការលើក ទេសពីទ្រង់។ ខ្ញុំពិតជាចង់ដហះដរើរដោយនាំយកដំ ឹងនេះនៅដវដ រសញយដអ្ឡា ដើម្បីជរមែនៅក្រុមគ្រួសាររបស់ខ្ញុំ និងពិភពលោកទំងមូលតែមដង។ គ្រប់យ៉ាងបានកើតឡើងដូចជានៅក្នុងរឿងកញនអ្ញីចឹង។ វីរែញរសដ៏អស្ចារ្យរបស់ខ្ញុំ ដអើយ! ព្យាការីជាទីស្រឡាញ់របស់ខ្ញុំដអើយ! លោកយ៉ាសូអ្នករសុកណាសាប្រ៉ាត្ដអើយ! លោកនេះហើយ ជាអ្នកដែលខ្ញុំែ់ថោយែងគំមួយថ្ងៃ២ដងនៅអាសនៈដ៏តូចក្នុងាះ របស់ខ្ញុំ បើគិត្នៅក្នុងរឿងកញន លោកគឺជាតួអផងគចិត្តលអម្នាក់ ហើយត្តមពិត្លោកមិន ត្រូវបានគេចងឆ្កាងឡើយ!!! សម្រាប់ខ្ញុំ ពេលនោះវហក់ដូចជាទម្ងន់របស់ដឈើឆេងដែលគេនិយាយថា លោកយេស៊ូលីផ្សែងនៅកាន់ភនំកាល់វ៉ារី បានបែកជែំប កតូចៗដរែរែដូចនឹង អោរដ៏សេមានសេ ឬភនំដ៏រឹងមំត្រូវបានាញះប្រាក់បែកដខាចខីទាំងអស់។ ែនែ់ពីនោះក៏មានរឿងរ៉ាវសំខាន់ៗជាច្រើនទៀតផងដែរ។ ខ្ញុំចេះតែគិត ពិចរណា បើវជាការពិតមែននោះ សាសនានេះហើយដែលត្រឹមត្រូវ។ ក្នុងរយៈពេល ២០ឆ្នាំមកនេះ គេប្តផងប្រាប់ខ្ញុំថាលោកយេស៊ូត្រូវបានគេសមែ់។ ខ្ញុំត្រូវបានគេដឹកនាំ ឱ្យធ្វើដំដើររួមជាមួយគេដោយឥត្បានរក្សូវជំនួសណ្ឡើយ។ ឥឡូវវិងីដ្សងមួយ ទៀតបតូវបានបើករតោង ដោយភែ់ជាមួយនឹងចដមើយដែលសមហេតុលជាងមញន អ្វីៗក៏បានរំដលចឡើងកាន់តែចាស់ ហើយចដមើយចញងក្រោយននរែសានក៏អាចរសាយ បាន។ ការរួច្ញត្ពីការសមែ់នេះ ជាការ ៏អ្សាចរយចញងក្រោយ ក្នុងចំដណាមការ ៍ អ្សាចរយជាច្រើន ដែលលោកយេស៊ូបានសប្មដងដោយឫទធនញភាពពីព្រះអល់ឡោះជា ម្ចាស់។ ដោយព្រះទ្រង់ដចត្នា ែញរសម្នាក់អាចធ្វើឱ្យមនុស្សខោក់មើលដើញមតងទៀត, អាចដដើរដលើទឹក, អាចពាបាលអ្នកកើតាង់, អាចធ្វើឱ្យមនុស្សខេនដជើងដដើរវិញបាន ហើយអាចរបស់មនុស្សស្លាប់ឱ្យរស់ឡើងវិញទៀតនោះ ខ្ញុំោមានការសងស័យឡើយថា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113 ---</w:t>
      </w:r>
    </w:p>
    <w:p>
      <w:pPr>
        <w:spacing w:line="324" w:lineRule="auto" w:after="120" w:before="0"/>
        <w:jc w:val="left"/>
      </w:pPr>
      <w:r>
        <w:t>គាត់មិនត្រូវបានគេចាប់ឆេង។ ខ្ញុំគិត្មតងទៀត ខ្ញុំពិចរណាជាងមី ហើយក៏សម្រេចិត្តថា ខ្ញុំចង់នៅក្នុងសាសនាមួយនេះ ខ្ញុំចង់កាយជាមូស្លីម! មិនខញសពីការ ៍ដែលទម្ងន់របស់ដឈើឆេងត្រូវបែកជែំប កតូចៗ ដែលខ្ញុំ បានលើកឡើងមញននេះឡើយ។ ការបស់ឡើងវិញរបស់លោកយេស៊ូនៅថ្ងៃអាទិត្យ, សបាដរ៍ែរិសញទធ96, អ្ភិជាថ្ងៃសញរកពិសិដឋ, ការនៅក្រុមជំនញំទំងរបាំពីរ (Statons of the Cross), ការែសត្មសាច់នៅថ្ងៃសញរកដោយែរិដភាគតែរតីជាដើម ដែលសញទធសឹងជាថ្ងៃ ដែលគេប្រាប់ថា ជាថ្ងៃពិសិដឋទំងនោះ ក៏បានរោយបាត់ទាំងអស់ក្នុងពេលតែមួយដោយ ខ្ញុំដឹងថាការ ៍ទាំងអស់អស់នោះសញទធតែជាការភូត្កញរក។ ចិត្តគំនិត្ដែលចេះពិចរណា រកខញសត្រូវរបស់កដមាះវ័យក្មេងម្នាក់ដែលខំសិក្សាដើម្បីកាយជាវិសេករ នៅពេលនេះ មានសិទធដសរីភាពក្នុងការែដិដសធចំពោះែណ្តែប្រពៃណីទាំងអស់អស់នេះ ដែលោមាន មូលោឋនរគឹះច្បាស់លាស់ ប្អកដលើគំនិត្មិនសមហេតុលដែលថា ព្រះកាយជា មនុស្សហើយសែ់ដើម្បីងបែរបស់មនុស្ស។ ក្នុងនាមខ្ញុំក៏ែ់ជាអ្នកពនាត់ អ្គគិភ័យែ់ជួយ ជីវិតមនុស្ស ហើយជាអ្នកមិនដែលែ៉ាះពាល់បារីរសាទល់តែសោះ ទេះែវជារឿងធមមត្តក្នុងសងគមក៏ដោយ ខ្ញុំពិតជាមិនអាចទទួលយកការកញរកដបាក របាស់ទំងនេះបានឡើយ។ នានិទ រដូវក្នុងអំឡញងឆ្នាំ១៩៧៩ ខ្ញុំបានសិក្សានូវវគគខីមួយនៅសកលវិទា ល័យក្នុងរដឋអូការូម៉ា ហើយវគគសិក្សានោះរឹតប្តែំភានូវមោ៌ាងមីដែលខ្ញុំបានចាប់ដ្តើមធ្វើ ដំដើរដលើវ។ វគគសិក្សាខីនោះដ មះថា វែបធម៌ាអ៊ីស្លាម។ នៅចញងបញ្ចប់នននិទ រដូ វនេះ ខ្ញុំបានរត្លែ់នៅរដឋសញីដអផងលវិញ ហើយបានទទួលយកសាសនាអ៊ីស្លាមជូវ ការជាមួយនឹងអ្ញីមញំដែលែដរងៀនខ្ញុំកាលពីលើកមញន ដោយការដពាលពាកយសច្ចា (សាហដះ)។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96 សបាដរ៍ននថ្ងៃបុណ្យព្រះយេស៊ូមានព្រះជន្មឡើងវិញ។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ខ្ញុំនៅចំបានពេលដែលអ្ញីមញំបានសួរខ្ញុំថា៖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តើអូនរបាកដចិត្តឬទេថានឹងចូល កាន់សាសនាអ៊ីស្លាម? ខ្ញុំតែវិញថា បាទ។ គាត់នៅតែសួរែញ្ញាក់៖ ចាស់ហើយឬ? ទេះែជែអូនត្រូវសរដសរថែអូនជាមូស្លីមដលើលិខិត្ឆាងប្ដនក៏ដោយ? ខ្ញុំតែវិញ៖ បាទ ទេះែជាយ៉ាងរនឹងក៏ដោយ។ គាត់ក៏បាននិយាយថា៖ បើអូនរបាកដថាវជាអ្វីដែលែអូនចង់ធ្វើហើយ សូមែអូនថាត្តមខ្ញុំ៖ ខ្ញុំសូមសច្ចាថោមានព្រះឯណាដែលស័ក្តិសមានឹង ទទួលបានការដោរពសកោរៈក្រៅពីព្រះអល់ឡោះជាម្ចាស់ ហើយខ្ញុំសូមសច្ចាថា មូហាំម៉ាត់គឺជាអ្នកនាំសាររបស់ទ្រង់។ ខ្ញុំបានដពាលពាកយសច្ចាជាភាសាអផង់គោសែនែ់មកដពាលជាភាសាអារ៉ែ់ត្តមអ្ញីមញំ ដែលវបានធ្វើឱ្យខ្ញុំ នជំហនចញងក្រោយ ចូលមកកាន់សាសនាអ៊ីស្លាម។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ឥទធិពលននោនាអ ៊ីល្ម មកសលើជីវិតខ្ញុំ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ការរបាកដណាស់ ដើម្បីអាចផ្លាស់ែដូរបានគឺត្រូវតែមានការក្រប្រែខញស ពីមញន ជាពិសេសគឺរឿងខ្ញុំនេះតែមដង។ នៅពេលដែលខ្ញុំកាន់សាសនា អ៊ីស្លាម ខ្ញុំសច្ចានឹងព្រះអល់ឡោះថា ខ្ញុំនឹងធ្វើគ្រប់យ៉ាងដើម្បីខិត្ខំរែង ប្រែងសិក្សាអំពីសាសនាមួយនេះ។ កាលនោះខ្ញុំទើបតែដរៀនចាប់ឆ្នាំទី១នៅសាកល វិទាល័យរដឋអូការូម៉ា ខ្ញុំក៏បានដរៀអាពារ៍ពិពារ៍ជាមួយនារីមូស្លីម្នាក់ដែលរស់ នៅរកុងសាលវ៉ាត្ធឺ រដឋអូការូម៉ា។ ពេលនោះមានមជ្ឈមណ្ឌលអ៊ីស្លាមួយបានចត់ ត្តំងរគូអ៊ីស្លាម្នាក់ឱ្យមកែដរងៀនខ្ញុំជាលើកដំែង។ លោកគ្រូនោះដ មះ នរេស៍ មកពី រែទេសបា៉ាដឡសីន ដែលលោកបានលះែង់ពេលដវោជាច្រើនរបស់លោកដើម្បែដរងៀនខ្ញុំអំពីរដែថោយែងគំ ក៏ដូចជាសសរសដមភដ្សងទៀតរបស់សាសនាអ៊ីស្លាម និង ដោលជំនឿទំង៦។ ែប្នថមពីនោះខ្ញុំក៏បានដរៀនអំពីជីវិតក្រោយពេលសែ់, អំពីថ្ងៃ ដែលព្រះនឹងរបស់មនុស្សគ្រប់គ្នាឱ្យរស់ឡើងវិញ និងរឿងរ៉ាវជាច្រើនទៀត។ ខ្ញុំនៅចំ ថា រឿងមួយដែលពាល់ដួងចិត្តខ្ញុំខ្លាំងជាងគេនោះគឺ ជីវិតក្រោយពេលសែ់។ ក្នុង មួយជីវិតរបស់ខ្ញុំដែលជារគិសតែរិស័ទ មិនដែលមាននរណែ់មកែដរងៀនខ្ញុំពីរឿង បែនេះ ហើយលអិត្លអន់យ៉ាងនេះទេ។ ខ្ញុំមិនដែលបានយល់ចាស់ពីសេចក្តីសែ់ សោះឡើយ។ 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ខ្ញុំមិនដឹងសោះថា តើនឹងមានអ្វីកើតឡើងចំពោះខ្ញុំ នៅពេលគេញ្ចុះសពខ្ញុំនៅ ក្នុងនូរ។ ក្នុងសាសនាអ៊ីស្លាម ខ្ញុំបានរកដើញនូវចដមើយយ៉ាងលម្អិត។ នៅពេល មនុស្សម្នាក់សែ់នៅ សពរបស់គេនឹងែញ្ចុះនៅក្នុងដី ដូចដែលព្យាការីមូហាំម៉ាត់បានបង្គាប់យើង។ សពនោះនឹងត្រូវបានងូត្ទឹកសមអត(ចំអាស)ឱ្យបានសាអត្លអ និងោ ដរែងរកអូផង។ ែនែ់មកគេរញំសពនោះនឹងសំពត់ព ៌ាសយ៉ាងតិច៣ផ្ទាំង97 ហើយ គេក៏ែញ្ចុះសពនោះនៅក្នុងដីដោយមិនដាក់កាដរមឈូសឡើយ ហើយបែរមញខរបស់ សពនៅទិសត្រមង់នៅរកុងម៉ាកេះ98។ អ្នកសែ់នោះនឹងឮសដមាងសរមឹដជើងរបស់អ្នក ដែលនៅរស់ដើរចាកចេញពីទែញ្ចុះសព ហើយសពនឹងដឹងខ្លួនថាគេទញកខ្លួនដចលប្ត ម្នាក់ឯងហើយ។ ក្រោយពីនោះ ក៏នឹងមានទេវត្តពីររូបានមកកាន់ទីនូរហើយសួរសព នោះនូវសំ ួរ ៣ រួមមាន៖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តើព្រះជាម្ចាស់របស់អ្នកជានរណា?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តើសាសនារបស់អ្នកជាអ្វី?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តើព្យាការីរបស់អ្នកជានរណា?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ព្យាការីមូហាំម៉ាត់លោកបានប្រាប់យើងថា ចំពោះអ្នកមានជំនឿ គេនឹងឆ្លើយ សំ ួរនេះបានត្រឹមត្រូវយ៉ាងងាយរសួល រីឯអ្នកោមានជំនឿវិញពួកគេមិនអាចឆ្លើយ បានឡើយ។ ែប្នថមពីនោះទៀត បើអ្នកនោះជាអ្នករែរពឹត្តសញចរិត្កាលពីនៅមានជីវិត គេនឹងទទួលដឹងនូវចំហយរកអូនិងរត្ជាក់ពីសាថនសួគ៌ា។ រីឯមនុស្សរែរពឹត្តទញចចរិត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97 សម្រាប់សពែញរសត្រូវប្រើសំពត់ព ៌ាសយ៉ាងតិច ៣ ផ្ទាំង សម្រាប់សព្សតីប្រើសំពត់ព ៌ាសដូចគ្នាយ៉ាងតិច ៥ ផ្ទាំង។ 98 សម្រាប់នៅរែទេសកមពញជា ទិសត្រមង់នៅរកុងម៉ាកេះគឺទិសខាងលិច។ ឥរិយែងននការដាក់សពគឺ កាលសពនៅទិសខាងដជើង ដជើងសពនៅទិសខាងត្បូងដាក់សពឱ្យដដកដ្អៀង បែរមញខនៅទិសខាង លិច។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វិញនឹងទទួលដឹងនូវចំហយនៅដពីសាថននរក។ អ្នកនោះនឹងនៅជាសពរហូតដល់ថ្ងៃ ដែលព្រះនឹងរបស់ពួកគេឱ្យរស់ឡើងវិញ។</w:t>
      </w:r>
    </w:p>
    <w:p>
      <w:pPr>
        <w:spacing w:line="324" w:lineRule="auto" w:after="120" w:before="0"/>
        <w:jc w:val="left"/>
      </w:pPr>
      <w:r>
        <w:t>លោកគ្រូ នរេស៍ បាននិយាយប្រាប់ខ្ញុំពីរឿងរ៉ាវទំងនេះ ហើយវបានជរមះ មានាលសងស័យរបស់ខ្ញុំដែលែ់តែឆៃល់ពីរឿងមនុស្សខាះដែលរែរពឹត្តអំដពើអារកក់ ប្ត កាលដែលនៅរស់មិនបានទទួលទេសទ ឌអ្វីសោះ។ ហើយខ្ញុំក៏បានយល់ផងដែរថា ហេតុអ្វីបានជាព្រះអល់ឡោះដរបាសរែទនឱកាសជាច្រើនដល់មនុស្សគ្រប់គ្នា ដើម្បី សារភាពទេសកំរញសនិងផ្លាស់ប្រែខ្លួន ហើយចាប់ផ្តើមជីវិតជាងមី។ នេះជាការែង្ហាញ យ៉ាងចាស់ពីភាពយញត្តិធម៌ាដែលព្រះមានចំពោះយើងរល់គ្នា។ កាលពីខ្ញុំនៅជា កាតូលិក ខ្ញុំែ់គិត្ថាខ្ញុំបានយល់ចាស់ហើយពី ជីវិតលោកិយ និងជីវិតទាំងអស់កលប។ គេបផងមទំងែដរងៀនខ្ញុំថា លោកយេស៊ូសែ់ដើម្បីសង្គ្រោះយើងប៉ុន្តែនៅក្នុងសាសនា អ៊ីស្លាមវិញខ្ញុំបានដឹងថា មនុស្សរល់គ្នាត្រូវទទួលខញសត្រូវនូវអ្វីដែលខ្លួនបានរែរពឹត្ត ដរៀងៗខ្លួន ហើយគេនឹងទទួល្លបុណ្យ ឬការធ្វើទេសនៅត្តមានោះដែរ។ មើលនៅ មានភាពសមហេតុល ហើយការយល់ដឹងពីរឿងនេះក៏ធ្វើឱ្យចិត្តគំនិតខ្ញុំត្រូវបានរបស់ ឱ្យមានជីវិតឡើងវិញដែរ។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ចំដ ះដឹងងមីទំងនេះបានចូលមកកមចត់ទាំងអស់ការយល់ខញសពីមញនមក ហើយក៏ ធ្វើឱ្យខ្ញុំបានដឹងថាត្រូវទញករឿងណាជារឿងសំខាន់សម្រាប់ជីវិត។ ខ្ញុំចាប់ផ្តើមចំណាយ ពេលដវោយ៉ាងច្រើនែប្នថមទៀតដើម្បីសិក្សាពីសាសនា។ ជាធមមត្តខ្ញុំប្តផងដងើពីព្រឹក ដើម្បីហត់របាប៉ុន្តែនៅពេលចូលអ៊ីស្លាមខ្ញុំត្រូវថោយែងគំជាន់ដម៉ាងជាមួយការ ហត់របាន ខ្ញុំពនាដម៉ាងហត់របាន ដោយគិត្ពីការថោយែងគំជាធំ។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ែ៉ាញនាមានឆ្នាំមញនខ្ញុំទទួលសាសនាអ៊ីស្លាម ខ្ញុំជាត្នតីករដ៏ញល្ញសម្នាក់ ហើយក៏ែ់បានចូលរួមការរែគញំត្នតីជាច្រើនដង ត្បិត្អីខ្ញុំជាអ្នកលែងរគីត្តផងនិងជាអ្នក ចដរមៀងផង។ ប៉ុន្តែនៅពេលដែលខ្ញុំបានចូលសាសនាអ៊ីស្លាម ខ្ញុំបានដបាះែង់ទំងការ លែងរគីត្តទំងការដរចៀង ហើយយកពេលមកដរៀនសូត្រព្រះគម្ពីរគួរអានជាភាសា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អារ៉ែ់ ដែលជាភាសាដើមដែលព្រះបើកែង្ហាញមក។ ដោយការទទួលខញសត្រូវក្នុង នាមជាសោមីម្នាក់ផង ជានិសសិត្វិស្វកម្មផង ពេលនោះខ្ញុំទើបតែមានអាយញ២១ឆ្នាំ ខ្ញុំពិត ជាមមញឹកខ្លាំងររូតោមានពេលនៅធ្វើអ្វីដ្សងទៀតសោះ។ ប៉ុន្តែដោយការចងអញលែង្ហាញពីព្រះអល់ឡោះ ខ្ញុំចាប់ផ្តើមានឹកចង់ែដរងៀនែនតនូវចំដ ះដឹងសាសនាដែលខ្ញុំ មានែនតិចែនតួចនោះ។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នៅពេលខ្ញុំរត្ឡែ់នៅរែទេសដវដ រសញយដអ្ឡាវិញ ក្រុមគ្រួសារខ្ញុំមិនមាន នរណាម្នាក់ដឹងពីសាសនាអ៊ីស្លាមសោះឡើយ។ ពួកគាត់តែងតែមើលខ្ញុំថោយែងគំ ដោយមិនថាអី ឬែនតញះែង្ហអែ់ខ្ញុំឡើយ។ ខ្ញុំបានដចញពីរែទេសកំដើត្នៅសររដឋ អាដមរិកទាំងអស់ជាង៤ឆ្នាំ ដូចនេះហើយឪពុកម្តាយខ្ញុំនិងប្អូនប្រុសរសីទាំងអស់អស់ គិត្តែពី រីករយចំពោះការវិលរត្ឡែ់មកជួជញំគ្នាវិញ ហើយពួកគាត់នៅតែទទួលយកខ្ញុំដូចមញន 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ចំពោះការង្ហរខ្ញុំនៅដវដ រសញយដអ្ឡាវិញ ខ្ញុំបានសញំការអ្នញ្ញាត្ពីអ្នកចត់ ការទូនៅរបស់ខ្ញុំ ដើម្បីថោយែងគំប្រហែលជា៥នាទីនៅក្នុងែនែ់ធ្វើការ។ កាលនោះខ្ញុំ គិត្ថាមានតែខ្ញុំម្នាក់ដៃលជាអ្នកមូស្លីមជនជាតិដវដ រសញយដអ្ឡា ហើយធ្វើការក្នុង ឧសារកមមដរែងនៅក្នុងឆ្នាំ១៩៨២។ ខ្ញុំអ្ធិឋនដល់ព្រះអល់ឡោះជាម្ចាស់ សូម ទ្រង់ពរងឹងខ្ញុំឱ្យមានភាពខែ់ខ្លួនក្នុងការែដិត្តិ ដោយពេលនោះមានការលបួង អូសទញជាច្រើនបានកើតឡើងមកដលើខ្ញុំជាញឹកញែ់។ ដោយព្រះគុណ និងសេចក្តី ដរបាសមេត្តារបស់ព្រះអផងគ ខ្ញុំនៅតែរក្សាបានដោយមិនឱ្យមានអ្វីមកដែត្ដែនឡើយ។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មកទល់ពេលនេះ ជាង៣០ឆ្នាំហើយដែលខ្ញុំបានមកកាន់សាសនាអ៊ីស្លាម ខ្ញុំ នៅតែមានសេចក្តីអំ រជាពន់ដពកណាស់ ដែលខ្ញុំបានសម្រេចិត្តកាន់សាសនា អ៊ីស្លាម។ ខ្ញុំកាន់តែមានអារមម ៍ក់នៅដបផងមទៀត នៅពេលខ្ញុំដើញមនុស្សនៅជញំវិញ ខ្លួនខ្ញុំចូលសាសនាអ៊ីស្លាមដសើរដរៀងរល់ថ្ងៃ។ រល់ការសរដសើរត្ដមើងទាំងអស់អស់សូម ថោយដល់ព្រះអល់ឡោះ! ជាព្រះម្ចាស់ននរល់សពេសារដពើ! សាសនាអ៊ីស្លាមបាន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កាយជាសាសនាដែលរីកដញះោលដលឿនជាងគេំញត្ដលើលោកនេះ! មកទល់ពេល នេះមានតួដលខកំដើនអ្នកចូលសាសនាច្រើនែំញត99បើទេះជាសាសនាអ៊ីស្លាមាន អ្នកសពោយសាសនា និងមដធាបាយក្នុងការ្សពោយតិចតួចបើដរែដធៀនឹង សាសនាដនទជាពិសេសសាសនារគិសត។ ខ ៈពេលដែលសាសនាអ៊ីស្លាមកំពញងរីក សាយភាយយ៉ាងខ្លាំងដោយងាយនោះ សាសនារគិសតហក់មិនមែនជាគូរែប្ជងឡើយ បើទេះជាពួកគេមានធនាននិងសកម្មភាពសពោយដកៀវកាយ៉ាងណាកដី។ ខ្ញុំសូម លើកយករឿងមួយជាការដរែដធៀរវងការចូលសាសនាអ៊ីស្លាម និងការចូល សាសនារគិសត ដែលសាសនាទំងពីរនេះមានអ្នកែដិត្តិនៅជញំវិញពិភពលោក ដើញ ថា សាសនារគិសតភាគច្រើនទក់ទញបានអ្នកដែលមានករមិត្ជីវភាព។ ពួកគេត្រូវគេ អូសទញឱ្យចូលវិហរដោយសារតែភាពក្រីក្រហើយគេដល់ឱ្យនូវជំនួយនានា ហើយ គេតែងតែលើកឡើងពីភាពលអរបស់គេ ដោយសារតែគេសញខចិត្តចាកចេញពីះ សប្មបងឯរែទេសអ្នកមាន ហើយមកធ្វើការនៅរែទេសក្រីក្រវិញ។ បើយើងង្ហកមក មើលសាសនាអ៊ីស្លាមវិញ អ្នកដែលចូលសាសនាអ៊ីស្លាមគឺមានគ្រប់ឋានៈសងគម ទំង អ្នករក អ្នកមាន អ្នកលបីលាញ អ្នកវិទាសាសតែញ្ញាវនត សូមបីតែមនុស្សខាះដែល លះែង់ទាំងអស់សមបត្តិលោកិយ ដូចជែពេជិត្សាសនាគ្រិស្តខាះក៏បានចូលសាសនា អ៊ីស្លាមដែរ។ យ៉ាងនេះហើយសេចក្តីជំនឿរបស់ខ្ញុំកាន់រឹងមំខ្លាំងឡើងៗ ដោយខ្ញុំបានដើញ ថា ព្រះអល់ឡោះទ្រង់កំពញងែំដពញសេចក្តីសនារបស់ទ្រង់ដូចមានប្ចងថា៖ ពួកគេ នោះចង់ពនាត់ពនានៃព្រះអល់ឡោះ ដោយសមដីរបស់ពួកគេ។ ប៉ុន្តែបពះអល់ឡោះទ្រង់ នៅប្តែំភាពនាននទ្រង់ឱ្យដពញែរិ ៍ ទេះជាពួកអ្នកដែលមិនដជឿមិនដពញចិត្តក៏ដោ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99 ចំនួនននកំដើនអ្នកកាន់សាសនាអ៊ីស្លាម គឺដសមើនឹងចំនួនកំដើនអ្នកកាន់សាសនាដ្សងៗទៀតែកសរញែចូលគ្នា។ ដយងត្តមកាប្សត Sunday Tmes ចំនួនអ្នកនៅព្រះវិហរអ៊ីស្លាមានៅចរកភព អផង់គោសមានរែម ៩៣០ ០០០ នាក់ បើដរែនឹងចំនួនអ្នកនៅវិហរសាសនារគិសតដែលមាន រែម ៩១៦ ០០០ នាក់ ទំងដែលចរកភពអផង់គោសជារែទេសដែលភាគច្រើនជារគិសតែរិស័ទ។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 ហើយព្រះអផងគជាអ្នកដែលចត់ែញ្ចូនអ្នកនាំសាររបស់ទ្រង់ (ដោយនាំយកមក) ជាមួយនឹងការចងអញលែង្ហាញ និងសាសនាដ៏ពិតប្រាកដ ដើម្បីឱ្យសាសនានេះដលច រតប្តែឡើងដលើសាសនានានា ទេះជាអ្នកដែលដោរពពរញទេពមិនដពញក៏ដោយ។ (គួរអាន ៦១:៨-៩) អ្នកដែលសិក្សាពីគម្ពីរែរិសញទធ របាកដជានឹងបានដើញហើយ សេចក្តែដរងៀន មួយចំនួននៅក្នុងគម្ពីរែរិសញទធគឺមានតែអ្នកមូស្លីមដដៃលអ្នញវត្តន៍ខែ់ខ្លួន។ នៅក្នុង គម្ពីរែរិសញទធ លោកយេស៊ូ ក៏ដូចជាព្យាការីជំនាន់មញនៗដែរ ពួកលោកតែងតែរក្សែកាយ ចុះនៅពេលថោយែងគំព្រះ(លោកុប្បត្តិ ១៧:៣ និង ម៉ាថាយ ២៦:៣៦) អ្នកមូស្លីមានៅ តែថោយែងគំរដែនេះមកដល់សពេថ្ងៃ។ ដូចគ្នាដែរ មានតែសតីមូស្លីមដដៃលនៅទទូរ រកណ្តែ់ែទបទាំងកាលរបស់នាង ដែលមានប្ចងក្នុងគម្ពីរែរិសញទធ ខ ៈដែលសតីជា រគិសតែរិស័ទភាគច្រើនមិនចាប់អារមម ៍ែដិត្តិ ទំងដែលនាងម៉ារីជាសតីវិដសស ដលើសគេនាងប្តផងទទូររកណ្តែ់បទាំងជានិច្ច។(ែទចដរមៀង ៤:៩ និង ១កូរិនងូស ១១:៥) សូមបីប្តោថា សូមឱ្យអ្នករល់គ្នាបានរែកែដោយសេចក្តីសុខសាន្ត ជាពាកយ ដែលលោកយេស៊ូប្រើដើម្បីរវកិច្ចនោះ(លូកា ២៤:៣៦) ក៏អ្នកមូស្លីមានៅតែប្រើ រីឯ រគិសតែរិស័ទវិញតែងតែសោគមាន៍គ្នាដោយពាកយ សួសដី ឬ ជរមែសួរ វិញ។ ហើយក៏ នៅមានកិច្ចសាសនាមួយចំនួនដែលអ្នកមូស្លីមានៅដិត្តិដល់សពេថ្ងៃដូចជា ការយក ទឹក វូឌូ (ជាការយកទឹកសមអតខ្លួនមញនថោយែងគំ), ការក្សាត់ប្សបកចញងអផងគជាតិញរស, ដចៀសវងទទួលទនសាច់រជូក និងសតេដែលមិនបានសមែ់ត្រឹមត្រូវ។ល។ ោមានអី គួរឱ្យសងស័យសោះឡើយថា អ្នកដែលែដិត្តិពិត្របាកតែតមព្យាការីយេស៊ូ និង ព្យាការីជំនាន់មញនដ្សងៗទៀត គឺអ្នកមូស្លីមានេះហើយ។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ការផ្លេ់ក្របជំសនឿ របេ់ខ្ញុំបានជះឥទធិពល ដ្ល់អនកដ្នទសទៀត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ទទួលបានការដរបាសរែទនដ៏នរកប្លង អំពីព្រះអល់ឡោះ ជាម្ចាស់ ខ្ញុំមានកមទាំងចិត្តជាខ្លាំងក្នុងការ្សពោយព្រះរជ សារចញងក្រោយរបស់ព្រះអផងគ នៅកាន់ទាំងអស់អ្នកដែលមិនែ់ បានឮពីមញនមក។ កាលពីខ្ញុំដចញមកសពោយដំែងនោះ ខ្ញុំមិនជោគជ័យែ៉ាញនាមានទេ មានអ្នកនិយាយចំអ្កលែងដសើចមកខ្ញុំ ហើយអ្នកខាះទៀតប្រាប់ខ្ញុំឱ្យនៅសពោយឱ្យ ក្មេងៗសាដែ់នៅ ត្បិត្អីមនុស្សចស់មានូវរបស់គាត់ហើយ។ មួយរយៈនោះ អ្នកដែលោំរទនិងដល់កមទាំងចិត្តខ្ញុំគឺមានតែភរិយខ្ញុំម្នាក់គត់ ដែលរួមជំនឿដលើសាសនាអ៊ីស្លាម ជាមួយខ្ញុំ។ នៅក្នុងឆ្នាំ១៩៩០ ខ្ញុំក៏រត្ឡែ់មកសហរដ្ឋអាមេរិកវិញដើម្បែនតថានក់អ្នញែ ឌិត ប្នកវិស្វកម្មានៅសាកលវិទាល័យ A&amp;M ក្នុងរដឋតិចសាស់។ ការមកវិញលើកនេះ ខ្ញុំ ត្តំងចិត្តថានឹងខំរែងឱ្យទាំងអស់ពីលទធភាពក្នុងការែដងើនចំដ ះដឹងអ៊ីស្លាម។ ខ្ញុំបាន អ្នញវត្តន៍ត្តមកមមវិធីរទឹករេនចំដ ះដឹងអ៊ីស្លាម ដែលខ្ញុំែដងើត្ឡើងដោយខ្លួនឯង ដោយមានឯកសារជំនួយពីបណ្តាណល័យអ៊ីស្លាមាននវិទាសាថនរែ ីយ៉ាន។ ខ្ញុំក៏តែងតែ សរដសរសំបុត្រដើនៅក្រុមរគូសាររបស់ខ្ញុំនៅដវដ រសញយដអ្ឡាអំពីអ្វីដែលខ្ញុំបានដរៀន នោយ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ងមីៗទាក់ទងនឹងសាសនាអ៊ីស្លាម។ ជាកដីអំ រណាស់ នៅពេលខ្ញុំរត្ឡែ់នៅរសុក កំដើត្វិញក្នុងឆ្នាំ១៩៩២ ឳពញកមដយ និងែងប្រុសរបស់ខ្ញុំបានទទួលយកសាសនា អ៊ីស្លាម ក្រោយមកទៀតែអូនរសីខ្ញុំ២នាក់ ែអូនប្រុសម្នាក់ហើយមានកមួយប្រុសរបស់ខ្ញុំ ម្នាក់ទៀតក៏បានទទួលយកសាសនាអ៊ីស្លាមផងដែរ។ កាលនោះមានព្រះវិហរអ៊ីស្លាមងមីមួយទើបសាងសង់រួចរល់ នៅឯរកុង ការ៉ាកាស់រែទេសដវដ រសញយដអ្ឡា ដែលជាព្រះវិហរអ៊ីស្លាមធំជាងគេំញត្នៅ អាដមរិកឡាទីន។ ខ្ញុំបានដាក់សំដើរមួយនៅលោកអ្ភិបាលព្រះវិហរនោះ ដើម្បីសញំ អ្នញ្ញាតអ្ដញើញអ្នកមិនមែនមូស្លីមចូលនៅទសសនាក្នុងព្រះវិហរ និងប្សេងយល់ពី សាសនាអ៊ីស្លាមផង។ លោកអ្ភិបាលក៏យល់រពមានឹងសំដើរនេះ ហើយខ្ញុំក៏បាន ចត់ប្ចងដរៀចំកមមវិធីដោយមានការសរក្សារពីអ្ញីមញំរែចំព្រះវិហរ។ ការខិត្ខំរែង ប្រែងដរៀចំកមមវិធីរបស់ពួកយើងពិតជាជោគជ័យមែន ដោយមានអ្នកចូលរួមរែម ២៥០នាក់ ហើយខ្ញុំក៏បានធ្វើការអ្ធិយជាលើកដំែង ក្នុងការ្សពោយសាសនា អ៊ីស្លាមានៅកាន់ជនជាតិដវដ រសញយដអ្ឡា។ ខ្ញុំគិត្ថានេះជាលើកទីមួយក្នុងរែវត្តិ សាសតរបស់រែទេសដវដ រសញយដអ្ឡាហើយ ដែលមានទំងអ្នកកាន់សាសនាយូ, សាសនារគិសត, អ្នកោមានសាសនា និងអ្នកដ្សងៗទៀតមកអផងគញយជាមួយគ្នាសាដែ់ការ អ្ធិយអំពីសាសនាអ៊ីស្លាម។ ដោយព្រះគុណ នៃព្រះ កមមវិធីនេះជោគជ័យមិននឹក សាមានដល់ ត្បិតមានជនជាតិដវដ រសញយដអ្ឡាជាច្រើនបានទទួលយកសាសនា អ៊ីស្លាម។ កមមវិធីនេះនៅនតបរូត្ដល់សពេថ្ងៃ នរណាហើយដែលចង់សិក្សាអំពី សាសនាអ៊ីស្លាមានៅតែអាចនៅចូលរួមបាន។ នៅពេលដែលខ្ញុំនៅធ្វើការអ្ធិយនៅកន្លែងដ្សងៗ ខ្ញុំកត់សមគល់ដើញថា មានមនុស្សច្រើនណាស់ដែលចាប់អារមម ៍មកដលើសាសនាអ៊ីស្លាម ហើយមនុស្សជា ច្រើនបានទទួលយកសាសនាមួយនេះ។ អ្នកខាះទៀតពាយមយកឯកសារនានានៅ សិក្សាឱ្យបានកាន់តែចាស់ ដូចខ្ញុំកាលពី៣០ឆ្នាំមញនដែរ។ យ៉ាងណាក៏នៅមានអ្នកខាះ</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ទៀតដែលមិនទន់អាចទទួលយកសាសនាអ៊ីស្លាមបាន ដោយពួកគេនិយាយថាពួក គេនៅមានរឿងច្រើនណាស់ដែលពួកគេមិនអាចដបាះែង់ ឬឈែ់រែរពឹត្តបាន។ មក ដល់ចំ ញចនេះខ្ញុំចង់ជរមែដល់ទាំងអស់លោកអ្នកអានថា នៅពេលមនុស្សណាម្នាក់ ទទួលយកសាសនាអ៊ីស្លាម ជីវិតរបស់គេនឹងមិនផ្លាស់ែដូរគ្រប់យ៉ាងភាមៗនោះទេ វ មានខាះដែរ តែភាគច្រើនមិនបែរនឹងទេ។ ជាដរឿយៗ នៅពេលយើងែដរងៀនមនុស្ស ណាម្នាក់ ហើយដឹកនាំគេឱ្យនៅដកៀកជិត្នឹងព្រះ ឬនៅដកៀកជិត្នឹងអ្នកមានជំនឿដូចគ្នា ឬែដរងៀនពីមូលោឋនរគឹះននសេចក្តីជំនឿកដី ភាគច្រើនអ្នកដែលមកសាដែ់ការ អ្ធិយរបស់ខ្ញុំ តែងតែសួរសំ ួរដូចជា៖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តើដើម្បីឱ្យខ្ញុំកាយជាអ្នកមូស្លីមបាន ទល់តែខ្ញុំចេះនិយាយភាសាអារ៉ែ់មែនទេ? តើនៅពេលខ្ញុំកាយជាអ្នកមូស្លីមហើយខ្ញុំ ត្រូវកាយជាជនជាតិអារ៉ែ់មែនទេ? តើនៅពេលខ្ញុំកាយជាអ្នកមូស្លីមហើយខ្ញុំត្រូវប្ត ឈែ់ដជឿដលើលោកយេស៊ូ និងអ្នកមដយម៉ារីមែនទេ? ចដមើយមួយម៉ាត់ដែលអាចឆ្លើយសំ ួរទំង៣ខាងដលើនេះបានគឺ អ្ត់ទេ!។ សាសនាអ៊ីស្លាមជាសាសនាសាកល អ្នកមូស្លីមាននៅគ្រប់រែទេសទាំងអស់អស់ជញំវិញ ពិភពលោក ហើយរឿងភាសាវិញមិនជែញ្ញានោះទេ។ ក្នុងនាមជាអ្នកមូស្លីម គឺ ចំបាច់ត្រូវតែដជឿដលើលោកយេស៊ូ ដោយដជឿថាលោកជាព្យាការីដ៏ពិសិដឋម្នាក់ក្នុង ចំដណាមព្យាការីទាំងអស់អស់របស់ព្រះអល់ឡោះ រីឯអ្នកមដយម៉ារីវិញ គឺជាមដយរបស់ លោកយេស៊ូ ជានារីម្នាក់ដែលព្រះអល់ឡោះជាម្ចាស់លើកត្ដមើងនាងដលើសនារី ទំងឡាយ។ ជំហនទី១ដើម្បីកាយជាអ្នកមូស្លីមគឺសាមញានិងងាយរសួលណាស់។ ោមានអ្វី ដែលពិបាកសមញគសាមញច្រើនោមានកិច្ចពិធី ហើយក៏មិនចំបាច់ត្តំងសមាធិ ឬធ្វើអ្វីខញសពី ឆ្នាៈខ្លួនដែរ។ រឿងដែលត្រូវការចំបាច់ែំញត្ដើម្បីទទួលយកសាសនាអ៊ីស្លាមានោះគឺ ការមានជំនឿដោយសញទធចិត្ត និងសាដែ់បង្គាប់នៅចំពោះព្រះពិត្តែមួយអផងគត់។ ហើយ ក៏ទទួលសាគល់ថាព្រះជាព្រះអាទិករែដងើត្រល់សពេសារដពើ, ជាព្រះដែលរទទ្រង់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ចរកវឡនេះទំងមូល, ជាព្រះដែលជីវិតទំងឡាយសថិត្ដរក្សាមព្រះរសថទ្រង់, ជាព្រះ អ្ភិបាលដលើសពេសារដពើ, ជាព្រះដែលស័ក្តិសមានឹងយើងដោរពសកោរៈ, ជាព្រះដែល មានព្រះនាមដែលរែដសើរនរកប្លង, ព្រះអផងគមានព្រះដចសាដរញងរឿងជាអ្ដនកែបកា, ព្រះអផងគោមាននគេណែរែដសមើ, ោមានបុត្រោមានមត្តែត្ត ហើយក៏ោមានអ្វីអាចដរែ នឹងទ្រង់បានឡើយ។ ហើយក៏ត្រូវតែដបាះែង់ដចលឱ្យទាំងអស់នូវសេចក្តីជំនឿខញសឆ្គង ទំងឡាយ។ ក្រោយពេលដែលបានសច្ចាថា ោមានព្រះឯណាស័ក្តិសមានឹងដោរពសកោរៈក្រៅ ពីព្រះអល់ឡោះ ហើយមូហាំម៉ាត់ជាអ្នកនាំសាររបស់ព្រះអល់ឡោះ ហើយអ្វីៗដ្សង ទៀតគឺអាចសិក្សាបានដោយការអ្ត់ធមត់និងការពាយម។ បើនរណាហើយបាត់ែង់ ជីវិតក្រោយពីបានទទួលយកសេចក្តីជំនឿទំងនេះហើយ អ្នកនោះរែ់ថាជាអ្នក មូស្លីមហើយ ហើយសងឃឹមថាគេនឹងចូលសាថនសួគ៌ែរមសញខ ដោយសេចក្តីដរបាស មេត្តានៃព្រះអល់ឡោះជាម្ចាស់។ នៅពេលគេសច្ចាថា មូហាំម៉ាត់ជាអ្នកនាំសាររបស់ព្រះអល់ឡោះ មិនមែនមាន ន័យថាលោកជាព្យាការីតែម្នាក់គត់របស់ព្រះអល់ឡោះឡើយប៉ុន្តែលោកគឺជាព្យាការី ចញងក្រោយែងអស់ដែលព្រះបានចត់មកែនតពីព្យាការីជំនាន់មញនៗជាច្រើនរូរែ់ត្តំងពី ជំនាន់ព្យាការីអោំមក។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ោនាបដ្លអាច ឈរសជើងបានសោ សក្បើការបងខិតបងខំ</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អល់ឡោះដ៏ដពញព្រះដចសាដ បានមានព្រះមានបន្ទូលថា ោមាននរណាម្នាក់ ត្រូវបានគេងខិតែងខំឱ្យទទួលយកសាសនាអ៊ីស្លាមានោះឡើយ ដូច មានសេចក្តីបង្គាប់របស់ព្រះអផងគថា៖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ោមានការែងខិតែងខំឡើយនៅក្នុង សាសនា។ ពិតប្រាកដណាស់ ភាពត្រឹមត្រូវបានលេច្បាស់ជាងភាព ខញសឆ្គង។(គួរអាន ២:២៥៦) ព្រះអល់ឡោះក៏មានព្រះមានបន្ទូលថា៖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ចូរអ្នកដពាលថា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សេចក្តីពិត្គឺមកពីព្រះ ម្ចាស់ននពួកអ្នក។ ហើយបើអ្នកណាចង់(ដជឿ)ចូរឱ្យគេដជឿចុះ។ តែបើអ្នកណាមិនចង់ (ដជឿ)វិញ ចូរឱ្យគេមិនដជឿចុះ។(គួរអាន ១៨:២៩) សាសនាអ៊ីស្លាមក៏តែងតែជំរញ ឱ្យ មានការជប្ជកពិភាកា ដើម្បីដល់ជាចំដ ះដឹងមញននឹងទទួលយកសាសនានេះដូច ដែលព្រះមានែនូលថា៖ ចូរអ្នកអំពាវនាវ(មនុស្សលោក)នៅកាន់ មោ៌ាននម្ចាស់របស់ អ្នកដោយែញ្ញា និងការែដរងៀនត្តមវិធីសាសដ៏លអចុះ។ ហើយចូរអ្នកជប្ជក ជាមួយពួកគេត្តមរដែបណ្តែលរែដសើរែំញត។(គួរអាន ១៦:១២៥) 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វិហរក្សាតូលិកមួយចំនួនដែលអាចឈរដជើងមកដល់សពេថ្ងៃនេះ ដោយសារប្តែ់មានការក្សែ់សមែ់ែងូរ មជនសូត្រតផង់រែ់មញឺននាក់។ គួរឱ្យចប្មាកចិត្តណាស់ គ្រាន់តែនៅរែទេសរូឡង់មួយ មានមនុស្សជាង៣គ្នានាក់ត្រូវបានសមែ់ ដោយសារតែពួកគេមិនទទួលយកដោលជំនឿននវិហរក្សាតូលិក។ នៅក្នុងថ្ងៃទី ១៦ ប្ខ កញមភៈ ឆ្នាំ១៥៦៨ គ ៈដឹកនាំសាសនា(កាតូលិក)បាន សម្រេចដចទរែកាន់ និងកាត់ទេសរែហរជីវិតរែជាជនរូឡង់ទាំងអស់អស់ ដោយដចទ ពែដៃលមើសភូត្កញរក។ អ្នកដែលរួច្ញត្ពីការក្សាត់ទេសនេះគឺមានតិចតួចប៉ុណ្ណោះ ជា ពិសេសអ្នកដែលមានដ មះលបីលាញ ត្រូវបានគេលើកប្លង។ ១០ថ្ងៃក្រោយមក ក៏ មានដចញព្រះរជរកឹត្យអ្នញម័តឱ្យអ្នញវត្តន៍ជែនាន់ត្តមការក្សាត់ទេសខាងដលើ ដោយ មិនខេល់ពីអាយញ, ដភទ ឬលកខ ឌយ៉ាងណានោះទេ។ នេះជាការសមែ់រង្ហគលដ៏ធំ សដមបើមែំញត្មិនែ់មាន មនុស្សក្មេងចស់ប្រុសរសីជាង៣គ្នានាក់ ត្រូវបានគេ រែកាសទេសដោយសាលរកមមួយដែលមានអក្សរប្ត៣ែនាត់ប៉ុណ្ណោះ ហើយ ក្រោយពេលដែលដចញព្រះរជរកឹត្យ ការក្សែ់សមែ់ធ្វើឡើងកាន់តែដលឿនររ័ស។ មិនថាមនុស្សឋានៈខពស់ឬឋានៈតូចទែ ត្រូវបានគេអូសយកនៅសមែ់ែនតែនែ់ជា ដរៀងរល់ថ្ងៃ។ ក្នុងសេចក្តីសំបុត្រដែលលោកអាល់វ៉ា សរដសរនៅដលើលោកភីលីព បាន បា៉ាន់រែម ថា ក្រោយអំឡញងពេលសបាដរ៍ែរិសញទធ ដែលមានរយៈពេល៧ថ្ងៃ មាន មនុស្ស៨០០នាក់ត្រូវបានគេសមែ់។100 ក្រោយការរែរពឹត្តនៅននក្រុមរែការកុងនីដសៀរ គេបានសម្រេចថា នរណា ដែលកាន់កែ់និងប្រើរបាស់ក គម្ពីរដែលក្រុមរែកាមិនទទួលសាគល់ នឹងត្រូវមាន ទេស។ មួយឆ្នាំក្រោយការសម្រេចនេះ មានរគិសតែរិស័ទជាងមួយគ្នានាក់ត្រូវបាន សមែ់។ នេះគឺជាយញទធសាសតដែលសនត អាត្តណាសឺស101យកមកប្រើដើម្បរួម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100 ដកស្រង់ពីសៀវភៅ The Rse of the Ducth Republc, by John Lothrop Motley។ 101 Sant Athanasus of Alexandra ជាអ្នកដឹកនាំសាសនាកាតូលិក (ឆ្នាំ ២៩៣-៤៧៣ គ.ស.)។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រួមមរគិសតែរិស័ទកុំឱ្យបែកបាក់គ្នា។ បើយើងមើលនៅភាគច្រើនននពួកឧរកិដឋជន រែល័យពូជសាសន៍ ពួកគេមិនមានការជំរញ ពីសាសនានោះឡើយប៉ុន្តែខ្ញុំរនធត់ចិត្តជា ខ្លាំងនៅពេលដែលខ្ញុំរកដើញថាឧរកិដឋកមម និងអំដពើសាហវយង់ នង គឺមានរូភាព ដចញពីគម្ពីរែរិសញទធ ដូចមានសរដសរថា៖ ឥឡូវនេះ ចូរសមែ់ក្មេងប្រុសទាំងអស់អស់ ក្នុង ចំដណាមក្មេងតូចៗ ហើយសមែ់សតីទំងែ៉ាញនាមានដែលែ់បានរួមរស់ជាមួយ ប្រុសៗ ប៉ុន្តែ ត្រូវទញកជីវិតឱ្យ្សតីរកមញំ សម្រាប់អ្នករល់គ្នា គឺសតីដែលពញំបានរួមរស់ជា មួយែញរសណានៅឡើយ។(ជនគ្នា ៣១:១៧-១៨) ហើយព្រះមានែនូលទៀតថា៖ ចូរដដើរត្តមក្រោយគាត់ ហើយរែហរអ្នករកុងនេះនៅកុំអា ិត្មេត្តា និងរត្តបែ ី ពួកគេឡើយ! ចូរសមែ់ពួកគេទាំងអស់គ្នាឱ្យ្ញត្ពូជ គឺទំងចស់ ទំងកំដោះ ទំង រកមញំ ទំងក្មេង ទំង្សតី តែកុំែ៉ាះពាល់ទាំងអស់អ្នកដែលមានសញ្ញាដជើងក្រអកឡើយ។ ចូរ ចាប់ផ្តើមពីទីសកោរៈរបស់យើងនៅ!។ អ្នកទំងនោះក៏ចាប់ផ្តើមសមែ់ពួករពឹទធចរយ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ដែលនៅខាងមញខព្រះដំណាក់។(ដអ្ដសោស ៩:៥-៦) លោកយ៉ូដសេនិយាយនៅកាន់បណ្តាជនអ្ញីរសាអែលថា៖ ...ចូរប្រសកជ័យដោសឡើង!ត្បិព្រះម្ចាស់បានរែគល់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ទីរកុងឱ្យអ្នករល់គ្នាហើយ។ ...រីឯមស ប្រាក់ និងវត្ថញធ្វើពីលងាន ឬពីប្ដកទាំងអស់អស់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ត្រូវទញកជាចំប កថោយព្រះម្ចាស់ ហើយែញ្ចូលនៅក្នុងសមបត្តិរបស់ព្រះអផងគ។... ពួក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គេំផ្លាញអ្វីៗទំងែ៉ាញនាមានដែលមាននៅក្នុងទីរកុង ថោយផ្លដច់ដល់ព្រះម្ចាស់ គឺរែហរ មនុស្សទំងប្រុស ទំងរសី ទំងក្មេង ទំងចស់ ទំងដោ ដចៀម និងោដោយមញខដាវ។102(យ៉ូដសេ ៦:១៦-២១) ែនូលព្រះក្នុងគម្ពីរែរិសញទធមានប្ចងទៀតថា៖ ឥឡូវនេះ ចូរនៅវយរែហរជន ជាតិអាម៉ាដឡកចុះ។ ត្រូវែំផ្លាញអ្វីៗទំងែ៉ាញនាមានរបស់ពួកគេថោយផ្លដច់ដល់ព្រះម្ចាស់ ឥត្រត្តបែ ីឡើយ គឺត្រូវសមែ់ដចលទាំងអស់អស់ ទំងប្រុស ទំងរសី ទំងកូនក្មេង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102 មានអ្នកខាះលើកឡើងជាការវយរែហរថា សាសនាអ៊ីស្លាមរីកសាយភាយដោយប្រើមញខដាវ។ គួរចាប់អារមម ៍ផងដែរថា ក្នុងគម្ពីរែរិសញទធមានសរដសរពាកយថា ដាវ ចំនួន ៤០៦ ដង រីឯក្នុងព្រះ គម្ពីរគួរអានោមានសរដសរពាកយដាវ សូមបីតែមដង។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ទំងទរក ទំងដោ ទំងដចៀម ទំងអូដឋ និងោផង។(១សាំយូអែល ១៥:៣) ទរក របស់គេនឹងត្រូវចាប់ដបាកដខាចខីនៅចំពោះមញខគេ ាះរបស់គេត្រូវរឹអូសយកអ្វីៗទំង ទាំងអស់ ហើយប្រពន្ធរបស់គេក៏ត្រូវរំលោភដែរ។(ដអ្សាយ ១៣:១៦) អ្នករកុងសាម៉ារីនឹង ទទួលទេស ដរពាះគេបានែះដបាររែឆំងនឹងព្រះរបស់ខ្លួន។ ពួកគេនឹងដួលសែ់ ដោយមញខដាវ កូនក្មេងនឹងត្រូវគេជាន់ដខាចខី ហើយវះដពាះសតីមានគភ៌ា។103(រូដស ១៣:១៦) ជាក់ប្សដង គម្ពីរែរិសញទធ គឺជាគម្ពីរសាសនាតែមួយគត់ដលើលោកនេះដែលលើក ឡើងពីការសមែ់កុមារ, ដបាកកដមាចទរក និងវះដពាះសតីមានគភ៌ា។ ដោយមានខគម្ពីរ ទំងនេះក្នុងគម្ពីរែរិសញទធ វជាភសដញត្តងមួយយ៉ាងចាស់ថា គម្ពីរែរិសញទធត្រូវបានមនុស្ស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103 សាសនាអ៊ីស្លាមអ្នញ្ញាតឱ្យធ្វើ ជីហត (ចមទាំងក្នុងូវព្រះ) ដើម្បីទែ់ទល់និងការពារអ្នកទន់ ដខាយ ដូចជាសតី និងកុមារជាដើម មិនមែននៅសមែ់ ឬជាន់កដមាចពួកគេឡើយ។ ព្រះអល់ឡោះ មានព្រះមានបន្ទូលថា៖តើហេតុអ្វីបានជាពួកអ្នកធ្វើចមទាំងក្នុងូវព្រះ និង(ជួយ សង្គ្រោះ)ពួកដែលទន់ ដខាយ ក្នុងចំដណាមែញរសនិងសដី ហើយនិងក្មេងៗ(ដែលត្រូវគេំពាន)។(គួរអាន ៤:១៦) ការធ្វើ ជីហត ជាសកម្មភាពននការក្សារពារខ្លួនមិនមែនជាការរំលោភែំពាននោះឡើយ ព្រះអល់ឡោះមាន 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ហើយចូរពួកអ្នកធ្វើចមទាំងក្នុងូវព្រះ តទាំងទល់នឹងពួកដែលមកតទាំងនឹងពួកអ្នក ហើយចូរពួកអ្នកកុំដលមើសែំពាន ពិតប្រាកដណាស់ ព្រះអល់ឡោះ មិនសពេព្រះទ័យពួកដែលដលមើសែំពានឡើយ។(គួរអាន ២:១៩០) ជីហត ក៏ជាកិច្ចការមួយដែលធ្វើឡើងដើម្បីនាបាននូវដសរីភាព យ៉ាងដពញដលញ ក្នុងការអំពាវនាវបណ្តាជនទំងឡាយនៅកាន់ូវព្រះ ហើយ្ដល់ឱ្យពួកគេនូវ ជដរមើសក្នុងការទទួលយកជំនឿដោយោមានការែងខិតែងខំឡើយ។ ព្រះអល់ឡោះមានព្រះមានបន្ទូលថា៖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ោមានការែងខិតែងខំឡើយនៅក្នុងសាសនា។ ពិតប្រាកដណាស់ ភាពត្រឹមត្រូវបានលេច្បាស់ជាងភាព ខញសឆ្គង។(គួរអាន ២:២៥៦) ចូរអ្នកដពាលថា សេចក្តីពិត្គឺមកពីព្រះម្ចាស់ននពួកអ្នក។ ហើយបើ អ្នកណាចង់(ដជឿ)ចូរឱ្យគេដជឿចុះ។ តែបើអ្នកណាមិនចង់(ដជឿ)វិញ ចូរឱ្យគេមិនដជឿចុះ។(គួរអាន ១៨: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ក្រប្រែំនភា និងភូត្កញរកថាជែនូលព្រះ។104 ព្រះអល់ឡោះមានព្រះមានបន្ទូលថា៖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កដីវិនាសអ្នដរយគឺដល់ពួកដែលសរដសរគម្ពីរដោយនដពួកគេផ្លាល់ រួចនិយាយ ថា គម្ពីរនេះមកពីព្រះដើម្បែដូរវនឹងកនរមែនដិចែនដួច។ ហើយភាពវិនាសអ្នដរយនោះ កើតមានដល់ពួកគេ គឺដោយសារតែអ្វីដែលពួកគេបានសរដសរដោយផ្លាល់នដ។ ហើយការវិនាសនោះកើតមានដល់ពួកគេ ក៏ដោយសារតែកនរមដែលពួកគេទទួលបាន ដែរ។(គួរអាន ២:៧៩) ការែងខិតែងខំមិនត្រូវមានក្នុងសាសនាឡើយ ត្បិត្សាសនាគឺអារស័យដលើ</w:t>
      </w:r>
    </w:p>
    <w:p>
      <w:pPr>
        <w:spacing w:line="324" w:lineRule="auto" w:after="120" w:before="0"/>
        <w:jc w:val="left"/>
      </w:pPr>
      <w:r>
        <w:t>សេចក្តីជំនឿនិងដសរីភាពននការសម្រេចិត្ត បើសាសនាត្រូវគេទទួលយកដោយការែងខិតែងខំនោះវោមានន័យអ្វីសោះឡើយ។ មនុស្សគ្រប់គ្នាត្រូវតែទទួលបានឱកាសក្នុង ការដរជើសដរើសសាសនាណាមួយដែលគេមានជំនឿ ហើយជដរមើសទំងនោះគឺត្រូវ្ដល់ ឱ្យពួកគេដោយោមានភាពលដមអៀង និងការែងខិតែងខំឡើយ។ ដាវ កាំែត អាវញធដ្សងៗ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104 ដោយសារែញ្ញាខគម្ពីរទំងនេះ និងខមួយចំនួនទៀត វជារឿងដ៏អារកក់មួយដែលពួកអ្នកក្រប្រែ អត្ថបទគម្ពីរដោយនដពួកគេផ្លាល់ ហើយនិយាយដោយោមានភាពដអៀនខាមសថា នេះជែនូលព្រះ។ គេ ចត់ទញកគម្ពីរដូចសៀវភៅដ្សងៗដែលមនុស្សជាអ្នកនិពនធ ហើយពួកគេហ នែប្នថមែនថយ ឬលញែ ត្តមតែចិត្តពួកគេ។ ជាឧទររ ៍ក្នុងក គម្ពីរ ១សាំយូអែល ៦:១៩ សរដសរថា៖ ព្រះដយរូវ៉ា រែហរពួកដែត្ដសដម៉ាស ពីដរពាះពួកគេបើកមើលរិរបស់ព្រះដយរូវ៉ា។ ព្រះអផងគបានរែហរជីវិត គេទាំងអស់របាំមញឺនចិត្សិនាក់។ ខនេះជាការបកប្រែរបស់ព្រះគម្ពីរែរិសញទធភាសាប្ខមរឆ្នាំ២០១៦។ យ៉ាង ណាមិញក្នុងព្រះគម្ពីរប្ខមរសរមយឆ្នាំ១៩៩៧ និងការបកប្រែជាភាសាប្ខមរមួយចំនួនទៀត រពមទំង ការបកប្រែជាភាសាអផង់គោស, បារំង, អាលាម៉ាង់ និងអារ៉ែ់ បានសម្រេចថា ដោយសារតែមើលនៅខ នេះព្រះមានលក្ខណៈដោរនៅដពកក៏បកប្រែដោយែដូរជា រែហរមនុស្សចិត្សិនាក់ ឬ ចិត្សិក្នុង ចំដណាមរបាំមញឺននាក់ វិញ។ អ្នកបកប្រែទំងនេះយល់ថា គ្រាន់តែបើកមើលរិ ពញំគួរណាព្រះដាក់ ទេសដោយសមែ់ច្រើនដល់នៅរបាំមញឺននាក់នោះទេ។ នៅពេលែចចញែបនននេះ ទេះជាមានឧែករ ៍ ជំនួយក្នុងការបកប្រែឱ្យសញរកឹត្យ និងមានម៉ាសញីនដបាះពញមពឱ្យដូចដែះែត្ហើយគម្ពីរនៅតែមិនអាច រក្សាភាពដើមបាន ចុះទរមំកាលពីសម័យមញនដែលមានតែពួកបូជាចារ្យប៉ុណ្ណោះដែលគេអ្នញ្ញាតឱ្យ មើលគម្ពីរ តើយ៉ាងណានៅវិញ?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មិនមែនជារបស់ដែលត្រូវប្រើដលើអ្នកដែលមិនទទួលយកសេចក្តីជំនឿ105 ដោយការែងខិតែងខំពីវិហរក្សាតូលិកដែរ។ ព្រះអល់ឡោះទ្រង់បានបើកែង្ហាញរួចហើយនូវព្រះ រជសារចញងក្រោយរបស់ព្រះអផងគមកកាន់មនុស្សជាតិ៖ ោមានការែងខិតែងខំឡើយនៅក្នុង សាសនា។ ពិតប្រាកដណាស់ ភាពត្រឹមត្រូវបានលេច្បាស់ជាងភាពខញសឆ្គង។ (គួរអាន ២:២៥៦) សពេថ្ងៃនេះយើងបានដើញគ្រប់គ្នាហើយអំពែញ្ញាថានំដញៀន, ែញ្ញោត្កមម, ដចរកមម,ដពសាចរ, អំដពើពញករលួយ, រំលោភដសពសនថវៈ, ការស្រឡាញ់ដភដៃចគ្នា គឹ ជាដើមចមដចញពី កងេះការរែកាន់ខែ់នឹងជំនឿសាសនាក្នុងចិត្តគំនិត្មនុស្ស។ ដើម្បី ឱ្យរែទេសជាតិរីកចដរមើន មិនចំបាច់ត្រូវតែរែកាន់ខែ់នឹងជំនឿពីដូនត្តមកនោះទេ។ ហេតុនេះហើយខ្ញុំសូមលើកឡើងនូវជដរមើសមួយ ដែលអាចជួយ សង្គ្រោះជីវិតមនុស្ស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105 គម្ពីរែរិសញទធបានប្ចងដចទរែកាន់ដលើព្យាការី ដាវីឌ ថាបានរែរពឹត្តអំដពើរែល័យពូជសាសន៍ ទំង ដែលត្តមពិត្លោកជាដសដច និងជាព្យាការីសញចរិតម្នាក់។ ក្នុងក គម្ពីរ ២សាំយូអែល ១២:២៩- ៣១ សរដសរថា៖</w:t>
      </w:r>
    </w:p>
    <w:p>
      <w:pPr>
        <w:spacing w:line="324" w:lineRule="auto" w:after="120" w:before="0"/>
        <w:jc w:val="left"/>
      </w:pPr>
      <w:r>
        <w:t>ព្រះបាទដាវីឌរែមូលទ័ពទាំងអស់អស់នៅវយរកុងរ៉ាបាត ហើយដដ ដើមយក បាន។ ព្រះបាទដាវីឌយកបានមេញដដែលសថិត្នៅដលើព្រះសិរសាដសដចរបស់ជនជាតិអាំម៉ូន។ មេញដនោះ ធ្វើអំពីមស ទម្ងន់ជាងសាមសិរបាំគីឡូរក្សាម ហើយមានោំត្បូងដពរជទៀតផង។ គេយកមេញដនោះ មកែំពាក់ដលើព្រះសិរសារបស់ព្រះបាទដាវីឌ។ ព្រះបាទដាវីឌក៏រឹអូសយកជយភ័ ឌយ៉ាងច្រើនពី រកុងនោះ។ រីឯរែជាជននៅរកុងនោះវិញ ព្រះបាទដាវីឌបានដកៀរយកមកធ្វើជាដឈើយ រពមទំងែងខំ ពួកគេឱ្យអារដឈើ់ងម កែ់អ្ញស និងធ្វើឥដឋ។ ព្រះបាទដាវីឌធ្វើដូចនេះ ចំពោះរកុងឯទៀតៗរបស់ជន ជាតិអាំម៉ូនដែរ។ ែនែ់មក ដសដចវិលរត្ឡែ់នៅរកុងដយរូសាឡឹមវិញ ជាមួយកងទ័ពទំងមូល។ ដូចគ្នាដែរបើមកអានក គម្ពីរ ១របាកសរត ២០:៣ វិញសរដសរថា៖ រីឯរែជាជននៅក្នុងរកុងនោះវិញ ព្រះបាទដាវីឌបានជដនៀសយកមកជាដឈើយ ហើយែងខំឱ្យអារដឈើ ោ់ងម កែ់អ្ញស។ ព្រះបាទដាវីឌ រែរពឹត្តដូចនេះ ចំពោះរកុងឯទៀតៗរបស់ជនជាតិអាំម៉ូនដែរ។ ែនែ់មក ដសដចវិលរត្ឡែ់មករកុង ដយរូសាឡឹមវិញ ជាមួយកងទ័ពទំងមូល។ នៅពេលអានរួចធ្វើឱ្យយើងឆៃល់ថា តើពិភពលោកមាន សន្តិភាពដមដចបានបើអំដពើអ្មនុស្សធម៌ា អំដពើរែល័យពូជសាសន៍ត្រូវបានគេញ្ចូលនៅក្នុងគម្ពីរ សាសនា ហើយបផងមទំងថាព្យាការីព្រះជាអ្នករែរពឹត្តផងនោះ?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 អាចសាដរសមបទមនុស្សដញៀនរសាបាន ហើយសំខាន់ទៀតនោះគឺអាចរួមរងួមក្រុមគ្រួសារ និងសងគមជាតិបាន។ ព័ត៌ាមានដ៏គួរឱ្យរនធត់ចិត្តមួយកាលពីឆ្នាំ២០០២ ទក់ទិននៅនឹងវិហរក្សាតូលិក នៅឯសហរដ្ឋអាមេរិក ដែលមានបូជាចារ្យមួយចំនួនបានរែរពឹត្តអំដពើរែទូសដករខាមស នៅលើកុមារសូត្រតផង់។ អ្វីដែលគួរឱ្យភាក់ដ្អើលនោះគឺ ពួកគេ ៈអ្ភិបាលននែញរី វ៉ាទីកង់106 មិនបានបផងាងសារដថោលទេសថាជាអំដពើដោរនៅអ្មនុស្សធម៌ាឡើយាញយ នៅវិញពួកគេពាយមែទបទាំងរឿងនេះ ដោយប្រើលុយនៅំែទមត់ជនរងគ្រោះ។ របាយការ ៍មួយដែលដចញាយែ៉ាញនាមានឆ្នាំមញននេះែង្ហាញថា មានពួកបូជាចារ្យច្រើន ជាង៥ភាគរយនៅទូទំងសររដឋដែលមានែដៃលមើសរែទូសដករខាមសកុមារ។ យ៉ាង ណាមិញ ច្រើនឆ្នាំកនាងនៅទើបដំ ឹងនេះកាយជាព័ត៌ាមានដែលដឹងសញសសាយទូលំ ទូយ។ មនុស្សជញំវិញពិភពលោកាន់តែមានការរនធត់ចិត្តបផងមទៀតនៅក្នុងឆ្នាំ ២០០៤ ដោយមានរបាយការ ៍មួយែង្ហាញថា ក្នុងរយៈកាល៥០ឆ្នាំកនាងនៅនេះ មានពួកបូជាចារ្យច្រើនជាង៤០០០នាក់នៅសររដឋ មានជែ់ទាក់ទងនឹងែដៃលមើសរែទូសដ ដករខាមសកុមារ។ សថិតិនេះគួរឱ្យចាប់អារមម ៍ខ្លាំងមែនប៉ុន្តែមិនគួរឱ្យភាក់ដ្អើលនោះ ឡើយ។ ោមានអ្វីគួរឱ្យសងស័យឡើយ បើមានកត្តតណាមួយគួរឱ្យែដនាសនោះ គឺគួរែដនាសគម្ពីរែរិសញទធតែមដង។ វសំខាន់ដែលលោកអ្នកអានទាំងអស់គ្នាត្រូវដឹងថា ដៃងើ អារកក់ដៃងើបែទំងឡាយ មិនមែនសញទធតែរែរពឹត្តដោយមនុស្សមិនដឹងអីនោះទេ។ គម្ពីរែរិសញទធប្ចង្ដល់គំនិតឱ្យរែរពឹត្តអ្សីលធម៌ា ដូចមានក្នុងសាច់រឿងននក គម្ពីរ អេសេគាល ២៣:១ ជាដើម។ អំដពើត និងសាហយសមាន់ គឺជាដៃងើ២យ៉ាងដែល អារកក់ ហើយត្រូវបានគេដចទរែកាន់នៅដលើព្យាការីរបស់ព្រះថាបានរែរពឹត្តបឿងទំង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106 ែញរីវ៉ាទីកង់ជារដឋសេយ័ត្មួយដែលដឹកនាំដោយគ ៈអ្ភិបាលននសាសនាកាតូលិក ជា មជ្ឈមណ្ឌលកណែលននសាសនាកាតូលិក។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 ជាការពិត ក្នុងនាមយើងជាអ្នកមូស្លីម យើងែដិដសធទំងរសុងចំពោះគំនិត្ថា ព្យាការីរបស់ព្រះបានរែរពឹត្តដៃងើដ៏ដសាមគដរោកនេះ។ ខ្ញុំែ់បានសួរសំនួរខាងដរក្សាមានេះ នៅកាន់រគិសតែរិស័ទខាះដែលកំពញងរស់នៅ ក្នុងរែទេស ឬសរគមាន៍ដែលគេទទួលសាគល់ជាទូនៅថាគម្ពីរែរិសញទធជា គម្ពីរដ៏វិសញទធែំញត។ ខ្ញុំបានសួរពួកគេថា៖ ហេតុអ្វីបានជាអ្រត្តននោត្កមម, ការរំលោភដសពសនថវៈ , ដចរកមម, ែញ្ញាមនុស្សដញៀនរសា107, ដពសាចរ, ការស្រឡាញ់ដភដៃចគ្នា, សាហយសមាន់ និងអំដពើពញករលួយជាដើម មានអ្រត្តខពស់ដមា៉ាះ បើដធៀនឹងរែទេសដែល យកព្រះគម្ពីរគួរអានជាដោល? នៅពេលខ្ញុំសួរយ៉ាងនេះ ពួកគេភាគច្រើនមានការភាក់ ដ្អើលដរពាះមិនដែលនឹកគិត្ដរែដធៀគ្នាយ៉ាងរនឹងសោះ។ ជាឧទររ ៍ នៅពេលដែលខ្ញុំសនានាជាមួយជនជាតិអាដមរិកទាំងម្នាក់ ខ្ញុំលើក ឡើងពីរឿងមួយនៅរែទេសអារ៉ែ ីសាអូឌីត្ដែលកាត់ទេសរែហរជីវិតដលើឧរកិដឋជន ៧នាក់ ដែលរំលោភ្សតីម្នាក់ដរក្សាមឥទធិពលននដរគឿងរសវឹង។ ខ្ញុំប្រាប់គាត់ថា នេះជា លទធ្លនៅពេលដែលចែ់ត្រូវបានគេយកមកអ្នញវត្តន៍យ៉ាងដពញដលញ នោះអាច ជួយ សង្គ្រោះសតីជាច្រើនឱ្យរួច្ញត្ពីរកញាំពួកឧរកិដឋជនទំងនោះ។ គាត់សាដែ់ហើយ ក៏រែក្រកនឹងខ្ញុំថា ចែ់នេះតឹងរឹងដពកមិនអាចយកមកអ្នញវត្តន៍នៅសររដឋបាន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107 អ្នកែំនភាគម្ពីរបានែំពានយ៉ាងខ្លាំងនៅដលើលោកយេស៊ូដោយការរែមងនិងមើលងាយែំញត ដែលោមានអ្នកមូស្លីមណាអាចរទំបាននោះគឺការនៅលោកថា ជាមនុស្សដោមភសញី និងរែមឹក ដោយ សរដសរថា៖ កូនមនុស្សបានមកទំងែរិដភាគ និងឹករសា ហើយអ្នករល់គ្នាថា មើលចុះ! អ្នកនេះជា មនុស្សដោមភសញីហើយជាមនុស្សរែមឹក ជាសមាញ់របស់អ្នកទរពនធនិងមនុស្សមានបែ។ (លូកា 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៣៤) បើយើងមើលក្នុងក គម្ពីរ សញភាសិត ២០:១ សរដសរថា៖ សញររប្មងធ្វើឱ្យមនុស្សដកអងកាអង ហើយដរគឿងរសវឹងតែងតែធ្វើឱ្យមនុស្សឡូឡា។ មនុស្សរែមឹកមិនអាចធ្វើជាអ្នករបាជ្បានឡើយ។ យើងគិត្រសនមមិនកើតសោះថាតើមនុស្សជាតិក់ដល់ករមិត្ណា បើនាំគ្នាដជឿថា ព្យាការីដ៏ពិសិដឋ របស់ព្រះដូចជាលោកយេស៊ូ គឺជាមនុស្សរែមឹក។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136 ---</w:t>
      </w:r>
    </w:p>
    <w:p>
      <w:pPr>
        <w:spacing w:line="324" w:lineRule="auto" w:after="120" w:before="0"/>
        <w:jc w:val="left"/>
      </w:pPr>
      <w:r>
        <w:t>ឡើយ។ ខ្ញុំបានប្រាប់គាត់អំពីសថិតិវការមួយនៅក្នុងរែទេសរបស់គាត់ដែលែង្ហាញថា គិត្រតឹម៨ប្ខចញងក្រោយនេះ មានសតីច្រើនជាងកនាះគ្នានាក់ត្រូវបានគេចាប់ រំលោភ។ គាត់ភាក់ដ្អើលយ៉ាងខ្លាំងហើយក៏ទទួលសាគល់ពីឥទធិពលនិងរែសិទធភាពនន ចែ់សាសនាអ៊ីស្លាម។ បើខ្ញុំមានឱកាសជប្ជកនឹងគាត់មដងទៀត ខ្ញុំនឹងប្រាប់គាត់ថា នៅក្នុងសាសនាអ៊ីស្លាម ឧែមបើមានអ្ញីមញំណាម្នាក់រំលោភកុមារ ដូចពួកបូជាចារ្យវិញ គាត់នឹងត្រូវគេរែហរជីវិតដោយមិនពនារពេឡើយ ដើម្បីសង្គ្រោះកុមារដ្សងៗ ទៀតដែលមិនទន់បានជួរឿងនេះ។ ដោយខ្ញុំបានទទួលយកសាសនាអ៊ីស្លាម ខ្ញុំពិត ជាមានអំ រក្នុងចិត្តបកនិយាយអ្វីមិនត្រូវ ហើយខ្ញុំមានដមទនភាពណាស់ដែលបាន កាយជាអ្នកមូស្លីម។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លិខិតចំហជ៊ូនដ្ល់េសមដចបាប និង សមដឹក្នាំពិភពសោក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ខ្ញុំសូមចាប់ផ្តើម ក្នុងព្រះនាមព្រះអល់ឡោះ ទ្រង់ដ៏សប្បុរស ដ៏មេត្តាករុណា។ សូមព្រះអផងគរែទនពរដល់ទាំងអស់អ្នកដែលដដើរត្តមមោ៌ាដែលត្រឹមត្រូវ។ ខ្ញុំសូមសប្មដងការអំពាវនាវនិងអ្ដញើញដល់សដមដចបា៉ែ និងដមដឹកនាំពិភព- លោកទាំងអស់អស់ ជាពិសេសដល់អ្នកដែលដឹកនាំនិងគ្រប់រគងដលើមនុស្សរែ់គ្នានាក់ ននសាសនាទាំងអស់អស់ និកាយលទធិនានា ខ្ញុំសូមអ្ដញើញទាំងអស់លោកអ្នកឱ្យទទួលយក សាសនាអ៊ីស្លាម។ នៅពេលមកកាន់សាសនាអ៊ីស្លាម លោកអ្នកនឹងបានសង្គ្រោះពី ទណ្ឌកម្មានៃព្រះ ហើយនឹងទទួលបានការដរបាសរែទនពីព្រះអផងគនូវសាថនសួគ៌ែរមសញខ។ បើលោកអ្នកជាសាសន៍យូ ឬជារគិសតែរិស័ទ ព្រះអល់ឡោះនឹងដរបាស រែទនដល់លោកអ្នកទេឡើងនៅពេលដែលអ្នកទទួលយកសាសនាអ៊ីស្លាម។108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108 បណ្តាជនននគម្ពីរ សំនៅដលើអ្នកកាន់សាសនាយូ និងសាសនាគ្រិស្ត ត្រូវបានលើកឡើងយ៉ាង ពិសេសក្នុងព្រះគម្ពីរគួរអានដើម្បីនឹងអំពាវនាវពួកគេដោយការជប្ជក និងដើម្បីឱ្យពួកគេទទួលយក សាសនាអ៊ីស្លាម ព្រះអល់ឡោះមានព្រះមានបន្ទូលថា៖ ចូរពួកអ្នកកុំជប្ជករកខញសត្រូវជាមួយនឹងបណ្តា ជនននគម្ពីរ ក្រៅពីវិធី(ននការជប្ជក)ណាដែលលអរែដសើរែំញត។(គួរអាន ២៩:៤៦) ព្រះគម្ពីរគួរអានក៏ បានលើកឡើងថា គ្រិស្តែរិស័ទជាអ្នកនៅដកៀកជិតែំញត្នឹងអ្នកមូស្លីម៖ អ្នកដែលនៅដកៀកជិត្ននពួក គេ ហើយមានចិត្ដស្រឡាញ់ចំពោះអ្នកមានជំនឿ ដែលពួកគេបាននិយាយថា ពិតប្រាកដណាស់ ពួក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ព្យាការីមូហាំម៉ាត់លោកបានមានរែសាសន៍ថា៖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អ្នកដែលមកពីបណ្តាជនននគម្ពីរ (ពួកយូ ឬរគិសតែរិស័ទ) ដែលគេនោះមានជំនឿដលើព្យាការីរបស់ពួកគេ(លោក យេស៊ូ ឬលោកម៉ូដស) ហើយែនែ់មកគេដជឿដលើព្យាការីមូហាំម៉ាត់(ទទួលយក សាសនាអ៊ីស្លាម) នឹងទទួល្លបុណ្យទេឡើង។109 យ៉ាងណាមិញបើសិនលោកអ្នកែដិដសធការអ្ដញើញរបស់ខ្ញុំ លោកអ្នកនឹង ទទួលខញសត្រូវដលើដៃងើខ្លួន រពមទំងដៃងើរបស់អ្នកដរក្សាមបង្គាប់និងអ្នកដដើរត្តមលោក អ្នកផង។ មិនខញសពីបងប្អូនមូស្លីមរួមជំនឿរបស់ខ្ញុំឡើយ ព្រះអល់ឡោះទ្រង់បានរែទន ឱ្យខ្ញុំនូវកាត្ពេកិច្ចក្នុងការ្សពោយព្រះរជសាររបស់ព្រះអផងគ នៅកាន់មនុស្សជាតិ ទាំងអស់អស់នៅត្តមលទធភាពរបស់ខ្ញុំ។ ទ្រង់មានព្រះមានបន្ទូលថា៖ ចូរអ្នកដពាលថា ឱបណ្តា ជនននគម្ពីរ! ចូរពួកអ្នករត្ឡែ់មករកពាកយសំដីមួយដែលដសើមភាពគ្នារវងពួកយើង និង ពួកអ្នកគឺ ពួកយើងទាំងអស់គ្នាមិនត្រូវដោរពសកោរៈម្ចាស់ដ្សងពីព្រះអល់ឡោះ និង មិនត្រូវទញកអ្វីជាព្រះដសមើនឹងទ្រង់ឱ្យសោះ ហើយពួកយើងក៏មិនត្រូវយកគ្នាឯងធ្វើជាព្រះ ជាម្ចាស់ដ្សងពីព្រះអល់ឡោះដែរ។ តែប្រសិនបើពួកគេនៅតែបែរដចញ(ពីការអំពាវ នាវដ៏លអនេះ)ទៀត ចូរពួកអ្នក(អ្នកមានជំនឿ) និយាយនៅកាន់ពួកគេថា ចូរធ្វើនាល់ ងថា ពិតប្រាកដណាស់ ពួកយើងគឺជាមូស្លីម។ (គួរអាន ៣:៦៤) ក្រោយពីបានែង្ហាញភសដញត្តងសំខាន់ៗនៅក្នុងជំពូកមញនៗរួចមក លោកអ្នក ដែលមានចកខញវិស័យ និងែញ្ញាសាមរតីដែលអាចយល់បាននោះ របាកដជានឹងជួ រែសពេនៅកន្លែងមួយដែលព្រះអល់ឡោះទ្រង់បានដរៀចំជាដរសច ដើម្បីឱ្យមនុស្ស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យើងជារគិសតែរិស័ទ។ នោះគឺដោយសារតែពួកគេមួយចំនួនជាអ្នកចេះដឹងក្រៅរជះប្នកសាសនា និងជាអ្នកដោរពសកោរៈ ហើយពិតប្រាកដណាស់ ពួកគេនោះមិនរកអឺត្រកទមឡើយ។ (គួរអាន 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៨២) 109 និទនដោយ មូស្លីម ៣៤២។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គ្រប់គ្នាបានទទួលយកសេចក្តីពិត។ ជាងមីមដងទៀត ខ្ញុំសូមែញ្ញាក់ថា នេះគឺជា កាត្ពេកិច្ចនិងជាការទទួលខញសត្រូវរបស់ខ្ញុំ ក្នុងនាមជាមនុស្សម្នាក់ ដែលបានថោយខ្លួន របានិងចិត្តគំនិត រជកដរក្សាមែញាតិនិងការបង្គាប់របស់ព្រះអល់ឡោះ ជាព្រះប្ត មួយអផងគត់ ដែលមហសប្បុរស មហមេត្តាករុណា ដើម្បីនឹងអំពាវនាវដល់មនុស្ស គ្រប់គ្នាឱ្យដបាះែង់ដចលការដោរពសកោរៈព្រះកាយវិការកដី, ជំនឿជីវចល ឬអ្ជីវចលកដី និងអ្វីៗដ្សងទៀតដែលគ្រាន់តែជាការរែតិដឋឡើងរបស់មនុស្សប៉ុណ្ណោះ។ ក្រោយ ពេលសារភាពទេសកំរញសហើយ គ្រប់គ្នាត្រូវថោយខ្លួនរបានិងចិត្តគំនិត្ទំងរសុង នៅកាន់ព្រះអល់ឡោះ ជាព្រះពិត្តែមួយអផងគត់ ជាព្រះអាទិករែដងើត្នូវចរកវឡ ទំងមូល។ យើងក៏គួរចងចំដែរថា លុយកាក់ដ៏ច្រើនសនធឹកសនាធែ់, ដករតិ៍ដ មះ, ដំប ង តួនាទី និងអំណាចដែលអ្នកមិនមែនមូស្លីមាននៅក្នុងនដែលើលោកិយនេះ ត្តមពិត នៅវមិនគ្រប់រគ្នា់ និងមិនអាចទិញសំបុត្រចូលឧទានសាថនសួគ៌ាបានឡើយនៅថ្ងៃរលោក។110 អ្នកខាះជាអ្នកទីទ័លរកនៅដលើលោកិយនេះ ប៉ុន្តែគេបានធ្វើនាល់ថា</w:t>
      </w:r>
    </w:p>
    <w:p>
      <w:pPr>
        <w:spacing w:line="324" w:lineRule="auto" w:after="120" w:before="0"/>
        <w:jc w:val="left"/>
      </w:pPr>
      <w:r>
        <w:t>110 មានតែអ្នកដែលបានែំដពញដោលបំណងននជីវិតរបស់គេ ដូចជាការដោរពសកោរៈនៅចំពោះព្រះ អល់ឡោះតែមួយអផងគជាដើម ទើបអាចនឹងទទួលបានសញភមងគលពិតប្រាកដ និងភាពសុខសាន្តទាំងអស់ កលប។ ព្រះអល់ឡោះមានព្រះមានបន្ទូលថា៖ ទាំងអស់អ្នកណាហើយដែលបានរែរពឹត្តអំដពើលអក្នុងចំដណាមែញរស ឬស្ត្រី ហើយគេជាអ្នកមានជំនឿទៀតនោះ គឺយើងពិតជានឹងធ្វើឱ្យគេមានជីវិតរស់នៅដ៏លអ រែដសើរ និងតែសនងឱ្យពួកគេនូវ្លបុណ្យរបស់ពួកគេ ដោយសារតែអំដពើលអដែលពួកគោ់បាន សាង។ (គួរអាន ១៦:៩៧) ទ្រង់មានព្រះមានបន្ទូលទៀតថា៖ ទាំងអស់អ្នកដែលមានជំនឿ និងបានរែរពឹត្តអំដពើលអ នោះ សញភមងគលនឹងមានសម្រាប់ពួកគេ ហើយជាកន្លែងវិលរត្ឡែ់ដ៏លអរែនព។(គួរអាន ១៣:២៩) ក្នុងជំពូកទី២០ វកយខ ឌ ១២៣ ដល់ ១២៤មានប្ចងថា៖ នរណាហើយដែលបានដដើរត្តមការ ចងអញលែង្ហាញរបស់យើងនោះ គឺគេមិនវដងេង និងមិនលំបាកឡើយ។ តែបើអ្នកណាហើយបានង្ហក ដចញពីការដរកើនរំឭករបស់យើង ពិតប្រាកដណាស់សម្រាប់គេគឺការបស់នៅយ៉ាងលំបាកដវទនា។ វកយខ ឌចញងក្រោយនេះពនយល់យើងអំពីវិត្តិវចិត្ត និងមូលហេតុដែលអ្នកខាះមានរទពយសដញកសដមភ តែក៏ធ្វើអ្តោត។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ោមានព្រះឯណាដែលត្រូវដោរពសកោរៈក្រៅពីព្រះអល់ឡោះ ហើយមូហាំម៉ាត់ជាព្យាការី របស់ទ្រង់ គេនឹងមានសេចក្តីអំ រក្នុងជីវិត ហើយនឹងត្រូវគេលើកត្ដមើងជាងអ្នក ដែលមានរទពយសដញកសដមភ ដែលមិនទទួលយកព្រះរជសារចញងក្រោយរបស់ព្រះ អល់ឡោះមកកាន់មនុស្សជាតិ។ ព្រះអល់ឡោះមានព្រះមានបន្ទូលក្នុងជំពូកទី ៣ វកយខ ឌទី ៨៥ ថា៖ ហើយ នរណាដែលប្សេងរកសាសនាដ្សងក្រៅពីសាសនាអ៊ីស្លាម ព្រះអល់ឡោះនឹងមិន ទទួលយកពីគេឡើយ។ ហើយនៅថ្ងៃរលោកគេនឹងសថិត្នៅក្នុងចំដណាមពួកដែល ខាតែង់។ ហើយនៅជំពូកទី ៥ វកយខ ឌ ៣៦ ដល់ ៣៧ ប្ចងថា៖ ជាការពិតណាស់ ពួកដែលោមានជំនឿ ប្រសិនបើពួកគេមានអ្វីៗទាំងអស់អស់នៅដលើប្នដីនេះ និងមានអ្វីដូច នេះបផងមទៀតដើម្បីជានងាដោះខ្លួនពួកគេពីទណ្ឌកម្មានៅថ្ងៃរលោក៏ដោយ ក៏គេ (ព្រះ)មិនទទួលយកពីពួកគេដែរ ហើយពួកគេនឹងត្រូវទទួលទណ្ឌកម្មដ៏ឈឺចាប់។ ដូចនេះហើយ ខ ៈពេលដែលព្រលឹងវិញ្ញាណ កំពញងស្ថិតក្នុងរងកាយនៅ ឡើយ ហើយគេអាចដកដថ្លើមបាន អាចនិយាយបាន អាចគ្រប់រគងសកម្មភាពរបស់ ខ្លួនបាន នោះក៏មានន័យថា គេអាចសារភាពទេសកំរញសរបស់គេនៅចំពោះព្រះ អល់ឡោះបានដែរ។ បើការសារភាពទេសកំរញសនោះធ្វើឡើងដោយចិត្តដសាមះស ហើយគេរពមធ្វើនាល់ថោមានព្រះឯណាត្រូវគេដោរពសកោរៈក្រៅពីព្រះអល់ឡោះ ហើយមូហាំម៉ាត់ជាអ្នកនាំសាររបស់ទ្រង់ ហើយគេដបាះែង់ដចលការរែតិត្តិសាសនា ខញសឆ្គង ព្រះអល់ឡោះនឹងលើកទេសដល់គេ ទេះែជាគេខេះតែមួយជំហនទៀត ចូលសាថននរកក៏ដោយ។ ព្រះអល់ឡោះនឹងផ្លាស់ដៃងើអារកក់របស់គេមកជាអំដពើលអ វិញ ហើយទ្រង់អ្នញ្ញាតឱ្យគេបានចូលសាថនសួគ៌ាដ៏ទាំងអស់កលបផងដែរ។ ព្រះអល់ឡោះ មានព្រះមានបន្ទូលថា៖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លើកប្លងតែអ្នកណាដែលបានសារភាពទេសកំរញសនិងមាន ជំនឿ រពមទំងបានរែរពឹត្តអំដពើលអត្រឹមត្រូវ គឺអ្នកទំងនោះហើយដែលព្រះអល់ឡោះ នឹងែដូរអំដពើអារកក់របស់ពួកគេនៅជាអំដពើលអវិញ។ ហើយព្រះអល់ឡោះមហអ្ភ័យ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142 ---</w:t>
      </w:r>
    </w:p>
    <w:p>
      <w:pPr>
        <w:spacing w:line="324" w:lineRule="auto" w:after="120" w:before="0"/>
        <w:jc w:val="left"/>
      </w:pPr>
      <w:r>
        <w:t>ទេស មហអា ិតស្រឡាញ់។(គួរអាន ២៥:៧០) ទាំងអស់អ្នកដែលមានជំនឿ និងបាន រែរពឹត្តអំដពើលអនោះ យើងនឹងែញ្ចូលពួកគេនៅក្នុងសាថនសួគ៌ាដែលមានដៃនាជាច្រើន រូបពីដរក្សាម ដោយពួកគេរស់នៅក្នុងនោះទាំងអស់កលប។ ការសនារបស់ព្រះអល់ឡោះគឺ ជាការពិត។ តើនរណាដែលមានពាកយសំដីពិតជាងព្រះអល់ឡោះទៀតនោះ? (គួរអាន ៤:១២២) នេះជាការសនារបស់ព្រះអល់ឡោះ សម្រាប់នរណាហើយដែលចង់ សារភាពទេសកំរញសដោយចិត្តដសាមះស ហើយចាប់ផ្តើមជីវិតសារជាងមី។ ខ្ញុំសូមែទបញ្ចប់លិខិតអ្ដញើញនេះ ដោយលើកយកវកយខ ឌមួយចំនួនដចញពីព្រះគម្ពីរគួរអាន ដែលព្រះអល់ឡោះទ្រង់ដល់ឱកាសដល់មនុស្សគ្រប់រូដោយចិត្តដសាមះ ហើយទ្រង់ រត្តស់នៅមនុស្សមានបែទំងឡាយឱ្យសារភាពកំរញស ដោយមិនគិត្ពីទំរំននបែ ដែលគេបានបានរែរពឹត្តឡើយទ្រង់និងលើកទេសដល់គេ។ ក្នុងព្រះគម្ពីរគួរអានជំពូកទី ៣៩ វកយខ ឌទី ៥៣ និង ៥៤ ទ្រង់មានព្រះមានបន្ទូល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មានលអ្នកបម្រើទំងឡាយរបស់យើង ដែលបានែំពានដលើខ្លួនឯង(ដោយការ រែរពឹត្តបែ)! ចូរពួកអ្នកកុំទាំងអស់សងឃឹមចំពោះកដីដមត្តដករុណារបស់ព្រះអល់ឡោះឱ្យ សោះ។ ពិតប្រាកដណាស់ ព្រះអល់ឡោះនឹងអ្ភ័យទេសនូវរល់ទេសកំរញសទំង ទាំងអស់។ ពិតប្រាកដណាស់ ទ្រង់ជាព្រះម្ចាស់មហអ្ភ័យទេស មហអា ិត ស្រឡាញ់។ ចូរពួកអ្នកវិលរត្ឡែ់(មកវិញ)ដោយសារភាពទេសកំរញសនៅចំពោះ ព្រះម្ចាស់របស់ពួកអ្នក និងថោយខ្លួនចំពោះទ្រង់មញននឹងទណ្ឌកម្មកដល់ពួកអ្នក។ ែនែ់ពីនោះ ពួកអ្នកនឹងមិនត្រូវគេជួយ ឡើយ។ ជាមួយគ្នានេះដែរ ព្រះអល់ឡោះទ្រង់បានឱ្យយើងដឹងថា ពេលដវគ្នានការ សារភាពទេសកំរញសគឺមានកំ ត់ នៅពេលដែលសេចក្តីសែ់បានចូលមកដល់ ហើយ អ្នកនឹងប្លងអាចទទួលបានការអ្ភ័យទេសហើយ។ ជាចញងក្រោយ ព្រះអល់ឡោះទ្រង់ែដងើនការសនារបស់ទ្រង់ចាំពោះការលើក ទេសដល់អ្នកដែលមានជំនឿនឹងនរ និងបានរែរពឹត្តអំដពើលអ ដោយទ្រង់មានព្រះ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ហើយពិតប្រាកដណាស់ យើងគឺជាព្រះដែលមហអ្ភ័យទេសចំពោះ ទាំងអស់អ្នកដែលបានសារភាពកំរញស និងមានជំនឿ ហើយនិងបានរែរពឹត្តអំដពើលអែនែ់ មកគេរែកាន់ខែ់ដលើវដែលត្រឹមត្រូវ(រហូតដល់សែ់)។ ខ្ញុំសូមទូលអង្វរដល់ព្រះអល់ឡោះ ដែលជាព្រះអាទិករែដងើត្សពេសារដពើទំង ទាំងអស់ សូមព្រះអផងគចងអញលែង្ហាញ និងដឹកនាំូវត្រូវដល់អ្នកដែលប្សេងរកសេចក្តីពិត្ទំង ទាំងអស់ ដែលចិត្តគំនិតរបស់ពួកគេកំពញងបើកចំរ។ ខ្ញុំទូលសញំដល់ព្រះអល់ឡោះ សូម ទ្រង់ចងអញលែង្ហាញប នាំអ្នកទាំងអស់អស់ និងក្រប្រែសាថនភាពរបស់ពួកគេឱ្យរសែត្តមអ្វី ដែលោ់ព្រះទ័យទ្រង់។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ហើយយើងបានរែទនចុះនូវព្រះគម្ពីរគួរអានឱ្យអ្នកយ៉ាងពិតប្រាកដ ដើម្បែញ្ញាក់នូវអ្វីដែលមាន នៅក្នុងគម្ពីរពីមញនមក និងែពាក់ពីភាពត្រឹមត្រូវននគម្ពីរទំងនោះ។(គួរអាន ៥:៤៨) គម្ពីរបរិសុទធ ររះគម្ពីរគួរអាន អំរីររះ យើងជាព្រះម្ចាស់បានែដងើត្នាដម និងប្នដី ទាំងអស់រយៈពេលរបាំមួយថ្ងៃ ហើយនៅថ្ងៃទីរបាំពីរ យើងឈែ់ធ្វើការហើយសរមក។ (និកខមានំ ៣១:១៧) ហើយជាការពិតណាស់យើងបានែដងើត្ដម ជាច្រើនជាន់និងប្នដី ហើយនិងអ្វីៗដែល នៅរវងវទំងពីរក្នុងរយៈពេលរបាំមួយថ្ងៃ ហើយយើងពញំមានការដនឿយរត់ឡើយ។ (គួរអាន ៥០:៣៨) ពេលនោះ ព្រះម្ចាស់តើនឡើង ដូចគេដរក្សាកពី ដំដ ក ឬដូចអ្នកចំបទាំងដ៏ពូក្រទើបនឹងសោងរសា ឡើងវិញ។ (ទំនញកត្ដមើង ៧៨:៦៥) ព្រះអល់ឡោះតែមួយអផងគត់ ោមានព្រះជា ម្ចាស់ណាដែលត្រូវគេដោរពសកោរៈដ៏ពិត របាកដដ្សងពីទ្រង់ដែលគង់នៅជាអ្មតៈ ដែលជាព្រះអ្ភិបាឡើយ។ ទ្រង់ឥព្រះ មិទធៈ(ងងញយ) ហើយក៏ឥតាំដែរ។ (គួរអាន ២:២៥៥) លោកយ៉ាកញែដបាកចំបែ់ជាមួយព្រះហើយ ទទួលបានជ័យជមានះ។ (លោកកញែបត្តិ ៣២:២៨) ពួកគេឥត្បានសាគល់សមត្ថភាពនៃព្រះ អល់ឡោះពិត្របាកឡើយ។ ពិតប្រាកដ ណាស់ ព្រះអល់ឡោះមហខ្លាំងពូក្រ មាន អានញភាពែំញត។(គួរអាន ២២:៧៤) ព្រះម្ចាស់គង់នៅជាមួយកញលសម្ព័ន្ធយូ ហើយ រែទនឱ្យពួកគេរតួត្រត្ដែលើតំែន់ភនំ ប៉ុន្តែពួកគេពញំ អាចែដ ដញរែជាជនដែលរស់នៅត្តមតំែន់ រជលងភនំបានទេ ដរពាះអ្នកទំងនោះមានរទេះ ចមទាំងធ្វើអំពីប្ដក។(នៅហេយ ១:១៩) ហើយព្រះអល់ឡោះោមានអ្វីមួយនៅដលើដម ជាច្រើនជាន់ និងនៅដលើប្នដីធ្វើឱ្យទ្រង់អ សមត្ថភាពពីអ្វីមួយបានឡើយ។ ពិតប្រាកដ ណាស់ ទ្រង់មហដឹងរជែ មហាមាន អានញភាព។(គួរអាន ៣៥:៤៤)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...ខ្ញុំនឹងរសដីដចញមក ដោយឈឺចាប់ក្នុងចិត្ត។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...សូមប្រាប់ឱ្យទូលែងគំដឹងផងថា តើព្រះអផងគមាន</w:t>
      </w:r>
    </w:p>
    <w:p>
      <w:pPr>
        <w:spacing w:line="324" w:lineRule="auto" w:after="120" w:before="0"/>
        <w:jc w:val="left"/>
      </w:pPr>
      <w:r>
        <w:t>មូលហេតុអ្វី ដចទរែកាន់ទូលែងគំ? តើមាន រែដយជន៍អ្វី បានជាព្រះអផងគសងេត់សងេនទូលែងគំ (យ៉ូ ១០:១-៣) ពិតប្រាកដណាស់ ព្រះអល់ឡោះទ្រង់មិនែំពានដលើមនុស្សលោកែនតិចណ្ឡើយែ៉ាញប្នដ មនុស្សលោកដដៃលែំពានដលើខ្លួនឯង នោះ។ (គួរអាន ១០:៤៤) ឱ ព្រះម្ចាស់ដអើយ តើព្រះអផងគនៅតែដភាចទូលែងគំ ដល់ពេលណា?(ទំនញកត្ដមើង ១៣:១) ព្រះម្ចាស់របស់ខ្ញុំមិនភាន់រចឡំ ហើយក៏មិន ដភាចភទាំងដែរ។(គួរអាន ២០:៥២) ព្រះម្ចាស់ដអើយ តើទូលែងគំត្រូវប្រសកអផងេរ ព្រះ អផងគដល់កាលណ្ទៀត បើព្រះអផងគមិនសាដែ់ទូលែងគំដូចនេះ?(ហបាគូក ១:២) ពិតប្រាកដណាស់ ព្រះម្ចាស់របស់ខ្ញុំទ្រង់ ព្រះសណាដែ់នូវរល់ការែងសួងសញំ។ (គួរអាន ១៤:៣៩)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...រហូតដល់នៅលញែំបាត់ពួកគេទំងរសុង ឬ</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ផ្លដច់សមពនធដមរតី(ផ្លដច់សនា)ជាមួយពួកគេដែរ...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(ដលវីវិន័យ ២៦:៤៤) នេះជាការសនានៃព្រះអល់ឡោះ។ ព្រះ អល់ឡោះមិនដែលធ្វើឱ្យខញសការសនារបស់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ទ្រង់ឡើយ...។(គួរអាន ៣០:៦)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ដយងត្តមគម្ពីរលោកុប្បត្តិ ៣:៩ ព្រះឥត្បានដឹង ថាលោកអោំនៅឯណា ហើយក៏ឥត្ដឹងពី ការ ៍ដែលលោកែរិដភាគបាដឈើនោះដែរ។ ទ្រង់នៅលោកមករួចសួរថា៖ អ្នកនៅឯណា? ព្រះអល់ឡោះទ្រង់រជែដឹងរល់ សពេសារដពើ។ នៅពេលលោកអោំនិងភរិយ គាត់ែរិដភាគបាដឈើនោះ ទ្រង់រត្តស់នៅពួក គាត់មក ដោយរជែដឹងចាស់ថាពួគគាត់ បានធ្វើអ្វី។ ទ្រង់មានព្រះមានបន្ទូលថា៖ តើយើង មិនបានហាមគាត់អ្នកទំងពីរទេឬ អំពីដើម ដឈើនោះ និងហើយយើងមិនបានប្រាប់អ្នក ទំងពីរទេឬថា អារកសែសាចគឺជា សត្រូវ យ៉ាងពិតប្រាកដចំពោះអ្នកទំងពីរនោះ? (គួរអាន ៧:២២)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146 ---</w:t>
      </w:r>
    </w:p>
    <w:p>
      <w:pPr>
        <w:spacing w:line="324" w:lineRule="auto" w:after="120" w:before="0"/>
        <w:jc w:val="left"/>
      </w:pPr>
      <w:r>
        <w:t>ព្រះត្រូវការសញ្ញាសមគល់ដើម្បីងអាចដឹងថា ាះ ណាជាះសាសន៍អ្ញីរសាអែលាះណាជាះ សាសន៍ដអ្សញែ។(និកខមានំ ១២:១៣) វោមានអាថ៌កំបាំងពីទ្រង់ឡើយ សូមបីតែវត្ថញដែល មានទម្ងន់តូចនៅដលើដម ជាច្រើនជាន់ និង នៅដលើប្នដីក៏ដោយ ហើយក៏ោមានវត្ថញដែល តូច ឬធំជាងនោះ សញទធតែមាននៅក្នុងកំ ត់ រត្តយ៉ាងជាក់ចាស់។(គួរអាន ៣៤:៣) ព្រះឥត្បានដឹងថាមានរឿងអ្វីនៅប្នដីទេ ទល់តែយងចុះមកប្នដីសិន៖ ពាកយដែលគេ ដចទរែកាន់រកុងសូដញម និងរកុងកូម៉ូរ៉ា ធ្ងន់ធៃរ ណាស់ ហើយអ្នករកុងនោះក៏បានរែរពឹត្តអំដពើ បែជាច្រើនដែរ។ យើងត្រូវតែចុះនៅមើល ដើម្បី ដឹងថាអំដពើដែលគេរែរពឹត្តនោះ ពិត្ដូចពាកយ ដែលគ្នា់ឮមកដល់យើងឬយ៉ាងណា។ បើពិត ឬមិនពិត យើងមញខជាដឹងមិនខាន។ (លោកុប្បត្តិ ១៨:២០-២១) ទ្រង់ជាព្រះម្ចាស់ដែលដឹងអ្វីដែលដាក់ អាថ៌កំបាំងនិងអ្វីដែលោត្រតោង (ហើយទ្រង់ជា ព្រះម្ចាស់)ដ៏មរិម មហឧត្ដញងគឧត្ដម។ គឺ (ទ្រង់ដឹងរជែ)ដូចប្តគ្នាទេចំពោះអ្នកដែល បាននិយាយខសឹ និងអ្នកដែលបាននិយាយ ខ្លាំង ហើយនិងអ្នកដែលដាក់អាថ៌កំបាំង(ដៃងើ) នៅពេលយែ់ និងបើកចំរនៅពេលថ្ងៃក្នុង ចំដណាមពួកអ្នក។ (គួរអាន ១៣:៩-១០) ក្នុងគម្ពីរ ១កូរិនងូស ១:២៥ លោកែ៉ូលនិយាយ ថា៖ គំនិត្ដលោរបស់ព្រះជាម្ចាស់នោះ រែដសើរ ដលើសរបាជារបស់មនុស្សនៅទៀត។ ហើយកូនដសាទំងឡាយននរែការអាង៌ាអាថ៌កំបាំង សថិត្នៅនឹងទ្រង់ ដែលោមាននរណាម្នាក់ដឹង ក្រៅពីទ្រង់ឡើយ។ ទ្រង់ដឹងនូវអ្វីដែលមាន នៅដលើលោក និងមាននៅក្នុងសមញរទ។ រល់ សាកដឈើមួយសនាកដែលរជុះនោះ សញទធប្ត ទ្រង់ដឹងទាំងអស់អស់ ហើយរោ់ធញាជាតិដែល នៅក្នុងទីងងឹត្ននដី និងអ្វីដែលរសស់ ហើយ និងអ្វីដែលដរកៀមានោះ សញទធតែត្រូវបានកត់រត្ត យ៉ាងច្បាស់លាស់។(គួរអាន ៦:៥៩) ហើយ ពិតប្រាកដណាស់ ព្រះអល់ឡោះដឹងរជែំញត្នូវសពេសារដពើទាំងអស់អស់។ (គួរអាន ៥:៩៧)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ក្នុងគម្ពីរដអ្សាយ ៧:២០ ព ៌ានាហក់ដូចជា ព្រះក្រីក្រណាស់ដោយត្រូវនៅជួលកាំែត្ដការពី គេមក៖ នៅរគ្នោះព្រះម្ចាស់នឹងជួលកាំែត ដការ ពីខាងនាយដៃនាអឺរបាត គឺដសដចរសុក អាសសញីរី មកដការសក់ ដការដរមដជើង និងដការពញក ចង្ហេរបស់រែជាជាតិនេះ។ មានលមនុស្សលោក! ពួកអ្នកគឺជាអ្នកដែលត្រូវ ការព្រះអល់ឡោះែំញត។ ហើយព្រះ អល់ឡោះទ្រង់មហាមានសដញកសដមភដលើសលែ់ ជាទីដកាត្សរដសើរ។(គួរអាន ៣៥:១៥) ជាការពិតណាស់ ព្រះអល់ឡោះទ្រង់ព្រះ សណាដែ់ឮនូវពាកយសំដីពួក (យូ)ដែលបាន និយាយថា ពិតប្រាកដណាស់ ព្រះអល់ឡោះ ក្រីក្រ ហើយពួកយើង(ពូកយូ)គឺជាអ្នក មាន។ យើង(ព្រះ)នឹង កត់រត្តនូវពាកយសំដី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របស់ពួកគេ និងការសមែ់របស់ពួកគេចំពោះបណ្តាព្យាការីដោយអ្យញត្ដិធម៌ា...។</w:t>
      </w:r>
    </w:p>
    <w:p>
      <w:pPr>
        <w:spacing w:line="324" w:lineRule="auto" w:after="120" w:before="0"/>
        <w:jc w:val="left"/>
      </w:pPr>
      <w:r>
        <w:t>(គួរអាន ៣:១៨១) គេពិព ៌ានាអំពីព្រះថា៖ មានផ្សែងរញយដចញ មកពីព្រះនាសារបស់ព្រះអផងគព្រះអផងគាញំដភើងដែល ឆែដឆះដចញមក ហើយក៏មានរដងើកដភើងខាត ដចញមក ពីព្រះឱសថរបស់ព្រះអផងគដែរ។(ទំនញក ត្ដមើង ១៨:៨) នោះខ្ញុំ(ព្រះ)នឹងនៅពួនយំដសាក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សាដយ... ខ្ញុំនឹងែងូរទឹកប្ភនក ដសាកសដរងង..។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(យេរេមា ១៣:១៧) ខ្ញុំ(ព្រះ)យំដសាកសដរងងខ្ញុំ ដើរដជើងដៃទ និងខ្លួនដៃទ ខ្ញុំប្រសកលូដូចប្ឆេចចក ហើយងៃរដូចអូរទីស..។(មីកា ១:៨) នៅរគ្នោះ ព្រះម្ចាស់នឹងរួចនៅរេងរញយ ដែលនៅខាង ចញងដរជាយដៃនានីល និងរេង មញំនៅរសុកអាសសញីរី។(ដអ្សាយ ៧:១៨)ចំប កឯយើង(ព្រះ)វិញ យើងក៏នឹងទះនដដែរ រហូតទល់តែសៃ់កំរឹង របស់យើង។(អេសេគាល ២១:១៧) ព្រះម្ចាស់របស់អ្នកមហសាអត្សអំ ជាព្រះ ម្ចាស់មហខពង់ខពស់ញត្ពីអ្វីដែលពួកគេ និយាយរែតិដឋ។(គួរអាន ៣៧:១៨០) ោមានអ្វី មករែដូចនឹងព្រះអផងគបានឡើយ។ ហើយ ទ្រង់មហសណាដែ់ឮ មហទត្ដើញ។ (គួរអាន ៤២:១១) ទ្រង់គឺព្រះអល់ឡោះ ជាម្ចាស់ ដែលោមានព្រះណាត្រូវគេ ដោរព សកោរៈដ៏ពិតប្រាកដែរៅពីព្រះអផងគដែលជា ដសដចដ៏វិសញទធសាអត្សអំគ្រប់លកខ ៍ដល់នូវ សញវត្ថិភាព រតួត្រត្តបល់ដៃងើននអ្នកបម្រើរបស់ ទ្រង់ មានអានញភាពខ្លាំងពូក្រ ខពង់ខពស់ ងេញំដងើងែំញត។ ព្រះអល់ឡោះទ្រង់មហសាអត្សអំអំពី អ្វីដែលពួកគេកំពញងធ្វើដោរពសកោរៈខញសឆ្គង នោះ។ ទ្រង់គឺព្រះអល់ឡោះជាព្រះម្ចាស់ ដែលជាអ្នកែដងើត្ជាអ្នកធ្វើឱ្យមានរូរង។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ទ្រង់មានព្រះនាមជាច្រើនដ៏លអរែនព។ អ្វីៗ នៅដលើដម ជាច្រើនជាន់ និងប្នដីសរដសើរ ត្ដមើងទ្រង់។ ហើយទ្រង់មហខ្លាំងពូក្រ មហែញ្ញា។(គួរអាន ៥៩:២៣-២៤) អំរីលោកលេស ៊ូ លោកយេស៊ូត្រូវបានគេំនភាថា បាននៅមដយ ដោយមិនសមរមយដូចជា៖សតីដអើយ នេះមិនមែន ជារឿងរបស់យើងទំងពីរទេ។(យ៉ូហន ២:៤) ហើយគេដចទថាលោកមានលក្ខណៈផ្លដច់ការ និងដោរនៅ ដូចជាមានសរដសរថា៖ កុំគិត្ថា ខ្ញុំ មកដើម្បីនាំសេចក្តីសុខសាន្តមកប្នដីឡើយ ខ្ញុំ មិនមែននាំសេចក្តីសុខសាន្តមកទេ តែខ្ញុំនាំដាវ មកដដៃតើ! (ម៉ាថាយ ១០:៣៤) ព្រះគម្ពីរគួរអានបានការពារលោកយេស៊ូញត ពីការដចទរែកាន់នានា ដូចមានរែសាសន៍ របស់លោកប្ចងថា៖ ហើយព្រះអផងគបាន រែទនព្រះពរដល់ខ្ញុំគ្រប់ទីកន្លែងដែលខ្ញុំមាន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វត្មែន... ហើយធ្វើឱ្យខ្ញុំកាយជាកូនកត្ញូ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ចំពោះមដយរបស់ខ្ញុំ ហើយទ្រង់មិនបានធ្វើឱ្យ ខ្ញុំកាយជាអ្នកដកអងកាអងរែឆំង(នឹងទ្រង់) ឡើយ។ (គួរអាន ១៩:៣១-៣២) ការ ៍អ្សាចរយដែលលោកយេស៊ូបានសប្មដង ដំែងែងអស់ក្នុងគម្ពីរែរិសញទធនោះ គឺការប្រែទឹកឱ្យ កាយជារសា ក្នុងពិធីមងគលការមួយ ក្នុងភូមិ កាណា រសុកាលីដឡ។ (យ៉ូហន ២:៧-១១) ការ ៍អ្សាចរយដែលលោកយេស៊ូបានសប្មដង ដំែងែងអស់ក្នុងព្រះគម្ពីរគួរអានគឺក្រោយកើត ភាម អាចនិយាយបានភាមដើម្បីការពារមដយ លោកពីការដចទរែកាន់ដ្ដសផ្លដស។ (គួរអាន ១៩:៣០-៣១) អំរីនាងមា ារី អ្នករល់គ្នាធ្វើអ្វីដែលឪពុករបស់អ្នករល់គ្នាធ្វើ។ ពួកគេជរមែលោក(យេស៊ូ)ថា យើងមិនមែនជា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កូនឥត្រសែចែ់(ដូចអ្នកទេ)...។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(យ៉ូហន ៨:៤១) យ៉ាកញែជាឪពុករបស់យ៉ូប្សែដែលជែដីរបស់ ព្រះគម្ពីរគួរអានការពារនាងម៉ារី ហើយែរិយយថាអ្វីដែលគេនិយាយមកកាន់នាងជា ការដចទរែកែ់ខញសឆ្គងែំញត៖ ហើយ(យើង បានដាក់ទណ្ឌកម្ម)ដោយសារតែការរែឆំង របស់ពួកគេ និងពាកយសំដីដចទរែកាន់របស់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 លោកយេស៊ូដែលនៅថារគិសតបានកើតពី ម៉ារី។(ម៉ាថាយ ១:១៦)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ពេលដែលលោកយេស៊ូ... ហើយគេចត់ទញក</w:t>
      </w:r>
    </w:p>
    <w:p>
      <w:pPr>
        <w:spacing w:line="324" w:lineRule="auto" w:after="120" w:before="0"/>
        <w:jc w:val="left"/>
      </w:pPr>
      <w:r>
        <w:t>លោកជាកូនយ៉ូប្សែ យ៉ូប្សែជាកូនដរលី។ (លូកា ៣:២៣) ពួកគេនៅដលើនាងម៉ារី ដោយការមួលែង្ហេច់ដ៏ ធ្ងន់ធៃរ។ (គួរអាន ៤:១៥៦) ព្រះគម្ពីរែញ្ញាក់ ទៀតថា នាងជាសតីដែលព្រះបានលើកត្ដមើង ជាងគេំញត្ដលើលោកនេះ៖ ហើយនៅពេល ដែលទេវត្តបានដពាលថា ម៉ារីដអើយ! ព្រះ អល់ឡោះបានដរជើសដរើសនាង និងបានវិសញទធ នាង ហើយទ្រង់បានលើកត្ដមើងនាងឱ្យ ដលើសពីសដីដ្សងៗនៅដលើលោក។ (គួរអាន ៣:១៤២) អំរីសាវ័កលោកលេស ៊ូ អ្នកសរដសរគម្ពីរបានពិព ៌ានាអំពីពួកសាវ័កថា៖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ពេលនោះ ពួកសិសសដបាះែង់ព្រះយេស៊ូដចល ហើយរត់បាត់ទាំងអស់នៅ។(ម៉ាកញស ១៤:៥០) អ្នកសរដសរខាះសរដសថា លោកយេស៊ូមាន រែសាសន៍នៅកាន់ពួកសាវ័កថា៖ មនុស្សមាន ជំនឿតិចដអើយ! ហេតុអ្វីបានជាអ្នករល់គ្នាភិត ភ័យដូចនេះ?(ម៉ាថាយ ៨:២៦) ប៉ុន្តែលោកបែរដចញ រួចប្រាប់ដពរតុសថា៖ ប្ន! សាត្តំង ចូរនៅឱ្យឆៃយពីខ្ញុំនៅ! អ្នកកំពញងដាក់ ឧែសគគររំងខ្ញុំ ពីដរពាះអ្នកមិនគិតតាមគំនិត របស់ព្រះទេ តែគិតតាមគំនិតរបស់មនុស្សវិញ។ (ម៉ាថាយ ១៦:២៣) លោកយូសអ្ញីសោរីយ៉ាញត ជាសាវ័កម្នាក់ដែរ បាន កបត់លោកយេស៊ូដោយសារប្រាក់សាមសិកាក់៖ បើខ្ញុំែញូនអ្នកនោះ(លោកយេស៊ូ)មកឱ្យអ្នក ព្រះគម្ពីរគួរអានបានការពារពួកសាវ័កលោក យេស៊ូដោយែញ្ញាក់ពីការភាពោមានកំរញសក្នុង ការកបត់និងែញ្ញាជំនឿទន់ដខាយ៖ ហើយ នៅពេលលោកយេស៊ូមានអារមម ៍ថាមាន ការោមានជំនឿកើតមានក្នុងចំដណាមពួកគេ (ពួកសាវ័ក) លោក៏បានដពាលថា តើអ្នក ណាជាអ្នកោំរទខ្ញុំដើម្បីព្រះអល់ឡោះ? ពួក សាវ័កបានឆ្លើយថា ពួកយើងគឺជាអ្នកោំរទ ព្រះអល់ឡោះ ពួកយើងមានជំនឿនឹងព្រះ អល់ឡោះ ដូចនេះសូមលោកធ្វើសាក្សីផងថា៖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ពួកយើងជាមូស្លីម(ថោយខ្លួនដល់ព្រះ)។ ែពិរព្រះម្ចាស់ននពួកយើង! ពួកយើងមាន ជំនឿដលើអ្វីដែលទ្រង់បានរែទនចុះមក ហើយពួកយើងបានែដិត្ដិត្តមអ្នកនាំសារ ដូចនេះសូមទ្រង់ដមត្តដកត់រត្តពួកយើងឱ្យ នៅ ជាមួយបណ្តាអ្នកដែលធ្វើសច្ចា ង។(គួរអាន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រល់គ្នា តើអ្នកនឹងឱ្យអ្វីមកខ្ញុំ?។ ពួកគេបានរពម ដរពៀងគ្នាថា នឹងឱ្យ៣០កាក់ធ្វើពីប្រាក់។ (ម៉ាថាយ ២៦:១៥) ៣:៥២-៥៣) មានលទាំងអស់អ្នកដែលដជឿដអើយ! ចូរពួកអ្នកោំរទ ព្រះអល់ឡោះ ដូចដែលយេស៊ូកូនម៉ារីបាន ដពាលនៅកាន់ពួកសាវ័ករបស់លោកថា តើ អ្នកណាខាះចូលរួមជាមួយខ្ញុំោំរទព្រះ អល់ឡោះនោះ? ពួកសាវ័កបានឆ្លើយថា ពួក យើង គឺជាអ្នកោំរទព្រះអល់ឡោះ។ (គួរអាន ៦១:១៤) អំរីរា ការីររះ លោក( ូដអ)បានពិសារសាទំពទាំងបាយជូរ ហើយរសវឹងរែត្ដខាអាវនៅក្នុងជំរំរបស់លោក។ (លោកុប្បត្តិ ៩:២១) លោកអ្របាហំបានដពាល ភូត្កញរក។(លោកុប្បត្តិ ១២:១០-១៥ និង លោកុប្បត្តិ ២០:២) ពិតប្រាកដណាស់ ព្រះអល់ឡោះបានដរជើស ដរើសអោំ និងូដអ និងពូជពងសអ្របាហំ រពមទំងពូជពងសអ្ញិមរ៉ាន ជាមនុស្សដ៏រែដសើរែំញត្នៅក្នុងសម័យកាលរបស់ពួកគេ។ (គួរអាន ៣:៣៣) លោកឡញត្បានឹករសារសវឹងរួចរួមដមរតីនឹងកូន រសែដងើតខ្លួនឯងទំង២នាក់ដើម្បីឱ្យមានគភ៌ា។ (លោកុប្បត្តិ ១៩:៣០-៣៦) រីឯអ៊ីស្លាមអែល ដអ្លីដស យ៉ូណាស និងឡញត យើងបានលើកត្ដមើងអ្នកទំងនេះឱ្យខពង់ខពស់ ជាងគេនៅដលើពិភពលោកទំងមូល។ (គួរអាន ៦:៨៦) លោកយ៉ាកញែដបាកែដញ្ញេតឪពុកលោក ហើយ លួចព្រះពរ និងសិទធិកូនចបងពែងរបស់ខ្លួន។ (លោកុប្បត្តិ ២៧:៣៥) លោករូដែន ជាព្យាការីនិងជាកូនចបងរបស់លោក យ៉ាកញែ បានសាហយសមាន់នឹងប្រពន្ធមួយទៀត របស់ឪពុកខ្លួនឯង។(លោកុប្បត្តិ ៣៥:២២ និង លោកុប្បត្តិ ៤៩:៣-៤) ហើយចូរអ្នកចងចំពីបណ្តាអ្នកបម្រើរបស់ យើង អ្របាហំ និងអ្ញីសាក ហើយនិងយ៉ាកញែ ដែលជាអ្នកខ្លាំងពូក្រ និងមានរបាជាស នវ។ ពិតប្រាកដណាស់ យើងបានដរជើសដរើស ពួកគេដោយឱ្យពួកគេរំឭកចំពោះថ្ងៃរលោក និងមានជំនឿនឹងវ។ ហើយពិតប្រាកដ ណាស់ ពួកគេគឺស្ថិតក្នុងចំដណាមអ្នកដែល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លោកយូស ជាកូនទី៤របស់លោកយ៉ាកញែ សាហយសមាន់នឹងកូនរែសាររសីខ្លួនឯងររូត បានកូន២នាក់ដ មះ ដពដរស និង ដសរ៉ាស។ (លោកុប្បត្តិ ៣៨:១៥-១៨) គម្ពីរែរិសញទធភែ់វងសរត្កូលរបស់លោកយេស៊ូនៅ នឹងលោកដពដរស(ម៉ាថាយ ១:១-១៨) មិនរសែគ្នានឹងគម្ពីរទញតិយកថា ២៣:២ ដែលប្ចងថា៖</w:t>
      </w:r>
    </w:p>
    <w:p>
      <w:pPr>
        <w:spacing w:line="324" w:lineRule="auto" w:after="120" w:before="0"/>
        <w:jc w:val="left"/>
      </w:pPr>
      <w:r>
        <w:t>កូនឥត្ខាន់សាមិនអាចូលរួមកនុងក្រុមជំនញំរបស់ ព្រះម្ចាស់ទេ ទេះែកូននៅរបស់គេរហូតដល់ ដែ់តំ ក៏មិនអាចូលរួមកនុងក្រុមជំនញំរបស់ព្រះ ម្ចាស់បានដែរ។ ត្រូវគេដរជើសដរើសដ៏លអរែដសើរែំញត្ចំពោះ យើង។(គួរអាន ៣៨:៤៥-៤៧) អ្នកទំងនោះ ហើយដែលព្រះអល់ឡោះបានដរបាសរែទន ដល់ពួកគេឱ្យកាយជាព្យាការីក្នុងចំដណាមពូជ ពងសអោំ និងអំពីបណ្តាអ្នកដែលយើងបាន សង្គ្រោះជាមួយនឹងូដអ និងពូជពងស អ្របាហំ និងអ្ញីរសាអែល ហើយនិងអំពីបណ្តាអ្នកដែលយើងបានចងអញលែង្ហាញ និង បានដរជើសដរើស។ នៅពេលដែលមានគេសូរត វកយខ ឌ របស់ព្រះម្ចាស់មហសប្បុរសឱ្យ ពួកគេសាដែ់ ពួកគេបានរក្សែកាយចុះ និងែងូរទឹកប្ភនក។(គួរអាន ១៩:៥៨) ព្រះបានដចទរែកាន់លោកម៉ូដស និងលោកដអើរ៉ាញន ថាបានរែរពឹត្តខញសនឹងព្រះ៖ អ្នកទំងពីរបាន រែរពឹត្តខញសយ៉ាងធ្ងន់ចំពោះយើង នៅមញខជនជាតិ អ្ញីរសាអែល គឺអ្នកទំងពីរពញំបានលើកត្ដមើងយើង ជាព្រះដ៏វិសញទធ នៅក្នុងចំដណាមជនជាតិ អ្ញីរសាអែលទេ។ (ទញតិយកថា ៣២:៥១) សូមសញខសនដិភាពកើតមានចំពោះម៉ូដស និង ដអើរ៉ាញន។ ពិតប្រាកដណាស់ យើងក៏តែសនង ដូចនេះដែរចំពោះអ្នកដែលសាងអំដពើលអ។ ពិត របាកដណាស់ គេទំងពីរគឺស្ថិតក្នុងចំដណាម អ្នកបម្រើរបស់យើងដែលមានជំនឿ។ (គួរអាន ៣៧:១២០-១២២) លោកម៉ូដស សមែ់ជនជាតិដអ្សញែម្នាក់ដោយ ដចត្នា និងបានដរោងទញក។ (និកខមានំ ២:១២) លោកម៉ូដស មិនបានសមែ់ជនជាតិដអ្សញែ ម្នាក់នោះដោយដចត្នាឡើយ។ (គួរអាន ២៨:១៥) មានលទាំងអស់អ្នកមានជំនឿ! ចូរពួកអ្នកកុំធ្វើដូច ពួកដែលបានធ្វើបាបម៉ូដសឱ្យសោះ។ ហើយ ព្រះអល់ឡោះបានធ្វើឱ្យលោកសាអត្សអំពីអ្វី ដែលពួកគេបានដចទរែកាន់។ ហើយលោក មានឋានៈដ៏ឧត្ដញងគឧត្ដមចំពោះព្រះ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 (គួរអាន ៣៣:៦៩) លោកដអើរ៉ាញន ជាអ្នកធ្វើរូចមាក់កូនដោមសដើម្បី ឱ្យពួកអ្ញីរសាអែលដោរពសកោរៈនៅពេលលោក ម៉ូដសមិននៅ។ (និកខមានំ ៣២:១-៦) ព្រះគម្ពីរគួរអានការពារលោកដអើរ៉ាញនពីដៃងើ ទំងនេះដោយែញ្ញាក់ថាអ្នកដែលនាំគ្នា ដោរពសកោរៈកូនដោមសគឺពួក សាមីរី ឯដណាះទេ។ (គួរអាន ២០:៨៥-៩៨) ដសដចដាវីឌ សាហយសមាន់នឹងប្រពន្ធដមទ័ពខ្លួន រួចដរៀឧបាយកលសមែ់ដមទ័ពនោះ។ (២សាំយូអែល ១១:៤-១៥) ហើយអ្នកត្រូវរំឭកអ្នកបម្រើរបស់យើងគឺដាវីឌ ដែលមានអំណាចខ្លាំងកា។ ពិតប្រាកដ ណាស់គេជាអ្នកដែលតែងតែសារភាពកំរញស ជានិច្ច។ (គួរអាន ៣៨:១៧) ដសដចសាឡូម៉ាញន មានសនំមួយពាន់នាក់ហើយ សនំ ទំងនោះែបផងេរចិត្តគំនិត្ដសដចឱ្យង្ហកដចញពីព្រះ ហើយ ដសដចបានសាងទីសកោរៈសម្រាប់ដោរព ព្រះខញសឆ្គងផង។(១ពងាវត្តកសរត ១១:១-៩) បុត្ររបស់ដសដចដាវីឌ គឺសដមដចអាំ ូន បានចាប់ រំលោភែអូនរសីខ្លួនដ មះ ត្តម៉ា។ (២សាំយូអែល ១៣:១១-១៤) បុត្រដសដចដាវីឌម្នាក់ទៀតគឺ សដមដច អែ់សាឡញម រួមដមរតីនឹងប្រពន្ធចញងឪពុក ខ្លួន នៅចំពោះមញខមនុស្សរែជាជនទំងមូល។ (២សាំយូអែល ១៦:២១-២២) ហើយជាការពិតណាស់ យើងបានដល់ ចំដ ះដឹងដ៏ខពង់ខពស់ឱ្យដាវីឌនិងសាឡូម៉ាញន។ ហើយលោកទំងពីរបានដពាលថា រល់ការ សរដសើរគឺថោយដល់ព្រះអល់ឡោះដែលបាន លើកត្ដមើងយើងខ្ញុំទំងពីរ ច្រើនជាងគេក្នុង ចំដណាមអ្នកបម្រើរបស់ទ្រង់ដែលមានជំនឿ។ (គួរអាន ២៧:១៥)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លោកយ៉ូ ោមានការអ្ត់ធមត់ និងមិនទទួលយក ការកំ ត់របស់ព្រះ។ (យ៉ូ ១០:១-២២) ពិតប្រាកដណាស់ យើងបានដើញគេ(យ៉ូ) ជាអ្នកអ្ត់ធមត់។ គេជាអ្នកបម្រើម្នាក់ដ៏លអ រែនព។ ពិតប្រាកដណាស់ គេគឺជាអ្នកដែល តែងតែសារភាពកំរញស។(គួរអាន ៣៨:៤៤) លោកសាការី មិនដជឿនឹងការ ៍អ្សាចរយដែលព្រះ បានធ្វើឱ្យលោកយ៉ូហនចាប់កំដើត្ឡើយ។ ព្រះក៏ដាក់ទេសគាត់ឱ្យនិយាយមិនរួចទាំងអស់ពេល ៩ប្ខ៖លោកនឹងនៅជាមនុស្សគ និយាយពញំកើត រហូតដល់ថ្ងៃដែលហេតុការ ៍ទំងនោះបាន សម្រេចត្តមពេលកំ ត់។(លូកា ១:២០) ព្រះគម្ពីរគួរអានបានការពារលោកសាការី ដោយលើកឡើងថា ការដែលលោកនិយាយ មិនរួចទាំងអស់ពេល៣ថ្ងៃនោះ គឺជាទីសមគល់ថា នឹងមានការ ៍អ្សាចរយកើតឡើងយ៉ាងពិត មិនមែនជាការដាក់ទេសលោកឡើយ៖ គេ (សាការី)បានដពាលថា ែពិរព្រះម្ចាស់នន ខ្ញុំ! សូមទ្រង់ដមត្តដ ដល់ជាទីសមគល់ណាមួយ (ពីការមានគភ៌ា)ដល់ខ្ញុំផង។ ទ្រង់មានែនូល ថា ទីសមគល់របស់អ្នកគឺអ្នកមិនអាចនិយាយ នៅកាន់មនុស្សលោកបានទេក្នុងរយៈពេលែ យែ់ដោយមានសញខភាពធមមត្ត។ (គួរអាន ១៩:១០) លោកយេស៊ូ ត្រូវបានរែសាសន៍ថាព្យាការីមញន លោកទាំងអស់អស់គឺជាដចរ៖ អ្នកដែលមកមញនខ្ញុំ ទំងែ៉ាញនាមាន សញទធតែជាដចរលួចដចរែន់ទាំងអស់អស់ ដចៀមិនបានសាដែ់សំដឡងអ្នកទំងនោះ ឡើយ។(យ៉ូហន ១០:៨) ព្រះបានដចទរែកាន់ ព្យាការីទាំងអស់អស់ថាជាមនុស្សអារកក់ និងភូត្ភរ៖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ពួកព្យាការី និងពួកបូជាចារ្យសញទធតែទញចចរិត សូមបី តែនៅក្នុងដំណាក់របស់យើង ក៏ដើញអំដពើ អារកក់របស់ពួកគេដែរ នេះជាព្រះមានបន្ទូលរបស់ ព្រះម្ចាស់។ ហេតុនេះហើយបានជូវដែលគេ ដើរក្សាយនៅជូវរអិល និងងងឹត ពួកគេនឹង ព្រះគម្ពីរគួរអាន្ដល់ត្នមាដ៏ខពង់ខពស់ដល់ ព្យាការីគ្រប់រូរបស់ព្រះ និងមិននិទនរឿង ខញសឆ្គងចំពោះពួកលោកឡើយ។ ការដជឿនិង ការដោរពដល់ព្យាការីទាំងអស់អស់ជាកាត្ពេកិច្ចដ៏ សំខាន់ក្នុងសាសនាអ៊ីស្លាម។ ព្រះអល់ឡោះ មានព្រះមានបន្ទូលថា៖ ចូរពួកអ្នក(អ្នកមានជំនឿ) និយាយថា ពួកយើងមាន ជំនឿនឹងព្រះ អល់ឡោះ និងអ្វីៗដែលបានរែទនចុះមកឱ្យ ពួកយើង ហើយនិងអ្វីៗដែលបានរែទនចុះ មកឱ្យអ្របាហំ និងអ៊ីស្លាមអែល និងអ្ញីសាក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154 ---</w:t>
      </w:r>
    </w:p>
    <w:p>
      <w:pPr>
        <w:spacing w:line="324" w:lineRule="auto" w:after="120" w:before="0"/>
        <w:jc w:val="left"/>
      </w:pPr>
      <w:r>
        <w:t>ជំពែ់ដជើងដួល ត្បិត្នៅឆ្នាំដែលយើងត្រូវដាក់ ទេសពួកគេ យើងនឹងធ្វើឱ្យដរោះកាចកើតមាន ដល់ពួកគេ នេះជាព្រះមានបន្ទូលរបស់ព្រះម្ចាស់។ នៅរកុងសាម៉ារី យើងបានដើញពួកព្យាការី រែរពឹត្តអំដពើដ៏អារសូវ គឺពួកគេនាំគ្នាទយក្នុងនាម ព្រះបាល ពួកគេនាំអ្ញីរសាអែលជារែជារ្សត របស់យើង ឱ្យវដងេង។ រីឯនៅរកុងដយរូសាឡឹម វិញ យើងដើញអំដពើគួរឱ្យសអែ់ដខពើម គឺពួកព្យាការី រែរពឹត្តអំដពើត្កបត់ ពួកគេនិយមការកញរក ពួក គេលើកទឹកចិត្តអ្នករែរពឹត្តអំដពើអារកក់ ដូចនេះោមាន នរណាអាចង្ហកដចញពូវអារកក់របស់ខ្លួនបាន ឡើយ។ ចំពោះយើង ពួកគេទាំងអស់គ្នាដរែ ដូចជា អ្នករកុងសូដញម ហើយអ្នករកុងដយរូសា- ឡឹមក៏ដរែដូចជា អ្នករកុងកូម៉ូរ៉ាដែរ។ ហេតុនេះ ព្រះម្ចាស់ននពិភពទំងមូលមានព្រះមានបន្ទូលសដី អំពីពួកព្យាការីថា៖ យើងនឹងឱ្យពួកគេរិដភាគបាន ប្សាង និងឱ្យពួកគេទឹកទឹកដែលមានជាតិពញល ត្បិត្អំដពើទញចចរិត្បានរលោលពាសដពញរសុក ទំងមូល ដរពាះតែពួកព្យាការីនៅរកុង ដយរ៉ូសាឡឹមានេះឯង។ ព្រះម្ចាស់ននពិភពទំង មូលមានព្រះមានបន្ទូលថា៖ កុំសាដែ់ពាកយដែល ព្យាការីទំងនោះ បផងាងប្រាប់អ្នករល់គ្នាឡើយ! ពួកគេធ្វើឱ្យអ្នករល់គ្នាយល់ខញស ពួកគេដរៀរែ់ អំពីនិមិត្តហេតុ ត្តមតែចិត្តរបស់គេនឹកដើញ គឺ មិនមែនជាពាកយរបស់យើងទេ។ (យេរេមា ២៣:១១-១៦) និងយ៉ាកញែ រពមទំងកូននៅយ៉ាកញែ និងអ្វីៗ ដែលបានរែទនឱ្យម៉ូដស និងយេស៊ូ និងអ្វីៗ ដែលគេបានរែទនដល់បណ្តាព្យាការីដ្សងៗ ទៀតពីព្រះម្ចាស់របស់ពួកគេ។ ពួកយើងពញំ ដរើសដអើងព្យាការី ណាម្នាក់ក្នុងចំដណាម ព្យាការីទាំងអស់អស់នោះឡើយ ហើយចំពោះ ទ្រង់តែមួយអផងគត់ដែលពួកយើងបានថោយ ខ្លួន។(គួរអាន ២:១៣៦) ព្រះអល់ឡោះទ្រង់បានលើកត្ដមើងព្យាការី របស់ទ្រង់ថា៖ ជាការពិតណាស់ យើងបានែញូនបណ្តាអ្នកនាំសាររបស់ យើងជាមួយ នឹងបណ្តាភសដញត្តងយ៉ាងច្បាស់លាស់ ហើយ យើងបានរែទនចុះមកជាមួយពួកគេនូវគម្ពីរ និងជញីងយញត្ដិធម៌ា ដើម្បីឱ្យមនុស្សលោក ទំនាក់ទំនងគ្នាដោយយញត្ដិធម៌ា។ (គួរអាន ៥៧:២៥) ព្រះអល់ឡោះមានព្រះមានបន្ទូលទៀតថា៖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ហើយយើងបានធ្វើឱ្យពួកគេកាយនៅជាអ្នក ដឹកនាំដើម្បីចងអញលែង្ហាញូវ(ដល់មនុស្ស លោក)ត្តមែទែញ្ញារបស់យើង។ ហើយ យើងបានបើកែង្ហាញដល់ពួកគេឱ្យសាងអំដពើ លអ និងអ្ធិឋនថោយែងគំ ហើយនិងែង់ រាកាត់។ ហើយពួកគេគឺជាអ្នកដែល បាន ដោរពសកោរៈមកចំពោះយើង។ (គួរអាន ២១:៧៣) ព្រះអល់ឡោះទ្រង់បង្គាប់ឱ្យព្យាការីមូហាំម៉ាត់ យកព្យាការីមញនៗធ្វើជាគរមូ ទ្រង់មានព្រះមានបន្ទូលថា៖ អ្នកទំងនោះ គឺជាអ្នកដែលព្រះ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អល់ឡោះបានចងអញលែង្ហាញ។ ដូចនេះ ចូរអ្នក (មូហាំម៉ាត់)អ្នញវត្តែតមការចងអញលែង្ហាញរបស់ ពួកគេចុះ។(គួរអាន ៦:៩០) ព្រះគម្ពីរគួរអាន បានសង្គ្រោះជំនឿមនុស្សឱ្យោងជរមះកិត្តិយសរបស់ព្យាការីព្រះ។ យើង សាករសនមានៅមើលថាសងគមមនុស្សនឹងាក់ ចុះសីលធម៌ែ៉ាញណាណ ប្រសិនបើព្យាការីព្រះ រែរពឹត្តបឿងដូចដែលគម្ពីរែរិសញទធបានលើក ឡើង។ អំរីសម្ភារ ត្បិត្យើងដែលជាព្រះម្ចាស់ននពួកពលែរិវរ ជា ព្រះននជនជាតិអ្ញីរសាអែល។ (យេរេមា ១៦:៩) អ្វីៗសពេសារដពើសរដសើរត្ដមើងនៅចំពោះព្រះ អល់ឡោះ ជាព្រះម្ចាស់ននពិភពទាំងអស់អស់។ (គួរអាន ១:២) ខ្ញុំបាដៃងចាស់ថា នៅដលើប្នដីទំងមូល ក្រៅ ពីព្រះរបស់ជនជាតិអ្ញីរសាអែលោមានព្រះណា ដ្សងទៀតឡើយ! (២ពងាវត្តកសរត ៥:១៥) ហើយរល់រែជាជាតិនីមួយៗគឺតែងតែមាន អ្នកោស់តែនរពមាននៅដល់ពួកគេ។ (គួរអាន ៣៥:២៤) ព្រះបានបង្គាប់ឱ្យជនជាតិដ្សងទៀត ថោយែងគំ ជនជាតិយូ ហើយលិឍធូលីននបាត្ដជើងគេផង៖ គេនឹងរក្សែមញខដល់ដីនៅមញខអ្នក ហើយលិឍ</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ធូលីដែលជែ់ដជើងអ្នក...។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(ដអ្សាយ ៤៩:២៣) ហើយជាការពិតណាស់ រល់រែជាជាតិ នីមួយៗយើងបានប្តផងត្តំងអ្នកនាំសារម្នាក់ ដោយបង្គាប់ពួកគេឱ្យដោរពសកោរៈចំពោះ ព្រះអល់ឡោះ និងដចៀសវងពីព្រះក្រាង កាយ។(គួរអាន ១៦:៣៦) ដយងត្តម វកយខ ឌនេះ ព្រះបានចត់ត្តំងព្យាការីនៅ គ្រប់រែជាជាតិទាំងអស់អស់ មិនមែនសម្រាប់ប្ត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156 ---</w:t>
      </w:r>
    </w:p>
    <w:p>
      <w:pPr>
        <w:spacing w:line="324" w:lineRule="auto" w:after="120" w:before="0"/>
        <w:jc w:val="left"/>
      </w:pPr>
      <w:r>
        <w:t>ជនជាតិយូឡើយ ហើយក្នុងបំណងដោរព ថោយែងគំនៅចំពោះព្រះ។ មួយភាគែននមនុស្សលោកបានជែ់បណ្តាសាជា ទសករ នៅពេលដែលលោកហំ ជែញពេញរស ជនជាតិកាណានបានត្រូវបណ្តាសាហើយកាយ ជាទសកររបស់លោកសិម និងយ៉ាដ្ត។ (លោកុប្បត្តិ ២៣:១៨-២៧) លោកយេស៊ូក៏បានែង្ហាញពីការដរើសដអើងនៅ ពេលដែលមានសតីជនជាតិកាណានម្នាក់មកសញំ ឱ្យលោកជួយ ពាបាលកូនរសីដែលអារកសចូល។ លោកយេស៊ូនិយាយនៅកាន់សតីនោះថា៖ មិនគួរ យកអាហររបស់កូននៅដបាះនៅឱ្យកូនប្ឆេសញី ឡើយ។(ម៉ាថាយ ១៥:២២-២៦) មានលមនុស្សលោក! ពិតប្រាកដណាស់ យើង បានែដងើត្ពួកអ្នកពែញរសនិងសដី(អោំ និង ដអ្វ៉ា) ហើយយើងធ្វើឱ្យពួកអ្នកមានជនជាតិ និងកញលសម្ព័ន្ធជាច្រើន ដើម្បីឱ្យពួកអ្នកសាគល់គ្នានៅវិញនៅមក។ ពិតប្រាកដណាស់ អ្នក ដែលងេញំដងើងជាងគេចំពោះព្រះអល់ឡោះ ក្នុង ចំដណាមពួកអ្នក គឺអ្នកដែលដកាត្ខាចព្រះអ ល់ឡោះជាងគេក្នុង ចំដណាមពួកអ្នក។ ពិត របាកដណាស់ ព្រះអល់ឡោះមហដឹង មហ រជួត្រជែ។ (គួរអាន ៤៩:១៣) គម្ពីរែរិសញទធមានការដរើសដអើងរវងែញរសនឹង្សតី ដូចមានប្ចងថា៖ មា៉ាងទៀត អោមិនបានត្រូវ ដបាកែដញ្ញេត្ទេ តែសតីបានចញ់ដបាកទំងរសុង ហើយបានធ្វើខញសនឹងបង្គាប់របស់ព្រះ។ (១ធីម៉ូដង ២:១៤) ដយងត្តមគម្ពីរែរិសញទធ ភាព កខេក់របស់សតីដែលសរមលកូន គឺកខេក់ដលើស មនុស្សប្រុសទេរដង ដូចមានប្ចងថា៖ ប្រសិនបើ សតីម្នាក់មាននាដពាះ ហើយសំរលបានកូនប្រុស នោះនាងនឹងនៅជាមិនែរិសញទធ ក្នុងរយៈពេល របាំពីរថ្ងៃ។.. ែនែ់មក នាងត្រូវរង់ចាំទាំងអស់រយៈ ពេលសាមសិថ្ងៃទៀត ដើម្បីធ្វើពិធីជរមះកាយ ដោយសារការបែកបាក់ ម ក្នុងឱកាសដែលនាង សំរលកូន។ ប្រសិនបើនាងសំរលបានកូនរសី ដយងត្តមព្រះគម្ពីរគួរអាន ទំងអោំ និង ភរិយ សញទធតែរែរពឹត្តបែដូចគ្នា ហើយក៏ បានសារភាពទេសកំរញស និងទទួលខញស ត្រូវដូចគ្នាដែរ៖ ហើយអារកសែសាចបានធ្វើឱ្យពួកគាត់ទំងពីរោត្ដចញពីសាថនសួគ៌ា និង ធ្វើឱ្យោត្ឆៃយពីអ្វីៗដែលពួកគេទំងពីរែ់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មាននៅទីនោះ។...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(គួរអាន ២:៣៦) ែពិរព្រះម្ចាស់ននពួក យើង! ពួកយើងបានែំពានដលើខ្លួនឯងហើយ តែបើទ្រង់មិនអ្ភ័យទេស និង មេត្តាករុណា ដល់ពួកយើងទេនោះ ពួកយើងចាស់ជាសថិត ក្នុងចំដណាមអ្នកដែលខាតែង់ជាមិនខាន។ (គួរអាន ៧:២៣) ហើយអោំបានធ្វើខញសនឹង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នោះនាងនឹងនៅជាមិនែរិសញទធ ក្នុងរយៈពេលពីរ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សបាដរ៍... នាងត្រូវរង់ចាំទាំងអស់រយៈពេលរញកសិ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របាំមួយថ្ងៃទៀត ដើម្បីធ្វើពិធីជរមះកាយ។ (ដលវីវិន័យ ១២:២-៥) ែទែញ្ញានៃព្រះម្ចាស់របស់គេ និងបានវដងេង (ពីការពិត)។ ក្រោយមក ព្រះម្ចាស់របស់ គាត់បានដរជើសដរើសគាត់ ហើយ ទ្រង់បាន អ្ភ័យទេសឱ្យគាត់ និងបានចងអញលែង្ហាញ គាត់វិញ។ (គួរអាន ២០:១២១-១២២) គម្ពីរែរិសញទធដរែដធៀថា ព្រះគឺជាកាលរបស់ លោកយេស៊ូ រីឯែញរសគឺជាកាលរបស់សតី។ ហើយ្សតីមិនត្រូវបានព្រះលើកត្ដមើងដូចែញរស ហើយត្រូវព្រះែដងើត្មកសម្រាប់ែញរស។ (១កូរិនងូស ១១:៣-៩) ហើយប្រពន្ធមានសិទធិ(ចំពោះែដី) ដូចដែលពួក នាងមានភារកិច្ច(រែតិត្តិចំពោះែដី)ដោយអំដពើ លអ។ (គួរអាន ២:២២៨) ដើម្បីសិក្សែប្នថមពី តួននាទីសតីក្នុងសាសនាអ៊ីស្លាម លោកអ្នក អាចអានជំពូកទី ៤ និងទី ៦៥ ក្នុងព្រះគម្ពីរ គួរអាន។ អំរីវិទា សាស្តសរ គម្ពីរែរិសញទធមានចំ ញចប្ខេងគ្នាច្រើនជាមួយនឹង វិទាសាសត ដូចជាការលើកឡើងថា បើគិត្តំង ពីដើមដំែងននប្នដីរហូតដល់សតវត្សរ៍ទី២១ ប្នដីមានអាយញកាលរតឹមតែជាង៦០០០ឆ្នាំ ហើយថាមនុស្សកើតក្រោយប្នដីប្តែ៉ាញនាមានថ្ងៃ ប៉ុណ្ណោះ។ ដយងត្តមភូគពវិទា ប្នដីមានអាយញ កាលរែម ៤៥៥០គ្នាឆ្នាំ ហើយរយៈពេល ដែលមនុស្សមានវត្តមានដលើប្នដីគឺឆៃយគ្នាខ្លាំង ណាស់។ ព្រះគម្ពីរគួរអានមិនមានការប្ខេងគ្នានឹងវិទា សាសតទំដនើឡើយ។ ព្រះគម្ពីរមានាញក ព័ត៌ាមានអំពីវិទាសាសតជាច្រើនដែលគេទើប រកដើញក្នុងពេលែចចញែបនននេះដោយប្រើ ឧែករ ៍ទំដនើៗជាជំនួយផង។ សូមបើក មើលបណ្តាវកយខ ឌខាងដរក្សាមជា ឧទររ ៍៖ ២:៧៤, ២:១៧៣, ២:២២២, ៤:៥៦, ៦:៩៩, ៦,១២៥, ១០:៩២, 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៤៧, ១៣:៤១, ១៥:១៤-២២, ១៦:៦៦, ១៧:១២, ២១:៣០-៣២, ២២:៥, 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១២-១៤, ២៤:៤០, ២៤:៤៣, ២៧:៨៨, ៣០:១-៤, ៣៦:៣៧-៤០, ៣៩:៥-៦, ៤១: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 ៥១:៤៧, ៥២:៦, ៥៥:១៩-២០, ៥៥: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៣៧, ៥៧:២៥, ៧៨:៦-៧, ៨៦:១-៣ និង ៩៦:១៦ ជាដើម។ គម្ពីរែរិសញទធលើកឡើងថា ព្រះែដងើត្ពនា, ថ្ងៃ និង យែ់(លោកុប្បត្តិ ១:៣-៥) មញនពេលែដងើត្ភព ព្រះចនា និងព្រះអាទិត្យ(លោកុប្បត្តិ ១:១៤-១៨) ក្នុងគម្ពីរវិវរ ៈ ៧:១១ មានសរដសរថា៖ ក្រោយ នោះមក ខ្ញុំដើញទេវត្ត៤រូ ឈរនៅរជុងប្នដី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ទំង៤ ទំងទែ់ខយល់នៅប្នដីទំង៤ទិស...។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ដែលមានន័យថាប្នដីមានរងរជុង រីឯគម្ពីរ ម៉ាថាយ ៤:៨ ឯដណាះវិញលើកឡើងថាប្នដី មានរងសំបែ៉ាត ដោយប្ចងថា៖ មរក៏នាំព្រះអផងគ នៅលើកំពូលភនំមួយយ៉ាងខពស់ ហើយចងអញលែង្ហាញនគរទំងែ៉ាញនាមានក្នុងពិភពលោក រពមទំង ឱ្យព្រះអផងគដើញដភាគរទពយរបស់នគរទំងនោះ ង។ ព្រះគម្ពីរប្រើពាកយសនៅដយ៉ាងចាស់រងមូល របស់ប្នដី ដោយែង្ហាញពីការរតួត្ឈមគ្នា រវងយែ់និងថ្ងៃ៖ ទ្រង់ធ្វើឱ្យពេលយែ់រគែ ព័ទធដលើពេលថ្ងៃ ហើយទ្រង់ធ្វើឱ្យពេលថ្ងៃរគែ ព័ទធដលើពេលយែ់។ (គួរអាន ៣៩:៥) គម្ពីរែរិសញទធលើកឡើងពីជនជាតិអ្ញីរសាអែល ដែលធ្វើដំដើរនៅរសុកដអ្សញែជាមួយលោក យ៉ាកញែ ហើយពេលនោះមានែញរស្សតីសរញែប្ត ៧០នាក់ប៉ុណ្ណោះ។ ២ជំនាន់ក្រោយមក រគ្នា់ប្ត ចំនួនែញរសដកើនឡើងដល់ ៦០៣៥៥០នាក់ ហើយបើយើងគិត្ទំងចំនួនក្មេងប្រុសដែលដសដច ផ្លរ៉ាអ្ញងបានសមែ់ទៀតនោះ សរញែទំងែញរស ទំង្សតី ទំងក្មេងផង ប្រហែល៣គ្នានាក់ ឯដណាះ។ តើក្នុងពេលប្ត២ជំនាន់ មនុស្ស៧០ នាក់អាចែដងើត្កូននៅបាន៣គ្នានាក់បាន យ៉ាងដូចដមដច? ព្រះអល់ឡោះមានព្រះមានបន្ទូលថា៖ យើងនឹងែង្ហាញឱ្យពួកគេដើញនូវបណ្តាភសដញត្តង នានារបស់យើង នៅក្នុងពិភពលោកនេះ និង ក្នុងខ្លួនរបស់ពួកគេផ្លាល់រហូតទល់តែវជាក់ ចាស់សម្រាប់ពួកគេថា ពិតប្រាកដណាស់ វ គឺជាសេចក្តីពិត។(គួរអាន ៤១:៥៣) ហើយ ទាំងអស់អ្នកដែលបាននូវចំដ ះដឹងនឹងដើញថា អ្វី(ព្រះគម្ពីរ)ដែលគេបានរែទនចុះ ឱ្យអ្នកពី ព្រះម្ចាស់របស់អ្នក វជាការពិត។ ហើយវ ចងអញលែង្ហាញនៅរកមោ៌ារបស់ព្រះម្ចាស់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(ទញតិយកថា ១០:២២ និង និកខមានំ ១២:៣៧ និង ជនគ្នា ១:៤៦) ចំ ញចាញយពីវិទាសាសតមួយទៀតនោះគឺក្នុង គម្ពីរដលវីវិន័យ ១១:៦ ប្ចងថា៖ ទនាយនរព ត្បិត្វទំពាដអៀង ប្តោមានរកចកបឆ្កទេ ដូចនេះ 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ចត់ទញកវជាសតេមិនែរិសញទធ។...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ដែលមហខ្លាំងពូក្រ ជាទីដកាត្សរដសើរ។ (គួរអាន ៣៤:៦) សូមរកអានសៀវភៅ The Bble, The Qur’an &amp; Scence និពនធដោយលោក Maurce Bucalle។ មានែញាវនតលបីលាញ ជាច្រើនរូទៀតអ្ពភូត្ហេតុដ៏មរសាចរយក្នុង ព្រះគម្ពីរគួរអាន ដូចជា៖ ែ ឌិត. Keth Moore, ែ ឌិត. G.C. Goernger, ែ ឌិត. Marshall Johnson, ែ ឌិត. Tagatat Tejasen, ែ ឌិត. Alfred Kroner, ែ ឌិត. Wllam W. Hay, ែ ឌិត.Yoshhde Koza ហើយនិងែ ឌិត. Joe Legh Smpson ជាដើម។ អំរីការរក្សា អ្តថបទគម្ពីរ តើធ្វើដមដចឱ្យអ្នករល់គ្នាអាចដពាលថា ពួកយើង ជាមនុស្សមានរបាជា ត្បិត្ពួកយើងមានរកឹត្យ វិន័យរបស់ព្រះម្ចាស់ បើដសមៀនចមាងគម្ពីរ វិន័យ នាំគ្នាចមាងទំងែងខញសដូចនេះ? (យេរេមា ៨:៨) នេះគឺជាព្រះគម្ពីរ(គួរអាន)ដែលឥត្មានអ្វីត្រូវ សងស័យឡើយ។ វគឺជាការចងអញលែង្ហាញ ចំពោះទាំងអស់អ្នកដែលដកាត្ខាចព្រះ អល់ឡោះ។ (គួរអាន ២:២) គឺមិនត្រូវដពាលពាកយ ព្រះម្ចាស់រពមាន ទៀត ឡើយ ត្បិតអ្នកណាដពាលពាកយនេះ អ្នកនោះនឹង ទទួលទេសត្តមពាកយរបស់ខ្លួន។ អ្នករល់គ្នា បានែងខូចព្រះមានបន្ទូលរបស់ព្រះជាម្ចាស់ដែលមាន ព្រះជនមគង់នៅ គឺព្រះម្ចាស់ននពិភពទំងមូល ពិតប្រាកដណាស់ ព្រះគម្ពីរគួរអានជាព្រះ គម្ពីរដ៏ពិសិដឋ។ សេចក្តីខញសឆ្គងមិនអាចមក ដល់ទំងនៅ ពីមញខនិងពីក្រោយវ(ព្រះគម្ពីរ) ឡើយ។ វជាការរែទនចុះមកពីព្រះម្ចាស់ មហែញ្ញា ជាទីដកាត្សរដសើរែំញត។ (គួរអាន ៤១:៤១-៤២) ពិតប្រាកដណាស់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ជាព្រះននយើង។ (យេរេមា ២៣:៣៦) យើង(ព្រះ)បានរែទនចុះព្រះគម្ពីរគួរអាន ហើយពិត្របាកណាស់ យើងជាអ្នកបផងរក្សា វ។(គួរអាន ១៥:៩) គេថោយែងគំយើងឥត្បានការអ្វីសោះ ដរពាះគេដរងៀនតែកបួនចែ់របស់មនុស្សប៉ុណ្ណោះ។ (ម៉ាថាយ ១៥:៩) ហើយព្រះគម្ពីរគួរអាននេះមិនអាចត្រូវគេដងើតដ្សងពីព្រះអល់ឡោះបានឡើយែ៉ាញប្នដ វែញ្ញាក់ពីអ្វីដែលមានពីមញនវ(គម្ពីរមញនៗ) ហើយវ អ្ធិយែញ្ញាក់ពីកបួនចែ់ដោយ ឥត្មានមានាល សងស័យសោះ មកពីព្រះ ម្ចាស់ននពិភពទាំងអស់អស់។(គួរអាន ១០: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៣៧) តើពួកគេឥត្បានគិត្ពិចរណាអំពីព្រះ គម្ពីរគួរអានទេឬ? ប្រសិនបើព្រះគម្ពីរនេះមិនមែនមកពីព្រះអល់ឡោះទេនោះ ពួកគេ របាកដជារកដើញនូវែដិវទភាពជាច្រើននៅ ក្នុងវ។(គួរអាន ៤:៨២) អំរីការអ្ភ័េលទស និងការទ៊ូលអផងវរ មនុស្សលោកធមមត្តក៏អាចអ្ភ័យទេសចំពោះ អំដពើបែបានដែរ ដូចមានប្ចងថា៖ លញះមាន រែសាសន៍ហើយ លោក៏ាញំដលើពួកគាត់ រួចមាន រែសាសន៍ថា ចូរទទួលឫទធនញភាពែរិសញទធរបស់ ព្រះចុះ។ ប្រសិនបើអ្នករល់គ្នាអ្ភ័យទេស ចំពោះការខញសឆ្គងរបស់អ្នកណា ការខញសឆ្គង របស់អ្នកនោះនឹងត្រូវអ្ភ័យទេស។ ប្រសិនបើ អ្នករល់គ្នាមិនអ្ភ័យទេសចំពោះការខញសឆ្គង របស់អ្នកណា ការខញសឆ្គងរបស់អ្នកនោះនឹងមិន ព្រះអល់ឡោះតែមួយអផងគត់ដែលអាចអ្ភ័យ ទេសចំពោះបែបាន៖ និងពួកដែលនៅ ពេលពួកគេធ្វើអំដពើអារកក់អ្វីមួយ ឬពួកគេំពានដលើខ្លួនឯង គឺពួកគេនឹកដើញព្រះ អល់ឡោះ ហើយពួកគេសញំអ្ភ័យទេសនូវ រល់ទេសកំរញសរបស់ពួកគេ។ ហើយោមាន អ្នកណាដែលអ្ភ័យទេសនូវរល់កំរញសទំង ទាំងអស់ក្រៅពីព្រះអល់ឡោះឡើយ។ ហើយពួក គេមិនរឹងរូសចំពោះអ្វីដែល ពួកគេបានរែរពឹត្ដ នោះទេ ខ ៈដែលពួកគេដឹងហើយនោះ។ (គួរអាន ៣:១៣៥) ហើយការសញំអ្ភ័យទេស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ត្រូវអ្ភ័យទេសទេ។ (យ៉ូហន ២០:២២-២៣) និងទូលអង្វរគឺធ្វើនៅចំពោះព្រះអផងគដោយ ផ្លាល់តែមដង៖ ហើយនៅពេលអ្នកបម្រើរបស់ យើងសួរអ្នក(មូហាំម៉ាត់)អំពីយើង (ចូរអ្នក ឆ្លើយថា) ពិតប្រាកដណាស់ យើងនៅដកៀក ជិតែំញត។ យើងទទួលយកការែងសួងសញំ របស់អ្នកដែលទូលអង្វរនៅពេលដែលគេបានែងសួងសញំពីយើង។(គួរអាន ២:១៨៦) អំរីរទរាយសមាបតបិ អ្នកមានរទពយច្រើនមិនអាចបានចូលរជាណា ចរករបស់ព្រះឡើយ៖ ខ្ញុំសញំប្រាប់អ្នករល់គ្នាទៀត ថា សតេអូដឋចូលត្តមរែដហងមាញល ងាយជាងអ្នក មានចូលនៅក្នុងព្រះរជយននសាថនែរមសញខនៅ ទៀត។(ម៉ាថាយ ១៩:២៤) ហើយចូរអ្នកប្សេងរក្លបុណ្យចុះ សម្រាប់ ថ្ងៃរលោកនូវអ្វីដែលព្រះអល់ឡោះបាន រែទនឱ្យអ្នកចុះ តែកុំដភាចនូវចំប ក(រទពយ សមបត្តិ) របស់អ្នកនៅក្នុងលោកិយនេះឱ្យ សោះ។ ហើយចូរអ្នករែរពឹត្តអំដពើលអដូចអ្វី ដែលព្រះអល់ឡោះបានធ្វើលអចំពោះអ្នក។ (គួរអាន ២៨:៧៧) អំរីការបងកវិនាសកម្ម ឥឡូវនេះ ចូរនៅវយជនជាតិអាម៉ាដឡកចុះ។ ត្រូវែំផ្លាញអ្វីៗទំងែ៉ាញនាមានរបស់ពួកគេថោយផ្លដច់ ដល់ព្រះម្ចាស់ ឥត្រត្តបែ ីឡើយ គឺត្រូវ សមែ់ដចលទាំងអស់អស់ ទំងប្រុស ទំងរសី ទំង កូនក្មេង ទំងទរក ទំងដោ ទំងដចៀម ទំងអូដឋ និងោផង។(១សាំយូអែល ១៥:៣) ដោយមូលហេតុនេះហើយ ទើបយើងបានដាក់ែញាត្ដិនៅ ដលើសាសន៍អ្ញីរសាអែលថា ជា ការពិតណាស់ អ្នកណាហើយបានសមែ់បុគ្គលណាម្នាក់ដោយោមានមូលហេតុ ឬែងេ វិនាសកមមានៅដលើ ប្នដី គឺហក់ែដូចជាគេ បានសមែ់មនុស្សលោកទាំងអស់អស់។ ហើយ អ្នកណាបានសង្គ្រោះជីវិតបុគ្គលណាម្នាក់ 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ហក់ែដូចជាគេបានជួយ សង្គ្រោះជីវិត មនុស្សលោកទាំងអស់អស់។(គួរអាន ៥:៣២) អំរីចំលណះដឹង និងរប្រាជ្ញា តែមិនត្រូវែរិដភាគបាដឈើពីដើម ដែលនាំឱ្យចេះ ដឹងសាគល់លអសាគល់អារកក់ឡើយ ត្បិតថ្ងៃណាអ្នកែរិដភាគបានោះ អ្នកមញខជាសែ់មិនខាន។ (លោកុប្បត្តិ ២:១៧) ហើយចូរអ្នកដពាលថា ែពិរព្រះម្ចាស់ននខ្ញុំ! សូមទ្រង់ដមត្តដែប្នថមចំដ ះដឹងដល់ខ្ញុំផង។ (គួរអាន ២០:១១៤) ត្បិតមានរបាជាច្រើនមានទញកខកងេល់ក៏ច្រើន ហើយមានការចេះដឹងច្រើន មានទញកខរពួយក៏ច្រើន ដែរ។(សាសាត ១:១៨) ព្រះអល់ឡោះនឹង លើកឋានៈទាំងអស់អ្នកដែល មានជំនឿនៅក្នុងចំដណាមពួកអ្នក និងបណ្តា អ្នកដែលត្រូវបានគេដល់ឱ្យនូវចំដ ះដឹង ឱ្យ។ (គួរអាន ៥៨:១១) ចញងបញ្ចប់របស់ខ្ញុំ ក៏ដូចជាចញងបញ្ចប់របស់មនុស្ស ដលោដែរ។ ដូចនេះ បើខ្ញុំមានរបាជាច្រើនតើបាន រែដយជន៍អ្វី? (សាសាត ២:១៥) អល់ឡោះរែទននូវសមមទិដឋិដល់អ្នកណា ដែលទ្រង់ មានដចត្នា។ ហើយអ្នកណាដែល ត្រូវបានគេរែទនឱ្យនូវសមមទិដឋិ អ្នកនោះ របាកដជាត្រូវគេរែទនឱ្យនូវកញសលដ៏ច្រើន ដលើសលែ់។ ហើយការដរកើនរំឭកោមាន រែដយជន៍ឡើយ លើកប្លង តែពួកដែល មានសតិញ្ញាប៉ុណ្ណោះ។(គួរអាន ២:២៦៩) អំរីសាសនាដែលមានលកខណៈលរញលលញ សពេថ្ងៃនេះ យើងចេះដឹងរតឹមតែមួយប្នក ប៉ុណ្ណោះ ហើយយើងក៏បផងាងព្រះមានបន្ទូល បានរតឹម តែមួយប្នកប៉ុណ្ណោះដែរ។ លញះដល់ពេលយើង ថ្ងៃនេះ យើងបានែំដពញលក្ខណៈសម្រាប់ ពួកអ្នកនូវសាសនារបស់ពួកអ្នក និងបានែផងគែ់សម្រាប់សពួកអ្នកនូវការដរបាសរែទន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ដឹងសពេគ្រប់ហើយ អ្វីៗដែលយើងសាគល់តែមួយ ប្នកនឹងទាំងអស់ខាមសារ។(១កូរិនងូស ១៣:៩-១០) របស់យើងឱ្យពួកអ្នក ហើយយើងបានដរជើស ដរើសសាសនាអ៊ីស្លាមជាសាសនារបស់ពួក អ្នក។(គួរអាន ៥:៣)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ប្ននកបប្នថម បញ្ជីរោនាម្បណារា ការី គម្ពីរបរិសុទធ ររះគម្ពីរគួរអាន សំលណរប្មមរ សំលណរអផង់លគេស សំលណរប្មមរ សំលណរអផង់លគេស អោំ/អោំ/អ័ោំ Adam អោំ/អោម Adam ដរ ញក/ដអ ញក Enoch អ្ញីរទីស Idres ូដអ Noah ួរ Nuh ឡញត Lot លូត Lut អ្របាហំ/អ័របាហំ Abraham អ្ញីរពរញីម Ibrahm អ៊ីស្លាមអែល Ishmael អ៊ីស្លាមអ្ញីល Ismal អ្ញីសាក Isaac អ្ញីសាក Ishaq យ៉ាកញែ Jacob យ៉ាក់កូ Yaqqub យ៉ូ Job នអ្យ៉ូ Ayyub យ៉ូប្សែ Joseph យូសញរេ Yusuf</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អេសេគាល Ezekel រសញលគីរេលី Dhul-Kfl ម៉ូដស/ម៉ូដសស Moses មូសា Musa ដអើរ៉ាញន Aaron ហរូន Harun ដាវីឌ Davd ដាវូត Dawud សាឡូម៉ាញន Solomon សូនឡម៉ាន Sulayman ដអ្លីយ៉ា Eljah អ្ញីលយ៉ាស Ilyas ដអ្លីដស Elsha អ្ញីលយ៉ាសាក់ Al-Yasa យ៉ូណាស Jonah យូនូស Yunus សាការី acharah រាការីយ៉ា akaryya យ៉ូហន John យ៉ាះយ៉ា Yahya យេស៊ូ Jesus អ្ញីសា Isa</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 Muhammad</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ឯកសាររិលររះក្នុងការបកប្រប − គម្ពីរអាល់គួរអាន បកប្រែជាភាសាប្ខមរ − មហគម្ពីរអាល់គួរអាននញលការីម − ព្រះគម្ពីរដ៏វិសញទធ ភាសាប្ខមរែចចញែបនន − ព្រះគម្ពីរប្ខមរសរមយ ឆ្នាំ១៩៩៧ − ព្រះគម្ពីរែរិសញទធ ឆ្នាំ១៩៥៤ − ព្រះគម្ពីរដ៏វិសញទធ ឆ្នាំ២០០៥ − ព្រះគម្ពីរែរិសញទធ (ក្រសរមួលងមីឆ្នាំ២០១៦) − គម្ពីរែរិសញទធ សេចក្តីបកប្រែពិភពលោកងមី − The Meanng of The Holy Quran by Abdullah Yusuf Al − Qur an Englsh by Sahh Internatonal − The Clear Quran − Translaton of the meanng of The Noble Quran − Kng James Bble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ចុំណផងនើងនើម “My Great Love For Jesus Led me to Islam” by Smon Alfredo Caraballo</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នោក្អនក្អាចអាននសៀវនៅននះជាភាសា អង់នេស នអស្បញ បារុំង ហ្វីលីរីន នោយចូលនៅកាន់នេហ្ទុំរ័រ៖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myloveforjesus.com ឬទាញយកក្មមវិធីទូរស័រទសពាប់អាននសៀវនៅននះក្នុង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ផលិរនោយ ឧបរថមភនោយ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168 ---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សេចក្តីស្រឡាញ់ដ៏អស្ចារ្យរបស់ខ្ញុំចំពោះលោកយេស៊ូនាំខ្ញុំមកកាន់សាសនាអ៊ីស្លាម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