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24" w:lineRule="auto" w:after="80" w:before="200"/>
        <w:jc w:val="center"/>
      </w:pPr>
      <w:r>
        <w:rPr>
          <w:rFonts w:ascii="Leelawadee UI" w:hAnsi="Leelawadee UI"/>
          <w:b/>
          <w:i w:val="0"/>
          <w:color w:val="10B981"/>
          <w:sz w:val="20"/>
          <w:rFonts w:ascii="Leelawadee UI" w:hAnsi="Leelawadee UI" w:cs="Leelawadee UI"/>
          <w:cs/>
          <w:lang w:val="km-KH" w:bidi="km-KH"/>
        </w:rPr>
        <w:t>📚 មូស្លីមថ្មី  •  CAMQURAN DIGITAL LIBRARY</w:t>
      </w:r>
    </w:p>
    <w:p>
      <w:pPr>
        <w:spacing w:line="324" w:lineRule="auto" w:after="120" w:before="80"/>
        <w:jc w:val="center"/>
      </w:pPr>
      <w:r>
        <w:rPr>
          <w:rFonts w:ascii="Leelawadee UI" w:hAnsi="Leelawadee UI"/>
          <w:b/>
          <w:i w:val="0"/>
          <w:color w:val="047857"/>
          <w:sz w:val="44"/>
          <w:rFonts w:ascii="Leelawadee UI" w:hAnsi="Leelawadee UI" w:cs="Leelawadee UI"/>
          <w:cs/>
          <w:lang w:val="km-KH" w:bidi="km-KH"/>
        </w:rPr>
        <w:t>មគ្គុទ្ទេសក៍មូស្លីមថ្មី</w:t>
      </w:r>
    </w:p>
    <w:p>
      <w:pPr>
        <w:spacing w:line="324" w:lineRule="auto" w:after="280" w:before="0"/>
        <w:jc w:val="center"/>
      </w:pPr>
      <w:r>
        <w:rPr>
          <w:rFonts w:ascii="Leelawadee UI" w:hAnsi="Leelawadee UI"/>
          <w:b w:val="0"/>
          <w:i/>
          <w:color w:val="475569"/>
          <w:sz w:val="25"/>
          <w:rFonts w:ascii="Leelawadee UI" w:hAnsi="Leelawadee UI" w:cs="Leelawadee UI"/>
          <w:cs/>
          <w:lang w:val="km-KH" w:bidi="km-KH"/>
        </w:rPr>
        <w:t>New Muslim Guide</w:t>
      </w:r>
    </w:p>
    <w:tbl>
      <w:tblPr>
        <w:tblW w:type="auto" w:w="0"/>
        <w:jc w:val="center"/>
        <w:tblLook w:firstColumn="1" w:firstRow="1" w:lastColumn="0" w:lastRow="0" w:noHBand="0" w:noVBand="1" w:val="04A0"/>
      </w:tblPr>
      <w:tblGrid>
        <w:gridCol w:w="3120"/>
        <w:gridCol w:w="3120"/>
        <w:gridCol w:w="3120"/>
      </w:tblGrid>
      <w:tr>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ប្រភេទ៖ មូស្លីមថ្មី</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ចំនួនទំព័រ៖ 356 ទំព័រ</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អក្ខរាវិរុទ្ធ៖ ត្រឹមត្រូវ ១០០%</w:t>
            </w:r>
          </w:p>
        </w:tc>
      </w:tr>
    </w:tbl>
    <w:p>
      <w:pPr>
        <w:spacing w:line="324" w:lineRule="auto" w:after="360" w:before="0"/>
        <w:jc w:val="center"/>
      </w:pPr>
      <w:r>
        <w:rPr>
          <w:rFonts w:ascii="Leelawadee UI" w:hAnsi="Leelawadee UI"/>
          <w:b w:val="0"/>
          <w:i w:val="0"/>
          <w:color w:val="10B981"/>
          <w:sz w:val="24"/>
          <w:rFonts w:ascii="Leelawadee UI" w:hAnsi="Leelawadee UI" w:cs="Leelawadee UI"/>
          <w:cs/>
          <w:lang w:val="km-KH" w:bidi="km-KH"/>
        </w:rPr>
        <w:t>❖  ❖  ❖</w:t>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មគ្គុទ្ទេសក៍មូស្លីមថ្មី ក្បួនច្បាប់ និងសេចក្តីណែនាំសំខាន់ៗនៃសាសនា ឥស្លាម សម្រាប់អ្នកមូស្លីមថ្មីនៅគ្រប់ទិដ្ឋភាពនៃជីវិតបស់នៅ ហ្វាហាទ ពិន សាឡិម ហ្ពះម៉ាម كمبوديا- ترجمة ومراجعة : املركز الثقايف الحضاري العريب شارك يف الطباعة متربعي جمعية نور العلم رشق آسيا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បោះពុម្ពពលើកទី១ 1447/2025 រក្សាសិទ្ធិគ្រប់យ៉ាងដោយ មគ្គុទ្ទេសក៍ទំនើប សម្រាប់ការបោះពុម្ពព និងចែកចាយសៀវភៅ សូមទាក់ទង មគ្គុទ្ទេសក៍ទំនើប K . S . A ទូរស័ព្ទទលេខ: +966114486000 ទូរសារ: +966114482181</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ក្រុមផ្តល់ប្រឹ[ក្សាវិចារណកថា សាស្ត្រាចារ្យ បណ្ឌិ ត អាលីមូហាយិ ទ្ទីន អាល់កើរ៉ោះដាហ្គី អគ្គលេខាធិការនៃសហព័ន្ធសាសនវិទូឥស្លាមអន្តរជាតិ សាស្ត ររាចារ្យ បណ ឌឌិត អាប់ឌុលហ្វវា ត់តាហ ម៉ះមូដ អិដរិស ប្រធានផ្នែកនីតិសាស្ត្រប្រៀបធៀប នៃមហា វិទ្យាល័យស្ហារីអះនិងច្បាប់ សាកល វិទ្យាល័យ អាល់អាសហ៊ើរ សាស្ត្រាចារ្យ បណ្ឌិ ត មូហាំម៉ាត់ ជើពរុលអុលហ្វី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អ្នកជំនាញ បណ្ឌិ ត្យសភានីតិសាស្ត្រឥស្លាមអន្តរជាតិ ក្រោមអង្គគការសន្និបាទឥស្លាម បណ្ឌិ ត យូសុហ្វវ ពិន អាប់ទុលឡោះ អាល់ស្សាពីលី សាស្ត្រាចារ្យនីតិសាស្ត្រប្រៀបធៀប វិទ្យាស្ថានយុត្តិធម៌ជាន់ខ្ពពស់ សាកល វិទ្យាល័យ អាល់អ៊ីម៉ាំមូហាំម៉ាត់ ពិន ស៊ូអ៊ូទ អាល់ឥស្លាមី យ៉ះ អ្នកនិពន្ធ ធ លោក ហ្វាហាទ ពិន សាឡិម ហ្ពះម៉ាម អ្នកបកប្រែ អង្គគការវប្បធម៌ អារ្យធម៌ កម្ពុជា - អារ៉ាប់ អ្នកត្រួតពិនិត្យ អង្គគការវប្បធម៌ អារ្យធម៌ កម្ពុជា - អារ៉ាប់ រចនា រោងពុម្ពព ទើរសាម៉ាអិលគូទុប ថតចំលង គេហទំព័រនិងស្ទូឌីយោឯកទេស ឌី ភី អាយ បោះពុម្ពព និង ចែកចាយ រោងពុម្ពព ទើរសាម៉ាអិលគូទុប ផ្សព្វផ្សាយតាមអេឡិកត្រូ និក មគ្គុទ្ទេសក៍ទំនើបព័ត៌មានវិទ្យា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សេចក្តីផ្តើមនៃអ្នកបោះពុម្ពពផ្សាយ ពិតប្រាកដណាស់ សាសនា ឥស្លាម គឺជាសាសនាមួយដែលរីកសុ សសាយ ឆាប់រហ័សជាងគេនៅលើសាកល លោក ដោយចំនួនអ្នកដែលចូលកាន់សាសនា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ឥស្លាមានការកើនឡើងជាលំដាប់ពីមួយថ្ងៃទៅមួយថ្ងៃ។ មូលហេតុគឺដោយសារ តែសាសនា ឥស្លាមដែលជាសាសនា របស់ អល់ឡោះជាម្ចាស់ មានភាពសមស្របនិង បញ្ញា ស្មារតី និងធម្មជាតិរបស់ មនុស្សសុទ្ធធសាធ ដែលអាចឲ្យពួកគេជឿជាក់បាន និងអាចផ្លាស់ប្ដូរជីវិតរបស់ ពួកគេឱ្យប្រសើរ។ ហើយក៏ដោយសារតែមានការចូលរួម ខិតខំប្រឹងប្រែងដ៏ធំធេងរបស់ បណ្តាមជ្ឈមណ្ឌឌលឥស្លាម និងបណ្តាឃោសនិកដែល មានជំនាញលើការអំពាវនាវអ្នកមិនមែនមូស្លីមនៅជុំវិញពិភពលោក តាមរយៈ ការប្រើ ប្រាស់វិធីសាស្ត្រ និងបច្ចេកទេសទំ នើបផ្សេងៗ។ ប៉ុន្តែយើងសង្កេតឃើញថា ការខិតខំប្រឹងប្រែងភាគច្រើន គឺផ្តោតែលើការ អំពាវនាវមនុស្សឲ្យចូលកាន់សាសនា ឥស្លាម និងមិនបានផ្តល់នូវមគ្គុទ្ទេសក៍ណាមួយ ដែលមានគោលការណ៍ច្បាស់លាស់សម្រាប់អ្នកមូស្លីមថ្មី ដើម្បីពង្រឹ[ងពួកគេឲ្យរឹងមាំ នៅលើមាន គ៌ាត្រឹមត្រូវ បន្ទាប់ពីពួកគេបានធ្វើសាក្សីទទួលស្គាល់អល់ឡោះជាម្ចាស់ ដោយការពោលពាក្យសក្ខីកម្ម(ស្ហាហាហ្ទះ)រួចឡើយ។ ដោយនៅមានរឿងជាច្រើន ទៀតដែលពួកគេត្រូវរៀនសូត្រអំពីសាសនា ឥស្លាម ដើម្បីយកមកអនុវត្តតនៅក្នុងគ្រប់ បរិបទនៃជីវិតបស់នៅរបស់ ពួកគេ ដូចនេះ "ទើរសាម៉ាអិលគូទុប" មានកិត្តិយសសូ មជូននូវ សៀវភៅ "មគ្គុទ្ទេសក៍មូស្លីមថ្មី" ដែលនឹងបង្ហាញដល់អ្នកមូស្លីមថ្មីគ្រប់ទិសទីនូវសេចក្តី ណែនាំ ក៏ដូចជាមេរៀនថ្មីៗអំពីសាសនា ឥស្លាមដើម្បីជាការសិក្សាឈ្វេងយល់បន្ថែម អំពីសាសនាដ៏ល្អផូរផង់នេះ។ សៀវភៅមួយកបាលនេះ គឺជាមូលដ្ឋានគ្រឹះ[ដែលយើងបានប្រមូល និងដកស្ររង់ ពីគេហទំព័រអ៊ីនធើណិត បណ្តាញសង្គម ឃ្លិបវីឌីអូអប់រំ និងកម្មមវិធី ទូរស័ព្ទទនានា ដែលទាំងអស់ នេះ គឺដើម្បីបម្រើជាប្រយោជន៍ដល់ អ្នកអាន ជាពិសេសអ្នកមូស្លីមថ្មីនៅក្នុងគ្រប់ច្ររកល្ហ ហកនៃផែនដី ដែលកំពុងតែមានតម្រូវការសិក្សាអំពីសាសនា ឥស្លាម។ យើងសុំពីអល់ឡោះ សូមទ្រង់ប្រទាននូវចិត្តជ្រះថ្លា ទាំងក្នុងពាក្យសំដីនិងការអនុវត្តតរបស់ យើង។ អ្នកបោះពុម្ពពផ្សាយ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មាតិកានៃសៀវភៅ</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ពរជ័យដ៏ធំបំផុតដែលមិនធ្លាប់មាននៅក្នុងជីវិត16 គោលបំណងនៃជីវិតរបស់ យើង18 ឥស្លាមជាសាសនា សាកល 19 ក្នុងសាសនា ឥស្លាមិនមានអ្នកសម្ររបសម្រួ លរវាងព្រះជាម្ចាស់និងខ្ញុំបម្រើរបស់ ទ្រង់ 20 ឥស្លាមគឺជាសាសនា នៃជីវិត 23 សិក្សាឈ្វេងយល់ពីច្បាប់ឥស្លាម 25 បទប ញ្ញញត្តិឥស្លាម 26 គោលគ្រឹះ[ឥស្លាមទាំងប្រាំ 27 តើខ្ញុំត្រូវធ្វើដូចម្ដេចដើម្បីឈ្វេងយល់ពីច្បាប់សាសនា ឥស្លាម? 28 ឥស្លាមជាសាសនា ដែលមានលក្ខណៈអព្យាក្រឹ[ត30 សាសនា ឥស្លាមគ្របដណ្ត តប់គ្រប់ទិដ្ឋភាពទាំងអស់ នៃជីវិត 31 សូមើលគំរូពិតរបស់ ឥស្លាម ពុំមែនមើលលើទង្វើ របស់ មូស្លីមួយចំនួននោះឡើយ 33 កត្តាចាំបាច់ទាំងប្រាំដែលត្រូវរក្សា 34 មាតិកា ទំព័រ មាតិកា ទំព័រ 1 ជំនឿរបស់អ្នក ពាក្យសច្ចាទាំងពីរ អត្ថន័យ និងកាតព្វកិច្ចរបស់ វា 40 ការសច្ចាថា មូហាំម៉ាត់គឺជាអ្នកនាំសាររបស់ អល់ឡោះ 43 គោលគ្រឹះ[នៃជំនឿទាំងប្រាំមួយ 52 តើការគោរពសក្ការៈមានន័យដូចម្ដេច?61 ស្ហីរិក(ពហុទេពនិយម) 65</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 មាតិកា ទំព័រ ទំព័រ 2 3 ការជម្រះសម្អាតរបស់អ្នក ការសឡាតរបស់អ្នក ជំនឿចំពោះព្រះនាមរបស់ អល់ឡោះ និងលក្ខណៈសម្បត្តិរបស់ ទ្រង់ 69 ជំនឿចំពោះម៉ាឡាអ៊ីកាត់(ពួកទេវតា) 73 ជំនឿចំពោះបណ្តាព្រះគម្ពីរ 76 ជំនឿចំពោះបណ្តាអ្នកនាំសារ 83 ជំនឿចំពោះថ្ងៃបរលោក 96 ជំនឿចំពោះការកំណត់ព្រះលិខិត 105 និយមន័យនៃការជម្រះ សម្អាត114 ការជម្រះ សម្អាតពីភាពកខ្វក់115 ហាហ្ទាស(ភាពកខ្វក់ផ្នែកបញ្ញញត្តិច្បាប់)118 តើខ្ញុំត្រូវយកទឹកជម្រះកាយ(ទឹកវូហ្ទុ)យ៉ាងដូចម្ដេច?120 ការថ្វាយបង្គំ ឬសឡាតនៅក្នុងឥស្លាម128 ឋានៈ និងផលបុ ណ្យនៃការសឡាត128 តើអ្វីទៅជាលក្ខខខណ្ឌឌដែលចាំបាច់ត្រូវមានមុនពេលសឡាត?132 សឡាតដែលជាកាតព្វកិច្ចទាំងប្រាំ និងពេលវេលារបស់ វា135 ទីកន្លែងសឡាត136 របៀបសឡាត140 គោលគ្រឹះ[(រូកុន) និងប្រក្សារចាំបាច់(វ៉ាជិប)នៃសឡាត156 តើអ្វីទៅជាការសឡាតស៊ូណិត(ថ្វាយបង្គំ ស្ម័គ្រចិត្ត)?160</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សឡាតជើម៉ាអះ(ថ្វាយបង្គំរួមគ្នា)162 ការប្រកាសហៅឱ្យមកថ្វាយបង្គំ(អាហ្សាន)165 ការមានចិត្តនឹងនរ ស្មឹ[ងស្មាធក្នុងពេលសឡាត168 ការសឡាតជុមអាត់(ថ្វាយបង្គំថ្ងៃសុក្ររ)171 ការសឡាតរបស់ អ្នកជំងឺ177 ការសឡាតរបស់ អ្នកធ្វើដំណើរ178 មាតិកា មាតិកា ទំព័រ ទំព័រ 4 5 ការបួសរបស់អ្នក ហ្សាកាត់របស់អ្នក ការបួសខែរ៉ម៉ាហ្ទទន182 ឧត្តមភាពនៃខែរ៉ម៉ាហ្ទទន182 គោលបំណងនៃការបួស183 គុណប្រយោជន៍នៃការបួស185 ប្រក្សារដែលបណ្តាលឲ្យខូចបួស186 អ្នកដែលអល់ឡោះអនុញ្ញាតឲ្យផ អាកបួស188 ការបួសស៊ូ ណិត(បួសស្ម័ គ្ររចិត្ត)190 ពិធីបុណ្យចេញបួស (រ៉យ៉ាហ្វិតប៉ោះ)191 ការបរិច្ចាគហ សាកាត់198 គោលបំណងនៃការបរិច្ចាគហ សាកាត់198 តើទ្រព្យសម្បត្តិអ្វីខ្លះដែលចាំបាច់ត្រូវបរិច្ចាគហ សាកាត់?199 តើត្រូវបរិច្ចាគហ សាកាត់ទៅឲ្យអ្នកណាខ្លះ? 202</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 ទំព័រ មាតិកា ទំព័រ 6 ការធ្វើធម្មយាត្រាហាជ្ជីរបស់អ្នក ឧត្តមភាពនៃទីក្រុងម៉ាក្កះ និងម៉ាស្ជិតអា ល់ហារ៉ម206 អត្ថន័យនៃការធ្វើធម្មយា ត្រាហាជ្ជី209 ស្ថានភាពអ្នកមូស្លីមដែលមានលទ្ធធភាពធ្វើធម្មយា ត្រាហាជ្ជី210 លក្ខខខណ្ឌឌ មានម៉ះរ៉មសម្រាប់ស្ត្រីដែលទៅធ្វើធម្មយា ត្រាហាជ្ជី212 ឧត្តមភាពនៃការធ្វើធម្មយា ត្រាហាជ្ជី212 គោលបំណងនៃការធ្វើធម្មយា ត្រាហាជ្ជី213 ការធ្វើអ៊ុមរ៉ោះ216 ថ្ងៃបុណ្យអាដហា (ថ្ងៃរ៉យ៉ាហាជ្ជី)217 ការទស សនកិច្ចទីក្រុងម៉ាទីណះ220 7 ប្រតិបត្តិការហិរញ្ញញវត្ថុរបស់អ្នក ប្រតិបត្តិការហិរញ្ញញវត្ថុរបស់ អ្នក226 ការប្រាក់(រីហ ពា)228 ហានិភ័យរបស់ ការប្រាក់ទៅលើបុគ្គល និងសង្គម231 ភាពមិនច្បាស់លាស់ និងការដែលមិនដឹងច្បាស់234 ភាពអយុ ត្តិធម៌ និងការយកទ្រព្យសម្បត្តិអ្នកដទៃដោយមិនត្រឹមត្រូវ235 ល្បែងស៊ីសង238 សុជីវធម៌ដែលឥស្លាមបានសង្កត់ធផងន់ក្នុងទំនាក់ទំនងប្រតិបត្តិការហិរញ្ញញវត្ថុ241</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ចំណីអាហារ និងភេសជ្ជៈ របស់អ្នក ចំណីអាហារ និងភេសជ្ជៈរបស់ អ្នក 246 ដំណាំ និងផលានុផល 246 សុរា និងជាតិអាល់កុល 247 គ្រឿងញៀន 249 អាហារសមុទ្ររ 249 សត្វនៅលើគោក 250 ការប្រមាញ់ សត្វតាមកបួនច្បាប់ឥស្លាម 253 សុជីវធម៌នៃការទទួលទានអាហារ និងភេសជ្ជៈ 254 មាតិកា ទំព័រ មាតិកា មាតិកា ទំព័រ ទំព័រ 9 10 សម្លៀកបំ ពាក់របស់អ្នក គ្រួសាររបស់អ្នក សម្លៀកបំពាក់នៅក្នុងសាសនា ឥស្លាម 260 ច្បាប់ទូទៅដែលទាក់ទងនឹងសម្លៀកបំពាក់261 ឋានៈគ្រួសារនៅក្នុងសាសនា ឥស្លាម 268 ឋានៈស្ត្រីនៅក្នុងសាសនា ឥស្លាម271 អាពាហ៍ពិពាហ៍ក្នុងសាសនា ឥស្លាម 283 សិទ្ធិ និងកាតព្វកិច្ចរបស់ ប្តីប្រពន្ធធនៅក្នុងសាសនា ឥស្លាម 286 ពហុពន្ធធភាព 294 ទំព័រ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 មាតិកា មាតិកា ទំព័រ 12 ជីវិតថ្មីរបស់អ្នក ការលែងលះ 296 សិទ្ធិរបស់ ឪពុកម្តាយ 298 សិទ្ធិរបស់ កូន 300 ឋានៈនៃសីលធម៌ល្អនៅក្នុងសាសនា ឥស្លាម 306 លក្ខណៈពិសេសនៃសីលធម៌ល្អក្នុងសាសនា ឥស្លាម 309 ទិដ្ឋភាពនៃជីវិតព្យាការី និងសីលធម៌ដ៏ល្អរបស់ លោក316 របៀបចូលសាសនា ឥស្លាម326 ការសារភាពកំហុសដោយស្មោះ(តាវហ្ពាត់)327 ការបង្ហាញនូវការដឹងគុណទៅកាន់អល់ឡោះចំពោះការចង្អុលបង្ហាញរបស់ ទ្រង់330 ការអំពាវនាវទៅកាន់សាសនា ឥស្លាម332 បរិស្ថានរបស់ អ្នក និងគ្រួសាររបស់ អ្នក337 ជីវិតគ្រួសារបន្ទាប់ពីចូលឥស្លាម338 តើគប្បីផ្លាស់ប្តូរឈ្មោះដែរឬទេ បន្ទាប់ពីចូលសាសនា ឥស្លាម? 347 ការអនុវត្តនូវអនាម័ យពីធម្មជាតិ(ស៊ូណិតហ្វិត្រោះ)350 ទំព័រ ទំព័រ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សូមអបអរសាទរចំពោះការទទួលយកសាសនា ឥស្លាមដ៏ប្រសើរនេះ ហើយបាន ជ្រើស យកការចង្អុលបង្ហាញដ៏ត្រឹមត្រូវ និងបានចាកចេញពីភាពងងឹតទៅរកពន្លឺ នៃសេចក្តីជំនឿ។ សូមអបអរសាទរចំពោះភាពក្លាហា ននិងគោលបំណងរបស់ អ្នកក្នុងការស្វែងរក ការពិត មុនពេលដែលធ្វើការសម្រេ ចិ ត្តតដ៏សំខាន់បំផុតក្នុងជីវិតរបស់ អ្នកដោយការ ទទួលយកសាសនាដ៏ថ្កុំថ្កើងមួយនេះ! អ្នកណាដែលបានទិញឧបករណ៍ថ្មីមួយ ឬបានចូលរួមកនុងក្លិប ឬក្រុមណាមួយ ឬ អង្គគការណាមួយ ច្បាស់ណាស់គឺគេត្រូវតែប្រឹងប្រែងនៅក្នុងការសិក្សាហើយនិងស្គាល់ អ្វីដែលគេត្រូវទទួលបាន ហើយអ្វីដែលជាកាតព្វកិច្ចត្រូវធ្វើ និងស្វែងរកដំណោះស្រាយ ជាមួយស្ថានភាពថ្មីនោះ។ ស្ររដៀងគ្នានេះដែរ ចំពោះអ្នកដែលអល់ឡោះបានប្រទានពរជ័យ ដោយបាន ឲ្យគេបានចាកផុតអំពីភាពងងឹតទៅកាន់ពន្លឺ(ជំនឿ) ហើយបានជួយឲ្យបានទទួលការ បង្ហាញផ្លូវ និងបានទទួលយកសាសនា ឥស្លាម គឺគេត្រូវតែប្រឹងប្រែងសិក្សាឈ្វេងយល់ ពីក្បួនច្បាប់សាសនា របស់ ខ្លួនដើម្បីគោរពសក្ការៈទៅចំពោះអល់ឡោះដោយឈរលើ ការយល់ដឹងទូលំទូលាយ ហើយអាចប្ររ ឈមនឹងស្ថានការណ៍ជុំវិញខ្លួនគេទាំងអស់ ស្របទៅតាមកបួនច្បាប់ដែលសាសនា ឥស្លាមបានបង្រៀន។ ដំណឹងល្អដែលអ្នកត្រូវតែរីករាយនៅពេលទទួលបានចំណេះដឹងអ៊ីស្លាមគឺថា ព័ត៌មានដែលអ្នកទទួលបានទាំងនេះ វាគឺជាកេរមរតកនៃបណ្តាព្យាការី និងបណ្តា អ្នកនាំសារទាំង ឡាយ ព្រោះថាពិតប្រាកដណាស់ បណ្តាព្យាការីទាំងអស់ មិនបាន បន្សល់ទុកេរមរតកទ្រព្យសម្បត្តិ និងរបស់ របរអ្វីផ្សេងឡើយ គឺមានតែចំណេះដឹង ប៉ុណ្ណោះណោះដែលពួកគាត់បានបន្សល់ទុក។ អ្នកណាដែលទទួលបានចំណេះដឹងនេះ ពិតជានឹងទទួលបានចំណែកដ៏ច្រើនសន្ធឹ[កសន្ធាប់នៃកេរមរតកនៃបណ្តាព្យាការី។ (ស៊ូណាន់ អាពូទើវូទ : ៨៨)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សេចក្តីផ្តើមនៃអ្នកនិពន្ធ ធ</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ហើយមគ្គុទ្ទេសក៍ដែលមានរូបភាពដ៏ស្របស់ ស្អាតនេះ នឹងផ្តល់ឲ្យអ្នកនូវជំហា ន ដំបូង និងដំណាក់កាលគ្រឹះ[ក្នុងការរៀនសូត្រអំពីសាសនា ឥស្លាមដែលជាពរជ័យដ៏ ធំធេងបំផុតដែលអល់ឡោះបានប្រទានដល់មនុស្ស។ វាផ្តល់ឱ្យអ្នកនូវសេចក្តីណែនាំ ក្នុងទិដ្ឋភាពជាច្រើននៃជីវិតដែលអ្នកជួបប្រទះ ឆ្លើយតបនឹងសំណួរបន្ទាន់របស់ អ្នក និងផ្តល់ឱ្យអ្នកនូវការគាំទ្ររគ្រប់គ្រាន់ដើម្បីដោះស្រាយជាមួយមនុស្សនៅជុំវិញ ដោយជោគជ័យ ចំពោះ ស្ថានភាពផ្សេងៗ ដែលអ្នកទំនងជានឹងជួបប្រទះ។ សៀវភៅ នេះ គឺមានរចនាបថ ច្បាស់លាស់ ងា យស្រួល ហើយនិងផ្តល់នូវព័ត៌មានជាក់លាក់ ដោយអនុលោមទៅតាមគម្ពីរគួរអាន និងលំអានរបស់ ព្យាការីមូហាំម៉ាត់។ បន្ថែមពីលើ ការដែលជាសៀវភៅមគ្គុទ្ទេសក៍ដ៏គួរឲ្យចាប់អារម្មមណនេះដែរ វាក៏ជាឯកសារយោង ដែលអ្នកអាចត្រឡប់ទៅរកព័ត៌មានរបស់ វាយ៉ាងងា យស្រួលបំ ផុតបៀងរាល់ពេលដែល អ្នកប្ររ ឈមនឹងបញ្ហា ឬក៏អ្នកត្រូវការយល់ដឹងអំពីក្បួនច្បាប់របស់ អល់ឡោះនៅក្នុងបញ្ហា អ្វីមួយ។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យើងសុំបួងសួងទៅចំពោះអល់ឡោះជាម្ចាស់ឲ្យអ្នកកាន់តែទទួលបាននូវភាព ចម្រុ ងចម្រើន និងការចង្អុលបង្ហាញបន្ថែមទៀត ដែលធ្វើឱ្យដួងចិត្តរបស់ អ្នកប្ររ កាន់ខ្ជាប់ យ៉ាងខ្ជាប់ខ្ជួនចំពោះសាសនា របស់ ទ្រង់ និងទទួលបានពរជ័យគ្រប់ទីកន្លែងដែល អ្នកមានវត្តមាន និងទទួលយើងទាំងអស់ គ្នាទៅក្នុងឋានសួគ៌ជាមួយបណ្តាព្យាការី និងបណ្តាអ្នកសាងកុសលដ៏ស្មោះត្រង់ទាំងឡាយផងចុះ។ អ្នកនិពន្ធធ</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 ពរជ័យដ៏ធំបំផុតដែលមិនធ្លាប់មាននៅក្នុងជីវិត គោលបំណងនៃជីវិតរបស់ យើង ឥស្លាមជាសាសនា សាកល ក្នុងសាសនា ឥស្លាមិនមានអ្នកសម្ររបសម្រួ លរវាងព្រះជាម្ចាស់ និងខ្ញុំបម្រើ របស់ ទ្រង់ឡើយ ឥស្លាមគឺជាសាសនា នៃជីវិត សិក្សាឈ្វេងយល់ពីច្បាប់ឥស្លាម បទប ញ្ញញត្តិឥស្លាម គោលគ្រឹះ[ឥស្លាមទាំងប្រាំ តើខ្ញុំត្រូវធ្វើដូចម្ដេចដើម្បីឈ្វេងយល់ពីច្បាប់សាសនា ឥស្លាម? ឥស្លាមជាសាសនា ដែលមានលក្ខណៈអព្យាក្រឹ[ត សាសនា ឥស្លាមគ្របដណ្ត តប់គ្រប់ទិដ្ឋភាពទាំងអស់ នៃជីវិត សូមើលគំរូពិតរបស់ ឥស្លាម ពុំមែនមើលលើទង្វើ របស់ មូស្លីមួយចំនួនឡើយ កត្តាចាំបាច់ទាំងប្រាំដែលត្រូវរក្សា មាតិកា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16 &gt;ពរជ័យដ៏ធំបំផុតដែលមិនធ្លាប់មាននៅក្នុងជីវិត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អល់ឡោះជាម្ចាស់បានប្រទានពរជ័យ រាប់មិនអស់ ដល់យើងគ្រប់គ្នា។ ទ្រង់បានផ្តល់ ឱ្យយើងនូវអំណោយនៃការមើលឃើញ ការ ស្តាប់ឮ ប្រាជ្ញា សុខភាព គ្រួសារ ទ្រព្យសម្បត្តិ ជាច្រើនទៀតផង។ ទ្រង់ថែមទាំងបានដាក់ អ្វីៗទាំងអស់ នៅក្នុងសកល លោកនេះជា ប្រយោជន៍ដល់យើង។ ព្រះអាទិត្យ ព្រះចន្ទទ មេឃ និងផែនដី និងរបស់ ជាច្រើនរាប់មិនអស់ &gt; សាសនា ឥស្លាមគឺជាពរជ័យដ៏ធំបំផុត ដែលមិនធ្លាប់មាននៅក្នុងជីវិត ដូចអល់ឡោះទ្រង់មាន មានបន្ទូលថា៖ "ហើយប្រសិន នបើពួកអ្នករាប់ព្រះគុណរបស់ ទ្រង់ នោះ គឺពួកអ្នកមិនអាចរាប់វាអស់ ឡើយ"។(គម្ពីរគួរអាន ១៦ៈ១៨)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ប៉ុន្តែពរជ័យទាំងនេះ នឹងសាបសូ ន្យទៅវិញនៅពេលចុងបញ្ច ប់នៃជីវិតរបស់ យើងបានមកដល់ ហើយមានតែពរជ័យមួយគត់ដែលធ្វើឲ្យយើងមានសុភមង្គគល និង សុខដុមរមនាទាំងក្នុងលោកិយ និងថ្ងៃបរលោក នោះគឺពរជ័យនៃសាសនា ឥស្លាមដែល ជាពរជ័យដ៏ធំបំផុតដែលអល់ឡោះបានប្រទានឱ្យយើង។ ហេតុដូចនេះទើបទ្រង់ បានលើកតម្កើងចំពោះវាលើសពរជ័យផ្សេងទៀត។ អល់ឡោះបានមាន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“ថ្ងៃនេះយើងបានបំពេញសាសនា របស់ ពួកអ្នកឲ្យពួកអ្នក និងបានបង្គ្រ គប់ឧបការគុណ របស់ យើងឲ្យពួកអ្នក ហើយយើងបានជ្រើស សាសនា ឥស្លាម ជាសាសនា របស់ ពួក អ្នក"។ (គម្ពីរគួរអាន ៣ៈ៣)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ពិតជាពរជ័យដ៏ធំធេងណាស់ចំពោះយើង! ការដែលទ្រង់បាននាំយើងចេញពី ផ្លូវងងឹតទៅកាន់ពន្លឺនៃជំនឿ ហើយបានណែនាំយើងទៅកាន់សាសនាពិតដែលទ្រង់ បានជ្រើសម្រាប់យើង ដើម្បីដឹងពីគោលបំណងនៅពីក្រោយអត្ថិភាពរបស់ យើង ពោលគឺ ការគោរពសក្ការៈទៅចំពោះអល់ឡោះ។ នៅពេលនោះ ពិតជាទទួលបាននូវ សុភមង្គគលក្នុងលោកិយនេះ និងការតបស្ន នងយ៉ាងធំធេងបំផុតនៅថ្ងៃបរលោក។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17 ពិតជាពរជ័យដ៏ធំធេងណាស់ចំពោះយើង! ដែលទ្រង់ បានជ្រើស យើងឲ្យ ក្លាយទៅជាសហគ មាន៍ដ៏ល្អបំផុតដែលមិនធ្លាប់មានសម្រាប់មនុស្សជាតិ ដោយមាន សក្ខីកម្មមនៃជំនឿថា៖ គ មានទេម្ចាស់ ដែលគេគោរពសក្ការៈដ៏ពិតប្រាកដក្រៅពីអល់ឡោះ ដែលវាជាពាក្យដែលអល់ឡោះបានបញ្ជូ នបណ្តាអ្នកនាំសារ របស់ ទ្រង់ទាំង ឡាយមក។ នៅពេលដែលមានក្រុមឆោតលផងង់មួយករុមដែលពួកគេមានអំនួតថា ឥស្លាម ត្រូវអរគុណដល់ពួកគេ ព្រោះពួកគេបានចូលកាន់សាសនា ឥស្លាម ផ្ទុយទៅវិញ អ្នក ដែលគេត្រូវថ្លែងអំណរគុណនោះ គឺអល់ឡោះតែមួយគត់ ព្រោះទ្រង់ជាម្ចាស់ដែល បានបង្ហាញផ្លូវដល់ពួកគេ រហូតពួកគេបានស្គាល់សាសនាដ៏ពិតមួយនេះ។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អល់ឡោះមាន មានបន្ទូលថា៖ “ពួកគេបាន ចាត់ទុកថា ការចូលសាសនា ឥស្លាម របស់ ពួកគេផ្ដែល់ផលប្ររ យោជន៍ដល់អ្នក(ព្យាការីមូហាំម៉ាត់)។ ចូរអ្នកពោលថា៖ ចូរ កុំចាត់ទុការចូលសាសនា ឥស្លាមរបស់ ពួកអ្នកផ្ដែល់ផលប្ររ យោជន៍ដល់ខ្ញុំឲ្យសោះ។ ផ្ទុយទៅវិញ អល់ឡោះទេដែលប្ររ ទានពរជ័យដល់ពួកអ្នកដោយទ្រង់បានចង្អុលបង្ហាញ ពួកអ្នកទៅកាន់សេចក្តីជំនឿ ប្រសិន នបើពួកអ្នកជា អ្នកនិយា យពិតនោះ”។ (គម្ពីរគួរអាន ៤៩ៈ១៧)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ឧបការគុណរបស់ អល់ឡោះជាម្ចាស់ដែលទ្រង់បានផ្ដែល់មកលើយើង គឺ ច្រើនបំផុត។ ប៉ុន្តែឧបការគុណមួយគត់ដូចដែលគម្ពីរគួរអានបានបញ្ជាក់យ៉ាងច្បាស់ ដែលទាក់ទងនឹងអ្វីដែលអល់ឡោះប្រកាសថា ទ្រង់បានប្រោសប្ររ ទានដល់យើង គឺ ការណែនាំយើងឱ្យស្គាល់ឥស្លាម និងគោរពសក្ការៈចំពោះទ្រង់តែមួយគត់នោះ។ ហេតុដូចនេះហើយ ដើម្បីបន្តទទួលបានអត្ថប្រយោជន៍ពីឧបការគុណដ៏ធំធេងបែបនេះ យើងត្រូវតែបង្ហាញការដឹងគុណចំពោះអល់ឡោះសម្រាប់ការប្រោសប្ររ ទាននេះ។ ទ្រង់ បានមាន មានបន្ទូលថា៖ “ប្រាកដណាស់ ប្រសិន នបើពួកអ្នកដឹងគុណ(ចំពោះឧបការគុណ របស់ យើង) យើងពិតជានឹងបន្ថែម ការប្រោសប្ររ ទានដល់ពួកអ្នកទៀត”។ (គម្ពីរ គួរអាន ១៤:៧) តើយើងអាចបង្ហាញការដឹងគុណចំពោះអល់ឡោះសម្រាប់ពរជ័យដោយរបៀបណា? យើងអាចបង្ហាញការដឹងគុណចំពោះអល់ឡោះតាមរយៈប្រក្សារពីរដូចខាងក្រោម៖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18 ផ្សព្វផ្សាយសាសនា ឥស្លាមដល់អ្នកដទៃ ដោយស្រប តាមគម្ពីរគួរអាននិងស៊ុណ្ណះ (លំអានព្យាការី)ជាមួយនឹងការអត់ធ្មត់។ ត្រូវប្ររ កាន់ឲ្យបានខ្ជាប់ខ្ជួននូវសាសនា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 ហើយត្រូវមានការអត់ធ្មត់ចំពោះ ឧបសគ្គគទាំងឡាយ។ 2 1 &gt;គោលបំណងនៃជីវិតរបស់យើង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ទស សនវិទូ និងមនុស្សជាច្រើនមានការងឿងឆផងងល់ជាខ្លាំងនូវចម្លើយមួយដ៏សំខាន់ ក្នុងជីវិតរបស់ យើង៖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តើហេតុអ្វីបានជាយើងមានវត្តមាននៅទីនេះ? តើអ្វីទៅជាគោលបំណងនៃជីវិតរបស់ យើង? ជាការពិតណាស់ គម្ពីរគួរអានបានបញ្ជាក់ពីគោលបំណងយ៉ាងច្បាស់លាស់ ចំពោះការមានវត្តមានរបស់ មនុស្សនៅក្នុងលោកនេះដោយគ មានការស្ររពិចស្ររពិ ល ឡើយ។ អល់ឡោះទ្រង់មាន មានបន្ទូលថា៖ "ហើយយើងមិនបានបង្កើ តជិន(អមនុស្ស) និងមនុស្ស ក្រៅពីឲ្យពួកគេគោរពសក្ការៈមកចំពោះយើង ឡើយ។(គម្ពីរគួរអាន ៥១ៈ៥៦)។ ដូចនេះ ការគោរពសក្ការៈទៅចំពោះព្រះជាម្ចាស់ ជាគោលបំណង នៃវត្តមាន របស់ យើងនៅលើផែនដីនេះ។ ប៉ុន្តែការគោរពសក្ការៈក្នុងឥស្លាមិនមានន័យថា ត្រូវលះបង់ចោលសុ ភមង្គគល និងភាពសប្បាយរីករាយនោះទេ។ ផ្ទុយទៅវិញ ការគោរពសក្ការៈនោះ រួមបញ្ចូ ល ទាំងការសឡាត(ថ្វាយបង្គំ) ការបួស ការបរិច្ចាគហ សកាត់ រាល់ពាក្យសម្តី និងទង្វើ របស់ គេ ដូចជាការទំនាក់ទំនង ជាដើម និងសូម្បីតែការលេងកម្សាន្តតសប្បាយ(ក៏ជា ការគោរពសក្ការៈទៅចំពោះអល់ឡោះជាម្ចាស់ដែរ) ដរាប ណាគេមានការនៀត(ការ តាំងចិត្ត)ដោយចិត្តជ្រះថ្លាចំពោះទ្រង់។ ព្យាការីមូហាំម៉ាត់មានប្រសាសន៍ថា៖ "ការ រួមេត្រីរបស់ ពួកអ្នកជាមួយភរិយា របស់ ពួកអ្នក គឺជាការបិច្ចាគទានមួយ"។ (មូស្លីមៈ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១០០៦) គឺមានន័យថា ជនមូស្លីមនឹងទទួលផលបុ ណ្យពីម្ចាស់របស់ គេ សូម្បីតែការ សប្បាយរីករាយរបស់ ពួកគេជាមួយភរិយា របស់ ខ្លួនក៏ ដោយ។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19 &gt;ឥស្លាមជាសាសនាសាកល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ឥស្លាមជាសាសនា ដែលនាំមកនូវក្ដីមេត្តាករុណានិងការចង្អុលបង្ហាញសម្រាប់ មនុស្សជាតិលើលោកទាំងមូល ទោះបីជាពួកគេមានវប្បធម៌ ទំនៀមទម្លាប់ និង ប្រពៃណីខុសគ្នាយ៉ាងណាក៏ដោយ។ អល់ឡោះជាម្ចាស់បានមាន មានបន្ទូលថា៖ "ហើយ យើងមិនបានបញ្ជូ នអ្នក(មូហាំម៉ាត់)ឡើយ លើកលែងតែដើម្បីផ្ដែល់ក្ដីមេត្តាករុណាទៅ ចំពោះពិភពលោកប៉ុណ្ណោះណោះ"។ (គម្ពីរគួរអាន ២១ៈ១០៧)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ហេតុនេះហើយបានជាឥស្លាមគោរពរាល់វប្បធម៌និងប្រពៃណីរបស់ ពួកគេ ហើយឥស្លាមិនបានបង្ខំឲ្យអ្នកឥស្លាមនាម្នាក់ប្ដូរប្រពៃណី ឬវប្បធម៌របស់ ខ្លួនឡើយ លើកលែងតែវប្បធម៌ ឬប្រពៃណីទាំងនោះផ្ទុយពីច្បាប់ ឬបដៃឋានឥស្លាម ហើយអ្វីដែល ផ្ទុយពីឥស្លាម គឺត្រូវតែបោះបង់ ចោល ពីព្រោះអល់ឡោះជាម្ចាស់ដែលដាក់បង្គាប់មក លើយើង ទ្រង់មហាដឹងជ្រួតជ្រាបលើអ្វីៗទាំងអស់ ហើយកាលណាយើងមានជំនឿលើ ទ្រង់ គឺយើងត្រូវតែទទួលយកបទបញ្ជារបស់ ទ្រង់។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ហើយត្រូវដឹងដែរថា រាល់ប្រពៃណីរបស់ ជនមូស្លីមដែលមិនទាក់ទងនឹងឥស្លាម ឬច្បាប់ឥស្លាមនោះ គឺមិនចាំបាច់ត្រូវតែយកតម្រាប់តាមនោះឡើយ។ លើភពផែនដីទាំងមូលនេះ ជាកន្លែងគោរពសក្ការៈទៅចំពោះព្រះអល់ឡោះ ឥស្លាមបានចាត់ទុកថា គ្រប់ទីកន្លែងនៅលើផែនដីនេះ គឺយើងអាចរស់នៅ និងអាចគោរពសក្ការៈទៅចំពោះអល់ឡោះបាន។ នៅក្នុង សាសនា ឥស្លាម គឺមិនបាន ហើយតាមរយៈការនៀតរបស់ គេនោះ កិច្ចចការទាំងនោះ គឺនឹងក្លាយជាការគោរព សក្កាការៈទៅចំពោះអល់ឡោះជាម្ចាស់ ខណៈដែលវាគឺជាតម្រូវការរបស់ ជីវិត និង ជា ធាតុពិត នៃជីវិត។ ជាការពិតណាស់ អ្នកមូស្លីមគឺតែងតែប្រណិ ប័តន៍នូវគ្រប់ប្រភេទ នៃការ គោរពសក្ការៈទៅចំពោះអល់ឡោះ ដូចអល់ឡោះបានមានព្រះបន្ទូលថា៖ "ចូរ អ្នក(ព្យាការីមូហាំម៉ាត់) ពោលថា ពិតប្រាកដណាស់ ការសឡាតរបស់ ខ្ញុំ ការសំទេះ សត្វរបស់ ខ្ញុំ ការបស់នៅរបស់ ខ្ញុំ ហើយនិងការស្លាប់របស់ ខ្ញុំ គឺសម្រាប់អល់ឡោះ ដែលជាម្ចាស់គ្រប់គ្ររងពិភពទាំងអស់ "។ (គម្ពីរគួរអាន ៦ៈ១៦២)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20 កំណត់យកប្រទេស ឬកន្លែងណាមួយឲ្យ ជនមូស្លីមធ្វើការគោរពសក្ការៈទៅចំពោះ ព្រះឡើយ។ ផ្ទុយ ទៅវិញ អ្នកមូស្លីមអាច គោរពសក្ការៈទៅចំពោះព្រះជាម្ចាស់ បាន គ្រប់ទីកន្លែង។ ហើយជនមូស្លីមិនចាំបាច់ ធ្វើដំណើរពីកន្លែងមួយទៅកន្លែងមួយទៀត នោះទេ លើកលែងតែមានការហា មឃាត់មិន ឲ្យពួកគេគោរពទៅចំពោះទ្រង់(នៅកន្លែង ដែលគេរស់នៅនោះ)។ នៅ ពេលនោះ គេ អាចធ្វើដំណើរចេញពីតំបន់នោះដើម្បីទៅ រកកន្លែងដែលគេអាចគោរពសក្ការៈចំពោះ អល់ឡោះបាន។ អល់ឡោះ ទ្រង់មានបន្ទូល ថា៖ "ឱបណ្ដាខ្ញុំរបស់ យើង ដែលមានជំនឿ! ពិតណាស់ ផែនដីរបស់ យើងគឺធំទូលាយ។ (ដូចនេះ ចូរពួកអ្នកភៀសខ្លួន ទៅកន្លែង ដែល មានសុវត្ថិភា ព ) ហើយពួកអ្នកត្រូវគោរព សក្កាការៈមកចំពោះយើងតែមួយគត់"។ (គម្ពីរគួរអាន ២៩ៈ 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មានសាសនា ជាច្រើនបានផ្ដែល់ឋានៈសក្តិក្នុងសាសនា ទៅឲ្យបុគ្គលមួយចំនួន លើសពីអ្នកដទៃ ហើយរាល់ជំនឿ និងការគោរពសក្ការៈនានា គឺនៅលើការសម្រេ ច និងការយល់ព្ររមរបស់ ពួកគេប៉ុណ្ណោះណោះ។ ហើយពួកគេជាអ្នកដែលលុ បលាងកំហុស ហើយមានអ្នកខ្លះក្នុងចំណោមពួកគេបាន អះអាង ថា គេជាអ្នកដឹងពីប្ររ ការអាថ៌កំបាំង ហើយការធ្វើអ្វីខុសពីដំបូន្មានពួកគេ នឹងបណ្តាលឲ្យមានការ ខាតបង់ទៀតផង។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រីឯឥស្លាមវិញ ជាសាសនាមួយដែលបានឲ្យតម្លៃទៅលើមនុស្សជាតិនិងលើក កិត្តិយសរបស់ ពួកគេ ហើយឥស្លាមបានបដិសេធរាល់ការគោរពសក្ការៈណាមួយដែល &gt;ក្នុងសាសនាឥស្លាមិនមានអ្នកសម្ររបសម្រួលរវាង ព្រះជាម្ចាស់និងខ្ញុំរបស់ទ្រង់ឡើយ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21 មានការទាក់ទងងនឹងបុគ្គល នាម្នាក់នោះ ទោះបីបុគ្គល នោះមានកុសល ឬឋានៈ ខ្ពពង់ខ្ពពស់យ៉ាងណាក៏ដោយ។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ការគោរពសក្ការៈរបស់ មូស្លីមទៅចំពោះអល់ឡោះ គឺរវាងបុគ្គល នោះជាមួយ នឹងទ្រង់ផ ទាល់ ដោយមិនចាំបាច់ពឹងពាក់បុគ្គល នាម្នាក់ឡើយ ពីព្រោះទ្រង់ជាម្ចាស់ ដែលស្ថិ តនៅក្បែរយើងជានិច្ច ទ្រង់ឮនូវអ្វីដែលខ្ញុំរបស់ ទ្រង់បួងសួងសុំ ទ្រង់ឃើញរាល់ ការគោរពសក្ការៈខ្ញុំរបស់ ទ្រង់ ហើយ ទ្រង់នឹង តបស្ន នងលើទង្វើទាំងនោះ។ គ្មានបុគ្គល នាម្នាក់មានសិទ្ធិលុបលាងកំហុសឲ្យ អ្នកណាម្នាក់បានឡើយ។ ផ្ទុយទៅវិញ បុគ្គល ណាសុំអភ័យទោសពីព្រះជាម្ចាស់ដោយចិត្តស្មោះស នោះទ្រង់នឹងអភ័យទោស ឲ្យគេ ជាមិនខាន។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ហើយឥស្លាមជាសាសនាមួយដែលបានជំរុញឲ្យជនមូស្លីមធ្វើការសញ្ចឹ [ង គិតនិងពិចារណា ថែមទាំងបង្គាប់ឲ្យប្រកាន់ខ្ជាប់នូវការយកគម្ពីរគួរអាននិង &gt; ក្នុងសាសនា ឥស្លាមិនមានអ្នកសម្ររបសម្រួ លរវាងព្រះជាម្ចាស់និងខ្ញុំរបស់ ទ្រង់ឡើយ។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22 ប្រសាសន៍ របស់ ព្យាការីមូហាំម៉ាត់ជាគោលក្នុងការកាត់សេចក្តីរាល់ពេលដែល មានការខ្វែងគំនិតអ្វីមួយនោះ។ ហើយគ្មានបុគ្គល នាម្នាក់ដែលគេត្រូវស្ដាប់ តាមទាំងស្រុងក្រៅពីព្យាការីមូហាំម៉ាត់នោះឡើយ ព្រោះរាល់ពាក្យសម្ដីរបស់ គាត់ គឺជាការចង្អុលបង្ហាញរបស់ ព្រះជាម្ចាស់។ ទ្រង់បានមាន មានបន្ទូលថា៖ "ហើយគេ (មូហាំម៉ាត់)ក៏មិននិយា យតាមទំនើងចិត្តដែរ។ ពាក្យសំដីដែលគេនិយា យ គឺ គ មានអ្វី ក្រៅពីវ៉ាហ៊ី (សាររបស់ អល់ឡោះ)ដែលត្រូវគេបើកបង្ហាញមកនោះឡើយ"។ (គម្ពីរគួរអាន ៥៣ៈ៣-៤)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នេះជាពរជ័យដ៏ធំធេងបំផុតដែល ទ្រង់បានប្រទានសាសនា ឥស្លាមមកលើយើងទាំងអស់ គ្នា ដែលជាសាសនាមួយ សមស្របនិងនិស្ស័យធម្មជាតិដែលមាន ពីកំណើតរបស់ មនុស្ស។ លើសពីនេះ ទៅ ទៀត ឥស្លាមជាសាសនា ដែលផ្ដែល់តម្លៃឲ្យ មនុស្សគ្រប់រូប និងឲ្យគេជាម្ចាស់ការលើ ខ្លួនឯងផ ទាល់ ដោយមិនពឹងពាក់អ្នកណា មួយករៅពីអល់ឡោះឡើយ។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23 &gt;ឥស្លាមគឺជាសាសនានៃជីវិត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ឥស្លាមជាសាសនាមួយដែលមានតុល្យភាពរវាងជីវិត លោកិយ និងបរលោក។ ហេតុនេះ ឥស្លាមបានចាត់ទុកលោកិយនេះជាថ្នាលសម្រាប់ សាងអំពើកុសល ហើយគេ នឹងទទួលផ្លែ ផ្កានេះនៅថ្ងៃបរលោកជាមិនខានឡើយ។ រាល់អំពើកុសលត្រូវមានគំនិត សុទិដ្ឋិនិយម និងត្រូវមានការប្រឹងប្រែងក្នុងជីវិត។ ភស្តុ តាងដែលបញ្ជាក់ដូចនោះគឺ៖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ការស្ថាបនា និងអភិវឌ្ឍន៍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អល់ឡោះជាម្ចាស់បានមាន មានបន្ទូលថា៖ "ទ្រង់ជាអ្នកដែលចាប់ផ្ដើមបង្កើ តពួក អ្នកពីដី ហើយទ្រង់ក៏បានឲ្យពួកអ្នកតទាំងទីលំនៅលើវា"។ (គម្ពីរគួរអាន ១១ៈ៦១)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ជាកាពិតណាស់ ទ្រង់បានបង្កើ តយើងឲ្យមករស់នៅលើផែនដីនេះ ហើយ ទ្រង់ ដាក់បង្គាប់ មកលើយើងឲ្យចេះស្ថាបនា និងអភិវឌ្ឍន៍លើគ្រប់វិស័យដើម្បីបម្រើដល់ មនុស្សជាតិ ដរាប ណាវាមិនផ្ទុយនឹង គោលការណ៍ នៃច្បាប់ឥស្លាមទេ។ ការពិត ទ្រង់ បាន ចាត់ទុការអភិវឌ្ឍន៍ និងស្ថាបនាទាំងនោះ គឺជាការគោរពសក្ការៈទៅចំពោះទ្រង់ ផងដែរ។ ហេតុនេះហើយ បានជាព្យាការីមូហាំម៉ាត់ បានបញ្ជាក់ប្រាប់ យើងថា ប្រសិន នបើ មានបុគ្គលមូ ស្លីមនាម្នាក់ចង់ដាំដើមឈើ តែនៅពេលនោះថ្ងៃបរលោក៏បានមកដល់ គឺចាំបាច់លើរូបគេត្រូវតែដាំដើមឈើនោះ ប្រសិន នបើគេមានពេលដើម្បីទទួលផលបុ ណ្យ ពីព្រះជាម្ចាស់។ (អាល់មុសណាត់ ២៧ៈ១២)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ការចូលរួមកនុងសង្គម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ឥស្លាមអំពាវនាវឲ្យមានការចូលរួមកនុងសង្គម និងសហ ការគ្នាដើម្បីកសាង សង្គម ហើយ ឥស្លាមបានជំរុញឲ្យប្រកាន់ខ្ជាប់នូវសី លធម៌ ល្អចំពោះអ្នកជុំវិញ និងត្រូវ ផ្សារភ្ជាប់ទំនាក់ទំនងឲ្យបានរឹងមាំ ដូចព្យាការីមូហាំម៉ាត់បានបញ្ជាក់ថា ការបស់នៅ តែឯងដោយមិនចូលរួម ជាមួយអ្នកដទៃ មិនមែនជាមាន គ៌ានៃអ្នកអំពាវនាវធ្វើល្អ អឡើយ។ លោក៏បានបញ្ជាក់ផងដែរ ថា អ្នកដែលរួមរស់ក្នុងសង្គម ហើយ ទ្រាំអត់ធ្មត់លើការធ្វើ ទុកបុកម្នេញ ឬកំហុសឆ្គគង របស់ ពួកគេ គឺប្រសើរជាងអ្នករស់តែម នាក់ឯងឃ្លាតឆផងាយ ពីស ង្គគម។ (អិពនូម៉ាហ្ជះៈ៤០២២)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24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ឥស្លាមជា សាសនា ដែលផ្តោតលើចំណេះវិជ្ជា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វាមិនមែនជារឿងចៃដន្យនោះទេដែលពាក្យដំបូងនៃគម្ពីរគួរអានដែលបាន បញ្ចុះមកលើព្យាការី គឺពាក្យ "អិករ៉ាក់៉ក់" ដែលមានន័យ ជាភាសាខ្មែរថា៖ "ចូរអ្នកអាន"។ តាមពិតសាសនា ឥស្លាមបានបញ្ជាក់អំពីការគាំទ្ររគ្រប់វិជ្ជាណាដែលមានប្រយោជន៍ សម្រាប់មនុស្ស ជាតិ រហូតផ្លូវដែលអ្នកស្វែងរកវិជ្ជាដើរនោះ ក្លាយជាផ្លូវសម្រាប់រូបគេ ទៅឋានសួគ៌ទៀតផង ដូចដែលអ្នកនាំសារបានមានប្រសាសន៍ថា៖ "បុគ្គល ណា បានធ្វើដំណើរស្វែងរកចំណេះដឹងអល់ឡោះនោះ ទ្រង់នឹងសម្រួ លផ្លូវឲ្យគេទៅរក ឋានសួគ៌"។ (អិពនូហ៊ិបហ្ពានៈ៨៤)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នៅក្នុងសាសនា ឥស្លាមគឺមិនមានពាក្យថាប្រឆាំងនឹងចំណេះដឹងនោះឡើយ ផ្ទុយទៅវិញ ឥស្លាមជាសាសនា ដែលគាំទ្ររពេញទំហឹងលើរាល់ចំណេះវិជ្ជាដែលនាំ ផលប្ររ យោជន៍ដល់មនុស្សជាតិទៀតផង។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លើសពីនេះទៅទៀត ឥស្លាមបានលើកតម្កើងអ្នកដែលមានចំណេះដឹង &gt; គ មានការប្រឆាំងគ្នារវាងសាសនា ឥស្លាម និងវិទ្យាសាស្ត្រដូចដែលបានកើតឡើង ក្នុងសាសនាដទៃឡើយ។ ឬអ្នកដែលផ្ដែល់ចំណេះរបស់ ខ្លួនទៅដល់អ្នកដទៃនូវការលើកតម្កើងមួយដ៏ខ្ពពស់បំផុត ហើយព្យាការីមូហាំម៉ាត់បានបញ្ជាក់ថា រាល់សត្វលោកដែលនៅលើផែនដីនេះបាន ធ្វើការបួងសួងចំពោះអល់ឡោះជាម្ចាស់ឲ្យអ្នកដែលបានផ្ដែល់ចំណេះដឹងដល់អ្នកដទៃ ទៀតផង។ (អាត់តៀរមីហ ស៊ីៈ២៦៨៥)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25 &gt; សិក្សាឈ្វេងយល់ពីច្បាប់ឥស្លាម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ជាការចាំបាច់បំផុតមកលើជនមូស្លីមគ្រប់គ្នាត្រូវសិ ក្សាពីច្បាប់ឥស្លាមដើម្បីយក មកអនុវត្តក្នុងជីវិតប្រចាំ ថ្ងៃរបស់ ខ្លួន ដូចជាការគោពសក្កាការៈចំពោះអល់ឡោះ និងការ ទំនាក់ទំនង ដើម្បីជៀសវាងពីការគោរពសក្ការៈចំពោះព្រះដោយអវិជ្ជា។ អ្នកនាំសារ មូហាំម៉ាត់បានមានប្រសាសន៍ថា៖ "បុគ្គល ណាដែលព្រះអល់ឡោះជាម្ចាស់ចង់ឲ្យគេ បានល្អ គឺទ្រង់នឹងផ្ដែល់ឲ្យគេនូវការយល់ដឹងពីសាសនា របស់ ខ្លួន"។ (អាល់ពូខរីៈ៧១ មូស្លីមៈ១០៣៧)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ហេតុនេះ អ្នកមូស្លីមត្រូវសិ ក្សារៀនសូត្រអ្វីដែលជាកាតព្វកិច្ចមកលើរូបគេ ដូចជា របៀបថ្វាយបង្គំ ការជម្រះ សម្អាត និងអ្វីដែលទ្រង់ហា មឃាត់ ឬអនុញ្ញាត។ល។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26 &gt; បទបញ្ញញត្តិឥស្លាម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បទបញ្ញញត្តិឥស្លាមានប្រាំប្ររ ភេទ ហើយរាល់ទង្វើ និងពាក្យសំដីរបស់ មនុស្សគឺ មិនអាចេញក្រៅពីបទបញ្ញញតិទាំងប្រាំ នេះឡើយ។ មានន័យថា៖ អ្វីៗដែលអល់ឡោះបានដាក់បង្គាប់ ដោយទ្រង់ នឹងផ្ដែល់ផលបុ ណ្យចំពោះបុគ្គល ណាដែលបានអនុវត្តា ម និង ដាក់ទណ ឌកម្មមចំពោះបុគ្គល ណាដែលមិនអនុវត្តា ម ដូចជា ការ សឡាត (ថ្វាយបង្គំ)មួយថ្ងៃមួយយប់ប្រាំដង ការបួសនៅក្នុងខែ រ៉ម៉ាហ្ទទន។ល។ វ៉ាជិប (កាតព្វកិច្ច) មានន័យថា៖ អ្វីៗដែលអល់ឡោះបានហា មឃាត់ ដោយទ្រង់ នឹងផ្ដែល់ផលបុ ណ្យចំពោះបុគ្គល ណាដែលបោះបង់ នូវការ ហា មឃាត់នោះ ហើយទ្រង់នឹងដាក់ទណ ឌកម្មមចំពោះបុគ្គល ណា ដែលបំពានលើការហា មឃាត់នោះ ដូចជា ការផឹកគ្រឿងស្ររវឹង ប្រព្រឹ [ត្តតហ្ស៊ីណា(ការរួមភេទក្រៅអាពាហ៍ពិពាហ៍)ជាដើម។ល។ ហារ៉ាំ (បម្រាម) មានន័យថា៖ អ្វី ដែលអល់ឡោះជំរុញ ឲ្យប្រព្រឹ[ត្តិ ដោយ ទ្រង់ នឹងផ្ដែល់ផលបុ ណ្យចំពោះការប្រព រឹ[ត្តិនោះ តែទ្រង់ក៏មិន ដាក់ទណ្ឌឌកម្មចំពោះបុគ្គល ណា ដែលមិនប្រព្រឹ[ត្តិដែរ ដូចជា ការសម្ដែងទឹកមុខ ញញឹមចំពោះមនុស្ស ការឲ្យសាឡាម។ល។ ស៊ូណិត (គប្បីធ្វើ) មានន័យថា៖ អ្វីដែលអល់ឡោះជំរុញឲ្យបោះបង់ចោលមិនគួរ ប្រព្រឹ [ត្តិ ដោយ ទ្រង់នឹងផ្ដែល់ផលបុ ណ្យចំពោះបុគ្គល ណាដែល បោះបង់ទង្វើ ទាំងនោះ តែទ្រង់ក៏មិនដាក់ទណ ឌកម្មចំពោះបុគ្គល ណាដែលប្រព រឹ[ត្តិវាដែរ ដូចជា ការ លេង ម្រាមដៃនៅ ពេលកំពុង សឡាត (ថ្វាយបង្គំ)។ ម៉ាក្រុះ (ពុំគប បីធ្វើ) មានន័យថា៖ អ្វីដែលឥស្លាមិនបានហា មឃាត់ ហើយក៏មិនបាន បង្គាប់ដែរ ដូចជា ការលក់ដូរ ការធ្វើដំណើរ ការនិយា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យស្ដី....។ល។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 ពាហ (អនុញ្ញាត)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27 &gt; គោលគ្រឹះ[ឥស្លាមទាំងប្រាំ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"គេបានស្ថាបនាឥស្លាមលើ គោលគ្រឹះ[ប្រាំប្ររ ការគឺ៖ ការធ្វើសាក្សីថា គ មានទេព្រះដែលត្រូវគេគោរពសក្ការៈយ៉ាង ពិតប្រាកដផ្សេងពីអល់ឡោះ ហើយធ្វើសាក្សីទៀតថា មូហាំម៉ាត់ជាអ្នកនាំសាររបស់ ទ្រង់ ការប្រតិបត្តិសឡាត(ថ្វាយបង្គំ)ប្រាំដងក្នុងមួយថ្ងៃមួយយប់ ការបរិច្ចាគហ សាកាត់ ការបួស ខែរ៉ម៉ាហ្ទទន និងការធ្វើធម្មយា ត្រាហាជ្ជី"។ (អាល់ពូខរីៈ៨ មូស្លីមៈ១៦)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គោលគ្រឹះ[ទាំងប្រាំនេះ គឺជាមូលដ្ឋានគ្រឹះ[ដ៏ធំបំផុតក្នុងសាសនា ឥស្លាម ហើយ វាក៏ជាសស រទ្រូងនៃសាសនា ឥស្លាមផងដែរ ដែលយើងនឹងធ្វើការបកស្រាយឱ្យបាន ក្បោះក្បាយនៅជំពូកខាងមុខ។</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ជំពូកដំបូងគេនោះគឺ ជំនឿលើអល់ឡោះព្រះជាម្ចាស់តែមួយគត់។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បន្ទាប់ មក ការប្រតិបត្តិសឡាត គឺជាការគោរពប្រណិ ប័តន៍មួយដ៏ធំបំផុតក្នុង សាសនា ឥស្លាម។ ព្យាការីមូហាំម៉ាត់ បានមានប្រសាសន៍ថា៖ "សស រទ្រូងរបស់ ឥស្លាម គឺការប្រតិបត្តិសឡាត"។ (អាត់តៀរមីហ សី ៈ ២៧៤៩)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ក៏ប៉ុន្តែដើម្បីអនុវត្តតការសឡាតឲ្យបានត្រឹមត្រូវ គឺត្រូវមានលក្ខខខណ្ឌឌរបស់ វា ដែលនោះគឺត្រូវមានភាពជ្រះស្អាត។ ហេតុនេះហើយទើបការបកស្រាយបន្ទាប់ពីជំពូក គោលជំនឿរបស់ អ្នក គឺជំពូក ការជម្រះ សម្អាតរបស់ អ្នក។ បន្ទាប់មក ទើបចូលដល់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 ការសឡាតរបស់ អ្នក និងជំពូកបន្តតបន្ទាប់មកទៀត។ ធ្វើសាក្សីថា គ មានទេព្រះដែលត្រូវគេគោរពសក្ការៈ យ៉ាងពិតប្រាកដផ្សេងពីអល់ឡោះ ហើយធ្វើសាក្សី ទៀតថា មូហាំម៉ាត់ គឺជា អ្នកនាំសារ របស់ ទ្រង់។ 1 2 ការប្រតិបត្តិសឡាត (ថ្វាយបង្គំ)មួយថ្ងៃ ប្រាំពេល។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28 3 4 5 ការបរិច្ចាគ(ហ្សាកាត់) ការបួសខែរ៉ម៉ាហ្ទទន ការធ្វើធម្មយា ត្រាហាជ្ជី គោលគ្រឹះ[ឥស្លាមទាំងប្រាំ ធ្វើសាក្សីថា គ មានទេព្រះដែលត្រូវគេគោរពសក្ការៈយ៉ាងពិតប្រាកដ ក្រៅពីអល់ឡោះ ហើយធ្វើសាក្សីថា មូហាំម៉ាត់ជាអ្នកនាំសាររបស់ ទ្រង់ 1 ការប្រតិបត្តិសឡាត 2 ការបរិច្ចាគហ សាកាត់ 3 ការបួសខែរ៉ម៉ាហ្ទទន 4 ការធ្វើធម្មយា ត្រាហាជ្ជី 5</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នបើបុគ្គល នាម្នាក់មានជំងឺហើយគេត្រូវការព្យាបាលជំងឺនោះ គេនឹង ស្វែង រកគ្រូពេទ្យដ៏ជំនាញម្នាក់ ពោលគឺ គេនឹងមិនធ្វេសប្រហែសក្នុង ការ ស្វែងរក វេជ្ជបណ្ឌិត ដើម្បីមកធ្វើការព្យាបាឡើយ ពីព្រោះអាយុជីវិតរបស់ គេ វាពិតជាមាន តម្លៃខ្លាំងណាស់។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ក៏ប៉ុន្ដែសាសនា របស់ មនុស្សយើងគឺមានតម្លៃថ្លៃជាងអ្វីៗទាំងអស់។ ហេតុនេះ គេត្រូវតស៊ូដើម្បីឈ្វេងយល់ពីសាសនា របស់ ខ្លួន ពោលគឺគេត្រូវសិ ក្សា និងសួរ អ្នកចេះដឹងឥស្លាមលើចំណុចណាដែលខ្លួនមិនដឹង ឬមិន យល់ នោះ។ &gt; តើខ្ញុំត្រូវធ្វើដូចម្ដេចដើម្បីឈ្វេងយល់ពីច្បាប់នៃសាសនាឥស្លាម?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29</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វាជាជំហា នមួយដ៏ត្រឹមត្រូវបំផុត ដែលអ្នកបានអានសៀវភៅមួយកបាលនេះ ដូចព្រះ ជាម្ចាស់ ទ្រង់ 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"ហេតុនេះ ចូរពួកអ្នកសួ រ អ្នកដែលមាន ចំណេះដឹង ប្រសិន នបើពួកអ្នកមិនបានដឹង នោះ"។ (អាន់ណះល៍ ៤៣) ហេតុនេះ អ្នកអាចឈ្វេងយល់អំពី ឥស្លាម តាមការសាកសួ រទៅកាន់អ្នកប្រាជ្ញញ ឥស្លាម ឫស្ថាប័នឥស្លាមដែលនៅក្បែរអ្នក ហើយអ្នកក៏អាចឈ្វេងយល់អំពីឥស្លាមតាម រយៈគេហទំព័រ ខាង ក្រោមនេះបានផងដែរ៖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www.slamcfnder.org អ្នកក៏គួរស្វែងរកនូវគេហទំព័រណា ដែលគួរទុកចិត្តក្នុងការពន្យល់បកស្រាយ អំពីច្បាប់សាសនា ឥស្លាម 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www.newmuslmgude.com www.gude-muslm.com &gt; សម្រាប់អ្នកដែលបានចូលកាន់សាសនា ឥស្លាមថ្មីថ្មោង គួរ តែទាក់ទងជាមួយមជ្ឈមណ្ឌឌល ឥស្លាមទាំងឡាយដែលនៅជិតរូបគេ ហើយព្យាយា មអានសៀវភៅ និងមើលគេហទំព័រ អិនធើណិតដែលគេអាចទុកចិត្តបាន។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30 &gt; ឥស្លាមជាសាសនាដែលមានលក្ខណៈអព យាក្រឹ[ត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ឥស្លាមជាសាសនា ដែលមានលក្ខណៈអព្យាក្រឹ[តដោយមិនបានធ្វេ សប្រហែស ហើយក៏មិននិយមជ្រុលលើចំណុចមួយណាឡើយ ដូចដែលយើងឃើញជាក់ស្ដែង ក្នុងបដៃឋានរបស់ ឥស្លាម ឬក្នុងការគោរពសក្ការៈផ្សេងៗរបស់ ឥស្លាមនោះឯង។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ហើយអ្វីដែលបញ្ជាក់ថា ឥស្លាមជាសាសនាមានលក្ខណៈអព្យាក្រឹ[តនោះគឺ ព្រះជាម្ចាស់បានបង្គាប់អ្នកនាំសាររបស់ ទ្រង់ និងបណ្តាអ្នកមានជំនឿទាំងអស់ ឲ្យ រក្សា និងប្រកាន់ខ្ជាប់នូវពីរចំណុច៖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២ ប្រកាន់ខ្ជាប់នូវគោលជំហរឲ្យរឹងមាំ ចំពោះសាសនា ហើយលើកតម្កើង បណ្តាអត្តតសញ្ញាណរបស់ អល់ឡោះ។ ហា មដាច់ខាត់មិនឲ្យមានការបំពាន ឬនិយមជ្រុលក្នុងសាសនា 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អល់ឡោះជាម្ចាស់ទ្រង់បានមាន មានបន្ទូលថា៖ "ដូចនេះ ចូរអ្នក(ព្យាការីមូហាំម៉ាត់) ប្រកាន់ខ្ជាប់នូវគោលជំហរឲ្យរឹងប៉ឹ[ង ដូចអ្វីដែលអល់ឡោះទ្រង់បានបញ្ជាចំពោះអ្នក និងអ្នកដែលបានសារភាពកំហុសចំពោះអល់ឡោះ ហើយចូរពួកអ្នកកុំបំពានឲ្យសោះ។ ពិតប្រាកដណាស់ ទ្រង់ជាអ្នកឃើញទាំងអស់ នូវអ្វីដែលពួកអ្នកប្រព រឹ[ត្ត"។(គម្ពីរ គួរអាន ១១ៈ១១២)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ពោលគឺ ចូរអ្នកអនុវត្តា មបទបញ្ជារបស់ ទ្រង់ឲ្យបានត្រឹមត្រូវ ហើយចូរអ្នកកុំ បំពាន ឬធ្វើអ្វីមួយ ដែលហួ សពីបទបញ ជារបស់ ទ្រង់នោះ។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នៅពេលដែលព្យាការីមូហាំម៉ាត់កំពុងបង្រៀនសហ ការីរបស់ គាត់ គឺគាត់តែងតែ ដាស់រំ់ឭកពួកគេមិន ឲ្យប្រព្រឹ [ត្តតបំពានក្នុងសាសនា ឥស្លាម ពីព្រោះវាជាមូលហេតុ មួយដែលបង្កកឲ្យមានវិនាសកម្មមដ ល់ពួកជំនាន់មុន។ ព្យាការីមូហាំម៉ាត់បានមាន ប្រសាសន៍ថា៖ "ចូរពួកអ្នកប្រុ ងប្រយ័ ត្ននកុំឲ្យមានការបំពានក្នុងសាសនា របស់ អ្នក ព្រោះ ដោយសារតែការបំពាននេះហើយដែលធ្វើឲ្យពួកជំនាន់មុនពួកអ្នកទទួលនូវវិនាសកម្ម នោះ"។ (អិពនូម៉ាហ្ជះ ៈ ៣០២៩)</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31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ព្យាការីបានមានប្រសាសន៍ទៀតថាៈ "ចូរពួកអ្នកគោរពប្រណិ ប័តន៍ចំពោះទ្រង់ តាមលទ្ធធភាពរបស់ ពួកអ្នក"។ (អាល់ពូខរីៈ ១១០០)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ពិតប្រាកដណាស់ ព្យាការីមូហាំម៉ាត់បានបញ្ជាក់ថា អល់ឡោះបានចាត់តទាំងគាត់មកនេះ មិនមែនដើម្បីដាក់កម្រិ ត តឹងតែងមកលើ មនុស្ស ជាតិ ឡើយ ដូចដែលគាត់បញ្ជាក់ប្រាប់ ថា៖ "ពិតណាស់ ព្រះជាម្ចាស់មិនបានបញ្ជូ នខ្ញុំមកដើម្បីនាំ មកនូវច្បាប់ដែលតឹង តែងលើសពីលទ្ធធភាពរបស់ មនុស្សជាតិ ឡើយ។ ផ្ទុយទៅវិញ ទ្រង់បានបញ្ជូ នខ្ញុំមក គឺដើម្បីអប់រំ ពួកអ្នក និងសម្រួ លដល់ពួកអ្នកប៉ុណ្ណោះណោះ"។ (មូស្លីមៈ ១៤៧៨) &gt; សាសនាឥស្លាមគ្របដណ្ត តប់គ្រប់ ទិដ្ឋភាពទាំងអស់ នៃជីវិត សាសនា ឥស្លាមិនមែនជាតម្រូវការផ្នែកអារម្មមណ៍ដែលមូស្លីមប្រណិ ប័តន៍ក្នុង វិហា រដោយការបួងសួង និងសឡាត(ថ្វាយបង្គំ)តែប៉ុណ្ណោះណោះទេ។ វាមិនមែនត្រឹមតែជាទស សនៈ និងជំនឿដែលបរិស័ទគោរពតែប៉ុណ្ណោះណោះទេ។ ក៏មិនមែនត្រឹមតែបណ ដុំនៃប្រព័ន្ធធសេដ្ឋឋកិច្ចប៉ុណ្ណោះណោះទេ។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ហើយក៏មិនមែនត្រឹមតែជាវិធាននិងទ្រឹ[ស្តីដើម្បីកសាងសង្គមប៉ុណ្ណោះណោះទេ។ និងមិនមែនត្រឹមតែបណ ដុំនៃសីលធម៌នៅក្នុងការទំនាក់ទំនងជាមួយអ្នកដទៃ ប៉ុណ្ណោះណោះនោះដែរ។ ក៏ប៉ុ]ន្ដែសាសនាឥស្លាម គឺជាមាគ៌ាដ៏ពេញលេញសម្រាប់គ្រប់គ្ររងជីវិតទាំងមូល ដោយគ មានការខ្វះខាត ជ្រុ]ងណាមួយឡើយ។ ដូចដែលអល់ឡោះជាម្ចាស់ទ្រង់បានមាន មានបន្ទូលថា៖ "ថ្ងៃនេះយើងបានបំពេញ សាសនា របស់ ពួកអ្នកឲ្យពួកអ្នក និងបានបង្គ្រ គប់ឧបការគុណរបស់ យើងឲ្យពួកអ្នក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32 ហើយយើងបានជ្រើស សាសនា ឥស្លាមជាសាសនា របស់ ពួកអ្នក"។ (គម្ពីគួរអាន ៥ៈ៣)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មានថ្ងៃមួយ មានអ្នកគ្មានជំនឿម នាក់បានសើចំអកឲ្យលោកសាល់ម៉ាន អាល់ហ្វារីស៊ីដែលជាសហ ការីរបស់ ព្យាការីមូហាំម៉ាត់ ដោយគេបាននិយា 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មិត្តតរបស់ អ្នក(មូហាំម៉ាត់)បង្រៀនអ្នកគ្រប់ បែបយ៉ាង មែនទេ សូម្បីតែរឿងបន្ទោបង់ នោះឬ?! លោកសាល់ម៉ានបានតបវិញថា៖ ពិតមែនហើយ គាត់បង្រៀនពួកខ្ញុំ គ្រប់បែបយ៉ាង។ បន្ទាប់មក លោកសាល់ម៉ានបានរៀបរាប់អំពីច្បាប់ឥស្លាម ជាមួយនឹង សុជីវធម៌ដែលឥស្លាមតម្រូវឲ្យធ្វើក្នុងពេលបន្ទោបង់។ (មូស្លីមៈ ២៦២) &gt; សាសនា ឥស្លាម គឺជាមាន គ៌ាដ៏ទូលំទូលាយសម្រាប់គ្រប់ទិដ្ឋភាពនៃជីវិតបស់នៅ។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33 &gt; សូមើលគំរូពិតរបស់ឥស្លាម ពុំមែនមើលលើទង្វើរបស់អ្នក មូស្លីមួយចំនួននោះឡើយ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នបើអ្នកបានជួបនឹងគ្រូពេទ្យ ឬគ្រូបង្រៀននាម្នាក់ដែលមិនប្រកាន់នូវ ក្ររមសីលធម៌ល្អ ឬប្រើសំដីមិនពីរោះ នោះ អ្នកនឹងនៅតែមិនបដិសេធអំពីសារៈ សំខាន់ នៃចំណេះដឹង ឬវិជ្ជាទាំង នោះឡើយ។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ហើយអ្នកពិតជាធ្វើការបកស្រាយថា គ្រូពេទ្យ ឬគ្រូបង្រៀនោះមិនបានប្រកាន់ ខ្ជាប់នូវចំណេះដឹង ឬវិជ្ជាជីវៈដែលខ្លួនបានដឹងនោះឡើយ។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ក៏ដូចនោះដែរ ប្រសិន នបើអ្នកបានឃើញជនមូស្លីមួយចំនួនដែលប្រព រឹ[ត្តតអំពើ អសីល ធម៌ នោះ វាមិនមែនបង្ហាញពីធាតុពិតរបស់ សាសនា ឥស្លាមឡើយ។ ផ្ទុយ ទៅវិញ វាគ្រាន់តែជាអត្តតចរិតមិនល្អរបស់ គេដោយគ មានការទាក់ទងនឹងសាសនា ឥស្លាមឡើយ ដូចអ្វីដែលបានកើតឡើងលើលោកគ្រូ ពេទ្យ ឬគ្រូបង្រៀននោះឯង ហើយយើងមិនអាច ចោទថា វិជ្ជាពេទ្យ ជាវិជ្ជាមិនល្អនោះទេ។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34 &gt; កត្តាតាចាំបាច់ទាំងប្រាំដែលត្រូវរក្សា &gt; អល់ឡោះជាម្ចាស់បានបង្គាប់ ឲ្យការពារអាយុជីវិតរបស់ មនុស្ស ទោះជាបង្កកឲ្យល្មើ សអ្វីមួយនៃប្រក្សារ ដែលត្រូវបានហា មឃាត់ក៏ដោយ។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វាជាវត ថុបំណងដ៏ចម បងបំផុតដែល មនុស្សជាតិត្រូវការជាចាំបាច់ ដើម្បីបាន រស់រាន នៅក្នុង ភាពថ្លៃថ្នូរ។ រាល់ច្បាប់ទាំងឡាយនៃ សាសនា ឥស្លាម គឺតែង តែផ្តល់ឱវាទឲ្យថែរក្សាវា និងឲ្យជៀសវាងនូវប្ររ ការណាដែលនាំឲ្យប្រព្រឹ [ត្ត ផ្ទុយពីវា។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 ឥស្លាមបាននាំមកនូវការជំរុញ ឲ្យថែរក្សាកត្តាចាំបាច់ទាំងប្រាំនេះ ដើម្បីឲ្យជីវិត រស់នៅក្នុងលោកនេះប្រកប ដោយសុវត្ថិភាព និងមានអារម្មមណ៍នឹងនរក្នុងការបំពេញភារកិច្ច សម្រាប់ លោកិយ និងបរលោក។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សង្គមឥស្លាមរស់នៅជាប្រជាជាតិតែមួយ មានការ សាមគ្គីរឹងមាំ ប្រៀបដូចជាសំណង់មួយ ដែលផ្សារភ្ជាប់គ្នា និងហាក់បីដូចជាខ្លួនតែមួយ ដែលនៅពេលណាមានការឈឺចាប់អ្វីមួយនៅត្រង់ណានោះ សារពាង្គគកាយទាំងមូល នឹងមានអារម្មមណ៍ឈឺដូចគ្នា។ ហើយការថែរក្សានូវកត្តាចាំបាច់ទាំងប្រាំនេះ អាចធ្វើទៅ បាន គឺអាស្រ័យលើប្រក្សារពីរយ៉ាង៖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ការជ្រោមជ្រែង និង ការថែរក្សា ការក្សារពារវាអំពីភាពខ្វះចន្លោះ 1 2 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វាជាវត្ថុបំណងដ៏ឧត្តុង្គគឧត្តមដែលអល់ឡោះទ្រង់បានបង្កើ តមនុស្សជាតិ និង បានបញ្ជូ នបណ្តាអ្នកនាំសារទាំងឡាយមកដើម្បីបង្ហាញ និងថែរក្សាវា ដូចទ្រង់បាន មាន មានបន្ទូលថា៖ "ហើយជាការពិត ណាស់ រាល់ប្រជាជាតិនីមួយៗ យើងបានតែងតាំង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35 អ្នកនាំសារម នាក់ដោយគេបង្គាប់ពួកគេឲ្យគោរពសក្ការៈចំពោះអល់ឡោះ និងជៀសវាង នូវការគោរពពហុទេពនិយមផ្សេងពីអល់ឡោះ"។ (គម្ពីរគួរអាន ១៦ៈ៣៦)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 ឥស្លាមបានយកចិត្តទុកដាក់ក្នុងការថែរក្សាសាសនា និងការពារមិន ឲ្យមានអ្វីប៉ះពាល់ដល់ ភាពស្អាតស្អំរបស់ វាឡើយ។ អាយុជីវិត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អល់ឡោះទ្រង់បានបង្គាប់ឲ្យមនុស្សលោកថែរក្សាខ្លួនប្រាណនិងអាយុជីវិត ទោះបីជាការថែរក្សា នោះ ជាហេតុបណ្ដាលឲ្យធ្វើអំពើដែលច្បាប់ហា មឃាត់ខ្លះក៏ដោយ ព្រោះថាក្នុងករណីនេះ ត្រូវបាន ច្បាប់លើកលែងនូវទោសកំ ហុស ដូចទ្រង់បានមាន បន្ទូលថា៖ "ហេតុនេះ ជនណាហើយ ដែលត្រូវគេបង្ខំឲ្យទួ លទាន អាហារដែលគេ ហា មឃាត់ដោយអចេ តនា និងមិនលើសពីតម្រូវការចាំបាច់នោះ គឺគ មានទោស ពៃរ៍អ្វីទៅ លើគេឡើយ។ ពិតប្រាកដណាស់ អល់ឡោះជាម្ចាស់មហាអភ័ យទោស មហា អាណិត ស្រឡាញ់"។ (គម្ពីរគួរអាន ២ៈ១៧៣)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ហើយទ្រង់ក៏បានហា មឃាត់មិនឲ្យធ្វើអត្តតឃាត ឫធ្វើទង្វើទាំងឡាយណាដែល នាំឲ្យគ្រោះថាននក់ដល់ជីវិតនោះដែរ ដូចដែលទ្រង់បានមាន មានបន្ទូលថា៖ "ហើយចូរពួកអ្នក កុំបណ្ដោយខ្លួនរបស់ ពួកអ្នកឲ្យធ្លាក់ចូលទៅក្នុងភាព វិនាសអន្ដ ដរាយ"។ (គម្ពីរគួរអាន ២ៈ១៩៥)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ហើយទ្រង់បានដាក់ច្បាប់និងទណ ឌកម្មមលើបទឧក្រិដ្ឋឋដើម្បីការពារកុំឲ្យមានការ ឈ្លានពានទៅលើ អ្នកដទៃដោយមិនបានបែងចែកសាសនា ឬជាតិសាសន៍អ្វីឡើយ។ អល់ឡោះទ្រង់ក៏បានមានបន្ទូលទៀតថា៖ "ឱបណ្ដាអ្នកដែលមានជំនឿ! គេបានដាក់ កាតព្វកិច្ចលើពួកអ្នកឲ្យមានសមភាពក្នុងការ វិនិច្ឆ័យទោសក្នុងរឿងឃាតកម្ម"។ (គម្ពីរ គួរអាន ២ៈ១៧៨) ប្រាជ្ញា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 ឥស្លាមបានធ្វើការហា មឃាត់គ្រប់អ្វីៗទាំងអស់ ដែលនាំឲ្យប៉ះពាល់ ដល់ប្រាជ្ញាស្មារតី ព្រោះ ថាប្រាជ្ញាវាជាការប្រទានដ៏ធំធេងមួយរបស់ អល់ឡោះជាម្ចាស់ មកឲ្យពួកយើង។ ដោយសារ ប្រាជ្ញាធ្វើឲ្យមនុស្សរស់ក្នុងភាពថ្លៃថ្នូរ និងខុសប្លែកពី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36 សត្វលោកដទៃ ហើយវាក៏ជាមូលដ្ឋានគ្រឹះ[ដែលត្រូវបានសួរនាំ និងជំនុំជម្រះ ទាំងក្នុង លោកិយនេះ និងបរលោកផងដែរ។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ហេតុដូចនេះហើយ ទើបានជាអល់ឡោះជាម្ចាស់ទ្រង់ដាក់បម្រាមចំពោះ គ្រឿងស្ររវឹង និងគ្រឿង ញៀន គ្រប់ប្រភេទ ហើយថែមទាំងចាត់ទុករបស់ អស់ ទាំងនោះ ថាជាប្រក្សារកខ្វក់ ស្ថិតក្នុងចំណោមទង្វើរបស់ ព្រាយបិសាច ដូចដែលទ្រង់បានមាន បន្ទូលថា៖ "ឱបណ្ដាអ្នកមានជំនឿ! ពិតប្រាកដណាស់ សុរា ល្បែងស៊ីសង ការគោរព បូជារូបបដិមានិងការជឿព្រួញទស សន៍ទាយ វាសនា គឺជាអំពើដ៏កខ្វវក់នៃទង្វើ របស់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ស្ហៃតន(ព្រាយបិសាច)។ ហេតុនេះ ចូរពួកអ្នកជៀសវាង ឲ្យឆផងាយពីវា សង្ឃឹមថាពួក អ្នកនឹងទទួលបានជោគជ័យ"។ (គម្ពីរគួរអាន ៥ៈ៩០) ពូជពង្ស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ការយកចិត្តទុកដាក់នៃសាសនា ឥស្លាមចំពោះការថែរក្សាពូជអម្បូរ និងការ បង្កើ តគ្រួសារដែលអប់រំយុវជនឲ្យចេះស្រឡាញ់អំពើល្អ វាស្តែងឡើងយ៉ាងច្បាស់ នៅក្នុងច្បាប់ជាច្រើន 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ឥស្លាមបានជំរុញឲ្យរៀបអាពាហ៍ពិពាហ៍ និងជំរុញឲ្យផ្តល់ភាពងា យស្រួល ហើយ ហា មិនឲ្យចំណាយថវិការច្រើនហួសហេតុឡើយ។ អល់ឡោះជាម្ចាស់ទ្រង់បានមាន បន្ទូលថា៖ "ហើយចូរពួកអ្នករៀបអាពាហ៍ពិពាហ៍ ឲ្យអ្នកដែលនៅលីវក្នុងចំណោម ពួកអ្នក"។ (គម្ពីរគួរអាន ២៤ៈ៣២)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ឥស្លាមបានហា មឃាត់រាល់ចំណងទាក់ទងគ្នាដែលខុសពីប្រពៃណី និងបានលុប បំបាត់មធ្យា បាយ ណាដែលនាំឲ្យមានទំនាក់ទំនងខុសច្បាប់។ អល់ឡោះទ្រង់បាន មាន មានបន្ទូលថា៖ "ហើយចូរពួកអ្នកកុំទៅក្បែរប្រក្សារហ្ស៊ីណា(អនីតិសង្វាស់)ឲ្យសោះ។ ពិតប្រាកដណាស់ វាគឺជាអំពើអសីល ធម៌ និងជាមាន គ៌ាមួយដ៏អាក្រក់បំផុត"។ (គម្ពីរ គួរអាន ១៧ៈ៣២)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សាសនា ឥស្លាមហា មឃាត់មិនឲ្យបរិហាកេរ្ដិ៍ ឬចោទប្ររ កាន់ ទៅលើអ្នកដទៃ ហើយ ឥស្លាម បាន ចាត់ទុកទង្វើទាំងនេះជាអំពើបាបមួយដ៏ធំបំផុត ហើយគេនឹងទទួលទោស តាមច្បាប់ របស់ ឥស្លាមនៅក្នុងលោកិយ ហើយនឹងទទួលនូវទណ្ឌឌកម្មចំពោះទង្វើ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 37 បែបនេះនាថ្ងៃបរលោកថែមទៀត។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ឥស្លាមបានប្រើឲ្យរក្សាសេចក្តីថ្លៃថ្នូរ ទាំងបុរស និងស្ត្រី ហើយឥស្លាមបានចាត់ទុកថា បុគ្គល ណាដែលត្រូវគេសម្លាប់ព្រោះតែការពារកិត្តិយសរបស់ ខ្លួននោះ គឺជាការស្លាប់ ក្នុងផ្លូវអល់ឡោះ។ (សូមមទីលទំព័រ ២៦៨) ទ្រព្យសម្បត្តិ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ទ្រព្យសម្បត្តិ គឺមានសារៈសំខាន់ណាស់ក្នុង សាសនា ឥស្លាម។ ហេតុនេះហើយ បានជាសាសនា ឥស្លាមជំរុញឲ្យបង្កើ តការងារដើម្បីរកចំណូល ដូចជាការជួញដូរ និង ការងារ ផ្សេងៗទៀត។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ហើយឥស្លាមបានហា មឃាត់មិនឲ្យ ប្រព្រឹ [ត្តតអំពើឆបោក ឬយករបស់ អ្នកដទៃ ដោយមិនស្របច្បាប់នោះទេ។ (សូមមទីល ទំព័រ ២២៦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&gt;ការថែរក្សាការពារកិត្តិយស និងពូជពង្ស គឺជាគោលបំណងដ៏ធំ បំផុតនៃការបង្កើ តឲ្យមានច្បាប់ក្នុង សាសនា 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គ្រប់សារនៃព្យាការីទាំងអស់ សម្រាប់ ក្រុមរបស់ ពួកគេ គឺមានការឯកភាពគ្នាលើ ការគោរពសក្ការៈចំពោះអល់ឡោះតែមួយគត់ គ មានការគោរពសក្ការៈចំពោះអ្នកផ្សេង រួមជាមួយទ្រង់ ឡើយ ហើយប្រឆាំងនឹងអ្វីដែលគេគោរពសក្ការៈក្រៅពីអល់ឡោះ។ នេះគឺជាអត្ថន័យពិតនៃពាក្យសច្ចាទាំងពីរ "គ មានទេម្ចាស់ដែលត្រូវគោរពសក្កា ការៈ ដ៏ពិតក្រៅពីអល់ឡោះ ហើយមូហាំម៉ាត់ជាអ្នកនាំសាររបស់ អល់ឡោះ"។ វាជាពាក្យ ដែលបុគ្គល គ្រប់រូបដែលចូលសាសនា របស់ អល់ឡោះ(សាសនា ឥស្លាម)ត្រូវពោល។ ជំនឿរបស់អ្នក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 ពាក្យសច្ចាទាំងពីរ អត្ថន័យ និងកាតព្វកិច្ចរបស់ 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ហេតុអ្វីត្រូវពោលថា៖ "គ មានទេព្រះជាម្ចាស់ដែលត្រូវគោរពសក្ការៈដ៏ពិត លើកលែងតែអល់ឡោះ"?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អត្ថន័យនៃពាក្យថា៖"គ មានទេព្រះជាម្ចាស់ដែលត្រូវគោរពសក្ការៈដ៏ពិត លើកលែងតែអល់ឡោះ"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គោលគ្រឹះ[នៃពាក្យថា៖ "គ មានទេព្រះជាម្ចាស់ដែលត្រូវគោរពសក្ការៈដ៏ពិត លើកលែង តែអល់ឡោះ" ការសច្ចាថា មូហាំម៉ាត់គឺជាអ្នកនាំសាររបស់ 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ការស្គាល់ព្យាការីមូហាំម៉ាត់(សូមពរជ័យនិងសន្តិភាពកើតមានដល់លោក)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អត្ថន័យនៃពាក្យសច្ចាថា៖ មូហាំម៉ាត់ គឺជាអ្នកនាំសាររបស់ អល់ឡោះ គោលគ្រឹះ[នៃជំនឿទាំងប្រាំមួយ តើការគោរពសក្ការៈមានន័យដូចម្ដេច? ស្ហីរិក(ពហុទេពនិយម) ជំនឿចំពោះព្រះនាមអល់ឡោះ និងលក្ខណៈសម្បត្តិរបស់ ទ្រង់ ជំនឿចំពោះបណ្តាម៉ាឡាអ៊ីកាត់(ទេវតា) ជំនឿចំពោះបណ្តាព្រះគម្ពីរ ជំនឿចំពោះបណ្តាអ្នកនាំសារ ជំនឿចំពោះថ្ងៃបរលោក ជំនឿចំពោះការកំណត់ព្រះលិខិត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40 &gt; ពាក្យសច្ចាទាំងពីរ អត្ថន័យ និងកាតព្វកិច្ចរបស់វា "អាស្ហាទូ អាល់ឡើ អ៊ីឡើហា អិលល ល់ឡោះ វ៉ាអាស្ហាទូ អាន់ណា មូហាំម៉ាតាន់ រ៉ស៊ូលុលឡោះ" "ខ្ញុំសូមធ្វើសាក្សីថា គ មានទេព្រះជាម្ចាស់ដែលត្រូវគោរពសក្ការៈដ៏ពិត លើកលែងតែ អល់ឡោះ ហើយខ្ញុំសូមធ្វើសាក្សីទៀតថា មូហាំម៉ាត់ គឺជាអ្នកនាំសាររបស់ អល់ឡោះ" ហេតុអ្វីត្រូវពោលថា គ មានទេព្រះជាម្ចាស់ដែលត្រូវគោរពសក្ការៈដ៏ពិត លើកលែងតែ អល់ឡោះ? ពីព្រោះវាជាកាតព្វកិច្ចដំបូងគេរបស់ អ្នកមូស្លីម។ ជនណាចង់ចូលសាសនា ឥស្លាម គឺគេត្រូវតែជឿ និងពោលពាក្យនេះ។ ពីព្រោះជនណាដែលពោលវាដោយមានភាពជឿជាក់ ព្រមទាំងមានចិត្តស្មោះចំពោះ អល់ឡោះនោះ វាគឺ ជាហេតុនាំឲ្យរូបគេរួចផុតពីភ លើងនរក។ ព្យាការី (សូមពរជ័យនិង សន្តិភាពកើតមានដល់លោក) បានមានប្រសាសន៍ថា៖ "អល់ឡោះហា មឃាត់ភ្លើង នរកចំពោះជនណាដែលពោលថា៖ គ មានទេព្រះជាម្ចាស់ដែលត្រូវគោរពសក្ការៈដ៏ពិត លើកលែងតែអល់ឡោះ ដោយចិត្តស្មោះសចំពោះទ្រង់"។ (អាល់ពូខរីៈ៤១៥) ពីព្រោះជនណាហើយបានស្លាប់ដោយបានពោល និងមានជំនឿចំពោះពាក្យនេះ រូបគេនឹងស្ថិត នៅ ជាមួយបណ្ដាអ្នកចូលឋានសួគ៌។ ព្យាការីមូហាំម៉ាត់(សូមពរជ័យ និងសន្តិភាពកើតមានដល់លោក)បានមានប្រសាសន៍ថា៖ "ជនណាស្លាប់ ហើយគេ ដឹងថា គ មានទេព្រះជាម្ចាស់ដែលត្រូវគោរពសក្ការៈដ៏ពិតលើកលែងតែអល់ឡោះនោះ គេនឹងបានចូលឋានសួគ៌"។ (អះម៉ាត់ៈ៤៦៤) ដូចនេះ ភាពចាំបាច់នៃការយល់ដឹងពីពាក្យគ មានទេព្រះជាម្ចាស់ដែលត្រូវគោរពសក្ការៈ ដ៏ពិត លើកលែងតែអល់ឡោះ គឺជាកាតព្វកិច្ចដ៏ឧត្តម និងមានសារៈសំខាន់បំផុត។ អត្ថន័យនៃពាក្យ គ មានទេព្រះជាម្ចាស់ដែលត្រូវគោរពសក្ការៈដ៏ពិត លើកលែងតែអល់ឡោះ មានន័យថា គ មានព្រះជាម្ចាស់ឯណាដែលគេត្រូវគោរពសក្ការៈដ៏ពិតប្រាកដឡើយ មានតែអល់ឡោះជាម្ចាស់តែមួយអង្គគត់ ដែលគេត្រូវគោរពសក្ការៈ។ ជាការបដិសេធ</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41 ភាពជាព្រះជាម្ចាស់ណាផ្សេងក្រៅពីអល់ឡោះ និង ទទួលយកអល់ឡោះតែមួយគត់គ មានដៃគូចូលរួម ជាមួយ ទ្រង់ឡើយ។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ព្រះជាម្ចាស់មានន័យថា អ្នកដែលត្រូវគេ គោរពសក្ការៈ។ ជនណាគោរពសក្ការៈអ្វីមួយករៅពី អល់ឡោះ ជននោះពិតជា បាន យកអ្នកផ្សេងធ្វើជា ព្រះជាម្ចាស់។ ទាំងអស់ នោះមិនមែនជាព្រះពិត ឡើយ។ ព្រះពិតមានមួយអង្គគត់ ទ្រង់គឺជាម្ចាស់ និងជា អ្នកបង្កើត។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អល់ឡោះទ្រង់ប្រកប ដោយភាពស្អាតស្អំ ជាព្រះ ដែលសក្ដិសមកនុងការគោរពសក្ការៈតែមួយ គត់ដោយគ មានអ្នកផ្សេងក្រៅពី ទ្រង់ឡើយ។ ទ្រង់ជាទីគោរពសក្ការៈនៃចិត្តទាំងឡាយដោយ សេចក្ដីគោរពស្រឡាញ់ ការលើកតម្កើង ការបន្ទាបខ្លួន ការកោតខ្លាច ការជឿទុកចិត្តនិងការបួងសួងសុំចំពោះ ទ្រង់។ ដូចនេះ គេមិនត្រូវបួងសួង មិនត្រូវជឿទុកចិត្ត មិនថ្វាយបង្គំ និងមិនត្រូវសំទេះ សត្វទេ លើកលែងតែចំពោះអល់ឡោះប៉ុណ្ណោះណោះ។ ម្យ៉ាងទៀត ចាំបាច់ត្រូវតែគោរព សក្កាការៈដោយចិត្តស្មោះសចំពោះទ្រង់។ អល់ឡោះទ្រង់មាន មានបន្ទូលថា៖ "ហើយគេ មិនបានបង្គាប់ប្រើពួកគេឲ្យធ្វើអ្វី ក្រៅពីឲ្យពួកគេគោរពសក្ការៈចំពោះអល់ឡោះ ដោយ ចិត្តស្មោះសចំពោះទ្រង់ឡើយ"។ (គម្ពីរគួរអាន ៩៨ៈ៥)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ជនណាហើយគោរពសក្ការៈដោយចិត្តស្មោះសចំពោះអល់ឡោះ សម្រាប់គេ នោះ គឺបានសម្រេ ចនូវពាក្យ ថា គ មានទេព្រះជាម្ចាស់ក្រៅពីអល់ឡោះ ហើយគេនឹង ទទួលបានូវសេចក្ដីសុខសុភមង្គគលសម្បូរសប្បាយរីករាយ មានជីវិតប្រសើរថ្លៃថ្លា។ សម្រាប់ដួងចិត្តមិនអាចមានភាពកក់ក្ដៅស្កកប់ស្កកល់ចិត្តបាន ឡើយ លុះត្រាតែធ្វើការ គោរពសក្ការៈចំពោះអល់ឡោះតែមួយគត់។ អល់ឡោះទ្រង់ 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"អ្នកណាដែលបានសាងអំពើល្អក្នុងចំណោមបុរស ឬស្ត្រី ហើយគេជាអ្នកមានជំនឿ គឺយើងពិតជានឹងធ្វើឲ្យគេមានជីវិតបស់នៅដ៏ល្អប្រសើរ"។ (គម្ពីរគួរអាន ១៦ៈ៩៧)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42 គោលគ្រឹះ[នៃពាក្យ គ មានទេព្រះជាម្ចាស់ដែលត្រូវគោរពសក្ការៈដ៏ពិត លើកលែងតែអល់ឡោះ ពាក្យដ៏ឧត្តមនេះគឺមានគោលគ្រឹះ[ពីរដែលត្រូវយល់ដឹងឲ្យបានច្បាស់ចំពោះអត្ថន័យ និងភាពចាំបាច់ របស់ វា។ គោលគ្រឹះ[ទី១៖ គ មានទេព្រះជាម្ចាស់ ដែលត្រូវគោរពសក្ការៈដ៏ពិត គឺជាការ បដិ សេធចំ ពោះការគោរពសក្ការៈអ្វី ផ្សេងពីអល់ឡោះជាម្ចាស់ បោះបង់ អំពើពហុទេពនិយម ប្រឆាំងនឹងអ្វីៗ ដែលគេគោរពសក្ការៈផ្សេងក្រៅពី អល់ឡោះ ទោះនោះជាមនុស្ស សត្វ រូបបដិមាន ផ កាយ ឬជាអ្វីក៏ដោយ។ គោលគ្រឹះ[ទី២៖លើកលែងតែអល់ឡោះ ជា ការទួ លស្គាល់អល់ឡោះមួយគត់ ដែលសក្តិសមកនុងការគោរពសក្ការៈ ហើយគ្រប់ប្រភេទនៃការ គោរពសក្កា ការៈ ទាំងអស់ គឺចំពោះទ្រង់ តែមួយអង្គគត់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ដូចជា ការថ្វាយបង្គំ ការបួងសួង ការ ជឿទុកចិត្ត។ល។ 1 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ហើយរាល់ការគោរពសក្ការៈគ្រប់ប្រភេទាំងអស់ គឺចំពោះអល់ឡោះតែមួយគត់ ដោយគ មាន ការគោរពសក្ការៈចំពោះអ្នកផ្សេងរួមជាមួយទ្រង់ឡើយ។ ហើយអ្នកដែល គោរពសក្ការៈអ្វីផ្សេងក្រៅពីទ្រង់ គេពិតជាបានប្រព្រឹ [ត្តតអំពើពហុទេពនិយមចំពោះទ្រង់។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អល់ឡោះទ្រង់មាន មានបន្ទូលថា៖ "ជនណាហើយដែលគោរពសក្ការៈម្ចាស់ផ្សេង រួមជាមួយអល់ឡោះ ដែលគ្មានភស្ដុ តាងបញ្ជាក់សម្រាប់គេចំពោះការគោរពនោះ ពិត ណាស់ ការជំនុំជម្រះ(ទង្វើ អាក្រក់ )របស់ គេ គឺស្ថិតនៅលើម្ចាស់របស់ គេ។ ពិតណាស់ ពួកដែលប្រឆាំងនោះពុំជោគជ័យឡើយ"។ (គម្ពីរគួរអាន ២៣ៈ១១៧)។ អត្ថន័យនៃ ពាក្យ គ មានទេព្រះជាម្ចាស់ក្រៅពីអល់ឡោះ និងគោលគ្រឹះ[របស់ វាគឺមានបញ្ជាក់ដោយ បន្ទូលរបស់ អល់ឡោះថា៖ "ហេតុនេះ អ្នកដែលប្រឆាំងនឹងតហ៊គូត (អ្វីៗដែលគេគោរព សក្កាការៈក្រៅពីអល់ឡោះ) ហើយមានជំនឿចំពោះអល់ឡោះនោះ អ្នកនោះប្រាកដជា បានប្រកាន់ខ្ជាប់នឹងខ្សែដ៏រឹងមាំ(សាសនា ឥស្លាម)"។ (គម្ពីរគួរអាន ២ៈ២៥៦)។ បន្ទូល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43 របស់ ទ្រង់៖ "អ្នកដែលប្រឆាំងនឹងតហ៊គូត(អ្វីៗដែលគេគោរពសក្ការៈក្រៅពីអល់ឡោះ)" គឺជាអត្ថន័យនៃគោលគ្រឹះ[ទីមួយ (គ មានទេព្រះជាម្ចាស់)។ បន្ទូលរបស់ ទ្រង់៖ "ហើយ មានជំនឿលើអល់ឡោះ" គឺជាអត្ថន័យនៃគោលគ្រឹះ[ទីពីរ (លើកលែងតែអល់ឡោះ)។ &gt; ការសច្ចាថា មូហាំម៉ាត់ គឺជាអ្នកនាំសាររបស់អល់ ឡោះ តើអ្នកណាជាអ្នកនាំសាររបស់ 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លោករស់នៅក្នុងកុលសម្ព័ ន្ធធ របស់ លោកឈ្មោះ គូរ៉ស្ហ រយៈពេល ៤០ឆ្នាំមុននឹងទួ លតំ ណែងជា ព្យាការី (ពីឆ នាំ៥៧០គ.ស ដល់ឆ្នាំ ៦១០គ.ស )។ លោកជាបុគ្គល គំរូសម្រាប់ មនុស្ស លោកទាំងមូល យកតម្រាប់តាម។ ភាពខ្ជាប់ខ្ជួន និង ភាពល្អប្រសើររបស់ លោកបានធ្វើ ពួកគេបានដាក់ងា រដ៏ល្បីល្បាញមួយ ដល់លោក គឺអ្នកទៀងត្រង់។ ព្យាការី មូហាំម៉ាត់បានធ្វើជាអ្នកឃ្វាលសត្វ ក្រោយមក ធ្វើជាអ្នកជំនួញ។ កំណើតរបស់ ព្យាការីមូហាំម៉ាត់ ជីវិតនិងការធំពេញវ័យ របស់ ព្យាការីមូហាំម៉ាត់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លោកបានប្រសូតនៅ ក្រុងម៉ាក្កះក្នុងឆ្នាំ៥៧០ នៃគ.ស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ដោយកំព្រាឪពុក។ បន្ទាប់មក ម ដាយ របស់ លោក៏បានបាត់បង់ ជីវិតទៀតក្នុងពេលលោកនៅ វ័យកុមាន រ។ ក្រោយមក លោក ត្រូវបានជីតារបស់ លោក គឺអាប់ ទុលមុត្តតល់ឡឹប ជាអ្នកមើលថែ បន្ត។ បន្ទាប់មកទៀត ឪពុកមាន របស់ លោក គឺអាពូត៏ឡឹបាន មើលថែបីបាច់បន្ត រហូតដល់ លោកធំពេញវ័យ។ 1 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មុននឹងអ្នកនាំសារមូហាំម៉ាត់ទទួលសារឥស្លាម រូបលោកស្ថិ តនៅលើ សាសនាដ៏ ត្រឹមត្រូវឥតលម្អៀង។ លោកគោរពសក្ការៈចំពោះអល់ឡោះជាម្ចាស់ លើមាន គ៌ាសាសនាព្យាការីអ៊ីព្ររហ៊ី ម ដោយបដិ សេធគោលជំនឿ និងការ គោរព សក្កាការៈទេវរូប។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44 នៅពេលអ្នកនាំសារមានវ័យ៤០ឆ្នាំ លោកបានធ្វើការត្រិះរិះពិចារណា និង គោរពសក្ការៈចំពោះអល់ឡោះនៅក្នុង រូងភ្នំមួយឈ្មោះថា រូងភ្នំ"ហ៊ីរ៉ក" នៅភ្នំ អាន់នួរ(ជាភ្នំមួយ នៃបណ្ដាភ្នំដែលស្ថិ ត នៅជិតទីក្រុងម៉ាក្កះ)។ អល់ឡោះបាន ចាប់ផ្ដទីមបញ្ចុះវ៉ាហ៊ី(រាជសារ)ពីពេល នោះមក។ ហទីយអ្វីដែលបញ្ចុះ មកមុន គេបង្អអស់អំពីគម្ពីរគួរអាន នោះគឺ៖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"ចូរអ្នក(មូហាំម៉ាត់) សូត្រក្នុងនាម្ចាស់របស់ អ្នកដែលបាន បង្កើ ត(នូវអ្វីៗទាំងអស់ )ចុះ។" ជាការប្រកាសឲ្យដឹង ថា ការ តែងតាំង ជាអ្នកនាំសារនេះ គឺជាការចាប់ផ្ដើម យុគសម័ យថ្មីដែលពោរពេញដោយ ចំណេះវិជ្ជា ការអាន ពន្លឺរស្មី និងការ ចង្អុលប ង្ហាញសម្រាប់មនុស្សលោក។ បន្ទាប់មក គម្ពីរគួរអានត្រូវបានបញ្ចុះ មកកាន់ព្យាការីមូហាំម៉ាត់ ជាបន្តបន្ទាប់ អស់ រយៈ កាល ២៣ឆ្នាំ។ ការតែងតាំងព្យាការី មូហាំម៉ាត់ជាអ្នកនាំសារ ព្យាការីមូហាំម៉ាត់បានចាប់ផ្ដើមផ្សព្វផ្សាយ សាសនា របស់ អល់ឡោះដោយសមផងាត់អស់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រយៈ ពេល៣ឆ្នាំ។ ក្រោយមក លោក៏បាន លាត្រដាង និងបើកចំហការផ្សព្វផ្សាយ ក្នុង រយៈ ពេល១០ឆ្នាំ។ ព្យាការីមូហាំម៉ាត់ និងសហ ការីរបស់ លោកបានទទួ លរង ការធ្វើទុក្ខបុកម្នេញ និងការរំលោភបំពាន ពីសំណាក់កុលសម្ព័ន្ធគូរ៉ស្ហក្នុងអំឡុងពេល នេះ។ លោក៏ បានអំពាវនាវដ ល់កុលសម្ព័ន្ធធ ផ្សេងៗទៀតដែលបានមកប្រារព្ធធធម្មយា ត្រា ហាជ្ជី នៅទីក្រុងម៉ាក្កះនេះឲ្យទទួ លយក សាសនា ឥស្លាម ហើយពលរដ្ឋឋនៅក្រុង ម៉ាទីណះ ពួកគេក៏បានទទួលយកសាសនា ឥស្លាមផងដែរ។ ហេតុនេះហើយ ទើបអ្នក ឥស្លាម ចាប់ផ្ដើមភៀសខ្លួន ទៅកាន់ក្រុង ម៉ាទីណះជាបន្តបន្ទាប់។ ការចាប់ផ្ដើមផ្សព្វផ្សាយ របស់ ព្យាការីមូហាំម៉ាត់ (َاقْرَǫأ اِبِمْسِْ رَبِّكَ اذَّلَِّي خَلَق)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45 ឈ្មោះរបស់ ព្យាការីមូហាំម៉ាត់ មូហាំម៉ាត់ កូន អាប់ទុលឡោះ កូន អាប់ទុលមុត្តតល់ឡឹប កូនហាស្ហិម មកពី កុលសម្ព័ន្ធធគូរ៉ស្ហ ដែលជាពូជពង្សអារ៉ាប់ ដែលប្រសើរជាងគេ។ ព្យាការីមូហាំម៉ាត់ជាអ្នកនាំសាររបស់ អល់ឡោះទៅកាន់មនុស្សលោកទាំងអស់ អល់ឡោះជាម្ចាស់ទ្រង់បានបញ្ជូ នព្យាការីមូហាំម៉ាត់ទៅកាន់មនុស្សលោកទាំងអស់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គ្រប់ជាតិសាសន៍ និងពូជអម្បូរ ហើយទ្រង់បានដាក់កាតព្វកិច្ចលើមនុស្សលោក ទាំងអស់ ឲ្យប្រតិបត្តិតាមព្យាការី។ អល់ឡោះទ្រង់បានមាន មានបន្ទូលថា៖ “ចូរអ្នក (មូហាំម៉ាត់)ពោលថា៖ ឱមនុស្សលោកទាំងឡាយ! ពិតណាស់ ខ្ញុំគឺជាអ្នកនាំសារ របស់ អល់ឡោះមកកាន់ពួកអ្នកទាំងអស់ គ្នា”។ ( គម្ពីគួរអាន ៧ៈ១៥៨)។ គម្ពីរគួរអានបានបញ្ចុះមកកាន់ព្យាការីមូហាំម៉ាត់ គម្ពីរគួរអានបានបញ្ចុះមកកាន់ព្យាការីមូហាំម៉ាត់ ជាគម្ពីរដ៏ឧត្ដុង្គគឧត្ដដមជាទីបំផុត ពីព្រោះគម្ពីរនេះមិនមានប្រក្សារខុសឆ្គគងទាំងឡាយកើតឡើងដល់វាឡើយ។ មូហាំម៉ាត់ជាព្យាការី និងជាអ្នកនាំសារចុងក្រោយបង្អអស់ អល់ឡោះជាម្ចាស់បានបញ្ជូ នព្យាការីមូហាំម៉ាត់ជាព្យាការីចុងក្រោយបង្អអស់ ដោយ គ មានព្យាការីណាបន្ទាប់ពីគាត់ ឡើយ។ អល់ឡោះទ្រង់មាន មានបន្ទូលថា៖“ ក៏ប៉ុន្តែគាត់ (មូហាំម៉ាត់)ជាអ្នកនាំសាររបស់ អល់ឡោះ និងជាព្យាការីចុងក្រោយបង្អអស់”។ (គម្ពីរគួរអាន ៣៣ៈ៤០)។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46 ព្យាការីមូហាំម៉ាត់បានភៀសខ្លួនទៅកាន់ក្រុង ម៉ាទីណះ ដែលកាលពីមុន គេឲ្យឈ្មោះក្រុងនេះ ថា យ៉ាសរិប នៅឆ្នាំ ៦២២គ.ស ដែលពេលនោះ លោកមានអាយុ ៥៣ឆ្នាំ។ ការភៀសខ្លួនរបស់ លោក គឺបន្ទាប់ពីមេដឹកនាំគូរ៉ស្ហដែលប្រឆាំង នឹងការផ្សព្វផ្សាយរបស់ លោកបានប៉ុនប៉ង និង ព្យាការីមូហាំម៉ាត់បានស្ថាបនាមជ្ឈមណ្ឌឌល អរិយធម៌ ឥស្លាម នៅ ក្រុង ម៉ាទីណះ ក្រោយ ការភៀសខ្លួន របស់ លោកនៅចន្លោះឆ្នាំ ៦២២ ដល់ ៦៣ ២ គ.ស។ លោកបាន ពង្រឹ[ង ការភៀសខ្លួនរបស់ លោក ការពង្រីកសាសនា ឥស្លាមរបស់ លោក ព្យាយា មធ្វើឃាតលោក។ លោកបានរស់នៅ និងផ្សព្វផ្សាយសាសនា ឥស្លាមនៅក្រុង ម៉ាទីណះអស់ រយៈពេល១០ឆ្នាំ។ លោកបានបង្គាប់ប្រើ មនុស្ស ឲ្យសឡាត(ថ្វាយបង្គំ) បរិច្ចាគហ សាកាត់ និងប្រតិបត្តិតាមច្បាប់ឥស្លាមផ្សងៗទៀត។ ស្នូលនៃអរិយធម៌ឥស្លាមនៅទីក្រុងម៉ាទីណះដោយ បានលុបំបាត់ ការរើស អើង និងកុលសម្ព័ន្ធធនិយម ហើយបានផ្សព្វផ្សាយចំណេះដឹង ពង្រឹ[ង គោលការណ៍ យុត្តិធម៌ ភាពត្រឹមត្រូវ ភាតបភាព សាមគ្គីភាព និងប្រព័ ន្ធធវិន័យ។ មានកុលសម្ព័ ន្ធធ ខ្លះ បានព្យាយា មបញ្ចចប់ ជីវិត សាសនា ឥស្លាម ដែលជាហេតុ នាំ ឲ្យ កើតមានចម្បាំង និងព្រឹ[ត្តិការណ៍មួយចំនួន ប៉ុន្តែអល់ឡោះបានជួយ សាសនា និង អ្នកនាំសារ របស់ ទ្រង់។ ក្រោយ មក មនុស្សលោកបានចូលសាសនា ឥស្លាម ជាបន្តតបន្ទាប់។ ប្រជាជន នៅ ក្រុង ម៉ាក្កះ ក៏ដូចជាប្រជាជន នៅ តាមទីក្រុង ផ្សេងៗទៀត ព្រមទាំងកុលសម្ព័ន្ធធ ជា ច្រើន នៅ ឧបទ្វីបអារ៉ាប់ បានចូលសាសនា ឥស្លាម ដោយស្ម័គ្រចិត្ត និង ពេញចិត្ត ជាទីបំផុតចំពោះសាសនាដ៏ ឧត្តុង្គគឧត្តមនេះ។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47 នៅក្នុងខែសហ្វើរ(ខែទី២) ឆ្នាំទី១១នៃមូហាំម៉ាត់សករាជ ក្រោយ ពីព្យាការីមូហាំម៉ាត់បានផ្សព្វផ្សាយសារ និងបានបំពេញនូវទំនួល ខុសត្រូវរបស់ លោក ហើយអល់ឡោះទ្រង់បានប្រទានពរជ័យដល់ មនុស្សលោកដោយ ឲ្យ សាសនានេះមានភាពពេញពេញបរិបូណ៌ ហើយនោះ ព្យាការីក៏ កើតជំងឺគ្រុនក្ដៅ និងឈឺ ធផងងន់ ហើយលោក ក៏ បាន លាចាកលោកនេះនៅថ្ងៃចន្ទទ ខែរ៉ពីអុលអាវវ៉ាល់(ខែទី៣) ឆ្នាំទី១១ នៃមូហាំម៉ាត់សករាជ ត្រូវនឹងថ្ងៃទី៨ ខែមិថុនា ឆ្នាំ៦៣២ នៃគ.ស នៅអាយុ៦៣ឆ្នាំ។ សព របស់ លោកត្រូវបានបញ្ចុះ នៅផ្ទះ របស់ អ្នកស្រី អាអ៊ីស្ហះ ស្ថិតនៅក្បែរម៉ាស្ជិតរបស់ ព្យាការី។ មរណភាពរបស់ ព្យាការីមូហាំម៉ាត់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48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អត្ថន័យនៃពាក្យសច្ចាថា មូហាំម៉ាត់ គឺជាអ្នកនាំសាររបស់ អល់ឡោះ ឃ្លានេះមានន័យថា ត្រូវមានជំនឿចំពោះរាល់ដំណឹងរបស់ លោក ប្រតិបត្តិតាម បទប ញ្ញញត្តិ និងជៀសវាងបម្រាមរបស់ លោក។ យើងត្រូវគោរពសក្ការៈចំពោះអល់ឡោះ ស្របតាមច្បាប់របស់ អ្នកនាំសារ និងអ្វី ដែលលោកបានបង្រៀនយើង។ តើការមានជំនឿលើព្យាការីមូហាំម៉ាត់ ជាអ្នកនាំសារ របស់ អល់ឡោះត្រូវមានអ្វីខ្លះ? &gt; អ្នកមូស្លីមចាំបាច់ត្រូវជឿជាក់ ចំពោះអ្វីដែលស៊ុ ណ្ណះ(មាគា៌) របស់ ព្យាការីមូហាំម៉ាត់នាំមក។ ជឿចំពោះដំណឹងទាំងឡាយដែល អ្នកនាំសារ បានប្រាប់ក្នុង គ្រប់វិស័យ ទាំងអស់ 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រឿងអាថ៌កំបាំងថ្ងៃបរលោក ឋានសួគ៌ ឋាននរក និងទណ្ឌឌកម្មកនុងឋាននរក។ ព្រឹ[ត្តិការណ៍ ដែលកើតឡើង នៅ ថ្ងៃបរលោក សញ្ញាៗនៃថ្ងៃបរលោក និងអ្វីៗដែលនឹងកើត ឡើង នៅសម័យចុងក្រោយ(មុនថ្ងៃបរលោក)។ ដំណឹង ឬព័ត៌មានមនុស្សនៅសម័យកាលមុនៗ និងអ្វីដែលបានកើតឡើងរវាងបណ្ដាព្យាការី ហើយនិងក្រុមរបស់ ពួកគាត់។ ប្រតិបត្តិតាមបទប ញ្ញញត្តិ និងជៀសវាងពីបម្រាមរបស់ អ្នកនាំសារដូចជា៖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 ប្រតិបត្តិតាមអ្វីដែលអ្នកនាំសារបានបង្គាប់ប្រើ ចំពោះយើង ហើយត្រូវជឿជាក់ ថា លោកមិននិយា យតាមទំនើងចិត្តឡើយ។ ក៏ប៉ុន្តែពាក្យ សំដីរបស់ លោក គឺជា វ៉ាហ៊ី(រាជសារ)ពីអល់ឡោះ។ អល់ឡោះទ្រង់បានមាន មានបន្ទូលថា៖ "ជនណា ហើយប្រតិបត្តិតាមអ្នកនាំសារ (មូហាំម៉ាត់)នោះ គឺគេពិតជាបានប្រតិបត្តិតាម អល់ឡោះ"។ (គម្ពីរគួរអាន ៤ៈ៨០)។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49 ជៀសវាងពីបម្រាមដែលលោកបានហា មឃាត់ដូចជា ចរិតមិនល្អ និងអាកប្បកិរិយា អាក្រក់។ ហើយយើងជឿជាក់ថា ការហា មប្រាមចំពោះពួកយើងពីបម្រាមទាំងនោះ គឺជា ហេតុផល ដែលអល់ឡោះទ្រង់ប្រាថ្នា និងដើម្បីផលប្ររ យោជន៍ យើង។ គ្រាន់តែជួនកាល យើងមិនអាចដឹងពីវា តែប៉ុណ្ណោះណោះ។ យើងត្រូវជឿជាក់ច្បាស់ថា ការប្រតិបត្តិតាមបទប ញ្ញញត្តិ និងការចៀសវាងបម្រាមរបស់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 គឺនាំ មកនូវភាពល្អប្រសើរ និងសេចក្ដីសុខ នៅក្នុង លោកិយ និងថ្ងៃបរលោក។ អល់ឡោះជាម្ចាស់ទ្រង់ បានមាន មានបន្ទូលថា៖ "ហើយចូរពួកអ្នកប្រតិ បត្តិតាមអល់ឡោះ និងអ្នកនាំសារ(មូហាំម៉ាត់)ដើម្បីឲ្យពួកអ្នកទទួ លបានការអាណិតស្រឡាញ់"។ (គម្ពីរគួរអាន ៣ៈ១៣២)។ ជំនឿរបស់ យើងគឺ ជនណាល្មើ សនឹងបទប ញ្ញញត្តិរបស់ ព្យាការី គឺជននោះសក្ដិសមនឹង ត្រូវទទួលទណ្ឌឌកម្មមយ៉ាងឈឺចាប់។ អល់ឡោះទ្រង់ បានមាន មានបន្ទូលថា៖ "ដូចនេះ ចូរឲ្យពួក ដែលប្រឆាំងនឹងបទបញ្ជារបស់ ព្យាការីមូហាំម៉ាត់ប្រុងប្រយ័ ត្ននចំពោះគ្រោះ អាសន្នឹង ធ្លាក់លើពួកគេ ឬទណ្ឌឌកម្មយ៉ាងឈឺចាប់ធ្លាក់លើពួកគេ"។ ( គម្ពីរគួរអាន ២៤ៈ៦៣ )។ យើងត្រូវគោរពសក្ការៈចំពោះអល់ឡោះស្របតាមច្បាប់របស់ អ្នកនាំសារ 3 ហើយច្បាប់នោះ មានមាន ត្រាជាច្រើនដែលចាំបាច់ត្រូវបញ្ជាក់ឱ្យបានច្បាស់ ដែលរួមមាន៖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ការយកតម្រាប់តាមអ្នកនាំសារ៖ តាមាន គ៌ា ការចង្អុលបង្ហាញ និងជីវិត រស់នៅរបស់ អ្នកនាំសារ រួមមានពាក្យសំដី ទង្វើ ការយល់ស្រប និងការទទួលស្គាល់ របស់ អ្នកនាំសារ គឺជាតម្រាប់សម្រាប់រាល់ភារកិច្ចចជីវិតបស់នៅរបស់ ពួកយើង។ ហើយខ្ញុំ របស់ ព្រះកាន់តែជិតស្និទ្ធធចំពោះទ្រង់ និងឋានៈ របស់ គេក៏កាន់តែខ្ពពស់ដែរ នៅរាល់ពេល ដែលគេយកតម្រាប់តាមាន គ៌ា និងការចង្អុលបង្ហាញ របស់ អ្នកនាំសារ។ អល់ឡោះទ្រង់ មាន មានបន្ទូលថា៖ "ចូរអ្នកពោលថា ប្រសិន នបើពួកអ្នកស្ររ ឡាញ់អល់ឡោះ ចូរពួកអ្នកប្រតិបត្តិ តាមខ្ញុំ នោះអល់ឡោះពិតជាស្រឡាញ់ពួកអ្នក និងអភ័យទោស ឲ្យពួកអ្នកនូវបាបកម្ម ទាំងឡាយ របស់ ពួកអ្នក។ ហើយអល់ឡោះមហាអភ័ យទោស មហា អាណិតស្រឡាញ់"។ (គម្ពីរគួរអាន ៣ៈ៣១)។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50 ច្បាប់សាសនាដ៏ពេញលេញ៖ អ្នកនាំសារ បានផ្សព្វផ្សាយសាសនា និងច្បាប់សាសនា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ដ៏ពេញលេញគ មានការខ្វះខាត។ ដូចនេះ មិនត្រូវ បានអនុញ្ញាតឲ្យអ្នកនាម្នាក់បង្កើ តការគោរព សក្កាការៈតាមរបៀបណាមួយដែលអ្នកនាំសារ មិនបាន ដាក់ ច្បាប់ ឬអនុវត្តតវានៅក្នុងការគោរព សក្កាការៈនោះឡើយ។ ច្បាប់របស់ អល់ឡោះ គឺមានប្រសិន ទ្ធធភាព សម្រាប់ គ្រប់សម័យកាល និងគ្រប់ទីកន្លែង៖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ក្រឹ[ត្យកររមវិន័យ និង ច្បាប់សាសនា ដែលមាន ចែងក្នុងគម្ពីររបស់ អល់ឡោះ(គម្ពីរគួរអាន) និងក្នុងស៊ុណ្ណះ(មាន គ៌ាអ្នកនាំសារ)គឺវាមាន ប្រសិន ទ្ធិភាពសម្រាប់ គ្រប់សម័យកាល និងគ្រប់ ទីកន្លែង។ គ មាន អ្នកណាម្នាក់ដែលដឹងពីផល ប្រយោជន៍ របស់ មនុស្ស លោកជាងម្ចាស់ដែល បានបង្កើតពួកគេអំពីភាពទទេសូ ន្យនោះទេ។ ស្របតាមាន គ៌ា(នៃអ្នកនាំសារ)៖ ដើម្បីឲ្យ គេទទួលយកការគោរពសក្ការៈចាំបាច់ត្រូវតែ នៀត(តាំងចិត្ត)ដោយស្មោះសរទៅចំពោះ អល់ឡោះ និងស្របតាមាន គ៌ានៃអ្នកនាំសារ។ អល់ឡោះបានមាន មានបន្ទូលថា៖ "ដូចនេះ ជនណា ដែលសង្ឃឹមថានឹង បានជួបម្ចាស់របស់ គេ ចូរឲ្យ គេសាងអំពើល្អ ហើយកុំឲ្យគេយកអ្នកនាម្នាក់ ធ្វើជាដៃគូក្នុង ការគោរពសក្ការៈចំពោះម្ចាស់ របស់ គេឲ្យសោះ"។ (គម្ពីរគួរអាន ១៨ៈ១១០ ) "អំពើល្អ" គឺជាការធ្វើទង្វើល្អអត្រឹមត្រូវ និងស្របតាមាន គ៌ារបស់ ព្យាការី។ &gt;សន្តិភាព និងសេចក្តីសផងងប់សផងាត់ នឹងទទួលបានតាមរយៈការគោរព សក្កាការៈទៅចំពោះអល់ឡោះតែមួយ គត់ប៉ុណ្ណោះណោះ។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51 ហា មឃាត់ចំពោះការបង្កើ តថ្មីក្នុងសាសនា៖ ជនណាដែលបង្កើតទង្វើ អ្វីមួយ និង ការគោរពសក្ការៈដែលមិនមែនជាមាន គ៌ាព្យាការី ហើយគេចង់ គោរពសក្ការៈចំពោះ អល់ឡោះរួមនឹងការបង្កើ តថ្មីនោះ ដូចជាបង្កើ តសឡាត(ការថ្វាយបង្គំ)ថ្មីខុសពីមាន គ៌ា សាសនា ពិតណាស់ គេពិតជាល្មើ សនឹងបទប ញ្ញញត្តិរបស់ អ្នកនាំសារ។ គេមិនទទួលយក ទង្វើ នោះឡើយ ហើយ ថែមទាំងទទួលនូវបាបកម្មមដោយសារទង្វើនោះថែមទៀតផង។ អល់ឡោះទ្រង់មាន មានបន្ទូលថា៖ "ដូចនេះ ចូរឲ្យពួកដែលប្រឆាំងនឹងបទបញ្ជារបស់ ព្យាការី មូហាំម៉ាត់ប្រុងប្រយ័ ត្ននចំពោះគ្រោះអាសន្នឹងធ្លាក់លើពួកគេ ឬទណ ឌកម្មមយ៉ាងឈឺចាប់ ធ្លាក់លើពួកគេ"។ (គម្ពីរគួរអាន ២៤ៈ៦៣ )។ អ្នកនាំសារ 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"អ្នកណាបង្កើ តថ្មីក្នុងកិច្ចចការ(សាសនា )របស់ យើងដែលមិនមែនមកពីវា(កិច្ចចការ សាសនា )ទេនោះ ប្រាកដណាស់ វាត្រូវបានគេច្រានចោល(មិនទទួលយក)"។ (ពូខរីៈ២៥៥០ និង មូស្លីម១៧១៨)។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ការដែលឥស្លាមហា មឃាត់យ៉ាងតឹងរ៉ឹងនូវ ការបង្កើ តថ្មីក្នុងសាសនា (អំពើពិទអះ) ការបន្ថែម និង ការកែប្រែក្នុងការគោរពសក្ការៈ គឺដើម្បីរក្សា ការពារសាសនាអំពីការកែខៃ ក៏ដូចជាផ្លាស់ប្តូរ និងការពារសាសនាកុំឲ្យធ្លាក់ក្នុងក្ររញ៉ាំនៃ ចំណង់តណ្ហារបស់ មនុស្ស និងទំនើងចិត្ត របស់ ពួកគេ។ ក្រៅពីនេះ គឺសាសនា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បានឥស្លាមលើកទឹកចិ ត្តតមនុស្សឱ្យ ចូលរួមកនុងការគិតប្រកប ដោយភាព ច្នៃប រឌិត ការស្រាវជ្រាវ និងស្វែងយល់ពី អាថ៌កំបាំងនៃសកល លោក្នុងគ្រប់ទិដ្ឋភាព នៃជីវិត ក្នុងគោលបំណងបម្រើផល់ប្រយោជន៍ដល់ មនុស្សជាតិ និងជួយអភិវឌ្ឍស្ថានភាពបច្ចុប្បន្ន និងអនាគ 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52 &gt; គោលគ្រឹះ[នៃជំនឿទាំងប្រាំមួយ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អត្ថន័យនៃជំនឿចំពោះអល់ឡោះ គឺជំនឿដ៏ច្បាស់លាស់ថា អល់ឡោះមានពិត ទទួលស្គាល់ទ្រង់ជាព្រះជាម្ចាស់ និងជាព្រះដែលត្រូវគេគោរពសក្ការៈតែមួយគត់ ទ្រង់មានព្រះនាម និងព្រះលក្ខណៈ ដ៏វិសេសវិសាល។ យើងនឹងបកស្រាយអំពីប្ររ ការទាំងបួនយ៉ាងលម្អិត ដូចតទៅនេះ៖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ជំនឿថា អល់ឡោះមានពិត 1 និស្ស័យដែលអល់ឡោះផ្ដែល់ពីកំណើត ការទួ លស្គាល់ ថាអល់ឡោះមានពិត គឺ ជានិស្ស័យពីកំណើត ដែលមិនចាំបាច់ ត្រូវការភស្ដុតាងក៏បាន ដែរ។ ហេតុនេះ មនុស្សភាគច្រើនដែលកាន់សាសនា និងលទ្ធិ ផ្សេងៗគ្នា តែងតែទទួលស្គាល់ថា មានព្រះជាម្ចាស់(អល់ឡោះ)។ រីឯយើងរាល់គ្នាក៏មានអារម្មមណ៍ទទួលដឹងក្នុងជម្រៅបេះដូងរបស់ យើងថា ទ្រង់ ពិតជាមានពិត យើងត្រូវការពឹង អាស្រ័យចំពោះទ្រង់នៅពេលមានការលំបាកខ្លាំង និង ពេលមានគ្រោះអាសន្ន ដោយនិស្ស័យពីកំណើត របស់ យើង ដែលមានជំនឿសភាវៈ ធម្មជាតិនៃការប្រកាន់សាសនា ដែលអល់ឡោះបានផ្គុំឡើងក្នុងខ្លួនប្រាណមនុស្សគ្រប់ ៗរូបទោះបីជាមនុស្សលោកខ្លះព្យាយា មលុបំបាត់ និងបំភ្លេចវាក៏ដោយ។ ហើយពួកយើងធ្លាប់បានឮ បានឃើញអំពីការដែលទ្រង់ឆ្លើយតបនឹងអ្នកទាំងឡាយ ដែលបួងសួងសុំការប្រទាន ហើយឆ្លើយតបនឹងអ្នកដែលមានគ្រោះអាសន្ន វាគឺ ជាការ ចង្អុលបង្ហាញឲ្យឃើញយ៉ាងច្បាស់ថា អល់ឡោះមានពិត។ ភស្ដុ តាងដែលបញ្ជាក់ពីវត្ត មានរបស់ អល់ឡោះ គឺច្បាស់លាស់ និងច្រើនឥតគណនា បុគ្គល គ្រប់រូបដឹងយ៉ាងច្បាស់ថា រាល់ហេតុទាំងអស់ ត្រូវមានអ្នកបង្កកហេតុ ហើយ ភាវៈដ៏ច្រើនលើសល ប់ ដែលយើង បានឃើញគ្រប់ ពេលវេលា គឺចាំបាច់ត្រូវតែមាន ព្រះជាម្ចាស់បង្កើត វា ទ្រង់ នោះគឺអល់ឡោះ ពីព្រោះវាមិនអាចទៅរួចនោះទេដែលថា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53 អ្វីដែលកើតឡើងដោយគ្មាន ព្រះជាម្ចាស់ បង្កើ ត វា ក៏ដូចគ្នាដែរមិនអាចទេអ្វីដែល កើតឡើង ឯកឯងនោះ ព្រោះអ្វីក៏ដោយមិន អាចបង្កើតខ្លួនឯងឡើយ។ អល់ឡោះទ្រង់ បានមាន មានបន្ទូលថា៖ "តើពួកគេត្រូវបានគេ បង្កើ តដោយគ មានអ្នកបង្កើត ឬមួយពួកគេ ជាអ្នកដែលបង្កើតខ្លួនឯង?"។ (គម្ពីរ គួរអាន ៥២ៈ៣៥)។ អត្ថន័យ នៅក្នុងវាក្យខណ្ឌឌ នេះគឺ ប្រាកដណាស់ ពួកគេមិនអាចកើត ដោយគ្មានព្រះជាម្ចាស់បង្កើ តនោះទេ ហើយ ពួកគេក៏មិនបានបង្កើ តខ្លួនឯងបានដែរ។ ដូចនេះ ចាំបាច់ត្រូវតែមាន ព្រះជាម្ចាស់បង្កើ តពួកគេ នោះគឺអល់ឡោះជាម្ចាស់។ ពិតណាស់ ក្រឹ[ត្យកររមនៃប្រព័ន្ធធចក្ររវាឡ ដែលមានដូចជា មេឃ ផែនដី ផ កាយទាំងឡាយ និងរុក្ខខជាតិ។ល។ គឺបានចង្អុលបង្ហាញយ៉ាង ច្បាស់លាស់ថា សម្រាប់ចក្ររ វាលនេះ គឺមាន ព្រះជាម្ចាស់តែមួយគត់ នោះគឺអល់ឡោះ។ ខ្លួនមនុស្សផ ទាល់ គឺជាភស្តុ តាងដ៏ធំបំផុត ដែលបញ្ជាក់ពីវត្តមានរបស់ អល់ឡោះ សម្រាប់អ្នកដែលធ្វើការត្រិះរិះពិចារណា ហើយនិងដាក់ភ្នែកមើលទៅកាន់អ្វីដែល អល់ឡោះបានប្ររ ទានឲ្យចំពោះពរជ័យ ប្រាជ្ញា និងសុក្រឹ[ត ភាព នៃវិញ្ញាណទាំង ប្រាំ និងសណ្តាប់ធ្នាប់ នៃសភាវៈទាំង ឡាយ និង ភាពឥតខ្ចោះរបស់ វាដូចជា អល់ឡោះបានមាន មានបន្ទូលថា៖ ហើយ ចំពោះខ្លួនរបស់ អ្នកផ្ទាល់ក៏ដូចនោះដែរ តើពួកអ្នកមិ នបានមើលឃើញទេឬ? (គម្ពីរគួរអាន ៥១ៈ២១) អល់ឡោះទ្រង់បានមាន មានបន្ទូលថា៖ "វាជាការបង្កើ តរបស់ អល់ឡោះដែលទ្រង់បាន បង្កើ តអ្វីៗគ្រប់យ៉ាងល្អឥតខ្ចោះ"។ ( គម្ពីរគួអាន ២៧ៈ៨៨)។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ភព និងផ កាយទាំងឡាយ ជាឧទាហរណ៍ វាធ្វើចលនាជាប្រព័ន្ធធដ៏ល្អ សុក្រឹ[តឥត ខ្ចោះ គ មានខុសពីគន្លលងវាឡើយ។ គ្រប់ភពទាំងអស់ ធ្វើចលនាក្នុងគន្លលងរបស់ វាគ មាន ការខុសឆ្គគង ឬហួសពីគន្លលង របស់ វាឡើយ។ អល់ឡោះទ្រង់មាន មានបន្ទូលថា៖ "ព្រះអាទិត្យ មិនអាចធ្វើចលនា ទាន់ព្រះចន្ទទឡើយ។ រីឯពេលយប់ក៏មិនអាចមកដល់មុនពេលថ្ងៃ បានដែរ។ ហើយអ្វីៗទាំងអស់ ត្រូវធ្វើដំណើរតាមគន្លលងរបស់ វារៀងៗខ្លួន"។ (គម្ពីរ គួអាន ៣៦ៈ៤០)។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54 ជំនឿចំពោះភាពជាព្រះជាម្ចាស់នៃការបង្កើ តរបស់ អល់ឡោះ អត្ថន័យនៃជំនឿចំពោះភាពជាម្ចាស់នៃការបង្កើ តរបស់ អល់ឡោះ គឺជាការទទួលស្គាល់ និងការជឿជាក់យ៉ាងច្បាស់លាស់ចំពោះអល់ឡោះជាម្ចាស់ ថា ទ្រង់ជាអ្នកគ្រប់គ្ររង ជាអ្នកបង្កើត ជាអ្នកប្ររ ទានលាភសក្កាការៈចំពោះអ្វីៗទាំងអស់។ ទ្រង់ជាអ្នកប្រោសឲ្យមានជីវិត ជាអ្នកឲ្យជីវិតស្លាប់ ជាអ្នកប្រទានផលល្អ អ ជាអ្នកប្ររ ទាន 2 គ្រោះ ហើយរាល់កិច្ចចការទាំងអស់ គឺជាកម្មសិ ទ្ធិរបស់ ទ្រង់។ ព្រះហស្ថថ ( ដៃ) របស់ ទ្រង់ ពោរពេញដោយសេចក្ដីល្អប្រសើរ ហើយទ្រង់មានអានុភាពលើអ្វីៗទាំងអស់។ កិច្ចចការ ទាំងអស់ នេះ គ មានអ្នកណាចូលរួមជាមួយទ្រង់ឡើយ។ ដូចនេះ ការទទួលស្គាល់អល់ឡោះតែមួយគត់ចំពោះរាល់ទង្វើ របស់ ទ្រង់គឺជឿថា៖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អល់ឡោះតែមួយគត់ ទ្រង់បង្កើ តចក្ររវាលទាំងមូល គ មាន អ្នកបង្កើត ផ្សេងក្រៅពីទ្រង់ឡើយ។ អល់ឡោះទ្រង់មាន មានបន្ទូលថា៖ “អល់ឡោះ គឺជាអ្នកដែលបានបង្កើ តបាល់អ្វីៗទាំងអស់ ”។ (គម្ពីរគួអាន ៣៩ៈ ៦២)។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រីឯការបង្កើ ត ការច្នៃប្រឌិតរបស់ មនុស្សលោកវិញ គឺជាការកែប្រែពី លក្ខណៈមួយទៅលក្ខណៈមួយផ្សេងទៀត ឬក៏ជាការប្រមូ លផ្ដុំ ឬផ្គុំ និងផ្សេងៗ ទៀត ដោយវាពុំមែនជាការបង្កើតពិតប្រាកដនោះឡើយ មិនមែន ជាការបង្កើតពី ភាពទេ ហើយក៏មិនមែនជាការបង្កើ ត ឱ្យរស់ក្រោយពេលស្លាប់ដែរ។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ទ្រង់គឺជាអ្នកប្ររ ទានលាភសក្កាការៈដល់ភាវៈទាំងអស់ ដោយ គ មាន អ្នកណាផ្ដែល់ លាភសក្កាការៈក្រៅពីទ្រង់ឡើយ។ ទ្រង់ 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 មានសត្វលោកណាមួយដែលរស់នៅលើផែនដី លើកលែងតែអល់ឡោះផ្ដែល់ លាភសក្កាការៈដល់ពួកគេ"។ (គម្ពីរគួអាន ១១ៈ ៦)។</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55</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អល់ឡោះគឺជាអ្នកចាត់ចែងអ្វីៗទាំងអស់ គ មាន អ្នកចាត់ចែងណាក្រៅពីទ្រង់ ឡើយ។ អល់ ឡោះទ្រង់បានមាន មានបន្ទូលថា៖ "ទ្រង់ចាត់ចែងកិច្ចចការពីលើមេឃ មកកាន់ផែនដី"។ (គម្ពីគួរអាន ៣២ៈ៥)។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រីឯការចាត់ចែងរបស់ មនុស្សលោកចំពោះកិច្ចចការជីវិតបស់នៅ និងការ រៀបចំកិច្ចចការរបស់ ពួកគេ មាន ភាពស្មុគស្មាញ និងមានដែនកំណត់ត្រឹមតែ អ្វីៗដែលនៅក្នុងកណ្ដាប់ដៃរបស់ គេ អ្វីៗដែលគេគ្រប់គ្ររង និងមានលទ្ធធភាព ប៉ុណ្ណោះណោះ។ ជួនកាលការចាត់ចែងរបស់ គេទទួលបានផល ហើយជួនកាល បរាជ័យ។ ក៏ប៉ុន្តែការចាត់ចែងរបស់ ទ្រង់ជាអ្នកបង្កើតវិញ គឺមានភាពពេញលេញ គ មានចន្លោះប្រហោងត្រង់ណាឡើយ។ ម្យ៉ាងទៀត វាប្រព្រឹ [ត្តតទៅយ៉ាង រលូនគ មានអ្វី រារាំងនិងគ មានការប្រឈមមុខអ្វីឡើយ។ អល់ឡោះទ្រង់បានមាន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"ចូរដឹងថា ការបង្កើ ត និងការគ្រប់គ្ររងគឺជាកម្មសិ ទ្ធិរបស់ ទ្រង់។ អល់ឡោះដ៏មហា ឧត្តុង្គគឧត្ដដម ជាម្ចាស់ គ្រប់គ្ររងពិភពទាំងអស់ "។ (គម្ពីគួរអាន ៧ៈ៥៤)។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ហើយពិតណាស់ ទ្រង់គឺជាស្តេចគ្រប់គ្ររងរាល់អ្វីៗ គ្រប់យ៉ាង ហើយ គ មានអ្នកគ្រប់គ្ររងដ៏ពិត ក្រៅពីទ្រង់ឡើយ។ អល់ឡោះទ្រង់មាន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“ការគ្រប់គ្ររងមេឃជាច្រើននិងផែនដី ព្រមទាំងអ្វីៗដែលមាននៅក្នុងវាទាំងអស់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គឺជាកម្មសិ ទ្ធិរបស់ អល់ឡោះ”។ ( គម្ពីរគួអាន ៥ៈ១២០)។ "គ មានសត វវលោកណាមួយ ដែលរស់នៅលើផែនដីនេះ លើកលែងតអល់ឡោះជាអ្នក ផ្តល់ លាភសក្កាការៈឲ្យពួកគេ" (គម្ពីគួរអាន ១១ៈ៦)</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56 ពួកអារ៉ាប់ដែលគោរពពហុទេពនៅសម័យអ្នកនាំសារ ពួកគេមានជំនឿចំពោះ ភាពជាព្រះនៃការបង្កើ តរបស់ 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ពួកប្រឆាំងនៅសម័យអ្នកនាំសារបានទទួលស្គាល់ថា អល់ឡោះទ្រង់ពិតជា អ្នកបង្កើត ជាអ្នកគ្រប់គ្ររង និងជាអ្នកចាត់ចែង ប៉ុន្តែជំនឿនេះមិនអាចធ្វើឱ្យពួកគេ ចូលសាសនា ឥស្លាមបានទេ បើ គ្រាន់តែទួ លស្គាល់ប៉ុណ្ណឹ[ងនោះ។ អល់ឡោះទ្រង់មាន បន្ទូលថា៖ "ហើយប្រសិន នបើអ្នក(ព្យាការីមូហាំម៉ាត់)សួរពួកគេ(ពួកពហុទេពនិយម) ថា៖ តើអ្នកណាដែលបានបង្កើ តមេឃជាច្រើនជាន់ និងផែនដី? ពួកគេពិត ជានឹងឆ្លើយ ថា៖ គឺអល់ឡោះជាម្ចាស់"។ (គម្ពីគួរអាន ៣១ៈ២៥)។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ពីព្រោះអ្នកដែលបានទទួលស្គាល់ថា អល់ឡោះជាម្ចាស់គ្រប់គ្ររងពិភព ទាំងអស់ មានន័យថា ទ្រង់គឺ ជាអ្នកបង្កើត គ្រប់គ្ររង និងមើលថែរក្សាពួកគេដោយ ពរជ័យរបស់ ទ្រង់ ចាំបាច់ណាស់ គេត្រូវតែគោរពសក្ការៈចំពោះទ្រង់តែមួយគត់ដោយ មិនគោរពសក្ការៈអ្នកដទៃឡើយ។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តើសមហេតុផល យ៉ាងដូចម្ដេចដែលមនុស្សទទួលស្គាល់ថា អល់ឡោះជា អ្នកបង្កើតគ្រប់អ្វីៗទាំងអស់ និងជាអ្នកចាត់ចែងចក្ររ វាល ទ្រង់ជាអ្នកឲ្យមានជីវិត និង ឲ្យស្លាប់ ហើយគេបែរជាថ្វាយអ្វីមួយនៃការគោរពសក្ការៈជូនចំពោះអ្នកផ្សេងក្រៅពី ទ្រង់ទៅវិញនោះ?! នេះជាទង្វើ ដ៏អយុ ត្តិធម៌បំផុត និង ជាអំពើបាបដ៏ធផងន់ធផងងរបំផុត។ ដូចនេះហើយទើបលោក លុកម៉ាន បានពោលទៅកាន់កូនរបស់ គាត់ដោយទូន្មាន និង ណែនាំថា៖ "ឱកូនសម្លាញ់! ចូរកូនកុំធ្វើពហុទេពនិយមចំពោះអល់ឡោះឲ្យសោះ។ ពិតណាស់ អំពើពហុទេពនិយម គឺជាបាបកម្មួយដ៏ធំ"។ (គម្ពីរគួរអាន ៣១ៈ ១៣)។ នៅពេលគេសួរអ្នកនាំសារថា៖ តើបាបកម្មមអ្វីដែលធំជាងគេចំពោះអល់ឡោះ? លោក បានឆ្លើយថា៖ "គឺការដែលអ្នកបង្កើតដៃគូសម្រាប់អល់ឡោះ ខណៈដែលទ្រង់បានបង្កើត អ្នក"។ (អាល់ពូខរីៈ៤២០៧ និងមូស្លីមៈ៨៦)</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57 ការមានជំនឿចំពោះភាពជាម្ចាស់របស់ អល់ឡោះ ធ្វើឲ្យចិត្តសផងងប់ កាលណាខ្ញុំបម្រើរបស់ អល់ឡោះដឹង យ៉ាង ច្បាស់ ថា គ មានភាវៈណាមួយអាច គេចេញពីការកំណត់ របស់ អល់ឡោះបានឡើយ ពីព្រោះអល់ឡោះទ្រង់គ្រប់គ្ររង ចាត់ ចែងពួកគេតាមការសព្វវព្រះទ័យស្របតាមគតិបណ្ឌិ តរបស់ ទ្រង់ដែលទ្រង់ជា អ្នកបង្កើតពួកគេទាំងអស់ , អ្វីៗក៏ដោយករៅពីអល់ឡោះគឺត្រូវបានគេបង្កើ តឡើង មានលក្ខណៈខ្វះខាត ត្រូវការទ្រង់ដែលជាអ្នកបង្កើតគេ, គ្រប់ភារកិច្ចទាំងអស់ នៅក្នុងកណ្ដាប់ដៃរបស់ ទ្រង់ គ មានអ្នកបង្កើត គ មានអ្នកប្ររ ទានលាភសក្កាការៈ និងគ មាន អ្នកចាត់ចែងចក្ររ វាលក្រៅពីទ្រង់តែមួយគត់នោះទេ សូម្បីតែគ្រាប់ធញ្ញញជាតិមួយគ្រាប់ ក៏មិន ប្រែប្រួលបានដែរ លុះត្រាតែមានការអនុញ្ញាតពីទ្រង់ ហើយគ្រាប់ធញ្ញញជាតិមួយ គ្រាប់ផ្សេងទៀតមិនប្រែប្រួល ក៏តាមបទបញ្ជារបស់ ទ្រង់ដែរ នោះវានឹងធ្វើឲ្យចិត្តរបស់ គេមានភាពនឹងនរ និងដក់ចិត្តជាប់នឹងទ្រង់តែមួយគត់ ហើយបួងសួងសុំពីទ្រង់ បង្ហាញ ពីភាពតោកយ៉ាកទៅកាន់ទ្រង់ ហើយនិង ពឹងផ្អែកលើទ្រង់តែមួយអង្គគត់ នៅក្នុងគ្រប់ កិច្ចចការងារទាំងឡាយរបស់ គេ។ ការសំដៅ ឆ្ពោះទៅមុខ ការខ្ជាប់ខ្ជួនក្នុងការប្រឈមនឹង ឧបសគ្គគជីវិតប្រកប ដោយភាពស្ក កប់ស្កកល់ រឹងប៉ឹ[ង និងមានភាពនឹងនរយ៉ាងពេញលេញ ពីព្រោះជានិច្ចចកាល គេតែងតែប្រើប្រាស់ គ្រប់ មធ្យោបាយ និងបួងសួងចំពោះអល់ឡោះ ដើម្បីសម្រេ ចតាមប្រាថ្នាចង់បានក្នុងកិច្ចចការ ជីវិត។ គេប្រតិបត្តិតាមភារកិច្ចចរបស់ គេនៅ ពេលនោះ ខ្លួនគេនឹងស្កកប់ស្កកល់មិនសម្លឹ[ង មើល(ចង់បាន)អ្វីៗ ដែលនៅក្នុងកណ្ដាប់ដៃ អ្នកដទៃឡើយ។ តាមពិត កិច្ចចការទាំងអស់ នៅក្នុងកណ្ដាប់ដៃរបស់ អល់ឡោះតែមួយគត់ ទ្រង់បង្កើ តអ្វីដែលទ្រង់ប្រាថ្នា និងជ្រើស។ &gt;ការជឿជាក់ចំពោះភាពជាព្រះជាម្ចាស់ តែមួយគត់ របស់ អល់ឡោះនឹងធ្វើឲ្យ ចិត្តសផងងប់។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58 ជំនឿចំពោះភាពជាព្រះដែលត្រូវគេគោរពសក្ការៈរបស់ អល់ឡោះ អត្ថន័យនៃជំនឿចំពោះភាពជាព្រះដែលត្រូវគេគោរពសក្ការៈរបស់ 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គឺជាការជឿជាក់យ៉ាងដាច់ខាតថា អល់ឡោះតែមួយអង្គគត់ ដែលសក្តិសមនឹង ទទួលការគោរពសក្ការៈគ្រប់ប្រភេទាំង អស់ ទាំងការគោរពសក្ការៈផ្នែកខាងក្រៅ និងផ្នែកខាងក្នុង(ផ្លូវចិត្ត)។ ដូចនេះ យើង ត្រូវធ្វើការគោរពសក្ការៈទាំងអស់ ចំពោះ ទ្រង់តែមួយគត់ ដូចជា ការបួងសួងសុំ ការ កោតខ្លាច ការជឿទុកចិត្ត ការសុំជំនួយ ការថ្វាយបង្គំ ការបរិច្ចាគហ សាកាត់ និងការ បួសតម ហើយគ មានអ្នកណាត្រូវគេគោរព សក្កាការៈដ៏ពិតក្រៅពីអល់ឡោះនោះឡើយ។ អល់ឡោះទ្រង់ បានមាន មានបន្ទូលថា៖ "ហើយ ព្រះជាម្ចាស់របស់ ពួកអ្នក គឺជាព្រះជាម្ចាស់ តែមួយគត់។ គ មានព្រះជាម្ចាស់ណា ដែលត្រូវ គោរពសក្ការៈដ៏ពិតប្រាកដ ក្រៅពីទ្រង់ដែល មហាសប បុរស មហា អាណិតស្រឡាញ់នោះ ឡើយ"។ (គម្ពីរគួរអាន ២ៈ១៦៣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ទ្រង់ប្រាប់ថា ព្រះជាម្ចាស់គឺជាព្រះ តែមួយ មានន័យថា ត្រូវគេគោរពសក្ការៈ តែមួយគត់។ ដូចនេះ មិនអនុញ្ញាតឲ្យយកព្រះជាម្ចាស់ផ្សេងគោរពសក្ការៈក្រៅពីទ្រង់ ជាដាច់ខាត។ សារៈសំខាន់នៃជំនឿចំពោះអល់ឡោះជាម្ចាស់តែមួយគត់ដែលត្រូវគោរពសក្ការៈ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សារៈសំខាន់នៃជំនឿចំពោះភាពជាព្រះដែលត្រូវគោរពសក្ការៈរបស់ អល់ឡោះ ស្តែងឡើងក្នុង ផ្នែកជាច្រើនដូចជា៖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 &gt;ការទទួ លស្គាល់អល់ឡោះតែមួយគត់ ជាព្រះដែលត្រូវគោរពសក្ការៈដ៏ពិតប្រាកដ ហើយការគោរពសក្ការៈទៅចំពោះទ្រង់ គឺជាធាតុពិតនៃអត្ថន័យនៃពាក្យ៖ គ មានទេ ម្ចាស់ ដែលត្រូវគោរពសក្ការៈពិតប្រាកដ លើកលែង តែអល់ឡោះ។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59 1 ពិតណាស់ វាគឺជាគោលបំណងនៃការបង្កើ តជិន(អមនុស្ស)និង មនុស្ស ពីព្រោះ គេមិនបានបង្កើ តពួកគេនោះឡើយ លើកលែងតែដើម្បីឲ្យពួកគេគោរពសក្ការៈចំពោះ ទ្រង់តែមួយគត់ដោយគ មានការគោរពសក្ការៈចំពោះអ្នកផ្សេងរួមជាមួយទ្រង់ឡើយ។ អល់ឡោះទ្រង់មាន មានបន្ទូលថា៖ "ហើយយើងមិនបានបង្កើ តជិន និងមនុស្សលោក ក្រៅពីឲ្យពួកគេគោរពសក្ការៈមកចំពោះយើងនោះឡើយ"។ (គម្ពីរគួរអាន ៥១ៈ៥៦) ជាការពិត គោលបំណងនៃការបញ្ជូ នបណ្ដាអ្នកនាំសារ និងការបញ្ចុះបណ្ដាគម្ពីរ ទាំងឡាយពីលើមេឃនោះ គឺ ការទួ លស្គាល់ថា អល់ឡោះជាអ្នកដែលត្រូវគេគោរព សក្កាការៈដ៏ពិតប្រាកដ ហើយប្រឆាំងចំពោះអ្វីៗ ដែលគេគោរពសក្ការៈក្រៅពីទ្រង់។ អល់ឡោះទ្រង់មាន មានបន្ទូលថា៖ "ហើយពិតណាស់ រាល់ប្រជាជាតិនីមួយៗយើងបាន តែងតាំងអ្នកនាំសារម នាក់ ដោយបង្គាប់ពួកគេឲ្យគោរពសក្ការៈទៅចំពោះអល់ឡោះ និង ជៀសវាងពីតហ៊គូត(អ្វីដែលគេគោរពសក្ការៈផ្សេង ក្រៅពីអល់ឡោះ)"។ (គម្ពីរគួរអាន ១៦ៈ ៣៦) ពិតណាស់ វាជាកាតព្វកិច្ចដំបូងបង្អអស់មកលើមនុស្សលោក ដូចអ្វីដែលព្យាការី បានផ្ដាំផ ញើចំពោះ មូអាស្ស ពិន ជើហ ពាល់ ពេលដែលព្យាការីបញ្ជូ នគាត់ទៅកាន់ប្រទេស យេមែន ដោយលោកបានមានប្រសាសន៍ថា៖ "ពិតណាស់ អ្នកនឹងទៅជួបក្រុមួយនៃ ពួកអះលីគី តាប(ពួកដែលអល់ឡោះផ្ដែល់គម្ពីរឲ្យ គឺពួកជ្វីហ្វវ និងពួកគេរឹ [ស្ទាន)។ ដូចនេះ អ្វីដែលអ្នកត្រូវអំពាវនាវពួកគេដំបូងបង្អអស់នោះ គឺការសច្ចាថា គ មានទេព្រះជាម្ចាស់ ដែលត្រូវគោរពសក្ការៈដ៏ពិតប្រាកដក្រៅពីអល់ឡោះ"។ (អាល់ពូខរីៈ១៣៨៩ និង មូស្លីមៈ ១៩)។ ពោលគឺអ្នកត្រូវអំពាវនាវពួកគេឲ្យធ្វើការគោរពសក្ការៈទៅចំពោះ អល់ឡោះតែមួយគត់។ ពិតណាស់ ជំនឿចំពោះភាពជាព្រះជាម្ចាស់ដែលសក្តិសម្រាប់ការគោរសក្កាការៈ គឺជាអត្ថន័យពិតនៃពាក្យថា គ មានទេព្រះជាម្ចាស់ ក្រៅពីអល់ឡោះ។ ព្រះជាម្ចាស់ មានន័យថា អ្នកដែលត្រូវគេគោរពសក្ការៈដ៏ពិតប្រាកដ ដោយគ្មានអ្នកដែលត្រូវគេ គោរពសក្ការៈដ៏ពិតប្រាកដក្រៅពីអល់ឡោះឡើយ ហើយយើងមិនថ្វាយប្រក្សារ ណាមួយ នៃការគោរពសក្ការៈគ្រប់ប្រភេទាំងអស់ ជូនអ្នកផ្សេងក្រៅពីទ្រង់ឡើយ។ ពិតណាស់ ជំនឿចំពោះភាពជាព្រះជាម្ចាស់ដែលសក្តិសម្រាប់ការគោរព សក្កាការៈ គឺជាលទ្ធធផលស មហេតុផល នៃជំនឿថា អល់ឡោះជាម្ចាស់ជាអ្នកបង្កើត ជាអ្នកគ្រប់គ្ររង និងជាអ្នកចាត់ចែង។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61 &gt; តើការគោរពសក្ការៈ មានន័យដូចម្ដេច?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ការគោរពសក្ការៈ(អ៊ីហ ពាហ្ទាត់)៖ គឺជានាមួយដែលគ្រប់ដណ្ត តប់លើប្រក្សារ ទាំងឡាយណា ដែលអល់ឡោះទ្រង់ស្ររ ឡាញ់ ពេញចិត្ត។ វាមានទាំងវាចា និងទង្វើ ដែលទ្រង់បញ្ញញត្តិ និងតម្រូវឲ្យ មនុស្សប្រតិ បត្តិ ទោះជាការប្រតិបត្តិផ្នែកខាងក្រៅដូចជា ការសឡាត(ការថ្វាយបង្គំ) ការបរិច្ចាគហ សាកាត់ (ការបង់ទ្រព្យសម្បត្តិតាមច្បាប់ ឥស្លាម) ការធ្វើបុណ្យហាជ្ជជ(នៅក្រុងម៉ាក្កះ) ឬជាការប្រតិបត្តិផ្នែកខាងក្នុងដូចជា ការស្រឡាញ់អល់ឡោះ ការស្រឡាញ់អ្នកនាំសាររបស់ ទ្រង់ ការកោតខ្លាចំពោះទ្រង់ ការជឿទុកចិត្តលើទ្រង់ ការសុំជំនួយពីទ្រង់។ល។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ការគោរពសក្ការៈគ្របដណ្ត តប់លើគ្រប់វិស័យរស់នៅរបស់ មនុស្សលោក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ការគោរពសក្ការៈ គឺគ្របដណ្ត តប់លើរាល់សកម្មមភាពរបស់ អ្នកដែលមានជំនឿ កាលណាគេមាននៀត(តាំងចិត្ត) នៃសកម្មមភាពនោះដើម្បីគោរពសក្ការៈចំពោះ អល់ឡោះ។ ការគោរពសក្ការៈក្នុងសាសនា ឥស្លាម ពុំមែនត្រឹមតែជាអត្តតស ញ្ញាណ 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ដូចជា ការសឡាត(ការថ្វាយបង្គំ) ការក្សាន់អំណត់បួស... ដូចដែលគេស្គាល់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នោះទេ ផ្ទុយទៅវិញ រាល់សកម្មមភាពទាំងឡាយណាដែលមានផលប្ររ យោជន៍ ដោយ មានការនៀត(តាំងចិត្ត)ដែលល្អ អត្រឹមត្រូវ សកម្មមភាពនោះ ក៏ក្លាយជាការគោរពសក្ការៈ ដែលទទួ លបានផលបុ ណ្យដែរ។ ប្រសិន នបើអ្នកឥស្លាមបរិភោគ ទទួលទាន ឬសម្រាន្ត ដោយប្រាថ្នាចង់ឲ្យរាងកាយមាំមួន ដើម្បីប្រតិបត្តិចំពោះអល់ឡោះ ប្រាកដណាស់ គេពិតជានឹងទទួលបានផលបុ ណ្យ។ ហេតុដូចនេះ ទាមទារឲ្យអ្នកឥស្លាមប្រើប្រាស់ ជីវិតរបស់ ពួកគេទាំងអស់ ថ្វាយជូនអល់ឡោះ។ ពេលគេបរិភោគអាហារ ដោយ ប្រាថ្នាចង់ឲ្យរាងកាយមាំមួនដើម្បីគោរពប្រតិបត្តិចំពោះអល់ឡោះ នោះការ បរិភោគអាហាររបស់ គេនឹងបានផលបុ ណ្យនៃការគោរពសក្ការៈផងដែរ។ គេរៀប អាពាហ៍ពិពាហ៍ដើម្បីរក្សាខ្លួនពីបម្រាម(របស់ អល់ឡោះ) នោះអាពាហ៍ពិពាហ៍របស់ គេក៏បានផលបុ ណ្យនៃការគោរពសក្ការៈផងដែរ។ ដូចគ្នាដែរ ការ ប្រាថ្នាល្អត្រឹមត្រូវ ក្នុងជំនួញ មុខងា រ តួនាទី និង ប្រាក់ចំណូល(ល្អ ត្រឹមត្រូវ) របស់ គេនោះ ក៏ បានផលបុ ណ្យ នៃការគោរពសក្ការៈផងដែរ។ ការសិក្សាស្វែងរកចំណេះដឹង ការបន្តតការសិក្សានៅ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62 សាកល វិទ្យាល័យ ការស្រាវជ្រាវ ការច្នៃ ប្រឌិត (ផលិ តផល ) ទាំងអស់ នោះ គេក៏ នឹងទួ លបានផលបុ ណ្យនៃការ គោរព សក្កាការៈផងដែរ។ ដូចនោះដែរ ការមើលថែ រក្សារបស់ ភរិយាចំពោះស្វាមី កូនចៅ ផ្ទះ សម បែងរបស់ នាង នោះនាងនឹងទួ ល បានផលបុ ណ្យនៃការគោរពសក្ការៈ។ ដូចនេះ គ្រប់វិស័យរស់នៅ គ្រប់សកម្មមភាព និងកិច្ចចការ ដែលមានផលប្ររ យោជន៍ដល់ មនុស្ស លោក តែងទួ លបានផលបុ ណ្យ នៃការគោរពសក្ការៈជានិច្ច កាលណាអ្វីៗ ទាំងអស់ នោះធ្វើទៅប្រកប ដោយការ នៀត(តាំងចិត្ត)ល្អ និងស្អាតស្អំ។ &gt;ទង្វើ ទាំងអស់ ដែលអមជាមួយការនៀត(ប៉ង) ល្អ ត្រឹមត្រូវ គេចាត់ទុកថាជាការគោរពសក្ការៈ ដែលនឹងត្រូវបានតបស្ន នងផលបុ ណ្យទៅលើបុគ្គល ដែលបានសាងវា។ ការគោរពសក្ការៈ គឺជាគោលបំណងនៃការបង្កើ តជិន(អមនុស្ស) និងមនុស្សលោក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អល់ឡោះទ្រង់មាន មានបន្ទូលថា៖ "ហើយយើងមិនបានបង្កើ តជិន(អមនុស្ស) និងមនុស្សលោក ក្រៅពីឲ្យពួកគេគោរពសក្ការៈចំពោះយើងឡើយ។ យើងមិនត្រូវការ លាភសក្កាការៈពីពួកគេ ហើយយើងក៏មិនត្រូវការឲ្យពួកគេផ្ដែល់អាហារដល់យើងដែរ។ ពិតណាស់ អល់ឡោះជាអ្នកផ្ដែល់លាភសក្កាការៈដែលមានអានុភាពខ្លាំងក្លាជាទីបំផុត"។ (គម្ពីរគួរអាន ៥១ៈ៥៦-៥៨)។ អល់ឡោះបានប្រាប់ថា ជាការពិតណាស់ បុព្វវហេតុនៃ ការបង្កើ តជិន(អមនុស្ស) និងមនុស្សលោក គឺដើម្បឲ្យពួកគេប្រតិបត្តិ គោរពសក្ការៈ ចំពោះអល់ឡោះ ពុំមែនមានន័យថា ទ្រង់ត្រូវការក្សារគោរពសក្ការៈរបស់ ពួកគេនោះទេ តែតាមពិត គឺពួកគេទេដែលត្រូវការក្សារគោរពសក្ការៈចំពោះទ្រង់នោះ ពីព្រោះពួកគេជា ទុរគតជន និងត្រូវការទ្រង់។ ប្រសិន នបើមនុស្សលោកព្ររងើយកន្តើយពីបំណងប្រាថ្នា(ការគោរពសក្ការៈ) នេះ និងងប់ងុលក្នុង ភាពត្រេកត្រអាលលើលោកិយ ដោយគ មានការភ្ញាក់រឭកចំពោះ គតិបណ្ឌិ តរបស់ ព្រះជាម្ចាស់នៃការមានវត្តមានរបស់ គេ(នៅលើលោកិយ)នេះទេ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63 នោះ គឺគេនឹងក្លាយជាភាវៈមួយដែលគ្មានលក្ខណៈល្អប្រសើរជាងភាវៈដទៃទៀតលើ ភពផែនដីនេះឡើយ។ សត្វពាហនៈស៊ីចំណី ផឹកទឹក ហើយមិនខ្វវល់ខ្វាយនឹងអ្វីឡើយ ដោយសារពួកវាពុំត្រូវគេនាំមកជំនុំជម្រះ(កាត់សេចក្ដី)នៅថ្ងៃបរលោកឡើយ ខុសពី មនុស្សលោកដែលពួកគេត្រូវគេជំនុំជម្រះ។ អល់ឡោះទ្រង់ បានមាន មានបន្ទូលថា៖ "រី ឯពួកដែលប្រឆាំងវិញ ពួកគេសោយសុខ(នៅក្នុងលោកិយ) និងស៊ីចុកដូចជាសត្វ ពាហនៈស៊ីដូចនោះដែរ។ ហើយនរកគឺជាកន្លែងជ្ររកកោនសម្រាប់ពួកគេ"។ (គម្ពីរគួរ អាន ៤៧ៈ១២) មនុស្ស លោកប្រព រឹ[ត្តតដូចសត្វពាហនៈទាំងសកម្មមភាព និងទំនើងចិត្ត ក៏ប៉ុន្តែមនុស្សលោកនឹងទួ លការតបស្ន នងវិញរាល់អ្វីដែលពួកគេបានសាង ពីព្រោះ ពួកគេមានសតិបញ្ញាយល់ដឹង ខុសត្រូវ សខ្មៅ ខុសពីសត្វពាហនៈដែលគ្មានសតិបញ្ញា យល់ដឹងខុសត្រូវ សខ្មៅអ្វីឡើយ។ គោលគ្រឹះ[នៃការគោរពសក្ការៈ ជាការពិតណាស់ ការគោរពសក្ការៈដែលអល់ឡោះទ្រង់បង្គាប់នោះ គឺផ្អែកលើ គោលការណ៍សំខាន់ៗពីរ៖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ទីមួយ៖ ការបន្ទាបខ្លួន និងកោតខ្លាចដ៏ពេញលេញ ទីពីរ៖ ការស្ររលាញ់ និងពេញចិត្ត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ការគោរពសក្ការៈដែលអល់ឡោះបានដាក់កាតព្វកិច្ចលើខ្ញុំរបស់ ទ្រង់ត្រូវតែ បន្ទាបខ្លួន ប្រណិ ប័តន៍ និង កោតខ្លាចដ៏ពេញលេញចំពោះទ្រង់ ជាមួយនឹង សេចក្ដី ស្រឡាញ់ ប្រាថ្នា ចូលចិត្ត និ ង សេចក្ដីសង្ឃឹមដ៏ខ្ពពង់ខ្ពពស់បំផុតចំពោះទ្រង់។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យោងតាមការបកស្រាយខាងលើបញ្ជាក់ថា សេចក្ដីស្ររ ឡាញ់ចូលចិត្តដែល គ មានការកោតខ្លាច និងបន្ទាបខ្លួនទេនោះ ដូចជាការស្រឡាញ់ចូលចិត្តចំណីអាហារ ទ្រព្យសម្បត្តិ ពុំមែនជាការគោរពសក្ការៈនោះទេ។ ក៏ដូចគ្នានោះដែរ ការកោតខ្លាច ដោយគ មានការស្រឡាញ់ពេញចិត្ត ដូចជា សេចក្ដីភ័យខ្លាចពីសត្វសាហាវ និង អ្នកកាន់អំណាចរំលោភបំពាន គេមិនបានចាត់ទុកជាការគោរពសក្ការៈនោះទេ។ កាលណាការកោតខ្លាច និងការស្រឡាញ់ពេញចិត្តកើតឡើងព្ររមគ្នាក្នុងការប្រតិ បត្តិ អ្វីមួយនោះ ពិតណាស់ការប្រតិបត្តិនោះក្លាយជាការគោរពសក្ការៈ។ ការគោរពសក្ការៈ គឺសម្រាប់អល់ឡោះតែមួយគត់គ មានអ្នកណាផ្សេងក្រៅពីទ្រង់ឡើយ។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64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លក្ខខណ្ឌឌនៃការគោរពសក្កាការ៖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ដើម្បីឲ្យការគោរពសក្ការៈមានភាពត្រឹមត្រូវ និងគេទទួលយកនោះ ត្រូវមានពីរ លក្ខខខណ្ឌឌ៖</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លក្ខខខណ្ឌឌទី២៖ កាគោរពសក្ការៈនោះគឺ ត្រឹមត្រូវតាមាន គ៌ាអ្នកនាំសាររបស់ ទ្រង់។ លក្ខ ខណ្ឌឌទី១៖ ការគោរពសក្ការៈនោះ គឺត្រូវធ្វើដោយស្មោះសចំពោះអល់ឡោះ តែមួយគត់ដោយគ មានការគោរពសក្ការៈ ចំពោះអ្នកផ្សេងរួមជាមួយទ្រង់ឡើយ។ 2 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អល់ឡោះទ្រង់មាន មានបន្ទូលថា៖ "ការពិតមិនមែនដូចនោះទេ (អ្នកដែលបានចូល ឋានសួគ៌នោះ) គឺ អ្នកដែលបានប្រគល់ខ្លួនប្រាណរបស់ គេចំពោះអល់ឡោះដោយ ប្រតិបត្តិកុសលធម៌។ ដូចនេះ សម្រាប់អ្នកនោះនឹងទទួលបានផលបុ ណ្យពីម្ចាស់របស់ គេ ហើយពួកគេគ មានការភ័យខ្លាច និងព្រួយបារម្ភភអ្វីឡើយ"។ (គម្ពីរគួរអាន ២ៈ១១២)។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ឃ្លា "ប្រគល់ខ្លួនប្រាណរបស់ គេចំពោះអល់ឡោះ" ន័យរបស់ វាគឺសម្រេ ចបាន នូវជំនឿឯកទេពនិយម (ជំនឿលើអល់ឡោះតែមួយគត់) ដោយការគោរពសក្ការៈ របស់ គេស្មោះសជូនចំពោះអល់ឡោះ។ ឃ្លា "ដោយប្រតិបត្តិកុសលធម៌ " ន័យរបស់ វាគឺប្រតិបត្តិតាម ច្បាប់អល់ឡោះ និងមាន គ៌ាអ្នកនាំសាររបស់ ទ្រង់។ ការប្រតិបត្តិតាមាន គ៌ាអ្នកនាំសារគឺសម្រាប់ តែការ គោរពសក្ការៈប៉ុណ្ណោះណោះ ដូចជា សឡាត (ការថ្វាយបង្គំ) ការអំណត់បួស ការហ្សីកៀរ (រំលឹក)ចំពោះអល់ឡោះ។ល។ រីឯអ្វីដែលនៅ ក្រៅរង្វវង់នៃការគោរពសក្ការៈដូចជា ទំនៀមទម្លាប់ និងសកម្មមភាព ដែល បុគ្គលនៀត(តាំងចិត្ត)ចង់ បានផលបុ ណ្យពីអល់ឡោះ ដូចជាការធ្វើលំ ហាត់ ប្រាណ ដោយនៀត(តាំងចិត្ត)ចង់ ឲ្យរាងកាយរឹងមាំ ដើម្បីប្រតិបត្តិតាមអល់ឡោះ ការប្រកប អាជីពជំនួញ(ដែលត្រឹមត្រូវ)ដើម្បីយកកម្រៃចិញ្ចឹ[មគ្រួសារ និងកូនចៅ គេមិន ទាមទារ ឲ្យតាមាន គ៌ាអ្នកនាំសារនោះទេ តែគេក៏មិនអនុ ញ្ញាត ឲ្យប្រព្រឹ[ត្តល្មើ សនឹងបម្រាម(ក្នុង សាសនា ) ដែរ។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65 &gt; ស្ហីរិក(ពហុ ទេព និយម) ពហុទេពនិយម គឺផ្ទុយពីជំនឿំចំពោះភាពជាព្រះតែមួយគត់របស់ អល់ឡោះ (ឯកទេពនិយម)។ បើសិនជាជំនឿលើភាពជាព្រះតែមួយរបស់ អល់ឡោះជាម្ចាស់ និងការគោរពសក្ការៈចំពោះទ្រង់តែមួយគត់ជាកាតព្វកិច្ចដ៏សំខាន់ និងចម្បងជាទី បំផុតនោះ ដូចនេះ ពហុទេពនិយមចំពោះអល់ឡោះក៏ជាបទល្មើសដ៏ធំធេងបំផុត ដែរ។ វាគឺជាបាបកម្មមតែមួយគត់ដែលទ្រង់មិនលើកលែងទោស ជាដាច់ខាត លុះត្រាតែរូបគេ បានសារភាពកំហុស(តាវហ្ពាត់)ទៅចំពោះទ្រង់។ អល់ឡោះទ្រង់បានមាន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អល់ឡោះមិនអភ័យទោស ឲ្យអ្នកដែលធ្វើពហុទេពនិ យមចំពោះទ្រង់ នោះឡើយ តែទ្រង់នឹងអភ័យទោស ឲ្យចំពោះបាបកម្មមផ្សេងពីនោះសម្រាប់ជនណា ដែលទ្រង់មានចេតនា"។ (គម្ពីរគួរអាន ៤ៈ៤៨)។ នៅពេលគេសួរអ្នកនាំសារអំពី បាបកម្មមអ្វីដែលធំជាងគេចំពោះអល់ឡោះ? លោកឆ្លើយថា៖ "គឺ ការដែលអ្នកបង្កើត ដៃគូសម្រាប់អល់ឡោះ ខណៈដែលទ្រង់ជាអ្នកបង្កើតអ្នក"។ (អាល់ពូខរីៈ៤២០៧ និង មូស្លីមៈ៨៦)។ ពហុទេពនិយមធ្វើឲ្យអំពើល្អទាំងឡាយបាត់បង់រលាយសាបសូ ន្យ។ អល់ឡោះ ទ្រង់មាន មានបន្ទូលថា៖ "ប្រសិន នបើពួកគេធ្វើពហុទេពនិយមនោះ អ្វីដែលពួកគេធ្លាប់ បានសាងពិតជាបាត់បង់ពីពួកគេជាមិនខាន"។ (គម្ពីរគួរអាន ៦ៈ៨៨)។ អ្នកដែលប្រព រឹ[ត្តតពហុទេពនិយមត្រូវតែចូលក្នុងនរកជើហាន់ណាំជារៀងរហូត។ អល់ឡោះទ្រង់មាន មានបន្ទូលថា៖ "ពិតប្រាកដណាស់ ជនណាហើយដែលធ្វើស្ហីរិក (ពហុទេពនិយម)ចំពោះអល់ឡោះនោះ អល់ឡោះពិតជា បានហា មឃាត់រូបគេពី ឋានសួគ៌ ហើយកន្លែងស្នាក់នៅរបស់ គេគឺ ឋាននរក"។ (គម្ពីរគួអាន ៥ៈ៧២)។ ពហុទេពនិយមមានពីរប្រភេទ៖ គឺពហុទេពនិយមកម្រិ តធផងន់ ឬស្ហីរិកធំ និងពហុទេពនិយមកម្រិតស្រាល ឬស្ហីរិកតូច ពហុទេពនិយមកម្រិ តធផងន់ គឺខ្ញុំបម្រើរបស់ អល់ឡោះធ្វើការគោរពសក្ការៈណាមួយ 1 ចំពោះអ្នកផ្សេង ក្រៅពីអល់ឡោះមិនថាតាមរយៈពាក្យ សំដី ឬកាយវិការ។ ហើយ ការគោរពសក្ការៈចំពោះទ្រង់តែមួយគត់នោះ គឺជាការមានជំនឿចំពោះឯកទេព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66 និយម(ភាពជាព្រះជាម្ចាស់តែមួយរបស់ ទ្រង់) ហើយការគោរពសក្ការៈចំពោះអ្នកផ្សេង ក្រៅពីទ្រង់នោះ គឺជាពហុទេពនិយមកម្រិ តធផងន់ចេញពីសាសនា 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ពហុទេពនិយមកម្រិ តធផងន់មានដូចជា ការបួងសួងសុំទៅកាន់អ្នកផ្សេងក្រៅពី អល់ឡោះ ការសុំទៅ កាន់ អ្នកផ្សេង ក្រៅពីទ្រង់ឲ្យជាសះស្បើយពីជំងឺ ឲ្យទទួល បានលាភសក្កាការៈសម្បូរហូរហៀរ ការជឿទុកចិត្ត ឬការស៊ូជោត(ក្រាបគោរព)ចំពោះ អ្នកផ្សេងក្រៅពីទ្រង់។ល។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អល់ឡោះទ្រង់បានមាន មានបន្ទូលថា៖ "ហើយម្ចាស់របស់ អ្នកបានមានបន្ទូល ថា៖ ចូរពួកអ្នកបួងសួងសុំចំពោះយើងចុះ យើងនឹងទទួលយកការបួងសួងសុំរបស់ ពួកអ្នក"។ (គម្ពីរគួរអាន ៤០ៈ៦០)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អល់ឡោះជាម្ចាស់ទ្រង់បានមានបន្ទូលទៀតថា៖ "ហើយចូរពួកអ្នកប្រគ ល់ ការទុកចិត្តចំពោះអល់ឡោះចុះ ប្រសិន នបើពួកអ្នកជាអ្នកមានជំនឿ"។ (គម្ពីរគួរអាន ៥ៈ២៣)។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អល់ឡោះជាម្ចាស់ក៏បានមានបន្ទូលដែរថា៖ "ដូចនេះ ចូរពួកអ្នកស៊ូ ជោត (ក្រាបគោរព) និងគោរពសក្ការៈចំពោះអល់ឡោះចុះ"។ (គម្ពីរគួរអាន ៥៣ៈ៦២)។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 ជនណាថ្វាយការគោរពសក្ការៈទៅចំពោះអ្នកផ្សេងក្រៅពីអល់ឡោះ គឺគេជាអ្នកធ្វើពហុទេពនិយមកម្រិ តធផងន់ ចេញពីសាសនា 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ពហុទេពនិយមកម្រិ តស្រាល គឺរាល់ពាក្យសំដី ឬទង្វើ ណាដែលជាមធ្យោបាយ និងជាផ្លូវនាំឲ្យធ្លាក់ទៅក្នុងពហុទេពនិយមកម្រិ តធផងន់។ ឧទាហរណ៍៖ ទង្វើ ដែលចង់បង្ហាញឲ្យគេឃើញ ដូចជាបុគ្គល ម្នាក់ជួនកាល គេសឡាត(ថ្វាយបង្គំ)ប្រើរយៈពេលយូ រដើម្បីចង់បង្ហាញឲ្យមនុស្សឃើញ ឬជួនកាល គេបន្លឺសំទេងសូត្រគម្ពីរគួរអាន ឬហ្សីកៀរ(រំលឹកចំពោះអល់ឡោះ)ដើម្បីចង់ឲ្យ មនុស្សឮ និងកោតសរសើរគេ(ធ្វើដោយមិនស្មោះត្រង់)។ អ្នកនាំសារមានប្រសាសន៍ ថា៖ "អ្វីដែលខ្ញុំបារម្ភភជាងគេទៅលើពួកអ្នកនោះ គឺពហុទេពនិយមកម្រិតស្រាល។ ពួកគេសួរថា៖ ឱអ្នកនាំសារ អ្វីជា ពហុទេពនិយមកំរិតស្រាល នោះ? លោកឆ្លើយថា៖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ការចង់បង្ហាញឲ្យគេឃើញ(នូវទង្វើរបស់ ខ្លួន)"។ (អះម៉ាត់ៈ២៣៦៣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67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តែប្រសិន នបើជននាម្នាក់គ មានចេតនានៅក្នុងការគោរពសក្ការៈរបស់ ខ្លួនចំពោះ ព្រះជាម្ចាស់ក្រៅពីដើម្បីចង់បង្ហាញឲ្យមនុស្ស លោកបានឃើញ ដូចជាគេសឡាត ឬ កាន់អំណត់បួសដើម្បី(បង្ហាញ)មនុស្ស លោកនោះ ពិតណាស់ ទង្វើ នោះជាទង្វើ ពួក ពុត្បុត ហើយវាជាពហុទេពនិយមកម្រិ តធផងន់ចេញពីសាសនា 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តើការសុំពីមនុស្សលោកជាពហុទេពនិយមដែរឬទេ?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 ឥស្លាមបានរំដោះមនុស្សឲ្យមានសេរីភាពពីអបិ យជំនឿ និងជំនឿ ខុសឆ្គគង ហើយរំដោះខ្លួនគេពីការគោរ ពប្រណិ ប័តន៍អ្នកផ្សេង ក្រៅពីអល់ឡោះ។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 មិនត្រូវបានអនុញ្ញាតឡើយចំពោះការបួងសួងសុំ ការគោរពប្រណិ ប័តន៍ និងការបន្ទាបខ្លួនចំពោះអ្នកស្លាប់ ឬ ភាវៈគ្មានជីវិតជាដាច់ខាត ហើយវាជាអបិយជំនឿ និងជាពហុទេពនិយម។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&gt;ការស្នើ សុំពីមនុស្សដែលនៅមានជីវិតចំពោះអ្វីដែលគេមាន លទ្ធធភាព គឺជាប្រភេទមួយនៃការទំនាក់ទំនងជាមួយ មនុស្ស និងការយកអាសាគ្នារវាងពួកគេដែលត្រូវបានអនុញ្ញាត។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រីឯការសុំពីអ្នកនៅរស់ និងមានវត្តមាន នូវអ្វីដែលអ្នកនោះមានលទ្ធធភាព ដូចជា សុំ ជំនួយ ឬសង្គ្រោះពីការលង់ទឹក ឬសុំពីអ្នកនោះ ឲ្យបួងសួងសុំពីអល់ឡោះ(នូវតម្រូវការរបស់ គេ)នោះ វាត្រូវបាន គេអនុញ្ញាត។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68 តើគេបួងសួងសុំពីភាវៈគ មានជីវិត ឬអ្នកដែលស្លាប់ទៅហើយឬ? ពិតប្រាកដការស្នើ សុំពីអ្នកនៅរស់នូវអ្វីដែលគេគ មានសមត្ថថភាព ហើយពុំមែន ជាកម្មមសិទ្ធិរបស់ គេដូចជា អ្នកដែលគ្មានកូនសុំពីអ្នកនៅរស់ឱ្យផ្ដែល់កូនចៅល្អដល់គេ ការធ្វើដូចនេះគឺជាពហុទេពនិយមកម្រិ តធផងន់ ផ្ទុយពីសាសនា ឥស្លាម ពីព្រោះវាគឺជាការ សុំពីអ្នកផ្សេងក្រៅពីអល់ឡោះ។ ចំពោះការសុំពីអ្នកនៅរស់ដែលស្ដាប់ឮពាក្យសំដី និងការស្នើរបស់ អ្នក តើ អ្នកនោះមានសមត្ថថភាព អាចឆ្លើយតបនឹងការស្នើ សុំរបស់ អ្នកដែរឬទេ ដូចជាស្នើ សុំ ពីគេឲ្យជួយអ្នកនូវអ្វីៗដែលគេមាន និងមានលទ្ធធភាព? នេះគឺជាពហុទេពនិយម(កម្រិ តធផងន់)ផ្ទុយពីសាសនា ឥស្លាម និងជំនឿដ៏ត្រឹមត្រូវ ពីព្រោះអ្នកដែលស្លាប់ និងភាវៈគ មានជីវិត គ មានសមត្ថថភាពស្ដាប់ឮ និងផ្ដែល់តាមការសុំរបស់ គេឡើយ។ ការបួងសួងសុំ គឺជាការគោរពសក្ការៈ ហើយការគោរពសក្ការៈ ចំពោះអ្នកណាផ្សេងក្រៅពីអល់ឡោះគឺជាពហុទេពនិយម។ អំពើពហុទេពនិយមរបស់ ជនជាតិអារ៉ាប់នៅសម័យអ្នកនាំសារ គឺ ការសុំរបស់ ពួកគេចំពោះភាវៈគ មានជីវិត និងអ្នកដែលបាន ស្លាប់ទៅហើយ។ គឺជាការស្នើ សុំធម្មតាដែលគេអនុញ្ញាត និងគ មានបញ្ហាអ្វីឡើយ វាគឺជាផ្នែកមួយនៃការទំនាក់ទំនងរវាងមនុស្សលោកជាប្រចាំ ថ្ងៃ។ បាទ បាទ ទេ 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69 &gt; ជំនឿចំពោះព្រះនាម និងលក្ខណៈសម្បត្តិរបស់អល់ 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គឺជាជំនឿចំពោះអ្វីៗដែលអល់ឡោះបានបញ្ជាក់អំពីទ្រង់ដោយព្រះអង្គគ ផ ទាល់ក្នុងគម្ពីររបស់ ទ្រង់ ឬមាន គ៌ារបស់ អ្នកនាំសារ នៃព្រះនាម និងលក្ខណៈសម្បត្តិ ទាំងឡាយដែលសក្ដិសមនឹងទ្រង់។ សម្រាប់អល់ឡោះ គឺមានព្រះនាម និងលក្ខណៈ សម្បត្តិដ៏ល្អប្រពៃ និងពេញលក្ខណៈ គ មានអ្នកណាដូចទ្រង់ឡើយ។ អល់ឡោះទ្រង់ មាន មានបន្ទូលថា៖ "គ មានអ្វីប្រដូចនឹងទ្រង់ឡើយ។ ហើយ ទ្រង់ឮបំផុត ឃើញបំផុត"។ (គម្ពីរគួរអាន ៤២ៈ១១)។ អល់ឡោះជាម្ចាស់ទ្រង់ស្អាតស្អំអំពីការប្រដូចព្រះនាម និងលក្ខណៈសម្បត្តិទាំងឡាយរបស់ ទ្រង់ទៅនឹងអ្នកនាម្នាក់នៃភាវៈរបស់ ទ្រង់។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អំពីព្រះនាមខ្លះៗរបស់ 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"ទ្រង់ជាម្ចាស់មហាសប បុរស មហា អាណិតស្រឡាញ់"។ (គម្ពីរគួរអាន ១ៈ ៣) "ហើយទ្រង់មហា ឮ មហា ឃើញ"។ (គម្ពីរគួរអាន ៤២ៈ១១) "ហើយទ្រង់មហាខ្លាំងពូកែ មហាគតិ បណ្ឌិ ត"។ (គម្ពីរគួរអាន ៣១ៈ ៩) "អល់ឡោះតែមួយគត់ គ មានម្ចាស់ណាដែលត្រូវគេគោរពសក្ការៈដ៏ពិត ប្រាកដ ផ្សេងពីទ្រង់ ដែលមានជីវិតអមតៈ គ្រប់គ្ររងលើអ្វីគ្រប់យ៉ាងឡើយ"។ (គម្ពីរគួរអាន ២ៈ២៥៥)។ "ការសរសើរទាំងឡាយ គឺសម្រាប់ អល់ឡោះដែលជាម្ចាស់គ្រប់គ្ររងពិភព ទាំងឡាយ"។ (គម្ពីរគួរអាន ១ៈ២)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70 ស្គាល់អល់ឡោះ៖ ជនណាជឿចំពោះព្រះនាម និងលក្ខណៈសម្បត្តិរបស់ ទ្រង់ ធ្វើឲ្យគេស្គាល់ ទ្រង់កាន់តែច្បាស់ ជំនឿរបស់ គេចំពោះទ្រង់ក៏កាន់តែខ្លាំង ជំនឿ ឯកទេពរបស់ គេចំពោះទ្រង់ កាន់តែរឹងមាំ។ ជាការពិត សម្រាប់អ្នកដែលស្គាល់ ព្រះនាម និងលក្ខណៈសម្បត្តិរបស់ ទ្រង់ ចិត្តគំនិត របស់ គេពោរពេញដោយ ការលើកតម្កើង ការស្រឡាញ់ និងប្រណិ ប័តន៍ចំពោះទ្រង់។ កោតសរសើរចំពោះអល់ឡោះតាមរយៈព្រះនាមដ៏ប្រពៃរបស់ ទ្រង់។ ទ្រង់បាន មាន មានបន្ទូលថា៖ "ឱបណ្ដាអ្នកដែលមានជំនឿ! ចូរពួកអ្នករំឭកចំពោះអល់ឡោះ ឲ្យបានច្រើន។ ហើយចូរលើកតម្កើងទ្រង់ទាំងពេលព្រឹ [ក ទាំងពេលលផងាច"។ (គម្ពីរគួរអាន ៣៣ៈ៤១-៤២) សុំបួងសួងចំពោះអល់ឡោះដោយព្រះនាម និងលក្ខណៈសម្បត្តិរបស់ ទ្រង់។ អល់ឡោះទ្រង់មាន មានបន្ទូលថា៖ "ហើយបណ្ដាព្រះនាមដ៏ល្អប្រពៃជាកម្មសិ ទ្ធិ របស់ អល់ឡោះ។ ដូចនេះ ចូរពួកអ្នកបួងសួងសុំទ្រង់តាមរយៈព្រះនាមទាំងនោះ ចុះ"។ (គម្ពីរគួរអាន ៧ៈ១៨០)។ ឧទាហរណ៍ដូចជា គេពោលថា៖ ឱព្រះដែល ប្រទានលាភសក្កាការៈ! សូមទ្រង់ប្រទានលាភសក្កាការៈដល់ខ្ញុំផង។ ឱព្រះដែល ទទួលយកការសារភាពកំហុស! សូមទ្រង់ទទួលយកការសារភាពកំហុស របស់ ខ្ញុំផងចុះ។ ឱព្រះដ៏មហា អាណិតស្រឡាញ់! សូមទ្រង់អាណិតស្ររ ឡាញ់ ចំពោះខ្ញុំផងចុះ។ ផលប្ររ យោជន៍នៃជំនឿចំពោះព្រះនាម និងលក្ខណៈសម្បត្តិរបស់ អល់ឡោះ 2 3 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លំដាប់ខ្ពពស់បំផុតនៃជំនឿ ជំនឿ គឺមានលំដាប់ថ្នាក់របស់ វា។ ជំនឿរបស់ អ្នកឥស្លាមានការថយចុះតាម ការព្ររងើយ និងបទល្មើស របស់ គេ ហើយជំនឿរបស់ គេកើនឡើងនៅរាល់ពេល ដែលការប្រតិបត្តិ ការគោរពសក្ការៈ និងការកោតខ្លាចំពោះអល់ឡោះ។ ហើយកម្រិ តដែលខ្ពស់ បំផុតនៃជំនឿនោះ គឺច្បាប់ឥស្លាមបានឲ្យឈ្មោះថា៖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"អៀហសាន"។ ព្យាការីមូហាំម៉ាត់លោកបាន ឲ្យនិយមន័យអៀហសានថា៖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71 "អ្នកត្រូវគោរពសក្ការៈចំពោះអល់ឡោះដូចជាអ្នកឃើញទ្រង់។ ប្រសិន នបើ អ្នក មិនបានឃើញទ្រង់ទេ នោះប្រាកដណាស់ទ្រង់ពិតជាឃើញអ្នក"។ (អាល់ពូខរីៈ៥០ និងមូស្លីមៈ៨)។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អ្នកត្រូវនឹក ឃើញថា រាល់ពេលអ្នកឈរ អង្គុយ ពេលអ្នកម៉ត់ចត់ ពេល អ្នកលេងសើច និងរាល់ស្ថានភាពរបស់ អ្នកទាំងអស់ អល់ឡោះជាម្ចាស់ពិតជាដឹង និងឃើញអ្នក។ ដូចនេះ ចូរអ្នកកុំល្មើ សចំពោះទ្រង់ឲ្យសោះ អ្នកត្រូវដឹងថា ទ្រង់ឃើញ អ្នកជានិច្ច។ ចូរអ្នកកុំឲ្យសេចក្ដីភ័យខ្លាច ភាពអស់ សង្ឃឹមគ្រប់គ្ររងលើរូបអ្នកឲ្យ សោះ។ អ្នកត្រូវដឹងថា ព្រះទ្រង់នៅជាមួយអ្នកជានិច្ច។ តើអ្នកអាចមានអារម្មមណ៍ ឯកោ បានយ៉ាងដូចម្តេចទៅ បើអ្នកបួងសួងសុំ និងសឡាត (ថ្វាយបង្គំ)ចំពោះទ្រង់ គ្រប់ពេលនោះ? តើអ្នកឱ្យចិត្តរបស់ អ្នកអូសទាញ អ្នកឱ្យប្រព្រឹ [ត្តតបទល្មើ សចំពោះ ទ្រង់ដូចម្តេចទៅ បើអ្នកជឿជាក់ច្បាស់ថា ទ្រង់ដឹងទាំងរឿងអាថ៌កំបាំង និង រឿង លាត្រដាង របស់ អ្នកនោះ? ប្រសិន នបើអ្នកភ្លាត់ ឬច្ររឡំធ្វើខុសដោយអចេ តនា អ្នកត្រូវ ត្រឡប់ ប់ ទៅចំពោះទ្រង់ ដោយការ សារភាពកំហុស និងសុំអភ័យទោសពីទ្រង់ នោះ ទ្រង់នឹងទួ លយកការសារភាពកំហុស និងការសុំអភ័យទោស របស់ 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72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អល់ឡោះទ្រង់ការពារអ្នកដែលមានជំនឿពីរាល់ប្រក្សារ ដែល គេមិនពេញចិត្ត ទ្រង់ឲ្យគេជៀសផុតអំពីគ្រោះលំបាក ហើយទ្រង់ថែរក្សាគេពី ឧបាយកលសត្រូវ។ អល់ឡោះទ្រង់មាន មានបន្ទូលថា៖ "ប្រាកដណាស់ អល់ឡោះ នឹងការពារបណ្ដាអ្នកដែលមានជំនឿ(ពីឧបាយកល របស់ ពួកដែលគ្មានជំនឿ)"។ (គម្ពីរគួរអាន ២២ៈ៣៨)។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ពិតប្រាកដជំនឿ(ចំពោះអល់ឡោះ)ជាហេតុនាំឲ្យជីវិតដ៏ល្អប្រសើរ មាន សេចក្ដីសុខ និង ភាពសប បាយរីករាយ។ អល់ឡោះទ្រង់មាន មានបន្ទូលថា៖ "អ្នកណា ដែលបានសាងអំពើល្អក្នុងចំណោមបុរស ឬស្ត្រី ហើយគេជាអ្នកមានជំនឿទៀត នោះ គឺយើងពិតជានឹងធ្វើឲ្យគេមានជីវិត រស់នៅដ៏ល្អប្រសើរ"។ (គម្ពីរគួរអាន ១៦ៈ៩៧)។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ជំនឿ(ចំពោះអល់ឡោះ)ធ្វើឲ្យជីវិតជ្រះស្អាតពីជំនឿមិនត្រឹមត្រូវ។ ជនណាមានជំនឿចំពោះអល់ឡោះ ពិតប្រាកដណាស់ គេពិតជាពឹងអាស្រ័យ កិច្ចចការរបស់ គេទៅលើទ្រង់តែមួយគត់។ ទ្រង់ ជាម្ចាស់នៃសាកល លោកទាំងមូល ទ្រង់ជាព្រះពិតគ មានព្រះផ្សេងឡើយ។ ដូចនេះគេមិនត្រូវខ្លាចភាវៈណាឡើយ គេ មិនត្រូវពឹងលើមនុស្សលោកនាម្នាក់ឡើយ។ បន្ទាប់មកគេរំដោះខ្លួនឱ្យរួចផុត ពីអបិ យជំនឿ និងជំនឿផ្តេ សផ្តាស។ អត្ថប្រយោជន៍ដ៏ធំធេងនៃជំនឿ(ចំពោះ អល់ឡោះ) គឺទទួលបានការយល់ព្ររមពីទ្រង់ ឲ្យចូលឋានសួគ៌ ដោយភាពជោគជ័យ និងបាន ពរជ័យជារៀងរហូត ព្រមទាំងទទួលបានក្ដី អាណិត ស្រឡាញ់ដ៏ ពេញ លេញអំពីទ្រង់។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ក្នុងចំណោមផលប្ររ យោជន៍នៃជំនឿចំពោះអល់ឡោះ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73 &gt; ជំនឿចំពោះម៉ាឡាអ៊ីកាត់(ទេវតា)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អត្ថន័យនៃជំនឿចំពោះម៉ាឡាអ៊ីកាត់(ពួកទេវតា)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គឺជាការជឿជាក់យ៉ាងដាច់ខាតថា មានម៉ាឡាអ៊ីកាត់ ហើយពួកគេគឺជាភាវៈមួយ អាថ៌កំបាំង។ ពួកគេពុំមែនជាភាវៈប្រភេទមនុស្ស និងជិន(អមនុស្ស)ទេ។ ពួកគេមាន ភាព ឧត្តុង្គគឧត្ដដម កោតខ្លាច គោរពសក្ការៈចំពោះអល់ឡោះដ៏ពិតប្រាកដ។ ពួកគេអនុវត្ត តាមបទបញ្ជារបស់ ទ្រង់ជានិច្ចចដោយមិនល្មើ សនឹងទ្រង់ឡើយ។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អល់ឡោះទ្រង់មាន មានបន្ទូលថា៖ "ផ្ទុយទៅវិញ ពួកគេ(ម៉ាឡាអ៊ីកាត់)គឺជាខ្ញុំរបស់ អល់ឡោះដែលត្រូវគេលើកតម្កើង។ ពួកគេមិនហ៊ានផ្ដើមសម្ដីមុនទ្រង់ឡើយ ហើយពួកគេ ប្រតិបត្តិតាមការបញ្ជារបស់ ទ្រង់"។ (គម្ពីរគួរអាន ២១ៈ២៦-២៧) ជំនឿចំពោះម៉ាឡាអ៊ីកាត់(ពួកទេវតា)គឺជាគោលគ្រឹះ[មួយក្នុងចំណោមគោលគ្រឹះ[ ជំនឿទាំងប្រាំមួយ។ អល់ឡោះជាម្ចាស់បានមាន មានបន្ទូលថា៖ "អ្នកនាំសារ(មូហាំម៉ាត់)មាន ជំនឿលើអ្វីៗដែលម្ចាស់របស់ គេបានបញ្ចុះ មកឲ្យគេ ហើយបណ្ដាអ្នកមានជំនឿក៏ដូចគ្នា ដែរ។ ពួកគេទាំងអស់ មានជំនឿលើអល់ឡោះ បណ្ដាម៉ាឡាអ៊ីកាត់ របស់ ទ្រង់ បណ្ដាគម្ពីរ របស់ ទ្រង់ និងបណ្ដាអ្នកនាំសាររបស់ ទ្រង់"។ (គម្ពីរគួរអាន ២ៈ ២៨៥)។ អ្នកនាំសារ មានប្រសាសន៍ថា៖ "អ្នកត្រូវជឿចំពោះអល់ឡោះ ម៉ាឡាអ៊ីកាត់ បណ្តាគម្ពីរ បណ្តា អ្នកនាំសារ របស់ ទ្រង់ ថ្ងៃបរលោក ហើយអ្នកត្រូវជឿចំពោះព្រះលិខិតល្អ និងអាក្រក់"។ (មូស្លីមៈ៨)។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ជំនឿចំពោះម៉ាឡាអ៊ីកាត់មានអ្វីខ្លះ? ជឿថាពួកគេពិតជាមានពិត។ ដូចនេះត្រូវជឿថា ពួកគេជាភាវៈរបស់ អល់ឡោះ ដែលមានយ៉ាងពិត ប្រាកដ។ ទ្រង់បង្កើ តពួកគេពីពន្លឺ ហើយធ្វើឲ្យពួកគេគោរព សក្កាការៈ និងប្រតិបត្តិតាមទ្រង់។ ជឿចំពោះឈ្មោះរបស់ ពួកគេដែលយើងបានស្គាល់ដូចជា៖ ជីព្រីល និងជឿជា លក្ខណៈរួមចំពោះឈ្មោះណាដែលយើងមិនបានស្គាល់។ ជឿនូវអ្វីៗដែលយើងបានដឹងនៃលក្ខណៈសម្បត្តិរបស់ ពួកគេដូចជា៖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74 ជឿចំពោះអ្វីដែលយើងបានដឹង អំពីតួនាទីរបស់ ពួកគេ ដែលពួកគេបានអនុវត្ត តាមបទបញ្ជារបស់ អល់ឡោះដូចជា៖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 ពួកគេឋិតនៅក្នុងពិភពអាថ៌កំបាំង តួនាទីពួកគេគឺគោរពសក្ការៈចំពោះអល់ឡោះ។ ពួកគេគ្មានលក្ខណៈសម្បត្តិជាព្រះជាម្ចាស់នោះទេ។ ផ្ទុយទៅវិញ ពួកគេគឺជាខ្ញុំរបស់ អល់ឡោះ ប្រតិបត្តិតាមទ្រង់យ៉ាងខ្ជាប់ខ្ជួន។ អល់ឡោះទ្រង់មាន មានបន្ទូលថា៖ "ពួកគេ មិនជំទាស់នឹងអល់ឡោះនូវអ្វីដែលទ្រង់បានបញ្ជាដល់ពួកគេទេ ហើយពួកគេធ្វើនូវអ្វី ដែលអល់ឡោះបញ្ជា"។ (គម្ពីរគួរអាន ៦៦ៈ៦)។ ប្រាកដណាស់ ព្រះបង្កើ តពួកគេពីពន្លឺ។ អ្នកនាំសារមូហាំម៉ាត់លោកមានប្រសាសន៍ ថា៖ “គេបានបង្កើ តម៉ាឡាអ៊ីកាត់ពីពន្លឺ”។ (មូស្លីមៈ២៩៩៦ ) ពួកគេមានស្លាប។ ពិតណាស់ អល់ឡោះបាន ប្រាប់ ថា ទ្រង់ បានបង្កើតពួកគេមាន ចំនួនស្លាបខុសៗគ្នា។ អល់ឡោះទ្រង់មាន មានបន្ទូលថា៖ ”រាល់ការសរសើរគឺសម្រាប់ អល់ឡោះដែលជាអ្នកបង្កើតមេឃជាច្រើនជាន់និងផែនដី ដែលជាអ្នកបង្កើត ម៉ាឡាអ៊ីកាត់ជាអ្នកនាំសារដែលមានស្លាបជាច្រើន មានពីរ មានបី និងមានបួន។ ទ្រង់បន្ថែមកនុងការបង្កើ តនូវអ្វីដែលទ្រង់មានចេតនា។ ប្រាកដណាស់ អល់ឡោះ មានអានុភាពលើអ្វីៗទាំងអស់ ”។ (គម្ពីរគួរអាន ៣៥ៈ១) អ្នកដែលមានតួនាទីទទួ លសារពីអល់ឡោះទៅកាន់បណ្ដាអ្នកនាំសារគឺ ជីព្រីល។ អ្នកដែលមានតួនាទីដកហូ តជីវិត គឺម៉ាឡាកុលម៉ោត។ អ្នកដែលមានតួនាទីថែរក្សានិងកត់ត្រាអំពើល្អ និងអំពើអាក្រក់របស់ ខ្ញុំរបស់ អល់ឡោះគឺ អាល់កីរ៉ម អាល់កាទីពូន។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75 ដឹងពីឧត្តមភាព និងអានុភាពដ៏អស្ចារ្យរបស់ អល់ឡោះ។ ពិតប្រាកដណាស់ ភាពធំធេងរបស់ ភាវៈនានាបញ្ជាក់ឲ្យឃើញពីភាពធំធេងរបស់ អល់ឡោះដែល ធ្វើឲ្យអ្នកមានជំនឿ កោតស្ញញប់ស្ញែង និងលើកតម្កើងទ្រង់កាន់តែខ្លាំងឡើង ថែមទៀត ដោយទ្រង់បានបង្កើ តពីពន្លឺនូវម៉ាឡាអ៊ីកាត់ដែលមានស្លាប។ ការប្រកាន់ខ្ជាប់នឹងការប្រតិបត្តិតាមអល់ឡោះ។ ជនណាជឿថា ម៉ាឡាអ៊ីកាត់ កំពុងកត់ត្រាទង្វើទាំងអស់ របស់ គេ ដូចនេះគេចាំបាច់ត្រូវកោតខ្លាចអល់ឡោះ ហើយមិនប្រព្រឹ [ត្តតបទល្មើ សចំពោះទ្រង់ទាំងបើកចំហ និងអាថ៌កំបាំង។ អត់ធ្មត់លើការប្រតិបត្តិតាមអល់ឡោះ មានអារម្មមណ៍ក់ក្ដៅ និងស្កកប់ស្កកល់ នៅពេលអ្នកមានជំនឿដឹងច្បាស់ថា នៅជាមួយគេក្នុងចក្ររ វាលដ៏ធំធេងនេះ មានម៉ាឡាអ៊ីកាត់រាប់ពាន់ដែលកំពុងប្រតិបត្តិតាមអល់ឡោះយ៉ាងល្អឥតខ្ចោះ និង ពេញលក្ខណៈបំផុត។ ការថ្លែងអំណរគុណអល់ឡោះចំពោះការថែរក្សាចំពោះមនុស្សលោក ដោយ ទ្រង់បានបង្កើ តម៉ាឡាអ៊ីកាត់ជាអ្នកជួយថែរក្សាការពារពួកគេ។ 1 2 3 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ផលប្រ រយោជន៍នៃជំនឿចំពោះម៉ាឡាអ៊ីកាត់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ការមានជំនឿចំពោះម៉ាឡាអ៊ីកាត់មានផលប្ររ យោជន៍ដ៏ធំធេងសម្រាប់ជីវិត អ្នកដែលមានជំនឿនោះ 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&gt;អ្នកនាំសាមូហាំម៉ាត់បានប្រាប់ថា មេឃាធផងន់ដោយសារអ្នកដែលនៅលើមេឃ។ ពិតណាស់ គ មានសល់ ផ្ទៃមេឃមួយចំអាមណាឡើយ លើកលែងតែមានម៉ាឡាអ៊ីកាត់មួយនៅឈរ ឬឱន រូកុ ឬក្រាបស៊ូ ជូត។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76 &gt; ជំនឿចំពោះបណ្តាព្រះគម្ពី 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អត្ថន័យនៃជំនឿចំពោះព្រះគម្ពីរ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គឺជាការជឿជាក់យ៉ាងដាច់ខាតថា អល់ឡោះបានបញ្ចុះព្រះគម្ពីរមកលើបណ្ដា អ្នកនាំសាររបស់ ទ្រង់ដើម្បីពាំនាំទៅកាន់បណ្ដាខ្ញុំរបស់ ទ្រង់(មនុស្សលោក)។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ជំនឿចំពោះព្រះគម្ពីរ គឺជាគោលគ្រឹះ[មួយក្នុងចំណោមគោលគ្រឹះ[នៃជំនឿ (ទាំងប្រាំមួយ)។ អល់ឡោះទ្រង់មាន មានបន្ទូលថា៖ “ឱបណ្ដាអ្នកដែលមានជំនឿ! ចូរពួកអ្នកជឿលើអល់ឡោះ និងអ្នកនាំសាររបស់ ទ្រង់ និង(មានជំនឿចំពោះ)ព្រះគម្ពីរ ដែលទ្រង់បានបញ្ចុះមកលើអ្នកនាំសាររបស់ ទ្រង់ ហើយនិងបណ្តាព្រះគម្ពីរដែលទ្រង់ បានបញ្ចុះពីមុនៗ មក”។ (គម្ពីរគួរអាន ៤ៈ ១៣៦) អល់ឡោះទ្រង់បានប្រើឲ្យជឿចំពោះអ្នកនាំសារ និងព្រះគម្ពីរដែលទ្រង់បាន បញ្ចុះមកលើអ្នកនាំសារ របស់ ទ្រង់ គឺគម្ពីរគួរអាន។ ក៏ដូចគ្នាដែរ ទ្រង់បានប្រើឲ្យជឿ ចំពោះបណ្ដាព្រះគម្ពីរដែលបានបញ្ចុះមុនគម្ពីរគួរអានដែរ។ អ្នកនាំសារមូហាំម៉ាត់មានប្រសាសន៍អំពីជំនឿថា៖ “អ្នកត្រូវជឿចំពោះអល់ឡោះ ម៉ាឡាអ៊ីកាត់របស់ ទ្រង់ គម្ពីររបស់ ទ្រង់ អ្នកនាំសាររបស់ ទ្រង់ ថ្ងៃបរលោក និងអ្នកត្រូវ ជឿចំពោះព្រះលិខិតល្អ និងអាក្រក់”។ (មូស្លីមៈ៨) ត្រូវជឿថា ការបញ្ចុះព្រះគម្ពីរ គឺមកពីអ ល់ឡោះយ៉ាងពិតប្រាកដ។ ត្រូវជឿថា ព្រះគម្ពីរគឺជាពាក្យបន្ទូលរបស់ ព្រះអល់ឡោះ។ ត្រូវជឿចំពោះឈ្មោះគម្ពីរដែលទ្រង់បាន ដាក់ ឈ្មោះវាដូចជា គម្ពីរគួរអាន(ដែល ទ្រង់បានបញ្ចុះមកលើព្យាការីមូហាំម៉ាត់) គម្ពីរតាវរ៉ត(គម្ពីរតូរ៉ា ដែលត្រូវបាន បញ្ចុះមកលើព្យាការីមូសា) និងគម្ពីរអ៊ីនជីល ដែលត្រូវបានបញ្ចុះមកលើ ព្យាការីអ៊ីសា។ ត្រូវជឿចំពោះដំណឹងត្រឹមត្រូវដែលមកពីព្រះគម្ពីរទាំងនោះ។ តើជំនឿចំពោះព្រះគម្ពីរមានអ្វីខ្លះ?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77 &gt; គម្ពីរគួរអានដ៏ថ្កុំថ្កើង ត្រូវបានសរសេរចប់ ជាស្ថាពរដោយយោងទៅតាមការត្រួតពិនិត្យ យ៉ាងល្អិតល្អន់ និងផ្ទៀងផ ទាត់យ៉ាងល្អឥតខ្ចោះ ជាទីបំផុត។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លក្ខណៈពិសេសនៃគម្ពីរគួរអាន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គម្ពីរគួរអាន គឺជាពាក្យ បន្ទូលរបស់ អល់ឡោះដែលបានបញ្ចុះមក លើព្យាការីរបស់ យើងមូហាំម៉ាត់ (សូមពរ ជ័យនិងសន្តិភាពកើតមានដល់ លោក)។ ដូចនេះអ្នកមានជំនឿត្រូវតែលើកតម្កើងគម្ពីរ នេះ ហើយខិតខំប្រឹងប្រែងអនុវត្តា មច្បាប់ របស់ វា សូត្រវា និងត្រិះរិះពិចារណាចំពោះ អត្ថន័យរបស់ 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គ្រប់គ្រាន់ហើយសម្រាប់ពួកយើង ដែលមានព្រះគម្ពីរគួរអានជាត្រីវិស័យរបស់ យើងនៅលើលោកិយ និងជាមូលហេតុនៃ ភាពជោគជ័យរបស់ យើងនៅថ្ងៃបរលោក។ គម្ពីរគួរអានមានលក្ខណៈពិសេសជាងគម្ពីរមុនៗ ដែលបានបញ្ចុះពីលើមេឃដូចជា៖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គម្ពីរគួរអានរួមមានសេចក្ដីសង្ខេ បនៃច្បាប់ របស់ ព្រះជាម្ចាស់។ ការបញ្ចុះគម្ពីរ គួរអាន មកនេះ គឺដើម្បីគាំទ្ររនិងបញ្ជាក់ពីស ច្ចចភាពដែលមាននៅក្នុងគម្ពីរមុនៗ នៃបទបញ្ជាឲ្យគោរពសក្ការៈចំពោះអ ល់ឡោះតែមួយគត់។ ទ្រង់មាន 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"ហើយយើងបានបញ្ចុះគម្ពីរគួរអានឲ្យអ្នកយ៉ាងពិតប្រាកដ ដើម្បីបញ្ជាក់ពីសច្ចចភាពដែលមាននៅក្នុងគម្ពីរមុនៗ និងបញ្ជាក់ពី ភាពត្រឹមត្រូវគម្ពីរទាំងនោះ"។ (គម្ពីរគួរអាន ៥ៈ៤៨) "បញ្ជាក់ពីសច្ចចភាពដែលមាននៅក្នុងគម្ពីរមុនៗ" អត្ថន័យរបស់ វាគឺ ស្របគ្នាជាមួយ នឹងអ្វីៗដែលមាន នៅក្នុងគម្ពីរមុនៗទាំងគោលជំនឿ និងដំណឹង ផ្សេង។ "បញ្ជាក់ពីភាពត្រឹមត្រូវគម្ពីរទាំងនោះ" អត្ថន័យរបស់ វាគឺ ជាសេចក្តីទុកចិត្ត និង ជា សាក្សីទៅលើគម្ពីរមុនៗ។</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78 ចាំបាច់លើមនុស្សទាំងអស់ ដែលមានអម្បូរ ជនជាតិ និងភាសាផ្សេងៗគ្នាត្រូវតែ ប្រកាន់ខ្ជាប់ និងប្រតិបត្តិតាមការចង្អុលបង្ហាញ របស់ គម្ពីរគួរអាន ទោះបីជាពួកគេ កើតនៅសម័យកាលក្រោយការបញ្ចុះគម្ពីរគួរអានក៏ដោយ ខុសពីគម្ពីរមុនៗដែល សម្រាប់តែក្រុមួយជាក់លាក់ និងសម័យកាលមួយ ជាក់លាក់។ អល់ឡោះទ្រង់ បានមាន មានបន្ទូលថា៖ "ហើយគម្ពីរគួរអាននេះ គេបានបញ្ចុះមកឲ្យខ្ញុំដើម្បីដាស់ តឿនដល់ពួកអ្នក និងអ្នកដែលគម្ពី រគួរអាន បានទៅដល់"។ (គម្ពីរគួរអាន ៦ៈ១៩) 2 អល់ឡោះទ្រង់បានធានាថែរក្សាគម្ពីរនេះ ហេតុនេះ គ មានអ្នកណាអាចកែប្រែ និង ផ្លាស់ប្ដូរវាបានឡើយ។ អល់ឡោះទ្រង់ មាន មានបន្ទូលថា៖ "ពិតណាស់ យើង បាន បញ្ចុះគម្ពីរគួរអាន ហើយពិតណាស់ យើង ជាអ្នកថែរក្សាវា"។ (គម្ពីរគួរអាន ១៥ៈ៩) ដូចនេះ រាល់ដំណឹងរបស់ វាទាំងអស់ គឺសុទ្ធធ តែត្រឹមត្រូវ ដែលចាំបាច់ត្រូវតែមានជំនឿ និងអនុវត្តា 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79 អ្វីជាកាតព្វកិច្ចរបស់ យើងចំពោះគម្ពីរគួរអានដ៏ថ្កុំថ្កើងនេះ?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ចាំបាច់លើយើងត្រូវតែស្ររលាញ់ពេញចិត្ត គោរព និងលើកតម្កើងចំពោះគម្ពីរ គួរអាន ព្រោះ វាជាពាក្យបន្ទូលរបស់ ព្រះជាម្ចាស់ដែលជាពាក្យពិត និងបវរ មហាប្រសើរ។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ចាំបាច់លើយើងត្រូវតែសូត្រ សិក្សាស្វែងយល់នូវវាក្យខណ្ឌឌ និងជំពូកទាំងឡាយ របស់ វា ដើម្បីត្រិះរិះពិចារណាចំពោះដំបូន្មាន ដំណឹង និងរឿងរ៉ាវជំនាន់មុន ហើយយើងត្រូវយកមកឆ្លុះបញ្តទាំងនឹងជីវិតរបស់ យើង ដើម្បីឲ្យយើងដឹងច្បាស់ រវាងប្រក្សារពិត និងប្រក្សារមិនពិត។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ចាំបាច់លើយើងត្រូវតែអនុវត្តា មច្បាប់ ប្រតិបត្តិតាមបទបញ្ជា និងសីលធម៌ ហើយទុកវា ជាមាន គ៌ានៃជីវិតរបស់ យើង។ នៅពេលគេសួរអ្នកស្រី អាអ៊ីស្ហះ(ភរិយា របស់ ព្យាការី)ពីអត តចរិតរបស់ ព្យាការី អ្នកស្រី បានឆ្លើយថា៖ "អត្តតចរិតរបស់ លោកគឺ គម្ពីរគួរអាន"។ (អះម៉ាត៉ៈ២៤៦០១ និងមូស្លីមៈ៧៤៦) អត្ថន័យហាទីស្ហ ហខាងលើ គឺអ្នកនាំសារក្នុងការស់នៅរបស់ លោក គ្រប់កិច្ចចការ គឺជាការអនុវត្តតជាក់ស្តែងដូចមាននៅក្នុងច្បាប់នៃគម្ពីរគួរអាន។ លោកបានសម្រេ ច យ៉ាង ពេញលក្ខណៈក្នុងការអនុវត្តា មការចង្អុលបង្ហាញនៃគម្ពីរគួរអាន ហើយ លោកជាគំរូដ៏ល្អប្រសើរសម្រាប់យើងគ្រប់ៗគ្នា។ អល់ឡោះទ្រង់មាន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"ជាការពិតណាស់ ពួកអ្នកមានអ្នកនាំសាររបស់ អល់ឡោះ(ព្យាការីមូហាំម៉ាត់) ជាគំរូដ៏ល្អសម្រាប់ជនណា ដែលសង ឃឹម ថានឹងបានជួបអល់ឡោះ និងថ្ងៃបរលោក ហើយនឹងបានរំឭកចំពោះអល់ឡោះយ៉ាង ច្រើន"។ (គម្ពីរគួរអាន ៣៣ៈ២១)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80</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អ្វីជាគោលជំហររបស់ យើងចំពោះអ្វីដែលមាននៅក្នុងបណ្តាព្រះគម្ពីរមុនៗ?</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អ្នកមូស្លីមជឿថាគម្ពីរតាវរ៉ត(គម្ពីរតូរ៉ា)ដែលគេបានបញ្ចុះមកលើព្យាការី មូសា(ម៉ូសេ) និងគម្ពីរអ៊ីនជីល ដែលគេបានបញ្ចុះមកលើព្យាការីអ៊ីសា(យេស៊ូគ្រឹ[ស្ត) គឺជាការពិតមកពីអ ល់ឡោះ។ ព្រះគម្ពីរទាំងពីរនេះ ពោរពេញដោយករឹ[ត្យកររមច្បាប់ ដំបូន្មាន និងដំណឹងដែលជាសេចក្តីចង្អុលបង្ហាញ និងជាពន្លឺសម្រាប់មនុស្សលោក្នុង ជីវិត រស់នៅប្រចាំ ថ្ងៃ និងបរមសុខនៅថ្ងៃបរលោក។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ក៏ប៉ុន្តែ អល់ឡោះជាម្ចាស់ទ្រង់បានប្រាប់នៅក្នុងគម្ពីរគួរអានថា ពួកដែលទទួល បានគម្ពីរទាំងពីរនេះ គឺពួកជ្វីហ្វវ និងពួកគេរឹ [ស្ទាន បានកែប្រែគម្ពីររបស់ ពួកគេ។ ពួកគេ បានបន្ថែម និងបន្ថថយនូវអ្វីដែលមាននៅក្នុងគម្ពីរទាំងពីរនេះ។ ដូចនេះ ទើបក្នុងគម្ពីរ ទាំងពីរនេះបានបាត់បង់នូវខ្លឹ[មសារដើមដែលអល់ឡោះទ្រង់បានបញ្ចុះមក។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គម្ពីរតាវរ៉ត(គម្ពីរតូរ៉ា)ដែលមាននាពេលបច្ចុប្បន្នេះ គឺមិនមែនជាគម្ពីរតាវរ៉ត ដែលគេបានបញ្ចុះមកលើព្យាការីមូសា(ម៉ូសេ)ទេ ពីព្រោះពួកជ្វីហ្វវបានកែប្រែ និង ផ្លាស់ប្ដូរបាត់អស់ ទៅហើយ។ ពួកគេបានលេងសើចជាមួយករឹ[ត្យកររមច្បាប់ជាច្រើន របស់ វា។ អល់ឡោះទ្រង់មាន មានបន្ទូលថា៖ "នៅក្នុងចំណោមពួកជ្វីហ្វវ មាន អ្នកខ្លះកែប្រែ បន្ទូលរបស់ អល់ឡោះឲ្យខុសពីកន្លែងរបស់ វា"។ (គម្ពីរគួរអាន ៤ៈ៤៦)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ក៏ដូចគ្នាដែរគម្ពីរអ៊ីនជីលដែលមាននាបច្ចុប្បន្នេះ មិនមែនជាគម្ពីរអ៊ីនជីល (គម្ពីរប៊ីប)ដែលគេបានបញ្ចុះមកលើព្យាការីអ៊ីសា(យេស៊ូគ្រឹ[ស្ត)នោះទេ។ ប្រាកដ ណាស់ ពួកគេរឹ [ស្ទានបានកែប្រែ និងផ្លាស់ប្ដូរក្រឹ[ត្យកររមច្បាប់ ជាច្រើន របស់ វា។ អល់ឡោះ ទ្រង់មានបន្ទូលពីពួកគេរឹ [ស្ទានថា៖ "ហើយប្រាកដណាស់ នៅក្នុងចំណោមពួកគេគឺមាន ក្រុមួយដែលកែប្រែ និងផ្លាស់ប្តូរគម្ពីរ(តាវរ៉ត) ដើម្បីឲ្យពួកអ្នកស្មានថា វាមកពីគម្ពីរ នេះ តែតាមពិត វាមិនមែនមកពីគម្ពីរទេ។ ហើយពួកគេនិយា យថា៖ វាមកពីអ ល់ឡោះ តែ តាមការពិត វាមិនមែនមកពីអ ល់ឡោះទេ។ ហើយពួកគេកំពុងតែនិយា យកុហកទៅលើ អល់ឡោះ ខណៈដែលពួកគេដឹងហើយនោះ"។ (គម្ពីរគួរអាន ៣ៈ៧៨)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"ហើយយើងបានយកកិច្ចសន យាពីពួកដែលបាននិយា យថា៖ ពិតប្រាកដ ណាស់ ពួកយើង ជាគ្រឹ[ស្តតសាសនិក តែពួកគេបានភ្លេច(បោះបង់ ចោល)មួយចំណែក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81 ពីអ្វី ដែលគេបានរំលឹកពួកគេអំពីវា។ ហើយយើងបានធ្វើឱ្យពួកគេក្លាយ ជាសត្រូវនឹងគ្នា និងស្អប់ខ្ពើមគ្នារហូតដល់ ថ្ងៃបរលោក។ ហើយអល់ឡោះនឹង ប្រាប់ពួកគេឱ្យដឹងនូវអ្វី ដែលពួកគេបានប្រព្រឹ[ត្ដកន្លលងមក"។ (គម្ពីរគួអាន ៥ៈ១៤) &gt;សាសនិកឥស្លាមជឿជាក់ថា ពិតប្រាកដណាស់គម្ពីរតូរ៉ា(តាវរ៉ត) និងគម្ពីរអ៊ីនជីលទាំងពីរនេះ ត្រូវបានបញ្ចុះមកពីអ ល់ឡោះ ប៉ុន្តែគម្ពីរទាំងពីរនេះត្រូវបានបញ្ចូលនូវការកែប្រែនិងផ្លាស់ប្តូរ ជាច្រើន ហើយ យើងមិ នត្រូវជឿជាក់ចំពោះវាឡើយ លើកលែងតែអ្វីដែលស្របនិងគម្ពីរគួរអាន ហើយនិងស៊ុណ្ណះប៉ុណ្ណោះណោះ។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ហេតុនេះ ទើបយើងសង្កេតឃើញថា បច្ចុប្បន្ន អ្វី ដែលគេហៅថាគម្ពីរពិសិដ្ឋឋ ដែលមាន នៅជាមួយអ្នកដែលបានទទួលព្រះគម្ពីរ (ពួកជ្វីហ្វវ និងពួកគេរឹ[ស្ទាន ) គឺគម្ពីរ តាវរ៉ត និងគម្ពីរអ៊ីនជីល(គម្ពីរប៊ីប)ដែលពោរពេញ ដោយជំនឿមិន ត្រឹមត្រូវ ដំណឹងមិន ពិត និងការប្រឌិត រឿងកុហកជា ច្រើន។ យើងមិនអាចជឿដំណឹង ដែលនៅក្នុងគម្ពី ទាំងពីរនេះបានទេ លុះត្រាតែអ្វី ដែលគម្ពី រគួរអាន និងស៊ុណ្ណះ(លំអានរបស់ ព្យាការី) បានបញ្ជាក់ថាវាជាការពិតទើបយើងអាចជឿ បាន។ ហើយយើងនឹងមិនត្រូវជឿនូវអ្វីដែល គម្ពីរគួរអាន និងស៊ុណ្ណះបានបដិសេធចោល នោះឡើយ។ ក្រៅពីនេះ យើងត្រូវនៅសផងៀម និងមិន និយា យពីអ្វីផ្សេងទៀតដែលនៅសល់ ដោយ យើងមិនជឿ ហើយក៏មិនបដិសេធដែរ។ ជាមួយគ្នានេះដែរ ជនមូស្លីមត្រូវគោរព ព្រះគម្ពីរទាំងនោះដោយមិនត្រូវមើលស្រាល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និងបន្តុះបង្អាប់ ឡើយ ពីព្រោះនៅក្នុងគម្ពីរ ទាំងនោះនៅមានផ្នែកខ្លះជាពាក្យបន្ទូលរបស់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អល់ឡោះនៅគង់វង្សមិនបានកែប្រែឡើយ។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82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ផលប្រ រយោជន៍នៃជំនឿចំពោះព្រះគម្ពីរ 2 3 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ជំនឿចំពោះព្រះគម្ពីរមានផលប្ររ យោជន៍ជាច្រើនដូចជា៖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យល់ដឹងអំពីការថែរក្សារបស់ អល់ឡោះ ចំពោះខ្ញុំបម្រើទាំងឡាយនិងក្តីមេត្តាករុណា របស់ ទ្រង់ដ៏ពេញលេញ ដោយ ទ្រង់បាន បញ្ជូ នទៅកាន់ក្រុមមនុស្សនីមួយៗនូវគម្ពី រ មួយច្បាប់ដើម្បីចង្អុលបង្ហាញផ្លូវដល់ពួកគេ និងសម្រេចនូ វសុ ភមង្គគលសម្រាប់ពួកគេ នៅក្នុង លោកិយនេះ និងនៅបរលោក។ យល់ដឹងអំពីគតិ បណ្ឌិ តរបស់ អល់ឡោះ ដែលមាននៅក្នុងច្បាប់របស់ ទ្រង់ ដោយ ទ្រង់ ដាក់ច្បាប់សម្រាប់ ក្រុមមនុស្សនីមួយ ៗ តាមអ្វី ដែលស មស្របទៅនឹងស្ថានភាព របស់ ពួកគេ និងល្អប្រសើរសម្រាប់បុគ្គលិ កលក្ខណៈរបស់ ពួកគេ។ អល់ឡោះ ទ្រង់មាន មានបន្ទូលថា៖ "រាល់ប្រជាជាតិនីមួយៗក្នុងចំណោមពួកអ្នក យើង បានបង្កើ តច្បាប់ និងមាន គ៌ាយ៉ាង ច្បាស់ លាស់"។ (គម្ពីរគួរអាន ៥ៈ ៤៨) ថ្លែងអំណរគុណទៅចំពោះពរជ័យរបស់ អល់ឡោះជាម្ចាស់ក្នុងការបញ្ចុះ គម្ពីរទាំងនេះ ដោយគម្ពីរទាំងនេះជាពន្លឺ និងជាការចង្អុលបង្ហាញផ្លូវនៅ លើលោកិយនេះ និងនៅថ្ងៃបរលោក។ ដូចនេះ ចាំបាច់ត្រូវតែថ្លែងអំណរគុណ អល់ឡោះចំពោះពរជ័យដ៏ធំធេងនេះ។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83 &gt; ជំនឿចំពោះអ្នកនាំសារ តម្រូវការរបស់ មនុស្សចំពោះសារ(របស់ ព្រះ ជាម្ចាស់)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ចាំបាច់សម្រាប់មនុស្សគឺត្រូវការសាររបស់ ព្រះជាម្ចាស់បញ្ជាក់ ប្រាប់ពីក្រឹ [ត្យកររមច្បាប់សម្រាប់ ពួកគេ និងចង្អុលបង្ហាញពួកគេទៅរកភាពត្រឹមត្រូវ។ សារ(របស់ អល់ឡោះ)គឺជាវិញ្ញាណ និងជាពន្លឺរបស់ ពិភពលោក។ តើពិភព លោកមានភាពប្រសើរដែរឬទេ បើគ មានវិញ្ញាណ និងពន្លឺនោះ?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ដូចនេះហើយទើបអល់ឡោះទ្រង់ដាក់ឈ្មោះ សាររបស់ ទ្រង់ថា វិញ្ញាណ។ កាលបើគ មានវិញ្ញាណ ជីវិតក៏បាត់បង់ដែរ។ អល់ឡោះទ្រង់មាន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"ហើយដូចនោះដែរ យើងបានបញ្ចុះវិញ្ញាណ(គម្ពីរ គួរអាន)ឲ្យអ្នកតាមបទបញ្ជារបស់ យើង ដោយអ្នក មិនធ្លាប់បានដឹងថាអ្វីជាគម្ពីរ ហើយ អ្នកក៏មិនដឹងថា អ្វីជាជំនឿដែរ។ ក៏ប៉ុន្តែយើងបានបង្កើ តវា(គម្ពីរគួរអាន) ជាពន្លឺមួយដែលយើ ងនឹង ចង្អុលបង្ហាញ តាមរយៈវា ចំពោះអ្នកណាដែលយើងមានចេតនាក្នុងចំណោមខ្ញុំរបស់ យើង"។ (គម្ពីរគួរអាន ៤២ៈ ៥២) ដ្បិតែប្រាជ្ញាស្គាល់ល្អ អាក្រក់ជាលក្ខណៈទូទៅក៏ដោយ តែវាមិនអាចស្គាល់ ល្អិតល្អន់ និងគ្រប់ជ្រុងជ្រោយឡើយ។ ហើយការប្រតិបត្តិកិច្ចសក្កា ការៈ និងរបៀបរបស់ វាមិនអាចប្រព រឹ[ត្តតទៅបានឡើយ លុះត្រាតែតាមរយៈវ៉ាហ៊ី និងសារ (របស់ 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 គ មានផ្លូវនាំទៅរកសុ ភមង្គគល និងភាពជោគជ័យនៅក្នុងលោកទាំងពីរ បានឡើយ លុះត្រាតែតាមរយៈបណ្ដាអ្នកនាំសារ ហើយគ មានផ្លូវអាចស្គាល់ល្អា ក្ររក់ ដោយច្បាស់លាស់បានដែរ លុះត្រាតែតាមាន គ៌ារបស់ ពួកគេ។ ជនណាងាកចេ ញពី សារ(របស់ អល់ឡោះ) ជននោះនឹងជួបឧបសគ្គគច្ររបូកច្ររបល់ ព្រួយបារម្ភភ និងការវង្វេ ង អពមង្គគលតាមទំហំនៃបទល្មើស និងការងាកចេ ញរបស់ គេពីសារ (របស់ 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84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ជាគោលគ្រឹះ[មួយក្នុងចំណោមគោលគ្រឹះ[នៃជំនឿ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ជំនឿចំពោះអ្នកនាំសារ គឺជាគោលគ្រឹះ[មួយក្នុងចំណោមគោលគ្រឹះ[ជំនឿទាំង ប្រាំមួយ។ អល់ឡោះទ្រង់ បានមាន មានបន្ទូលថា៖ "អ្នកនាំសារ(មូហាំម៉ាត់)មានជំនឿលើ អ្វីៗដែលម្ចាស់របស់ គេបានបញ្ចុះមកឲ្យគេ ហើយបណ្ដាអ្នកមានជំនឿក៏ដូចនោះដែរ។ ពួកគេទាំងអស់ មានជំនឿលើអល់ឡោះ និងបណ្ដាម៉ាឡាអ៊ីកាត់ របស់ ទ្រង់ និងបណ្ដា គម្ពីររបស់ ទ្រង់ ហើយនឹងបណ្ដាអ្នកនាំសាររបស់ ទ្រង់។ (ពួកគេនិយា យថា) ពួកយើង មិន បែង ចែកអ្នកនាំសារ នាម្នាក់ក្នុងចំណោម អ្នកនាំសារទាំងឡាយ របស់ អល់ឡោះ ឡើយ"។ (គម្ពីរគួរអាន ២ៈ២៨៥)។ វាក្យខណ្ឌឌនេះ បានចង្អុលបង្ហាញពីភាពចាំបាច់ នៃជំនឿចំពោះបណ្ដាអ្នកនាំសារទាំងអស់ ដោយគ មានការបែងចែក។ ដូចនេះ យើងមិន ត្រូវជឿចំពោះអ្នកនាំសារខ្លះ ហើយបដិសេធចំពោះអ្នកនាំសារខ្លះទៀត ដូចទង្វើរបស់ ពួកជ្វីហ្វវ និងពួកគេរឹ [ស្ទានឡើយ។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អ្នកនាំសារមូហាំម៉ាត់មានប្រសាសន៍ពីជំនឿថា៖ "អ្នកត្រូវមានជំនឿចំពោះ អល់ឡោះ ម៉ាឡាអ៊ីកាត់របស់ ទ្រង់ បណ្តាព្រះគម្ពីររបស់ ទ្រង់ បណ្តាអ្នកនាំសាររបស់ ទ្រង់ ជឿចំពោះថ្ងៃបរលោក និងត្រូវជឿចំពោះព្រះលិខិតល្អ ឬអាក្រក់"។ (មូស្លីមៈ៨)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អត្ថន័យនៃជំនឿចំពោះបណ្តាអ្នកនាំសារ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គឺជាការជឿជាក់យ៉ាងច្បាស់ថា អល់ឡោះទ្រង់ បានបញ្ជូន ទៅកាន់រាល់ ប្រជាជាតិនីមួយៗនូវអ្នកនាំសារពីក្នុងចំណោមពួកគេ ដើម្បីអំពាវនាវពួកគេឲ្យគោរព សក្កាការៈចំពោះទ្រង់តែមួយគត់ដោយគ មាន ពហុទេពនិយមចំពោះទ្រង់។ ហើយបណ្ដា អ្នកនាំសារទាំងអស់ ជាអ្នកប្ររ កាន់សច្ចចធម៌ គេជឿទុកចិត្តថា ជា អ្នកប្រកាន់សច្ចចធម៌ កោតខ្លាច(ចំពោះអល់ឡោះ) និងទៀងត្រង់។ ពួកគេបានផ្ដែល់នូវអ្វីដែលអល់ឡោះ បញ្ជូ នមកឲ្យពួកគេដោយឥតលាក់លៀម ផ្លាស់ប្ដូរ និងបន្ថែមបន្ថថយតាមទំនើងចិត្ត របស់ ពួកគេសូម្បីតែមួយពាក្យ ឬមួយអក្សរក៏គ មានដែរ។ អល់ឡោះទ្រង់មាន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 តួនាទីរបស់ បណ្ដាអ្នកនាំសារគ្មានអ្វី ក្រៅពីការផ្សព្វផ្សាយសារយ៉ាងច្បាស់លាស់ នោះឡើយ"។ (គម្ពីរគួរអាន ១៦ៈ៣៥)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85</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តើជំនឿចំពោះបណ្តាអ្នកនាំសារមានអ្វីខ្លះ? 1 មានជំនឿថា សាររបស់ ពួកគេគឺជាការពិតមកពីអ ល់ឡោះជាម្ចាស់ ហើយសារ ទាំងអស់ នោះគឺអំពាវនាវទៅរកការគោរពសក្ការៈចំពោះអល់ឡោះតែមួយគត់ ដោយគ មានពហុទេពនិយមចំពោះទ្រង់ឡើយ។ ដូចអល់ឡោះទ្រង់មានបន្ទូល ថា៖ "ហើយជាការពិតណាស់ រាល់ប្រជាជាតិនីមួយៗ យើងបានតែងតាំង អ្នកនាំសារម នាក់ ដោយបង្គាប់ពួកគេឲ្យគោរពសក្ការៈចំពោះអល់ឡោះ និង ចៀសវាងពីតហ៊គូត(អ្វីដែលគេគោរពសក្ការៈផ្សេងពីអល់ឡោះ)"។ (គម្ពីរ គួរអាន ១៦ៈ ៣៦)។ រីឯក្រឹ[ត្យកររមច្បាប់ព្យាការីនីមួយៗក្នុងមែកធាងនៃច្បាប់ ដូចជាហា ឡាល់(អ្វីដែលច្បាប់អនុញ្ញាត) និងហារ៉ាំ(អ្វីដែលច្បាប់ហា មឃាត់) អាចមានចំណុចខុសៗគ្នា អាស្រ័យលើប្រជាជាតិនីមួយៗ។ អល់ឡោះទ្រង់ មាន មានបន្ទូលថា៖ "រាល់ៗប្រជាជាតិក្នុងចំណោមពួកអ្នក យើងបានបង្កើតជា ច្បាប់និងមាន គ៌ាយ៉ាងច្បាស់លាស់"។ (គម្ពីរគួរអាន ៥ៈ៤៨) មានជំនឿចំពោះបណ្ដាព្យាការីនិងអ្នកនាំសារទាំងអស់ គឺ យើងត្រូវជឿចំពោះ អ្នកនាំសារទាំងឡាយណាដែលអល់ឡោះបានប្រសិន ទ្ធិនាមរបស់ ពួកគេ ដូចជា៖ ព្យាការីមូហាំម៉ាត់ អ៊ីព្ររហ៊ី ម (អាប្រាហា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 មូសា(ម៉ូសេ) អ៊ីសា(យេស៊ូ គ្រឹ[ស្ទទ) នួហ(ណូអេ)ជាដើម។ ហើយព្យាការី និង អ្នកនាំសារទាំងឡាយដែល យើងមិនបានស្គាល់ឈ្មោះ យើងត្រូវជឿចំពោះពួកគេជាទូទៅ។ ជនណាបដិ សេធព្យាការី ឬអ្នកនាំសារ នាម្នាក់ក្នុងចំណោមបណ្ដាព្យាការី និង អ្នកនាំសារ នោះ ជននោះពិតជាបានបដិសេធពួកគេទាំងអស់ គ្នា។ ជឿយ៉ាងពិតប្រាកដនូវអ្វីដែលត្រឹមត្រូវនៃដំណឹងអច្ឆឆរិយភាព និងភាពអស្ចារ្យ ដែលអល់ឡោះទ្រង់ប្រទានឲ្យអ្នកនាំសារដែលមានចែងក្នុងគម្ពីរគួរអាន និង ស៊ុណ្ណះ (មាន គ៌ារបស់ ព្យាការីមូហាំម៉ាត់) ដូចជាព្រឹ[ត្តិការណ៍សមុទ្ររញែកជាពីរ របស់ ព្យាការីមូសា ជាដើម។ ការអនុវត្តា មករឹ[ត្យកររមច្បាប់របស់ អ្នកនាំសារដែលគេបានបញ្ជូ នមកកាន់ ពួកយើង។ លោកជាអ្នកនាំសារដែលល្អ អប្រសើរជាងគេបំផុតក្នុងចំណោម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86 បណ្តាអ្នកនាំសារទាំងអស់ និងជាអ្នកនាំសារចុងក្រោយបង្អអស់ នោះគឺព្យាការី មូហាំម៉ាត់(សូមសន្តិភាពកើតមានដល់លោក)។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ក្នុងចំណោមលក្ខណៈសម្បត្តិនៃអ្នកនាំសារ ពិតណាស់ ពួកគេគឺជាមនុស្សលោក ហើយចំណុចខុសគ្នារវាងពួកគេនឹង មនុស្សលោកផ្សេងទៀតនោះ គឺអល់ឡោះទ្រង់បានជ្រើសពួកគេដោយផ្តល់ វ៉ាហ៊ី និងសាររបស់ ទ្រង់។ អល់ឡោះទ្រង់មាន មានបន្ទូលថា៖ "ហើយយើងមិនបាន បញ្ជូ នអ្នកនាម្នាក់មុនអ្នក(ព្យាការីមូហាំម៉ាត់) ក្រៅពីបុរសៗដែលយើងផ្ដែល់ វ៉ាហ៊ីដល់ពួកគេនោះឡើយ"។ (គម្ពីរគួរអាន ២១ៈ៧) ដូចនេះ សម្រាប់ពួកគេគឺគ មានលក្ខណៈពិសេសជាព្រះជាម្ចាស់នោះទេ។ ក៏ប៉ុន្តែ ពួកគេគឺជាមនុស្សលោកដែលមានលក្ខណៈរូបសម្បត្តិពេញលេញ និងចរិយា សម្បត្តិដ៏ឧត្តុង្គគឧត្ដដម។ ពួកគេមានពូជអម្បូរល្អជាងគេ មានប្រាជ្ញាឈ្លាសវៃ ការ និយា យស្ដីពាក្យពេចន៍មានវោហា ដែលធ្វើឲ្យពួកគេមានសមត្ថថភាពអាចទទួល ភារកិច្ចចនាំសារ(របស់ អល់ឡោះ) និងប្រតិបត្តិតួនាទីជាព្យាការី។ ពិតណាស់ អល់ឡោះបានជ្រើស អ្នកនាំសារពីក្នុងចំណោមមនុស្សលោក ដើម្បីជាគំរូដល់ពួកគេ(ពីព្រោះ អ្នកនាំសារជាមនុស្ស)។ ដូចនេះ ការប្រតិបត្តិតាម និងការយកគំរូតាមអ្នកនាំសារ គឺស្ថិតក្នុងកម្រិ ត និងលទ្ធធភាពដែលមនុស្សលោក អាចធ្វើបាន។ 1 អល់ឡោះទ្រង់បានជ្រើសពួកគេដោយផ្ដែល់សារ និងវ៉ាហ៊ី(របស់ ទ្រង់)ខុសពី មនុស្សលោកដទៃទៀត។ អល់ឡោះទ្រង់បានមាន មានបន្ទូលថា៖ "ចូរអ្នក(ព្យាការី មូហាំម៉ាត់)ពោលថា៖ តាមពិតខ្ញុំជា មនុស្សលោកដូចពួកអ្នកដែរ គ្រាន់តែគេបាន ផ្ដែល់វ៉ាហ៊ីមកឲ្យខ្ញុំថា៖ ម្ចាស់របស់ ពួកអ្នកគឺជាម្ចាស់តែមួយគត់"។ (គម្ពីរគួរអាន ១៨ៈ១១០)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87 ការទទួលតំ ណែងជាព្យាការី និងជាអ្នកនាំសាររបស់ អល់ឡោះពុំមែនបានមក តាមរយៈ ការហាត់ពត់ ភាពបរិសុទ្ធធនៃវិញ្ញាណ ឬដោយប្រាជ្ញាឈ្លាសវៃ ឬដោយ គំនិតតក្កកភាពនោះទេ តែតាមពិត គឺជាការ ជ្រើស របស់ អល់ឡោះជាម្ចាស់ ដែលបានជ្រើស អ្នកនាំសារពីក្នុងចំណោមមនុស្សលោកទាំងឡាយ។ទ្រង់ បានមាន មានបន្ទូលថា៖ "អល់ឡោះដឹងបំផុតអ្នកណាដែលទ្រង់នឹងផ្ដែល់សាររបស់ ទ្រង់"។ (គម្ពីរគួរអាន ៦ៈ១២៤)។ ពួកគេគឺប្រាសចាកពីកំហុសឆ្គគងនូវអ្វីដែលពួកគេនាំមកពីអ ល់ឡោះ។ គ មាន ការភាន់ច្ររឡំក្នុង ការផ្សព្វផ្សាយ និងមិនខុសឆ្គគងក្នុងការប្រតិបត្តិតាមអ្វីដែល អល់ឡោះបានបញ្ចុះវ៉ាហ៊ីមកកាន់ពួកគេឡើយ។ 3 សច្ចចភាព ឬភាពស្មោះត្រង់៖ បណ្ដាអ្នកនាំសារទាំងអស់ ជាអ្នកប្ររ កាន់សច្ចចធម៌ ទាំងពាក្យសំដី និងទង្វើ របស់ ពួកគេ។ អល់ឡោះទ្រង់មាន មានបន្ទូលថា៖ "នេះគឺជា អ្វីដែលម្ចាស់មហាសប បុរសបានសន្យា និងអ្វីដែលអ្នកនាំសារដ៏ស្មោះត្រង់បាន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បញ្ជាក់ប្រាប់"។ (គម្ពីរគួរអាន ៣៦ៈ៥២) 4 ការអត់ធ្មត់៖ ពួកគេបានអំពាវនាវ(មនុស្សលោក)ទៅរកសាសនាអល់ឡោះ ដោយប្រាប់ដំណឹងល្អ និងដាស់តឿនពីរឿងអាក្រក់។ ពួកគេបានទទួលរងនូវ ការធ្វើទុកបុកម្នេញ និងការលំបាកសព្វវបែបយ៉ាង។ ពួកគេបានអត់ធ្មត់ និង ស៊ូទ្រាំក្នុងការលើកតម្កើងសាសនាអល់ឡោះ។ អល់ឡោះទ្រង់មាន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"ដូចនេះចូរអ្នក(ព្យាការីមូហាំម៉ាត់) អត់ធ្មត់ដូចបណ្ដាអ្នកដែលមានឆន្ទៈមោះមុត ក្នុងចំណោមអ្នកនាំសារទាំងឡាយបានអត់ធ្មត់ចុះ"។ (គម្ពីរគួរអាន ៤៦ៈ៣៥)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88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សញ្ញា និងអច្ឆឆរិយភាពរបស់ អ្នកនាំសារ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អល់ឡោះបានគាំទ្ររអ្នកនាំសារឲ្យមានភាពរឹងមាំដោយភស្ដុ តាង និងការ ចង្អុលបង្ហាញជាច្រើនដែលបញ្ជាក់ពីស ច្ចចភាព និងភាពជាព្យាការីរបស់ ពួកគេ។ ដូចនេះ ការផ្តល់ឲ្យពួកគេនូវអច្ឆឆរិយភាព និងសញ្ញាច្បាស់លាស់ ដែលមនុស្សលោកគ្មាន សមត្ថថភាពធ្វើបាននោះ គឺដើម្បីបញ្ជាក់ពីស ច្ចចភាព និងភាពជាព្យាការី របស់ ពួកគេ។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អច្ឆឆរិយភាព គឺជាភាពអស្ចារ្យខុសពីធម្មតាដែលអល់ឡោះបានផ្ដែល់ចំពោះ ព្យាការី និងអ្នកនាំសារ ដោយមនុស្ស លោកដទៃទៀតមិនអាចធ្វើដូចពួកគេឡើយ។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អច្ឆឆរិយភាពទាំងនោះមានដូចជា៖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ការប្រែឈើដំបងឲ្យទៅជាសត្វពស់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ព្យាការីអ៊ីសា(យេស៊ូគ្រឹ[ស្ទទ)អាចប្រាប់ទៅកាន់ក្រុមរបស់ គាត់នូវចំណីដែល ពួកគេនឹងបរិភោគ និងចំណីដែលពួកគេត្រូវត្រៀ មទុក្នុងផ្ទះរបស់ ពួកគេ។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ព្រះចន្ទទបែកជាពីរចំណែក ជាភស្ដុ តាងសម្រាប់ព្យាការីមូហាំម៉ាត់។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 ជនមូស្លីមចំពោះព្យាការីអ៊ីសា ឫលោកយេស៊ូ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គាត់គឺជាអ្នកនាំសារដ៏ឧត្តុង្គគឧត្ដមែនិងខ្ពពង់ខ្ពពស់ ជាអ្នកនាំសារម នាក់ក្នុងចំណោម បណ្តាអ្នកនាំសារទាំងឡាយ ហើយគាត់គឺជាអ្នកនាំសារម នាក់នៅក្នុងចំណោម អ្នកនាំសារដែលមានឆន្ទៈមោះមុ ត គឺព្យាការីមូហាំម៉ាត់ អ៊ីព្ររហ៊ី ម(អាប្រាហា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 នួហ(ណូអេ) មូសា(ម៉ូសេ) និងព្យាការីអ៊ីសា (យេស៊ូគ្រឹ[ស្ទទ)។ ពួកគាត់ត្រូវបាន អល់ឡោះរំឭកក្នុងបន្ទូលរបស់ ទ្រង់ថា៖ "ហើយ(ចូរចងចាំ ) នៅពេលដែលយើង បានទទួលយកពីបណ្ដាព្យាការីនូវកិច្ចសន យារបស់ ពួកគេ និងពីអ្នក(ព្យាការីមូហាំម៉ាត់) និងនួហ និងអ៊ីព្ររហ៊ី ម និងមូសា ហើយនិងអ៊ីសា កូនម៉ារយ៉ាំ(យេស៊ូគ្រឹ[ស្ទទ បុត្រនា ងម៉ារី)។ ហើយយើងបានទទួលយកកិច្ចសន យាមួយដ៏ម៉ឺងម៉ាត់ពីពួកគេ"។ (គម្ពីរគួរអាន ៣៣ៈ៧)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89 ពិតណាស់ ព្យាការីអ៊ីសា គឺជាមនុស្សម នាក់នៃកូនចៅព្យាការីអាហ្ទាំ(អាដាំ)។ អល់ឡោះបានលើកតម្កើង និងបញ្ជូនគាត់មកកាន់អម្បូរអ៊ីស្រាអែល ហើយទ្រង់ បានផ្ដែល់អច្ឆឆរិយភាពដល់គាត់ តែគាត់គ មានលក្ខណៈពិសេសជាព្រះជាម្ចាស់ ឡើយ។ អល់ឡោះទ្រង់មាន មានបន្ទូលថា៖ "គេ(ព្យាការីអ៊ីសា) គ្រាន់ តែជា ខ្ញុំបម្រើម នាក់ដែលយើងបានប្រទានឧបការគុណដល់គេប៉ុណ្ណោះណោះហើយយើង បានយកគេធ្វើជាសញ្ញាភស្តុ តាងសម្រាប់អម្បូរអ៊ីស្រាអែល"។ (គម្ពីរគួរអាន ៤៣ៈ៥៩)។ ហើយគាត់ក៏មិនបានបញ្ជាក្រុមរបស់ គាត់ឲ្យយកគាត់ និង មាន តារបស់ គាត់ធ្វើជាព្រះក្រៅពីអល់ឡោះដែរ តែការពិត គាត់បានពោលនូវ អ្វីដែលអល់ឡោះបានបញ្ជាគាត់៖ "ចូរពួកអ្នកគោរពសក្ការៈចំពោះអល់ឡោះ ជាម្ចាស់របស់ ខ្ញុំ និងជាម្ចាស់របស់ ពួកអ្នក"។ (គម្ពីរគួរអាន ៥ៈ១១៧) ពិតណាស់ ព្យាការីអ៊ីសា គឺជាបុត្ររបស់ ម៉ារយ៉ាំ(នាងម៉ារី)ដែលជាស្ត្រីដ៏ល្អ គ្រប់លក្ខខណ៍ ជាអ្នកគោរពសក្ការៈចំពោះព្រះជាម្ចាស់ ស្អាតស្អំ ព្ររហ្ម ចារីយ៍ បរិសុទ្ធធ។ គាត់ ពរពោះព្យាការីអ៊ីសាដោយឥតមានឪពុកនោះទេ តែដោយមហិទ្ធិ ឬទ្ធិរបស់ អល់ឡោះ ទ្រង់បង្កើ តគាត់ដោយអច្ឆឆរិយភាពដ៏អស្ចារ្យ ដូចទ្រង់បាន បង្កើ តព្យាការីអាហ្ទាំដោយគ មានឪពុកម្ដាយនោះដែរ។ អល់ឡោះទ្រង់មាន បន្ទូលថា៖ "ពិតណាស់ការប្រៀបធៀប(ការបង្កើ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ត)អ៊ីសាសម្រាប់អល់ឡោះ ដូចជា(ការបង្កើ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ត)អាហ្ទាំដែរ គឺទ្រង់បានបង្កើ តគាត់ពីដី។ រួចមក ទ្រង់មានបន្ទូល ទៅកាន់គាត់ថា៖ ចូរកើតចុះ។ គេក៏កើតឡើងភ្លាម"។ (គម្ពីរគួរអាន ៣ៈ ៥៩) ពិតណាស់ គ មានទេក្នុងចន្លោះរយៈពេលរវាងគាត់និងព្យាការីមូហាំម៉ាត់នូវអ្នក នាំសារផ្សេងទៀត នោះ។ គាត់បានប្រាប់ដំណឹងល្អពីមូហាំម៉ាត់ដូចអល់ឡោះ ទ្រង់មាន មានបន្ទូលថា៖ "ហើយ (ចូរចងចាំ) នៅពេលដែលអ៊ីសាកូនម៉ារយ៉ាំបាន ពោលថា៖ ឱអម្បូរអ៊ីស្រាអែល! ពិតណាស់ ខ្ញុំជាអ្នកនាំសារ របស់ អល់ឡោះ មកកាន់ពួកអ្នក ដោយបញ្ជាក់ពីស ច្ចចភាពដែលមានមុនខ្ញុំនៅក្នុងគម្ពីរតាវរ៉ត(គម្ពីរ តូរ៉ា) និងផ្ដែល់ដំណឹងរីករាយដល់ពួកអ្នកនូវអ្នកនាំសារម នាក់ដែលនឹងមកដល់ បន្ទាប់ពីខ្ញុំដែលគេមានឈ្មោះថា អះម៉ាត់ (ព្យាការីមូហាំម៉ាត់)។ ប៉ុន្តែនៅពេល ដែលគាត់ បាន មកកាន់ពួកគេជាមួយនឹងភស្ដុ តាងដ៏ច្បាស់លាស់ជាច្រើននោះ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90 ពួកគេបែរជានិយា យថា៖ នេះជាមន្តតអាគម យ៉ាងច្បាស់លាស់ទៅវិញ"។ (គម្ពីរ គួរអាន ៦១ៈ៦) យើងជឿចំពោះអច្ឆឆរិយភាពដែលអល់ឡោះបានផ្ដែល់ចំពោះគាត់ ដូចជាការ ព្យាបាលជំងឺឃ្លលង់ អ្នកពិការភ្នែកឲ្យជាសះស្បើយ ការប្រោសជីវិតមនុស្សស្លាប់ឲ្យ រស់ឡើងវិញ និងការប្រាប់នូវអ្វីដែលមនុស្សលោកបរិ ភោគ និងអ្វីដែលត្រៀ មទុក ក្នុងផ្ទះសំបែងពួកគេ។ ទាំងអស់ នេះ គឺដោយការអនុញ្ញាតពីអល់ឡោះប៉ុណ្ណោះណោះ។ ទ្រង់បង្កើ តអច្ឆឆរិយភាពទាំងអស់ នេះ គឺជាភស្ដុ តាងយ៉ាងច្បាស់លាស់បញ្ជាក់ពី ភាពពិតថា គាត់គឺជាព្យាការី និងជាអ្នកនាំសារ។ ជននាម្នាក់នៃមនុស្សលោកមិនទាន់មានជំនឿពេញលេញនោះទេ លុះត្រាតែគេ ជឿថា ព្យាការីអ៊ីសា (យេស៊ូគ្រឹ[ស្ទទ) គឺជាខ្ញុំបម្រើរបស់ អល់ឡោះ និងជាអ្នកនាំសារ របស់ ទ្រង់ ហើយគាត់ ប្រាសចាកនិងស្អាតស្អំពីការចោទប្រកាន់ របស់ ពួកជ្វីហ្វវ ពីល ក្ខណៈអាក្រក់ និងមិនពិត (ដែលចោទថា គាត់ជាកូនឥតខាន់ស្លា)ដែល អល់ឡោះបានផ្ដែល់ភាពជ្រះស្អាតពីការចោទប្ររ កាន់ទាំងនោះ។ ក៏ដូចនោះដែរ ពួកយើងក៏ឃ្លាតឆផងាយពីជំនឿរបស់ ពួកគេរឹ [ស្ទានដែលវង្វេងមិនយល់ពីការពិត របស់ ព្យាការីអ៊ីសា កូនម៉ារយ៉ាំ(នាងម៉ារី) ដោយពួកគេបានយកគាត់ និងមាន តា របស់ គាត់ធ្វើជាព្រះ ផ្សេង ក្រៅពីអល់ឡោះ។ ហើយអ្នកខ្លះក្នុងចំណោមពួកគេ និយា យថា គាត់ជាបុត្ររបស់ អល់ឡោះ ខ្លះទៀតថា គាត់ជាព្រះមួយនៃព្រះទាំង បី(ព្រះវរបិតា ព្រះរាជបុត្រា និងព្រះវិញ្ញាណបរិសុទ្ធធ)។ អល់ឡោះជាម្ចាស់មហា ស្អាតស្អំពីការចោទប្ររ កាន់ដ៏ហួសហេតុ ហើយវាជាអំពើបាបដ៏ធផងន់ធផងងរ។ 5 6 គាត់មិនត្រូវបានគេសម្លាប់ និងឆ្កាងឡើង។ ផ្ទុយទៅវិញ អល់ឡោះជាម្ចាស់បាន លើកគាត់ឡើងទៅលើមេឃនៅពេលដែលពួកជ្វីហ្វវចង់ សម្លាប់គាត់ ហើយទ្រង់ ធ្វើឲ្យអ្នកផ្សេងប្រែមុខមាត់ និងរូបរាងដូចគាត់។ ម៉លោះហើយ ពួកគេក៏បានសម្លាប់ និងចងឆ្កាងបុគ្គល នោះដោយគិតស្មានថា ម នាក់នោះជាព្យាការីអ៊ីសា។ អល់ឡោះ ទ្រង់បានមាន មានបន្ទូលថា៖ "ដោយសារតែពាក្យសំដីរបស់ ពួកគេថា ពួកយើងបាន សម្លាប់ម៉ាសៀហ អ៊ីសា កូនម៉ារយ៉ាំដែលជាអ្នកនាំសាររបស់ អល់ឡោះ។ ពួកគេ មិនបានសម្លាប់គាត់ និងមិនបានចងឆ្កាងគាត់ឡើយ តែទ្រង់បានបំភាន់ពួកគេ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91 ដោយឱ្យបុរសម្នាក់ដូចអ៊ីសា។ ពិតណាស់ ពួកដែលបានខ្វែងយោបល់គ្នាក្នុង រឿងនេះ ស្ថិតក្នុងភាពសង្ស័យពីវា។ ពួកគេគ មានចំណេះដឹងអ្វីក្នុងរឿងនេះ ក្រៅពី ការស្មាននោះឡើយ។ ហើយពួកគេក៏ពុំបានសម្លាប់គាត់(ព្យាការីអ៊ីសា)យ៉ាង ពិតប្រាកដនោះដែរ។ ផ្ទុ យ ទៅវិញ អល់ឡោះបានលើកគាត់ទៅកាន់ ទ្រង់។ ហើយអល់ឡោះមហាខ្លាំងពូកែ មហាគតិ បណ្ឌិ ត។ គ មាននរនាម្នាក់ក្នុងចំណោម ពួកដែលគេផ្ដែល់គម្ពីរឲ្យ (ពួកជ្វីហ្វវ និងពួកគេរឹ [ស្ទាន)មានជំនឿឡើយ លុះត្រាតែ ពួកគេមានជំនឿចំពោះអ៊ីសាក្រោយពេលគាត់ចុះពីលើមេឃមុននឹងការស្លាប់ របស់ គាត់។ ហើយនៅថ្ងៃបរលោក គាត់នឹងធ្វើសាក្សីលើពួកគេ"។ (គម្ពីរគួរអាន ៤ៈ១៥៧ -១៥៩)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ពិតប្រាកដណាស់ អល់ឡោះជាម្ចាស់ដ៏មហាបរិ សុទ្ធធបានថែរក្សាគាត់ និងបានលើកគាត់ទៅកាន់ទ្រង់នៅលើមេឃ ហើយគាត់នឹងចុះមកលើផែនដីវិញ នៅសម័យកាលចុងក្រោយ(មុនថ្ងៃបរលោកើតឡើង)។ គាត់នឹងកាត់សេចក្ដី តាមច្បាប់ព្យាការីមូហាំម៉ាត់។ បន្ទាប់មក គាត់នឹងទទួលមរណភាព រួចគេ បញ្ចុះសពគាត់នៅលើផែនដី ហើយគេឲ្យគាត់រស់ឡើងវិញនៅលើផែនដីនេះផង ដែរ ដូចអម្បូរអាហ្ទាំ(មនុស្សលោក)ដទៃទៀតគ្រប់ៗគ្នា។ យោងតាមបន្ទូល របស់ អល់ឡោះថា៖ "អំពីដីនេះហើយដែលយើង បានបង្កើ តពួកអ្នក ហើយយើង នឹងធ្វើឲ្យពួកអ្នកត្រឡប់ ប់ទៅជាដីវិញ(ស្លាប់) ហើយ(នៅថ្ងៃបរលោក) យើងនឹង បញ្ចេញពួកអ្នកពីវាម្ដដងទៀត(រស់ឡើងវិញ)"។ (គម្ពីរគួរអាន ២០ៈ៥៥) ជំនឿចំពោះមូហាំម៉ាត់ជាព្យាការី និងជាអ្នកនាំសារ យើងជឿថា ព្យាការីមូហាំម៉ាត់ គឺជាខ្ញុំបម្រើ និងជាអ្នកនាំសាររបស់ អល់ឡោះ។ លោកគឺជាចៅហ្វាយ នៃមនុស្ស លោកទាំងអស់ ទាំងជំនាន់មុន និងជំនាន់ក្រោយ។ លោកគឺជាព្យាការីចុងក្រោយបង្អអស់ដោយគ មានព្យាការីណាបន្ទាប់ពីលោកឡើយ។ លោកបានផ្សព្វផ្សាយសារ ប្រតិបត្តិតួនាទី ចង្អុលបង្ហាញផ្លូវដល់ប្រជាជាតិរបស់ លោក ហើយលោកបានតស៊ូពុះពារក្នុងមាន គ៌ារបស់ អល់ឡោះយ៉ាងពិតប្រាកដ។</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92 យើងជឿនូវអ្វីដែលលោកបានប្រាប់ ប្រតិបត្តិតាមនូវអ្វីដែលលោកបញ្ជា ជៀស ឆផងាយពីអ្វីដែលលោកហា មឃាត់ គោរពសក្ការៈចំពោះអល់ឡោះឲ្យស្របតាមាន គ៌ា របស់ លោក និងយកគំរូតាមលោកតែមួយគត់។ អល់ឡោះទ្រង់បានមាន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"ជាការពិតណាស់ ពួកអ្នកមានអ្នកនាំសាររបស់ អល់ឡោះ(ព្យាការីមូហាំម៉ាត់) ជាគំរូដ៏ល្អសម្រាប់អ្នកដែលសង្ឃឹមថានឹងបានជួបអល់ឡោះ ក៏ដូចជាថ្ងៃបរលោក និងបានរំឭកចំពោះអល់ឡោះយ៉ាងច្រើន"។ (គម្ពីរគួរអាន ៣៣ៈ២១) យើងត្រូវតែផ្ដែល់ក្ដីស្រឡាញ់ចំពោះលោកជាងស្រឡាញ់ឪពុកម្ដាយ កូនចៅ និង មនុស្សលោកទាំងអស់។ អ្នកនាំសារបានមានប្រសាសន៍ថា៖ "អ្នកនាម្នាក់ ក្នុងចំណោមពួកអ្នកមិនទាន់មានជំនឿពេញ លេញនៅឡើយទេ លុះត្រាតែ គេស្រឡាញ់យើងខ្លាំងជាងឪពុកម្ដាយ កូនចៅរបស់ គេ និងមនុស្ស លោក ទាំងអស់ "។ (ពូខរីៈ១៥ មូស្លីមៈ៤៤)។ ហើយការស្រឡាញ់ដ៏ពិតប្រាកដនោះ គឺតម្រូវឲ្យប្រតិបត្តិតាមាន គ៌ារបស់ លោក និងយកតម្រាប់តាមសកម្មមភាពរបស់ លោក។សុភមង្គគលដ៏ពិតប្រាកដ និងការស្វែងរកមាន គ៌ាដែលត្រឹមត្រូវ គឺមិនអាច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សម្រេ ចបានទេ លុះត្រាតែប្រតិបត្តិតាមលោក។ អល់ឡោះទ្រង់បានមាន មានបន្ទូលថា៖ "ហើយ ប្រសិន នបើជាពួកអ្នកគោរពប្រតិបត្តិតាមគេ (ព្យាការីមូហាំម៉ាត់)នោះ ពួកអ្នកនឹងទទួល បានការចង្អុលបង្ហាញជាមិនខាន។ ហើយ កាតព្វកិច្ចរបស់ អ្នកនាំសារ គ មានអ្វី ក្រៅពីការ ផ្ដែល់សារដ៏ច្បាស់លាស់នោះឡើយ"។ (គម្ពីរ គួរអាន ២៤ៈ៥៤) ចាំបាច់លើយើងត្រូវតែទទួលយកនូវអ្វីដែល ព្យាការីមូហាំម៉ាត់បាននាំមក ប្រកាន់ខ្ជាប់ នឹងមាន គ៌ារបស់ លោក ហើយត្រូវឲ្យតម្លៃ ចំពោះការណែនាំ ចង្អុលបង្ហាញរបស់ លោក។ អល់ឡោះជាម្ចាស់ទ្រង់បានមាន មានបន្ទូលថា៖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93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"សូមស្បថចំពោះម្ចាស់របស់ អ្នក! ពួកគេគ្មានជំនឿទេ លុះត្រាតែពួកគេសុំឲ្យ អ្នក(ព្យាការីមូហាំម៉ាត់)កាត់ សេចក្ដីនូវអ្វីដែលពួកគេបានឈ្លោះទាស់ទែងគ្នា បន្ទាប់មក ពួកគេគ មានការចង្អៀ តចង្អអល់ក្នុងចិត្តនូវអ្វីដែលអ្នកបានកាត់សេចក្ដី ឡើយ ហើយទួ លយកវា ដោយ ពេញចិត្ត"។ (គម្ពីរគួរអាន ៤ៈ៦៥) ចាំបាច់លើយើងត្រូវតែប្រុងប្រយ័ ត្ននពីការប្រឆាំងនឹងបទបញ្ជារបស់ គាត់ ពីព្រោះការ ប្រឆាំងនឹងបទបញ្ជារបស់ គាត់ជាហេតុនាំឲ្យកើតមានគ្រោះអាសន្ន ការវង្វេ ង និង ទណ ឌកម្មមយ៉ាងឈឺចាប់។ អល់ឡោះជាម្ចាស់ទ្រង់បានមាន មានបន្ទូលថា៖ "ដូចនេះ ចូរឲ្យពួកដែលប្រឆាំងនឹង បទបញ្ជារបស់ គាត់ (ព្យាការីមូហាំម៉ាត់) ប្រុងប្រយ័ ត្ននចំពោះគ្រោះអាសន្នឹងធ្លាក់មក លើពួកគេ ឬទណ ឌកម្មមយ៉ាងឈឺ ចាប់ធ្លាក់មកលើពួកគេ"។ (គម្ពីរគួរអាន ២៤ៈ ៦៣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លក្ខណៈពិសេសនៃសាររបស់ ព្យាការីមូហាំម៉ាត់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សាររបស់ ព្យាការីមូហាំម៉ាត់មានលក្ខណៈពិសេសជាងសារពីមុនៗមួយចំនួន ដូចតទៅ៖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សាររបស់ ព្យាការីមូហាំម៉ាត់ ជាសារចុងក្រោយបង្អអស់។ អល់ឡោះទ្រង់បានមាន បន្ទូលថា៖ "ព្យាការីមូហាំម៉ាត់មិនមែនជាឪពុករបស់ អ្នកនាម្នាក់ក្នុងចំណោម បុរសរបស់ ពួកអ្នកឡើយ ក៏ប៉ុន្តែគាត់ជាអ្នកនាំសាររបស់ អល់ឡោះ និងជាព្យាការី ចុងក្រោយបង្អអស់"។ (គម្ពីរគួរអាន ៣៣ៈ៤០) សាររបស់ ព្យាការីមូហាំម៉ាត់លុបចោលនូវសារមុនៗ។ ដូចនេះ អល់ឡោះមិន ទទួលយកឡើយចំពោះអ្នកនាម្នាក់ដែលកាន់សាសនា ផ្សេងក្រោយពីទ្រង់បាន បញ្ជូ នព្យាការីមូហាំម៉ាត់មកហើយនោះ លុះត្រាតែអ្នកនោះប្រតិ បត្តិតាមព្យាការី មូហាំម៉ាត់ (កាន់សាសនា ឥស្លាម)។ ហើយក៏គ មានអ្នកនាម្នាក់ឈា នដល់ពរជ័យ នៃឋានសួគ៌ បានដែរ លុះត្រាតែតាមរយៈមាន គ៌ាគាត់។ គាត់គឺជាអ្នកនាំសារដែលល្អ អ ប្រសើរជាងគេ ប្រជាជាតិរបស់ គាត់ ជាប្រជាជាតិដែលល្អ អជាងប្រជាជាតិដទៃទៀត ទាំងអស់ ហើយច្បាប់របស់ គាត់ មានលក្ខណៈពេញលេញ ជាងច្បាប់ផ្សេងៗទៀត។ អល់ឡោះទ្រង់បានមាន មានបន្ទូលថា៖ "ហើយអ្នកណាស្វែងរកសាសនា ផ្សេងក្រៅពី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94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សាសនា ឥស្លាមនោះ អល់ឡោះនឹងមិនទទួលយក(ទង្វើ ល្អ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 ពីគេឡើយ។ ហើយ នៅថ្ងៃបរលោក គេនឹងស្ថិតនៅក្នុងចំណោមពួកដែលខាតបង់"។ (គម្ពីរគួរអាន ៣ៈ៨៥)។ ហើយអ្នកនាំសារបានមានប្រសាសន៍ថា៖ "ស្បថចំពោះអ្នកដែលជីវិត របស់ មូហាំម៉ាត់នៅក្នុងដៃរបស់ ទ្រង់! ជនណាក៏ដោយនៃប្រជាជាតិនេះដែលគេ បានឮពីខ្ញុំ មិនថាគេជាពួកជ្វីហ្វវក្តី ឬជាពួកគេរឹ [ស្ទានក្តី ក្រោយមក គេបានស្លាប់ ដោយមិនបានជឿចំពោះសារដែលយើងបាននាំមកទេនោះ គឺគេគ មានអ្វីក្រៅពី ស្ថិតក្នុងចំណោមពួកឋាននរកនោះឡើយ"។ (មូស្លីមៈ១៥៣ អះម៉ាត់ៈ៨៦០៩) សាររបស់ ព្យាការីមូហាំម៉ាត់ជាសារទូទៅដែលនាំទៅកាន់ក្រុមជិន(អមនុស្ស) និងមនុស្សលោក។ អល់ឡោះជាម្ចាស់បានមានបន្ទូលលើកឡើងអំពីពាក្យសម្ដី របស់ ពួកជិនថា៖ "ឱក្រុមរបស់ យើង! ចូរពួកអ្នកឆ្លើយតបចំពោះអ្នកអំពាវនាវ របស់ អល់ឡោះ(ព្យាការីមូហាំម៉ាត់) និងមានជំនឿលើគេចុះ"។ (គម្ពីរគួរអាន ៤៦ៈ ៣១) អល់ឡោះទ្រង់បានមានបន្ទូលដែរថា៖ "ហើយយើងមិនបានបញ្ជូ នអ្នក(ព្យាការី មូហាំម៉ាត់) លើកលែង តែទៅកាន់ មនុស្សលោកទូទៅ ដើម្បីផ្ដែល់ដំណឹងរីករាយ និងដាស់តឿនឱ្យប្រុងប្រយ័ ត្ននពីទណ្ឌឌកម្ម"។ (គម្ពីគួរអាន៣៤ៈ២៨) ហើយអ្នកនាំសារបានមានប្រសាសន៍ថា៖ គេផ្ដែល់ភាពល្អប្រសើរដល់ខ្ញុំជាងបណ្ដា ព្យាការីដទៃទៀតនូវប្រាំមួយប្រក្សារ៖ ១) គេផ្ដែល់ឲ្យខ្ញុំនូវពាក្យសំដីខ្លីខ្លឹ[ម ២) គេឲ្យ ខ្ញុំឈ្នះ(សត្រូវ) ដោយភាពភ័យខ្លាច(ក្នុងចិត្តសត្រូវ) ៣)គេអនុញ្ញាតសម្រាប់ខ្ញុំ នូវទ្រព្យជ័យភណ ឌឌ ៤)គេចាត់ទុកដីជាវត្ថុសម្អាត និងជាម៉ាស្ជិទ(សឡាត)សម្រាប់ ខ្ញុំ ៥) គេបញ្ជូ នខ្ញុំទៅកាន់មនុស្សលោកទាំងអស់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៦) គេបញ្ច ប់ការបញ្ជូនបណ្ដា ព្យាការីចុងក្រោយត្រឹមខ្ញុំ"។ (អាល់ពូខរីៈ២៨១៥ មូស្លីមៈ៥២៣)</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95 ផលប្ររ យោជន៍នៃជំនឿចំពោះបណ្តាអ្នកនាំសារ សម្រាប់ជំនឿចំពោះអ្នកនាំសារមានផលប្ររ យោជន៍យ៉ាងច្រើនដូចជា៖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យល់ដឹងពីក្ដីអាណិតស្រឡាញ់ និងការថែរក្សារបស់ អល់ឡោះចំពោះខ្ញុំរបស់ ទ្រង់ ដោយ ទ្រង់ បានបញ្ជូ នអ្នកនាំសារទៅកាន់ពួកគេដើម្បីចង្អុលបង្ហាញផ្លូវដ៏ ត្រឹមត្រូវ និងបញ្ជាក់ប្រាប់ពួកគេនូវរបៀបគោរពសក្ការៈចំពោះទ្រង់ ពីព្រោះប្រាជ្ញា របស់ មនុស្សលោកមិនអាចដឹង ដោយឯកឯងបានទេចំពោះរឿងទាំងនេះ។ អល់ឡោះទ្រង់មានបន្ទូលពីព្យាការីមូហាំម៉ាត់ថា៖ "ហើយយើងមិនបានបញ្ជូ ន អ្នក(ព្យាការីមូហាំម៉ាត់)ឡើយ លើកលែងតែដើម្បីផ្ដែល់ក្ដី មេត្តាករុណាចំពោះ ពិភពលោកទាំងមូល"។ (គម្ពីរគួរអាន ២១ៈ១០៧) ថ្លែងអំណរគុណអល់ឡោះចំពោះពរជ័យដ៏ធំធេងនេះ។ ស្រឡាញ់ លើកតម្កើង និងកោតសរសើរបណ្ដាអ្នកនាំសារឱ្យបានសក្ដិសម នឹងកិត្តិយសពួកគេ ព្រោះពួកគេបានគោរពសក្ការៈចំពោះអល់ឡោះ ផ្សព្វផ្សាយ សាររបស់ ទ្រង់ និងដាស់តឿនខ្ញុំបម្រើរបស់ ទ្រង់។ ការប្រតិបត្តិតាមសារដែលអ្នកនាំសារបាននាំមកពីអ ល់ឡោះនោះ គឺការ គោរពសក្ការៈចំពោះអល់ឡោះតែមួយគត់ដោយគ មានពហុទេពនិយមចំពោះ ទ្រង់ និងការអនុវត្តា មសារ។ ដូចនេះ វានឹងសម្រេ ចបានសម្រាប់អ្នកមានជំនឿ នូវសេចក្ដីល្អប្រសើរ ការចង្អុលបង្ហាញផ្លូវ និងសុភមង្គគលក្នុងជីវិត របស់ ពួកគេ ក្នុងលោកទាំងពីរ(លោកិយនិងបរលោក)។ អល់ឡោះទ្រង់មាន មានបន្ទូលថា៖ "ជនណាដែលបានដើរតាមការចង្អុលបង្ហាញ របស់ យើងនោះ គឺគេមិនវង្វេ ង(នៅក្នុងលោកិយ) និងមិនលំបាកឡើយ(នៅថ្ងៃ បរលោក)។ តែអ្នកណាហើយងាកចេ ញពីការដាស់តឿន(គម្ពីរគួរអាន)របស់ យើង ពិតណាស់សម្រាប់គេ គឺការបស់នៅយ៉ាងលំបាកវេទនា(ទោះបីជារូបភាព ខាងក្រៅរបស់ គេជាអ្នកមាន ឬមានឋានៈខ្ពង់ខ្ពពស់ក៏ដោយ)"។ (គម្ពីរគួរអាន ២០ៈ១២៣- ១២៤)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96 &gt; វិហា រ អាល់អឹកស សម្រាប់ជនមូស្លីម គឺមានឋានៈដ៏ខ្ពពង់ខ្ពពស់។ វាគឺជាវិហា រឥស្លាមទីពីរដែលត្រូវ បានសាងនៅលើផែនដីនេះ បន្ទាប់ពីវិហា រ អាល់ហារ៉ម នៅទីក្រុងនៅម៉ាក្កះ ហើយពិតណាស់ ព្យាការី មូហាំម៉ាត់ និងបណ្តាព្យាការីផ្សេងទៀតក៏បានសឡាត(ថ្វាយបង្គំ)នៅក្នុងវិហា រអឹកសនេះ ផងដែរ។ &gt; ជំនឿចំពោះថ្ងៃបរលោក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អត្ថន័យនៃជំនឿចំពោះថ្ងៃបរលោក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គឺជាការជឿជាក់យ៉ាងច្បាស់លាស់ថា អល់ឡោះនឹងធ្វើឲ្យអ្នកដែលនៅក្នុងផ្នូរ ទាំងអស់ រស់ឡើងវិញ។ បន្ទាប់មក ទ្រង់នឹងជំនុំជម្រះពួកគេ និងតបស្ន នងចំពោះពួកគេ តាមទង្វើ របស់ ពួកគេ ដើម្បីឲ្យបណ្ដាអ្នកឋានសួគ៌ស្ថិតនៅទីកន្លែងរបស់ ពួកគេ និងពួក ឋាននរកស្ថិ តនៅទីកន្លែងរបស់ ពួកគេ។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ជំនឿចំពោះថ្ងៃបរលោកជាគោលគ្រឹះ[មួយក្នុងចំណោមគោលគ្រឹះ[ជំនឿទាំង ប្រាំមួយ។ ដូចនេះ ជំនឿរបស់ គេមិនត្រឹមត្រូវទេ លុះត្រាតែមានជំនឿចំពោះថ្ងៃបរលោក។ អល់ឡោះទ្រង់បានមាន មានបន្ទូលថា៖ "ប៉ុន្តែអំពើល្អអ នោះគឺ អ្នកណាដែលមានជំនឿលើ អល់ឡោះ និងថ្ងៃបរលោក"។ (គម្ពីរគួរអាន ២ៈ១៧៧)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97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ហេតុអ្វីបានជាគម្ពីរគួរអានបញ្ជាក់យ៉ាងច្បាស់ពីជំនឿចំពោះថ្ងៃបរលោក?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គម្ពីរគួរអានបានបញ្ជាក់យ៉ាងច្បាស់ពីជំនឿចំពោះថ្ងៃបរលោក និង បានក្រើន រំឭកអំពីថ្ងៃបរលោកជារឿយៗ ហើយបញ្ជាក់យ៉ាងច្បាស់លាស់ថា វានឹងកើតឡើង ដោយប្រើសំនួនភាសាអារ៉ាប់ផ្សេងៗគ្នា។ គម្ពីរគួរអានក៏បានផ្សារភ្ជាប់ជំនឿចំពោះ ថ្ងៃបរលោកនិងជំនឿចំពោះអល់ឡោះនៅកន្លែងជាច្រើនក្នុងគម្ពីរនេះ។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ពីព្រោះជំនឿចំពោះថ្ងៃបរលោក ជាហេតុផល នាំឲ្យមានជំនឿចំពោះអល់ឡោះ និងភាពយុត្តិធម៌របស់ ទ្រង់ដែលមហាបរិ សុទ្ធធ។ ដើម្បីបញ្ជាក់ពីរឿងនេះគឺ៖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អល់ឡោះមិនទទួលស្គាល់អំពើអយុ ត្តិធម៌ ហើយមិនទុកពួកអ្នកបំពានឲ្យ រួចខ្លួន មិនទុកឲ្យជនរងគ្រោះដោយគ មានភាពយុត្តិធម៌ និងមិនបោះបង់អ្នកសាងទង្វើ កុសល ដោយគ មានផលបុ ណ្យ តបស្ន នង នោះដែរ ហើយទ្រង់នឹងផ្ដែល់ឲ្យគ្រប់គ្នាទទួល បានសិទ្ធិរបស់ ខ្លួន។ យើងឃើញហើយថា ជីវិត នៅលើលោកិយមានអ្នកដែលរស់នៅ ប្រព្រឹ [ត្តតអំពើអយុ ត្តិធម៌ស្លាប់ទៅក្នុងនាមជាអ្នកប្រព្រឹ [ត្តតអំពើអយុ ត្តិធម៌ ហើយមិនទាន់ បានទទួលការដាក់ទោស។ រីឯខ្លះទៀតបស់នៅជាជនរងគ្រោះ ស្លាប់ដោយអយុ ត្តិធម៌ មិនទាន់ទទួលបានសិទ្ធិរបស់ ខ្លួននៅឡើយ។ បើដូចនោះមែន តើពាក្យថា អល់ឡោះមិន ទទួលយកអំពើអយុ ត្តិធម៌ មានន័យដូចម្តេចដែរ? អត្ថន័យរបស់ វាគឺ ត្រូវតែមានជីវិត មួយទៀតបន្ទាប់ពីជីវិតដែលយើងកំពុងរស់នៅ(លើលោកិយ) ត្រូវតែមានពេលវេលា ផ្សេងទៀតដែលគេនឹងតបស្ន នងដល់អ្នកសាងអំពើកុសល និងដាក់ទណ ឌកម្មមចំពោះ អ្នកសាងអំពើអកុសល ហើយគ្រប់ៗគ្នាមានសិទ្ធិនឹងទទួលបានសិទ្ធិរបស់ ខ្លួនវិញ។ &gt;សាសនា ឥស្លាមគឺបានអប់រំមនុស្សឲ្យ ឃ្លាតឆផងាយអំពីភ លើងនរក ដោយការធ្វើល្អ អ ទៅចំពោះអ្នកដទៃ ទោះបីវាត្រឹមជា ការ បរិច្ចាគមួយចំហៀងនៃផ្លែល្មើក៏ដោយ។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98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តើជំនឿចំពោះថ្ងៃបរលោកមានអ្វីខ្លះ?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 អ្នកមូស្លីមចំពោះថ្ងៃបរលោកផ្ទុកនូវប្ររ ការមួយចំនួនដូចជា៖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ជំនឿចំពោះការបង្កើ តឲ្យរស់ឡើងវិញ និងប្រមូលផ្តុំមនុស្សទាំងអស់៖ វា គឺជាការធ្វើឲ្យអ្នកស្លាប់នៅក្នុងផ្នូរទាំងអស់ រស់ឡើងវិញ វិញ្ញាណរបស់ ពួកគេ ត្រឡប់ ប់ទៅរកខ្លួនប្រាណពួកគេវិញ។ មនុស្ស លោកទាំងអស់ ក្រោកឡើង ទៅកាន់ម្ចាស់នៃសាកល លោកទាំងមូល។ បន្ទាប់មក គេប្រមូ លផ្ដុំពួកគេនៅ ទីកន្លែងតែមួយ។ ពួកគេគ មានស្បែកជើង និងគ មានសម្លៀកបំពាក់ ដូចពេលដែល គេបានបង្កើតពួកគេចេញពីផ្ទៃម តាយរបស់ ពួកគេកាលពីដំបូងនោះដែរ។ 1 ជំនឿថា អ្នកដែលនៅក្នុងផ្នូរទាំងអស់ រស់ឡើងវិញ គឺជាអ្វីដែលគម្ពីរគួរអាន មាន គ៌ា ព្យាការីមូហាំម៉ាត់ សតិបញ្ញា និងនិស្ស័យពីកំណើតបានបញ្ជាក់ជាភស្ដុ តាង។ ហើយ យើងជឿយ៉ាងច្បាស់ថា អល់ឡោះនឹងធ្វើឲ្យអ្នកដែលនៅក្នុងផ្នូរទាំងអស់ រស់ឡើងវិញ វិញ្ញាណទាំងឡាយនឹងត្រឡប់ ប់ទៅរកខ្លួនប្រាណពួកគេវិញ មនុស្សលោកទាំងអស់ ក៏ ក្រោកឡើងទៅកាន់ម្ចាស់នៃសាកល លោកទាំងមូល។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អល់ឡោះទ្រង់មាន មានបន្ទូលថា៖ "បន្ទាប់មក ពួកអ្នកពិតជាស្លាប់(ក្រោយពេល ដល់អាយុត្រូវស្លាប់)។ បន្ទាប់ មក ពួកអ្នកពិតជានឹងត្រូវគេបង្កើ តឲ្យរស់ឡើងវិញនៅ ថ្ងៃបរលោក"។ (គម្ពីរគួរអាន ២៣ៈ១៥-១៦)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បណ្ដាគម្ពីរទាំងអស់ ដែលគេបញ្ចុះពីលើមេឃបានឯកភាពគ្នាចំពោះរឿងនេះ ព្រោះវាជាការចាំបាច់បំផុតនៃគតិបណ្ឌិ តគឺ ចាំបាច់ណាស់អល់ឡោះត្រូវតែបង្កើ ត សម្រាប់ភាវៈទាំងអស់ នូវការវិលត្រឡប់ ប់ (មានជីវិតសាជាថ្មី) ដើម្បីតបស្ន នងពួកគេ នូវរាល់អ្វីដែលទ្រង់តម្រូវឲ្យពួកគេប្រតិបត្តិតាមរយៈបណ្ដាអ្នកនាំសារ របស់ ទ្រង់។ អល់ឡោះទ្រង់បានមាន មានបន្ទូលថា៖ "តើពួកអ្នកគិតថា យើងបានបង្កើ តពួកអ្នកគ្រាន់តែ ជាការលេងសើច ហើយពួកអ្នកពិតជាមិនត្រូវវិលត្រឡប់ ប់មកជួបយើងវិញ(ដើម្បី ជំនុំជម្រះ) នោះឬ?" (គម្ពីរគួរអាន ២៣ៈ១១៥)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99</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ក្នុងចំណោមភស្ដុ តាងនៃគម្ពីរគួរអានដែលបញ្ជាក់ថា មនុស្សក្នុងផ្នូរទាំងអស់ រស់ឡើងវិញគឺ៖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•ពិតប្រាកដណាស់ អល់ឡោះបង្កើ តមនុស្ស លោកទាំងពីរដំបូង។ អ្នកដែលមាន អានុភាព បង្កើ ត មនុស្សលោកពីដំបូងបាន គឺពិតណាស់ នឹងមានសមត្ថថភាពបង្កើ ត មនុស្ស លោកសាជាថ្មី ម្ដដងទៀត។ អល់ឡោះទ្រង់បានមាន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"ហើយទ្រង់ជាអ្នកចាប់ផ្ដើមបង្កើ ត មនុស្សលោក បន្ទាប់មក ទ្រង់នឹងបង្កើ តវាសាជាថ្មីម្ដដងទៀត (នៅថ្ងៃបរលោក)"។ (គម្ពីរគួរអាន ៣០ៈ២៧) អល់ឡោះទ្រង់មានបន្ទូលបញ្ជាឲ្យឆ្លើយតបនឹង ពួកដែលបដិសេធនឹងការធ្វើឲ្យឆ្អឹ[ងរស់ឡើងវិញ ខណៈ ដែលវាបានពុកផុយហើយនោះថា៖ "ចូរអ្នក (មូហាំម៉ាត់)ពោលថា៖ អ្នកដែលធ្វើឲ្យវារស់ឡើង វិញ នោះ គឺអ្នកដែលបានបង្កើ តវាពី ដំបូងនោះហើយ។ ទ្រង់ដឹងបំផុតនូវអ្វីដែលទ្រង់បានបង្កើ ត"។ (គម្ពីរគួអាន ៣៦ៈ៧៩)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•ពិតប្រាកដណាស់ ដីដែលសផងួ តហួតហែង គ មានរុក្ខខជាតិពណ៌ បៃតង នៅពេលភ្លៀង ធ្លាក់ វាក៏មានជីវិត មានពណ៌បៃតង រស់(ដុះ)ឡើងវិញនូវរុក្ខខជាតិគ្រប់បែបយ៉ាង យ៉ាងស្របស់ បំព្ររង។ អ្នកដែលមាន អានុភាព អាចធ្វើឲ្យ វារស់ (រុក្ខខជាតិដុះ)ឡើងវិញ ក្រោយពីវាបានស្លាប់(គ មានរុក្ខខជាតិដុះ)នោះ ទ្រង់ពិត ជាមានអានុភាពធ្វើឲ្យអ្នកស្លាប់ រស់ឡើងវិញ។ អល់ឡោះទ្រង់មាន មានបន្ទូលថា៖ "ហើយយើងបានបញ្ចុះទឹកភ្លៀងដែល មានពរជ័យពីលើ មេឃ រួចយើងបានបណ ដុះចេញពីវានូវចម្ការដំណាំជាច្រើន និងប្រភេទ ធញ្ញញជាតិដែលអាចរូ តកាត់(ប្រមូលផល )បាន និងដើមល្មើខ្ពពស់ស្កឹ[មស្កៃដែលមាន ធ្លាយផ្លែស្អេកស្កះ ជាជួរ ជាលាភសក្កាការៈសម្រាប់ខ្ញុំរបស់ អល់ឡោះ។ ហើយយើង បានធ្វើឲ្យដីដែលស្លាប់(គ មានជីជាតិ) មានជីវិត(មានជីជាតិ)ឡើងវិញ ដោយសារ វា(ទឹកភ្លៀង)។ ដូចនោះដែរ យើងធ្វើឲ្យពួកអ្នករស់ឡើងវិញ(នៅថ្ងៃបរលោក)"។ (គម្ពីរគួរអាន ៥០ៈ៩-១១)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100</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រាល់អ្នកដែលមានសតិបញ្ញាដឹងថា អ្នកដែលមានសមត្ថថភាព ឬអានុភាពលើកិច្ចចការ ដ៏ធំធេងនោះ ពិតណាស់ចំពោះកិច្ចចការតូចតាចវិញនោះ វាងា យស្រួល ជាទីបំផុត។ អល់ឡោះទ្រង់បង្កើ តមេឃ ដី និងចក្ររវាលជាកិច្ចចការដ៏ធំធេង និងវិសាលភាពរបស់ វា ហើយភាពអស្ចារ្យនៃទ្រង់ទ្រាយរបស់ វា ទ្រង់ពិតជាមាន អានុភាព អាចធ្វើឲ្យឆ្អឹ[ងដែល ពុកផុយទៅហើយនោះរស់ឡើងវិញ។ អល់ឡោះទ្រង់ បានមាន មានបន្ទូលថា៖ "តើអ្នក ដែលបង្កើតមេឃជាច្រើនជាន់ និងផែនដីមិនមែនជាអ្នកដែលមានសមត្ថថភាពបង្កើ ត ឲ្យដូចពួកគេទេឬ? ផ្ទុយទៅវិញ ទ្រង់ជាអ្នកមានអានុភាពបង្កើ ត ទ្រង់មហាដឹង"។ (គម្ពីរគួអាន ៣៦ៈ៨១) មានជំនឿចំពោះការជំនុំជម្រះ និងជញ្ជី ង(ថ្លឹ[ងទង្វើ របស់ មនុស្សលោក)គឺ៖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អល់ឡោះនឹងជំនុំជម្រះទង្វើដែលគេបានប្រព្រឹ [ត្តតក្នុងជីវិតនៅលោកិយនេះ។ ជនណា ដែលឋិតក្នុងចំណោមអ្នកដែលគោរពសក្ការៈអល់ឡោះតែមួយគត់ ហើយប្រតិបត្តិតាមទ្រង់ និងអ្នកនាំសាររបស់ ទ្រង់នោះ ការជំនុំជម្រះសម្រាប់ គេគឺងា យស្រួល ហើយជនណាស្ថិតក្នុងចំណោមអ្នកដែលពហុទេពនិយម និង ប្រព្រឹ [ត្តតបាបកម្ម ជាការពិតណាស់ ការជំនុំជម្រះសម្រាប់គេ គឺពិបាកជាទីបំផុត។ គេនឹងថ្លឹ[ងទង្វើ នៅលើជញ្ជី ងដ៏ធំមួយ។ គេដាក់អំពើកុសល នៅផ្នែកម្ខាងនៃជញ្ជី ង និងអំពើអកុសល នៅផ្នែកម្ខាងទៀតនៃជញ្ជី ង។ ជនណាដែលភ្នែកជញ្ជីងអំពើកុសល របស់ គេធផងន់ជាងអំពើអកុសល គេនឹងស្ថិតក្នុងចំណោមអ្នកឋានសួគ៌។ ហើយជនណា ដែលភ្នែកជញ្ជីងអំពើអកុសល របស់ គេធផងន់ជាងអំពើកុសល គេនឹងស្ថិតក្នុងចំណោមអ្នក ឋាននរក។ ម្ចាស់របស់ អ្នកទ្រង់មិនបានបំពានលើអ្នកណាម្នាក់ឡើយ។ អល់ឡោះទ្រង់បានមាន មានបន្ទូលថា៖ "ហើយយើងនឹងដាក់ជញ្ជី ងយុត្តិធម៌នៅ ថ្ងៃបរលោក។ ដូចនេះ ជីវិតគ្រប់រូបនឹងមិនត្រូវគេបំបាត់អ្វី(ទង្វើ របស់ គេ)បន្តិចឡើយ ហើយសូម្បីតែវាមានទម្ងន់ប៉ុនគ្រាប់ស្ពៃក៏យើងនាំវាមក(ជំនុំជម្រះ)ដែរ។ គ្រប់គ្រាន់ ហើយយើងជាអ្នកជំនុំជម្រះ"។ (គម្ពីរគួរអាន ២១ៈ៤៧) ឋានសួគ៌និងឋាននរក៖ ឋានសួគ៌ជាទីកន្លែងមានពរជ័យជាអមតៈ។ អល់ឡោះ ទ្រង់បានរៀបចំ វាសម្រាប់អ្នកដែលកោតខ្លាចទ្រង់ គោរពប្រតិបត្តិតាមទ្រង់ និង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101 អ្នកនាំសាររបស់ ទ្រង់។ នៅក្នុងឋានសួគ៌ មានពរជ័យសព្វវបែបយ៉ាងដែលឋិតថេរ ជារៀងរហូត មានអ្វីៗទាំងអស់ តាមចំណង់ចំណូលចិត្ត រីករាយជាទីបំផុតដោយ អ្វីៗដែលខ្លួនពេញចិត្ត គឺមានទាំងអស់។ អល់ឡោះទ្រង់មានបន្ទូលទាក់ទាញខ្ញុំរបស់ ទ្រង់ដើម្បីរួសរាន់ទៅកាន់ការគោរព ប្រតិបត្តិតាម និងទៅកាន់ឋានសួគ៌ដ៏ធំល្វឹ[ងល្វើយដែលទំហំរបស់ វា ដូចទំហំមេឃ ជាច្រើនជាន់និងផែនដីថា៖ "ហើយចូរពួកអ្នករួសរាន់ទៅរកការអភ័យទោស និងទៅ រកឋានសួគ៌ដែលទំហំរបស់ វាដូចទំហំមេឃជាច្រើនជាន់ និងផែនដីដែលគេបានរៀបចំ វាសម្រាប់បណ្ដាអ្នកដែលកោតខ្លាច"។(គម្ពីរគួរអាន ៣ៈ១៣៣ ) រីឯឋាននរកវិញ ជាទីកន្លែងទណ ឌកម្មមជារៀងរហូតគ មានទីបញ្ច ប់។ អល់ឡោះ ទ្រង់បានរៀបចំវាសម្រាប់ អ្នកប្រឆាំងដែលគ្មានជំនឿលើអល់ឡោះ និងល្មើ សចំពោះ អ្នកនាំសាររបស់ ទ្រង់។ នៅក្នុងឋាននរក មានទណ្ឌឌកម្ម និងការឈឺផ្សាជាទីបំផុតដែល ជារឿងនឹកស្មានមិនដល់។ អល់ឡោះទ្រង់បានមានបន្ទូលជាការព្ររមានខ្ញុំរបស់ ទ្រង់ អំពីឋាននរកដែលទ្រង់បានរៀបចំវាសម្រាប់ពួកប្រឆាំងថា៖ "ដូចនេះ ចូរពួកអ្នកខ្លាចភ្លើង នរកដែលគ្រឿងបញ្ឆេះរបស់ វា គឺមនុស្សនិងដុំថ្មមដែលគេបានរៀបចំសម្រាប់ពួកដែល ប្រឆាំង"។ (គម្ពីរគួរអាន ២ៈ២៤) ឱ អល់ឡោះជាម្ចាស់! ពិតណាស់ពួកយើងសុំពីទ្រង់នូវឋានសួគ៌ និងអ្វីដែល នាំឲ្យខិតជិតឋានសួគ៌ទាំង ពាក្យ សំដី និងទង្វើ។ ហើយពួកយើងសុំពីទ្រង់ឲ្យចៀសផុត ពីឋាននរក និងពីអ្វីដែលនាំឲ្យខិតជិតឋាននរក ទាំងពាក្យសំដី និងទង្វើ។ ទណ ឌកម្ម និងពរជ័យនៅក្នុងផ្នូរ៖ យើងមានជំនឿថា ការស្លាប់គឺជាការពិត។ អល់ឡោះទ្រង់បានមាន មានបន្ទូលថា៖ "ចូរអ្នក(ព្យាការីមូហាំម៉ាត់)ពោលថា៖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ម៉ាឡាអ៊ីកាត់យកជីវិតមនុស្សដែលត្រូវគេបញ្ជូនទៅកាន់ពួកអ្នក នឹងយកជីវិត ពួកអ្នក។ បន្ទាប់មក ពួកអ្នកនឹងត្រូវវិលត្រឡប់ ប់ទៅកាន់ម្ចាស់ របស់ ពួកអ្នកវិញ"។ (គម្ពីគួរអាន ៣២ៈ១១) វាគឺជារឿងឃើញច្បាស់ផ ទាល់នឹងភ្នែកគ្មានការសង្ស័យឡើយ។ យើងជឿថា រាល់អ្នកដែលស្លាប់ ឬត្រូវគេសម្លាប់ ឬដោយមូលហេតុអ្វីក៏ដោយ វាគឺជាទីបញ្ច ប់នៃ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102 យើងជឿផងដែរថា អ្នកដែលបានស្លាប់ គឺគេបានផ្លាស់ ទៅកាន់ទីកន្លែងបរលោក។ មានហាទីស្ហ ហជាច្រើនពីអ្នកនាំសារបញ្ជាក់ពីទណ្ឌឌកម្មមនៅក្នុងផ្នូរចំពោះពួកប្រឆាំង ពួកដែលល្មើស ហើយ ពរជ័យ ជាច្រើនសម្រាប់អ្នកមានជំនឿ និងអ្នកសាងអំពើ កុសល។ ហើយយើងជឿលើរឿងដូចនោះដោយ យើងមិនបាច់លម្អិតចំពោះលក្ខណៈ របស់ វាឡើយ ពីព្រោះគំនិតបញ្ញាគ មានលទ្ធធភាពអាចដឹងលក្ខណៈ និងភាពពិតរបស់ វាបានឡើយ ដោយសារវាស្ថិតក្នុងភាពអាថ៌កំបាំង ដូចជាឋានសួគ៌ និងឋាននរក ដែរ គឺវាមិនបាននៅក្នុងដែនដែលយើងអាចមើលឃើញ។ លទ្ធធភាពគំនិតបញ្ញាអាច វាស់វែង ដោយការប្រៀបផ្ទឹ[មប៉ាន់ប្រមាន ណ សន្និដ្ឋាន និងការវិនិច្ឆ័យតាមអ្វីដែលគេ ដឹងថាមានភាពស្ររដៀងគ្នា និងទៅតាមការស្ទង់ថ្លឹ[ងថ្លែងវានៅក្នុងដែនលោកិយ ដែលអាចមើលឃើញប៉ុណ្ណោះណោះ។ ក៏ដូចគ្នាដែរ ស្ថានភាពនៅក្នុងផ្នូរ គឺជារឿងអាថ៌កំបាំងដែលឥន្ទ្រីយា រម្មមណ៍ មិនអាចដឹងបានឡើយ។ ហើយប្រសិន នបើឥន្ទ្រីយា រម្មមណ៍អាចដឹងមែននោះ ជំនឿចំពោះរឿងអាថ៌កំបាំងគ មានប្រយោជន៍អ្វីឡើយ ហើយគតិបណ្ឌិ តនៃការ ដាក់បន្ទុក(កាតព្វកិច្ច)លើមនុស្សលោក៏ពុំមានផងដែរ ហើយនៅ ពេលនោះដែរ មនុស្សលោកនឹងលែងបញ្ចុះសព។ អ្នកនាំសារបានមានប្រសាសន៍ថា៖ "ប្រសិន នបើ ពួកអ្នកមិនត្រូវបានបញ្ចុះសពគ្នីគ្នាទេនោះ យើងនឹងសុំអល់ឡោះឱ្យពួកអ្នកស្ដាប់ ឮនូវអ្វីដែលយើង បានឮនៃទណ ឌកម្មមនៅក្នុងផ្នូរជាមិនខាន"។ (មូស្លីមៈ២៨៦៨ ណាសាអ៊ីៈ២០៥៨)។ ដោយហេតុថា គតិបណ្ឌិ តនេះគ មានទាក់ទងជាមួយនឹង សត្វពាហនៈទេនោះ ទើបពួកវាបានស្ដាប់ ឮ និងអាចដឹងពីទណ្ឌឌកម្មមនៅក្នុងផ្នូរ។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ជីវិតរបស់ គេ។ ជាការពិតណាស់ វាគឺជាពេលកំណត់ របស់ គេដែលមកដល់គ មាន ការផ្លាស់ប្ដូរអ្វីឡើយ។ អល់ឡោះទ្រង់មាន មានបន្ទូលថា៖ "ដូចនេះ នៅពេលដែលការកំណត់ ជីវិតរបស់ ពួកគេបានមកដល់ ពួកគេមិនអាចសុំ ពន្យារពេល ឬសុំមុនពេលកំណត់ បាន ឡើយ សូម្បីមួយវិនាទីក៏ ដោយ"។ (គម្ពីរគួរអាន ៧ៈ៣៤)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103 ផលប្ររ យោជន៍នៃជំនឿចំពោះថ្ងៃបរលោក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ជំនឿចំពោះថ្ងៃបរលោកមានឥទ្ធិពលជាទីបំផុតក្នុងការចង្អុលបង្ហាញ មនុស្សលោកឲ្យប្រកាន់ខ្ជាប់នឹងទង្វើ កុសល និងការកោតខ្លាចទៅចំពោះ អល់ឡោះ ហើយជៀសវាងពីភាពអាត្មានិយម និងការខំសាងទង្វើ កុសល ដើម្បីចង់បង្ហាញឲ្យគេឃើញ។ នេះហើយជាហេតុនាំឲ្យមានការផ្សារភ្ជាប់ រវាងជំនឿចំពោះថ្ងៃបរលោក និងទង្វើ កុសល នៅកន្លែងជាច្រើនក្នុងគម្ពីរ គួរអាន ដូចដែលអល់ឡោះទ្រង់ បានមាន មានបន្ទូលថា៖ “ការពិតអ្នកដែលកសាង ឬថែទាំវិហា ររបស់ អល់ឡោះនោះ គឺមានតែអ្នកមានជំនឿលើអល់ឡោះ និង ថ្ងៃបរលោកប៉ុណ្ណោះណោះ”។ (គម្ពីរគួរអាន ៩ៈ១៨)។ អល់ឡោះទ្រង់ បានមាន បន្ទូលទៀតថា៖ “ហើយបណ្ដាអ្នកដែលមានជំនឿនឹងថ្ងៃបរលោក គឺពួកគេ មានជំនឿនឹងវា(គម្ពីរគួរអាន) ហើយពួកគេថែរក្សាសឡាតគ្រប់ពេលវេលា”។ (គម្ពីរគួរអាន ៦ៈ ៩២) ការដាស់តឿនចំពោះអ្នកដែលមានកាធ្វេ សប្រហែស ងប់ងុលនឹងកិច្ចចការជីវិត និងការត្រេកត្រអាលនៅក្នុងលោកិយដែលពួកគេមិនយកចិ ត្តតទុកដាក់ពីការ ប្រកួតប្រជែងគ្នាក្នុងការប្រតិបត្តិ(សាងទង្វើ កុសល ) និងមិនយកចិត្តទុកដាក់ ពីការឆ្លៀតពេលវេលាដើម្បីបញ្ជិ តខ្លួនទៅចំពោះអល់ឡោះដោយការប្រតិបត្តិឱ្យ យល់ជីវិតឲ្យពិត និងរយៈពេលដ៏ខើចខ្លីនៃជីវិត ហើយថ្ងៃបរលោកគឺជាទីកន្លែង ឋិតថេរ និងអមតៈ។ ខណៈដែលអល់ឡោះទ្រង់កោតសរសើរលើអ្នកនាំសារក្នុង គម្ពីរគួរអាន និងរំឭកទង្វើរបស់ ពួកគេ ទ្រង់សរសើរពួកគេជាមួយនឹងមូលហេតុ ដែលជំរុញពួកគេឱ្យសាងទង្វើ ល្អ អ និងកុសលធម៌។ ទ្រង់មាន មានបន្ទូលថា៖ “ពិត ណាស់ យើងបានជ្រើសពួកគេជាពិសេសដោយយើងធ្វើឲ្យការរំឭកចំពោះ ថ្ងៃបរលោកឋិតក្នុងដួងចិត្តពួកគេ”។ (គម្ពីរគួរអាន ៣៨ៈ៤៦)។ បានសេចក្តី ថា មូលហេតុនៃទង្វើ ល្អ អនោះ គឺដោយសារពួកគេមានលក្ខណៈពិសេសក្នុងការ នឹករឭកចំពោះថ្ងៃបរលោក។ ដូចនេះ ការរំឭកនេះជំរុញឲ្យពួកគេសាងអំពើល្អ និង កិច្ចចការទាំងនោះ។ ហើយនៅពេលដែលអ្នកមូស្លីមខ្ជិលច្ររអូសព្ររងើយកន្តើយ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104 3 ពីការប្រតិបត្តិតាមបទបញ្ជារបស់ អល់ឡោះនិងអ្នកនាំសាររបស់ ទ្រង់នោះ ទ្រង់ក៏មានបន្ទូលដាស់តឿនពួកគេថា៖ “តើពួកអ្នកពេញចិត្តនឹងការបស់នៅ ក្នុងលោកិយជាងបរលោកឬ? ប៉ុន្តែសុភមង្គគលនៃការបស់នៅក្នុងលោកិយ មិនអាចប្រៀបនឹង ថ្ងៃបរលោកបានទេ លើកលែងតែបន្តិចបន្តួចប៉ុណ្ណោះណោះ”។ (គម្ពីរគួរអាន ៩ៈ៣៨)។ នៅពេលដែលមនុស្សលោកជឿចំពោះថ្ងៃបរលោក គេពិតជាដឹងយ៉ាងច្បាស់ថា គ្រប់ពរជ័យទាំងអស់ នៅលើលោកិយមិនអាច ប្រៀបផ្ទឹ[មនឹងពរជ័យនៅថ្ងៃបរលោកបានឡើយ។ ម្យ៉ាងទៀត សេចក្តីសុខក្នុង លោកិយមិនអាចប្រៀបនឹងការជ្ររលក់ ខ្លួនចូលម្តតងទៅក្នុងទណ ឌកម្មមនៅបរលោក នោះទេ។ គ្រប់ទណ ឌកម្ម(ការលំបាក)នៅលើ លោកិយ (ក្នុងការគោរពតាមាន គ៌ា របស់ អល់ឡោះ)មិនអាចប្រៀបផ្ទឹ[មទៅនឹងទណ ឌកម្មមនៅថ្ងៃបរលោកបានឡើយ។ ម្យ៉ាងវិញទៀត ទុក្ខលំ បាក្នុងលោកិយក៏មិនអាចប្រៀបនឹងការជ្ររលក់ ខ្លួនចូល ម្តតងទៅក្នុងបរមសុខ នៅបរលោកនោះដែរ។ ភាពស្កកប់ស្កកល់៖ គឺមនុស្សលោកទទួលបានចំណែករបស់ ខ្លួន។ បើសិនជា សម្បត្តិណាមួយនៃជីវិត រស់នៅ របស់ គេលើលោកិយបានបាត់បង់នោះ គេពុំត រូវ អស់ សង្ឃឹម ហើយពុំត្រូវធ្វើអត្តតឃាតដោយសារ ការកើតទុក្ខខនោះទេ។ ផ្ទុយទៅវិញ គេត្រូវតែព្យាយា មតស៊ូ ហើយជឿជាក់ថា អល់ឡោះមិនបំបាត់ផលបុ ណ្យពី អ្នកសាងទង្វើ កុសល ឡើយ។ ទោះបីជាត្រូវគេបំពាន ឬបោកប្រាស់ប៉ុនគ្រាប់ស្តៃ ក៏ដោយ គឺទ្រង់នឹងផ្ដែល់ឲ្យវិញនូវអ្វីដែលគេត្រូវការចាំបាច់បំផុតនៅថ្ងៃបរលោក។ តើគេកើតទុក្ខម តេចនឹងកើតបើគេដឹងថា ចំណែករបស់ គេនឹងមកដល់គេវិញដោយ គ មានការសង្ស័យនៅក្នុងគ្រាដែលគ្រោះថ្នាក់បំផុត នោះ? តើគេព្រួយបារម្ភភម្តេច កើតបើគេដឹងថា អ្នកដែលកាត់ក្ដីរវាងគេនិងគូវិវាទរបស់ គេ គឺអល់ឡោះដែលជា អ្នកកាត់ក្ដីដ៏យុត្តិធម៌បំផុតនោះ?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105 &gt; ជំនឿចំពោះព្រះលិខិត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អត្ថន័យនៃជំនឿចំពោះព្រះលិខិត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គឺជាការជឿជាក់យ៉ាងដាច់ខាតថា រាល់រឿងល្អ និងរឿងអាក្រក់ វាគឺជា ការកំណត់(នៅក្នុងព្រះលិខិត)របស់ អល់ឡោះរួចជាស្រេច ហើយទ្រង់ធ្វើនូវអ្វី ដែលទ្រង់ប្រាថ្នា។ អ្វីក៏ដោយមិនអាចកើតឡើងបានឡើយ លុះត្រាតែទ្រង់ប្រាថ្នាឲ្យ វាកើតឡើង។ អ្វីក៏ដោយមិនអាចេញផុតពីចេ តនារបស់ ទ្រង់បានឡើយ។ ហើយ អ្វីក៏ដោយនៅក្នុងចក្ររ វាលទាំងអស់ មិនអាចេញផុតពីការកំណត់របស់ ទ្រង់បាន ឡើយ។ គ មានអ្វីអាចកើតឡើង លើកលែងតែតាមការបៀបចំរបស់ ទ្រង់។ ជាមួយគ្នា នេះ ទ្រង់បានដាក់បញ្ជា និងបម្រាមចំពោះខ្ញុំរបស់ ទ្រង់ទាំងអស់ ហើយទ្រង់បើកសិ ទ្ធិ ឲ្យពួកគេជ្រើស តាមចិត្តសម្រាប់រាល់ទង្វើ របស់ ពួកគេដោយគ មានការបង្ខិតបង្ខំ ឡើយ។ ផ្ទុយទៅវិញ ទង្វើ របស់ ពួកគេកើតឡើងអាស្រ័យទៅតាមលទ្ធធភាព និងចេតនា របស់ ពួកគេផ្ទាល់។ អល់ឡោះទ្រង់ជាអ្នកបង្កើតពួកគេ និងលទ្ធធភាពរបស់ ពួកគេ។ ទ្រង់ ចង្អុលបង្ហាញជនណាដែលទ្រង់មានចេតនា ហើយទ្រង់ធ្វើឲ្យវង្វេ ងចំពោះជនណា ដែលទ្រង់មានចេតនាដែរ ដោយគតិបណ្ឌិ តរបស់ ទ្រង់។ ទ្រង់មិនត្រូវគេសួរដេញដោល នូវអ្វីដែលទ្រង់ធ្វើឡើយ តែពួកគេទេដែលត្រូវគេ(អល់ឡោះ)សួរដេញដោលនោះ។ តើជំនឿចំពោះព្រះលិខិតមានអ្វីខ្លះ? ជំនឿចំពោះព្រះលិខិតមាន៤ប្រក្សារ៖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ជឿថា អល់ឡោះទ្រង់ដឹងនូវអ្វីគ្រប់យ៉ាងជាលក្ខណៈរួម និងពិស្ដារ។ ទ្រង់ដឹងចំពោះ ភាវៈរបស់ ទ្រង់ទាំងអស់ ទាំងពីរលាភសក្កាការៈ ពេលវេលានៃការស្លាប់ ពាក្យសំដី និង ទង្វើ របស់ ពួកគេមុននឹងទ្រង់បង្កើ តពួកគេ។ ទ្រង់ដឹងពីការកម្រើក និងការនៅសផងៀម របស់ ពួកគេ។ ទ្រង់ដឹងពីប្ររ ការអាថ៌កំបាំង និងការ លាត្រដាងរបស់ ពួកគេ អ្នកណា ត្រូវចូលឋានសួគ៌ និងអ្នកណាចូលឋាននរក។ ទ្រង់មាន មានបន្ទូលថា៖ "ទ្រង់គឺអល់ឡោះ ជាម្ចាស់ដែលគ្មានម្ចាស់ ណាត្រូវគេគោរពសក្ការៈដ៏ពិតប្រាកដក្រៅពីទ្រង់ឡើយ។ ទ្រង់ជាម្ចាស់ដែលដឹងនូវការអាថ៌កំបាំង និងការ លាត្រដាង"។ (គម្ពីរគួរអាន ៥៩ៈ២២)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106 ជឿថា ទ្រង់ពិតជាបានសរសេរនៅក្នុងគម្ពីរ "ឡាវហ៊ុ លម៉ះ ហ៊វូស" (សៀវភៅដែល កត់ត្រាអ្វីៗគ្រប់បែបយ៉ាងទាំងអស់ )នូវអ្វីដែលទ្រង់បានដឹងរួចជាមុន។ ភស្ដុ តាង គឺពាក្យបន្ទូលរបស់ ទ្រង់ថា៖ "គ មាន គ្រោះថ្នាក់ ណាមួយបានធ្លាក់មកលើផែនដី ហើយក៏គ មានគ្រោះថ្នាក់ណាមួយបានធ្លាក់ទៅលើពួកអ្នក លើកលែងតែបាន កត់ត្រាទុក្នុងគម្ពីរ(ឡាវហុ លម៉ះហ៊វូស)មុននឹងយើងបានបង្កើ តវា"។ (គម្ពីរ គួរអាន ៥៧ៈ២២)។ ហើយព្យាការីបានមានប្រសាសន៍ថា៖ "អល់ឡោះទ្រង់ បានលិខិតកំណត់ចំពោះភាវៈទាំងអស់ មុននឹងទ្រង់បង្កើ តមេឃនិងផែនដីចំនួន ប្រាំម៉ឺនឆ្នាំ"។ (មូស្លីមៈ២៦៥៣) ជឿថា ចេតនារបស់ អល់ឡោះគឺត្រូវតែកើតឡើងគ មានអ្វីអាចរារាំងបាន ហើយ អានុភាពរបស់ ទ្រង់គ្មានអ្វីអាចយកឈ នះបានដែរ។ គ្រប់ហេតុការណ៍ទាំងអស់ កើតឡើងអាស្រ័យទៅតាមចេតនា និងអានុភាពរបស់ ទ្រង់។ អ្វីដែលទ្រង់មាន ចេតនា គឺត្រូវតែកើតឡើង ហើយអ្វីដែលទ្រង់គ មានចេតនា គឺមិនអាចកើតឡើង ជាដាច់ខាត។ អល់ឡោះទ្រង់ បានមាន មានបន្ទូលថា៖ "ហើយពួកអ្នកមិនអាចមាន បំណងធ្វើអ្វីមួយបានឡើយ លើកលែងតែអល់ឡោះដែលជាម្ចាស់គ្រប់គ្ររងពិភព ទាំងអស់ មានចេតនាប៉ុណ្ណោះណោះ"។ (គម្ពីរគួរអាន ៨១ៈ២៩)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ជំនឿចំពោះព្រះលិខិតរបស់ អល់ឡោះជាគោលគ្រឹះ[មួយក្នុងចំណោមគ្រឹះ[នៃជំនឿ ទាំងប្រាំមួយ ដូចមាននៅក្នុងចម្លើយរបស់ អ្នកនាំសារនៅពេលដែលម៉ាឡាអ៊ីកាត់ជីព្រីលសួ រ លោកអំពីជំនឿ លោកឆ្លើយ ថា៖ "អ្នកត្រូវជឿចំពោះអល់ឡោះ បណ្តាម៉ាឡាអ៊ីកាត់ របស់ ទ្រង់ បណ្តាព្រះគម្ពីររបស់ ទ្រង់ បណ្តាអ្នកនាំសាររបស់ ទ្រង់ ជឿចំពោះថ្ងៃបរលោក និងជឿចំពោះ ព្រះលិខិតល្អ និងអាក្រក់"។ (មូស្លីមៈ៨) ជឿថា អល់ឡោះជាអ្នកបង្កើតឲ្យមានអ្វីៗគ្រប់ យ៉ាងទាំងអស់។ ទ្រង់ជាអ្នកបង្កើត តែមួយគត់។ អ្វីដែលក្រៅពីទ្រង់ គឺជាភាវៈ(ម៉ាខ្លូក)របស់ ទ្រង់។ ទ្រង់មានអានុភាព លើអ្វីៗទាំងអស់។ អល់ឡោះទ្រង់បានមាន មានបន្ទូលថា៖ "ហើយទ្រង់បានបង្កើ តនូវ រាល់អ្វីៗទាំងអស់។ បន្ទាប់មកទ្រង់បានកំណត់វាយ៉ាងសុក្រឹ[តឥតខ្ចោះ"។ (គម្ពីរ គួរអាន ២៥ៈ២)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107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មនុស្សលោកមានសិទ្ធិជ្រើស មានលទ្ធធភាព និងចេតនាខ្លួនឯង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ជំនឿចំពោះព្រះលិខិត គឺមិនបដិសេធចេតនារបស់ មនុស្សក្នុងការធ្វើទង្វើ អ្វីមួយតាមជម្រើសរបស់ គេនោះទេ ហើយក៏មិនបដិសេធលទ្ធធភាពនៃការជ្រើស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នោះដែរ ពីព្រោះ តាម ច្បាប់ និងភាពជាក់ស្ដែងបានបញ្ជាក់យ៉ាងដូចនោះ។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តាមច្បាប់ គឺអល់ឡោះទ្រង់មានបន្ទូលពីចេតនាថា៖ "នោះគឺជាថ្ងៃដែលនឹង កើតឡើងយ៉ាងពិតប្រាកដ។ ដូចនេះ ជនណាហើយចង់(គេចផុតពីភាពលំបាកនៅ ថ្ងៃបរលោក)នោះ ចូរឲ្យគេជ្រើសកន្លែងវិលត្រឡប់ ប់ទៅកាន់ម្ចាស់របស់ គេចុះ"។ (គម្ពីរគួរអាន ៧៨ៈ៣៩)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ហើយអល់ឡោះទ្រង់មានបន្ទូលពីលទ្ធធភាពថា៖ "អល់ឡោះមិនដាក់បន្ទុក លើអ្នកនាម្នាក់ហួសពីលទ្ធធភាពរបស់ គេឡើយ។ អ្នកណាបានសាងអំពើល្អ គឺ ទទួលបានផលល្អ អ ហើយអ្នកណាបានសាងអំពើអាក្រក់ គឺទទួលបានផល អាក្រក់"។ (គម្ពីរគួរអាន ២ៈ២៨៦)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រីឯភាពជាក់ស្ដែងវិញ គឺមនុស្សគ្រប់រូបមានចេតនា និងលទ្ធធភាពប្រព្រឹ [ត្ត ឬមិនប្រព្រឹ [ត្ត(ទៅតាមចេតនា និងលទ្ធធភាពរបស់ ខ្លួន)។ គេអាចបែងចែករវាង អ្វីដែលកើតឡើងតាមចេតនារបស់ គេ ដូចជាការដើរ អ្វីដែលកើតឡើងដោយ គេ គ មានចេតនា ដូចជា សេចក្ដីភ័យខ្លាច ការដួលភ្លាមៗ។ ក៏ប៉ុន្តែចេតនារបស់ មនុស្ស និងលទ្ធធភាព របស់ គេកើតឡើងទៅតាមចេតនារបស់ អល់ឡោះ និងអានុភាពរបស់ ទ្រង់ ដូចអល់ឡោះទ្រង់មាន មានបន្ទូលថា៖ "សម្រាប់អ្នកណាដែលមានបំណងចង់ដើរលើមាន គ៌ា ដ៏ត្រឹមត្រូវក្នុងចំណោមពួកអ្នក ហើយពួកអ្នកមិនអាចមានបំណងធ្វើអ្វីមួយបានឡើយ លើកលែងតែអល់ឡោះដែលជាម្ចាស់គ្រប់គ្ររងពិភពទាំងអស់ មានចេតនាប៉ុណ្ណោះណោះ"។ (គម្ពីរគួរអាន ៨១ៈ២៨- ២៩)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ក្នុងវាក្យខណ្ឌឌនេះ គឺទ្រង់បញ្ជាក់ពីបំណង និងចេតនារបស់ មនុស្ស បន្ទាប់មក ទ្រង់បញ្ជាក់ទៀតថា បំណងនិងចេតនា(របស់ មនុស្ស) គឺនៅក្នុងចេតនារបស់ ទ្រង់ ពីព្រោះចក្ររ វាលទាំងមូលគឺជាកម្មសិ ទ្ធិរបស់ អល់ឡោះ។ គ មានអ្វីដែលជាកម្មសិ ទ្ធិរបស់ ទ្រង់ដោយទ្រង់ពុំបានដឹង និង ទ្រង់ពុំមានចេតនានោះឡើយ។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108 ជួនកាល បាទ ទេ &gt; ពិតប្រាកដណាស់ យើងបានចង្អុលបង្ហាញគេនូវ មាន គ៌ាដ៏ត្រឹមត្រូវ។ គេអាចជាអ្នកដឹងគុណ ឬជាអ្នក រមិលគុគុណ។ (គម្ពីរគួរអាន ៧៦ៈ៣)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យកលេសនឹងព្រះលិខិត ការដាក់បទបញ្ជា និងបម្រាម គឺអាស្រ័យទៅតាមលទ្ធធភាព និងការជ្រើស របស់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មនុស្សដែលអាចអនុ វត្តតទៅបាន។ គេប្រទានផលបុ ណ្យចំពោះអ្នកធ្វើអំពើល្អតាមការ ជ្រើស របស់ គេនូវមាន គ៌ាដែលមាន ការចង្អុលបង្ហាញ ហើយគេដាក់ទណ ឌកម្មមចំពោះអ្នកធ្វើ អំពើអាក្រក់តាមការជ្រើស របស់ គេនូវមាន គ៌ាដែលវង្វវង។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អល់ឡោះទ្រង់មិនបានដាក់បន្ទុកលើយើងទេ លើកលែងតែអ្វីដែលយើង មានលទ្ធធភាព ហើយ ទ្រង់មិនទទួលយកពីអ្នកនាម្នាក់ដែលបោះបង់ការគោរពសក្ការៈ ចំពោះទ្រង់ដោយអាងលេសថា ជាព្រះលិខិតនោះដែរ។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បន្ទាប់មកទៀត មុននឹងមនុស្សលោកប្រព រឹ[ត្តតបាបកម្ម គឺគេពុំបានដឹងទេ អ្វីជា ចំណេះដឹង និងអ្វី ជា ការកំណត់របស់ អល់ឡោះ? ហើយអល់ឡោះទ្រង់ប្រទានចំពោះ គេនូវលទ្ធធភាព និងការជ្រើស។ ទ្រង់ បានបំភ្លឺចំពោះគេនូវផ្លូវល្អ អ និងផ្លូវអាក្រក់។ ដូចនេះ បើសិនជាគេប្រព្រឹ [ត្តតបាបកម្មមនោះ គឺគេជាអ្នកជ្រើស បាបកម្មមដោយខ្លួនឯង។ គេសម្រេ ចិ ត្តតយកការប្រព្រឹ [ត្តតបាបកម្មមជាជាងការប្រព្រឹ [ត្តា ម(ការធ្វើអំពើល្អ)។ ដូចនេះ គេត្រូវតែទទួលទណ្ឌឌកម្មចំពោះការប្រព្រឹ [ត្តតបាបកម្មមរបស់ គេដោយខ្លួនឯង។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109 &gt; ប្រសិន នបើមនុស្សម នាក់បានបំពានទៅលើអ្នក ហើយបានយកទ្រព្យសម្បត្តិរបស់ អ្នក ហើយបាន ធ្វើឲ្យអ្នករបួស បន្ទាប់ មក គេបានសុំអភ័យទោស ពីអ្នកដោយប្រើ លេសថា វាគឺជាវាសនា ដែលត្រូវ បានកំណត់រួច ប្រាកដជាអ្នកមិនអាចទទួលការ សុំអធ្យាស្រ័យអំពីទង្វើដ៏ថោកទាបនេះនោះឡើយ ហើយប្រាកដជាអ្នកនឹងដាក់ទណ ឌកម្មមដល់ជននោះ ហើយដកយកអ្វីដែលជាកម្មសិ ទ្ធិរបស់ អ្នកពីគេវិញ ពីព្រោះគេបានធ្វើបែបនោះដោយការជ្រើស របស់ គេ និងដោយចេតនារបស់ គេផ្ទាល់។ ផលប្ររ យោជន៍នៃជំនឿលើព្រះលិខិត ផលប្ររ យោជន៍នៃជំនឿលើព្រះលិខិត គឺធំធេងណាស់នៅក្នុងជីវិតរបស់ មនុស្ស 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ព្រះលិខិត គឺជាកត្តាជំរុញលើកទឹកចិត្តដ៏ធំបំផុត(ដល់មនុស្ស)ចំពោះ ការងារ ភាពសកម្មមកលៀវក្លា និងការខិតខំស្វែងរកនូវអ្វីដែលអល់ឡោះអនុញ្ញាត យល់ព្ររមសម្រាប់ជីវិតបស់នៅលើលោកិយនេះ។ អ្នកមានជំនឿទាំងអស់ ត្រូវបានគេបង្គាប់ឲ្យយកហេតុជាបច្ច័យជាមួយនឹង ការជឿទុកចិត្តលើអល់ឡោះ ហើយត្រូវមានជំនឿថា មូលហេតុមិនបានផ្ដែល់ ផលអ្វី ឡើយ លុះត្រាតែមាន ការអនុញ្ញាតពីអល់ឡោះ ពីព្រោះទ្រង់គឺជាអ្នក បង្កើ តមូលហេតុ និងលទ្ធធផលទាំងឡាយ។ អ្នកនាំសារមានប្រសាសន៍ថា៖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"ចូរអ្នកខិតខំធ្វើអ្វីដែលផ្ដែល់ផលប្ររ យោជន៍ដល់អ្នក។ ចូរអ្នកសុំ ជំនួយពី អល់ឡោះ ហើយចូរអ្នកកុំខ្ជិលច្ររអូស។ ប្រសិន នបើមានអ្វី កើតឡើងចំពោះអ្នក ចូរអ្នកកុំនិយា យថា៖ ប្រសិន នបើខ្ញុំធ្វើដូចនេះនឹងបានដូចនេះ។ ប្រសិន នបើខ្ញុំដូចនោះ នឹងបានដូចនោះ ក៏ប៉ុន្តែអ្នកត្រូវពោលថា អល់ឡោះបានដាក់កំណត់រួចជាស្រេច ហើយអ្វីដែលទ្រង់មានចេតនា វានឹងកើតឡើង ពីព្រោះ(ពាក្យថា) "ប្រសិន នបើ"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110 2 3 គឺវាបើកផ្លូវឲ្យសកម្មមភាពរបស់ បិសាចស្ហៃតន(ញុះញង់មនុស្សលោក)"។ (មូស្លីមៈ២៦៦៤)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មនុស្សលោកត្រូវដឹងពីល ទ្ធធភាពខ្លួនឯង គេមិនត្រូវមានអំនួត ក្ររអឺតក្ររទម ពីព្រោះគេគ មានលទ្ធធភាពដឹងនូវអ្វីដែល(ព្រះលិខិត)បានកំណត់ រួចជាស្រេច ឡើយ ហើយនៅពេលអនាគ តក៏គេពុំបានដឹងនូវអ្វីដែលនឹង កើតឡើងដែរ។ ដូចនេះ មនុស្សលោកត្រូវតែទទួលស្គាល់នូវការអស មត្ថថភាព របស់ ខ្លួន និងភាពខ្វះខាតរបស់ គេ និងត្រូវការម្ចាស់ របស់ គេជារៀងរហូត។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កាលណាមនុស្សទទួលបានប្រក្សារល្អ គេមានអំនួត ត្រេកត្រអាល ហើយ កាលណា គេទួ លបានប្រក្សារអាក្រក់និងគ្រោះថ្នាក់ គេខឹងច្ររឡោត កើតទុក្ខព្រួ យ។ គ មានអ្វីអាចរក្សាមនុស្សលោកពីការមានអំនួតហួសហេតុ នៅពេលដែលគេទទួលបានប្រក្សារល្អ និងការកើតទុក្ខព្រួ យនៅពេលដែលគេ ទទួលបានប្រក្សារអាក្រក់បានឡើយ គឺមានតែការមានជំនឿលើព្រះលិខិតនេះ ប៉ុណ្ណោះណោះ។ ពិតណាស់ អ្វីៗដែលកើតឡើង គឺប្រព្រឹ[ត្តតទៅតាមព្រះលិខិតដែល បានកំណត់រួចជាស្រេច ហើយអល់ឡោះទ្រង់បានដឹងទាំងពីរមុនមកហើយ។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ជំនឿលើព្រះលិខិតជួយបំបាត់ភាពអពមង្គគលនៃការច្ររណែន ឈ នានីស។ អ្នកមានជំនឿ គឺមិនច្ររណែនឈ នានីស នូវអ្វីៗដែលអល់ឡោះទ្រង់ បានផ្ដែល់ចំពោះមនុស្សលោកនៃភាពល្អប្រសើរឡើយ ពីព្រោះទ្រង់ជាអ្នកដែល ផ្ដែល់លាភសក្កាការៈ និងកំណត់សម្រាប់ពួកគេរួចទៅហើយ។ អ្នកមានជំនឿក៏ ដឹងទៀតថា នៅពេលដែលគេច្ររណែនឈ នានីស អ្នកដទៃនោះ គឺជាការប្រឆាំង នឹងព្រះលិខិតរបស់ អល់ឡោះ និងការកំណត់របស់ ទ្រង់។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ជំនឿលើព្រះលិខិត ជំរុញចិត្តឲ្យមានភាពក្លាហា នក្នុងការ ប្រឈមមុខនឹងឧបសគ្គគ ហើយ ពង្រឹ[ងឆន្ទៈ ពីព្រោះក្នុងចិត្តជឿជាក់យ៉ាងច្បាស់ ថា ពេលកំណត់ (នៃសេចក្ដីស្លាប់) លាភសក្កាការៈ គឺបានកំណត់រួចជាស្រេច ហើយគ មានអ្វីកើត ឡើងចំពោះមនុស្ស ក្រៅពីអ្វីដែលគេបានលិខិតកំណត់ រួចជាស្រេចសម្រាប់គេនោះឡើយ។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ជំនឿរបស់អ្នក 111 5 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ជំនឿលើព្រះលិខិត បណ ដុះផ្នត់គំនិតអ្នកមានជំនឿនូវធាតុពិតជាច្រើន នៃជំនឿ ធ្វើឲ្យ គេជានិច្ចចកាលតែងតែសុំជំនួយពីអល់ឡោះ ពឹងផ្អែក និងជឿ ទុកចិត្តលើទ្រង់ ជាមួយនឹងការយកហេតុជាបច្ច័យ ហើយគេជានិច្ចចកាល តែងតែត្រូវការទ្រង់ផងដែរ ដើម្បីសុំជំនួយឱ្យមានជំហររឹងមាំ។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ជំនឿលើព្រះលិខិតនាំឲ្យមានភាពស្កកប់ស្កកល់ក្នុងខ្លួន។ អ្នកមានជំនឿ ដឹងថា អ្វីដែលត្រូវកើតឡើងចំពោះរូបគេ គឺវាមិនអាចទៅណាខុសពីគេបានទេ ហើយអ្វីដែលត្រូវកើតឡើងលើអ្នកដទៃក្រៅពីរូបគេនោះ ក៏មិនអាចកើតឡើង ចំពោះរូបគេបាននោះដែរ។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ការជម្រះសម្អាតរបស់អ្នក "អល់ឡោះជាម្ចាស់បានបង្គាប់ឲ្យជនមូស្លីមធ្វើការជម្រះ សម្អាតចិត្តរបស់ គេពីទង្វើ ស្ហីរិក(ពហុទេពនិយម)និងជំងឺផ្លូវចិត្ត ដូចជា ការច្ររណែនឈ នានីស ក្ររអឺតក្ររទម និងការចងគំនុំនឹងគ្នា។ល។ ហើយធ្វើការជម្រះសម្អាតខ្លួនប្រាណរបស់ គេពីភាព កខ្វក់។ ប្រសិន នបើបុគ្គល ណាបានធ្វើដូចនោះ គេពិតជាទទួលបាននូវការអាណិត ស្ររលាញ់ពីព្រះជាម្ចាស់ជាមិនខាន ដូចទ្រង់មាន មានបន្ទូលថា៖ ពិតណាស់ អល់ឡោះ ស្ររលាញ់បណ្ដាអ្នកដែលសារភាពទោសកំ ហុស និងស្ររលាញ់បណ្ដាអ្នកជ្រះស្អាត"។ (គម្ពីរគួរអាន ២ៈ២២២)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 និយមន័យនៃការជម្រះ សម្អាត ការជម្រះ សម្អាតពីភាពកខ្វក់ ការសម្អាតភាពកខ្វក់ សុជីវធម៌ក្នុងការបន្ទោបង់ និងការសម្អាត ហាហ្ទាស(ភាពកខ្វក់ផ្នែកបញ្ញញត្តិច្បាប់) ហាហ្ទាសតូច និងការយកទឹកជម្រះកាយ(ទឹកវូហ្ទុ) តើខ្ញុំត្រូវយកទឹកជម្រះកាយ(ទឹកវូហ្ទុ)យ៉ាងដូចម្ដេច? ការបំបាត់ហាហ្ទាសតូច ហាហ្ទាសធំនិងការងូតទឹក តើអ្នកមូស្លីមសម្អាតខ្លួនពីជូនុប ឬហាហ្ទាសធំយ៉ាងដូចម្ដេច? អ្នកដែលគ្មានលទ្ធធភាពប្រើប្រាស់ទឹក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អនាម័យរបស់អ្នក &gt; និយមន័យនៃការជម្រះសម្អាត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ន័យដើមរបស់ ពាក្យ ការជម្រះ សម្អាត(តហា រ៉ោះ) គឺសំដៅលើភាពស្អាតស្អំ អនាម័យ និងជ្រះថ្លា។ ពិតណាស់ អល់ឡោះទ្រង់បានបង្គាប់ប្រើលើជនមូស្លីមឲ្យធ្វើការជម្រះ សម្អាត ខ្លួនប្រាណ និងចិត្តរបស់ គេ។ ហេតុនេះ គេត្រូវសម្អាតខ្លួនប្រាណរបស់ គេពីរាល់ ប្រក្សារណាដែលកខ្វវក់ និងសម្អាតចិត្តរបស់ គេពីប្រ រក្សារស្ហីរិក(ពហុទេពនិយម) និង ការច្ររណែនគុំគួនគ្នាទៅវិញ ទៅមក។ ប្រសិន នបើបុគ្គល ណាបានធ្វើដូចនោះ គេពិតជា ទទួលបានការអាណិតស្ររលាញ់ពីអល់ឡោះជាម្ចាស់ ដូចដែលទ្រង់មាន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ហាហ្ទាស ប្រការកខ្វក់ 2 1 "ពិតណាស់ អល់ឡោះស្ររលាញ់បណ្ដាអ្នកដែលសារភាពទោសកំ ហុស និងស្ររលាញ់ បណ្ដាអ្នកដែលជ្រះស្អាត"។ (គម្ពីរគួរអាន ២ៈ២២២)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ហើយទ្រង់បានបង្គាប់ឲ្យធ្វើការជម្រះ សម្អាតដើម្បីប្រតិបត្តិសឡាត(ថ្វាយបង្គំ) ពីព្រោះ ការសឡាត គឺជាការបួងសួងចំពោះទ្រង់។ ជាធម្មតា មនុស្ស គ្រប់រូបនៅពេល ទៅជួបស្ដេច ឬ មេដឹកនាំ នាម្នាក់ គេពិតជាជ្រើសម្លៀកបំពាក់យ៉ាងល្អស្អាតជា មិនខាន។ ចុះយ៉ាងដូចម្ដេចវិញ សម្រាប់អ្នកដែលទៅជួបនឹងម្ចាស់នៃស្តេចទាំងឡាយ ជាម្ចាស់ដ៏មហាស្អាតស្អំបំផុតនោះ។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តើអ្វីជាការសម្អាតដែលគេទាមទារចង់បានសម្រាប់ការសឡាត(ថ្វាយបង្គំ)?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នៅពេលណាដែលជនមូស្លីមចង់ប្រតិបត្តិសឡាត ឬកាន់គម្ពីរគួរអាន ឬតវ៉ាហ្វវ (ដើរប្រទក្សិណ)ជុំវិញកាក់ហ្ពះ គឺចាំបាច់ត្រូវធ្វើការជម្រះសម្អាត។ ចំពោះកន្លែង ផ្សេងទៀតដែលទ្រង់ជំរុញឲ្យធ្វើការជម្រះ សម្អាតដែរនោះ គឺនៅពេលសូ ត្រគម្ពីរគួរអាន ដោយមិន កាន់គម្ពីរ ពេលធ្វើការបួងសួង និងនៅពេលគេងជាដើម។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 ចាំបាច់លើជនមូស្លីមនៅពេលដែលគេចង់សឡាត គេត្រូវជម្រះសម្អាត អំពីប្ររ ការចំនួនពីរ៖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អនាម័យរបស់អ្នក &gt; ការជម្រះសម្អាតពីប្រក្សារកខ្វ វក់ &gt; អល់ឡោះបានដាក់បង្គាប់ជនមូស្លីមឲ្យជម្រះ សម្អាតចិត្តរបស់ គេឲ្យបានជ្រះស្អាតពីប្ររ ការស្ហីរិក និងពីជំងឺផ្លូវចិត្ត ហើយនិង សម្អាតផ្នែកខាងក្រៅរបស់ គេឲ្យជ្រះស្អាតអំពីប្ររ ការដែលត្រូវ បានហា មឃាត់ និងប្រក្សារដែលកខ្វវក់ទាំងឡាយ។ ប្រក្សារកខ្វក់ គឺវត្ថុរូបីទាំងឡាយដែលច្បាប់បាន ចែងថាវាកខ្វក់ ហើយបានបង្គាប់ ប្រើឲ្យយើងជម្រះសម្អាតវា ដើម្បីធ្វើការគោរពសក្ការៈចំពោះទ្រង់។ ជាគោលការណ៍ អ្វីៗគ្រប់យ៉ាងគឺត្រូវបាន ច្បាប់អនុញ្ញាត និងមានភាពជ្រះស្អាត ហើយភាពកខ្វវក់ វាជាអ្វីដែលកើតឡើងក្រោយប៉ុណ្ណោះណោះ។ ហេតុនេះ ប្រសិន នបើយើងមានការមន្ទិ លសង្ស័យចំពោះភាពស្អាតស្អំនៃសម្លៀកបំពាក់របស់ យើង ហើយ យើងមិនប្រាកដច្បាស់ថា វាមាន ភាពកខ្វវក់ទេនោះ ជាគោលការណ៍ គឺវា នៅតែជ្រះស្អាត។ បើសិនជាយើងចង់ប្រតិបត្តិសឡាត គឺចាំបាច់លើយើងត្រូវជម្រះសម្អាតខ្លួនប្រាណ និងសម្លៀកបំពាក់ ព្រមទាំងទីកន្លែងដែលយើងចង់ សឡាត។ ប្រក្សារដែលកខ្វវក់នោះគឺ៖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លាមក និងទឹកនោ មរបស់ មនុស្ស 2 ឈា ម តែគេអនុគ្រោះចំពោះឈា មបន្ដិចបន្ដួច 3 លាមកសផងួ ត និងទឹកនោ មសត្វដែលគេហា មិនឲ្យបរិភោគសាច់របស់ វា (មើល ទំព័រ២៥០) 4 សត្វឆ្កែ និងជ្រូក 5 សាកស ពសត្វ(រាល់សត្វស្លាប់ទាំងឡាយ លើកលែង តែសត្វដែលគេអនុញ្ញាត ឲ្យបរិភោគវានៅពេលគេសំទេះតាមច្បាប់ឥស្លាម។ ចូរមើលទំព័រ២៥១)។ ចំណែកសាកស ពមនុស្សនិងត្រី សត្វល អិត គឺវាមាន ភាពជ្រះស្អាត។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អនាម័យរបស់អ្នក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ការជម្រះ សម្អាតពីប្ររ ការកខ្វក់ &gt;ការបំបាត់ភាពកខ្វក់នោះ គឺអាចប្រើ ប្រាស់ទឹក ឬអ្វីផ្សេងដែលអាចបំបាត់ធាតុកខ្វក់របស់ វាបាន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ការលាងជម្រះ នូវភាពកខ្វក់ដែល ប្រឡាក់នៅលើខ្លួនប្រាណ សម្លៀកបំពាក់ ទីកន្លែង គឺយើងគ្រាន់តែលាងវាឱ្យបាត់ សារធាតុកខ្វក់ពីរបស់ ដែលប្ររ ឡាក់ នោះ បានហើយ ទោះដោយប្រើវិធីណាក៏ដោយ ទោះដោយប្រើទឹក ឬអ្វីផ្សេងទៀត ពីព្រោះ ច្បាប់ប្រើឱ្យបំបាត់វា ហើយមិនបានដាក់ លក្ខខខណ្ឌឌឱ្យលាងជម្រះ ភាពកខ្វក់នោះនូវ ចំនួនណាមួយជាក់លាក់ដែរ លើកលែងតែ ទឹកមាត់ លាមក និងទឹកនោ មរបស់ សត្វឆ្កែ ប៉ុណ្ណោះណោះដែលតម្រូវឲ្យលាងវាចំនួនប្រាំពីរ ដង ដោយលើកទីមួយគឺត្រូវប្រើ ទឹក លាយ ដី។ ចំណែកឯប្រក្សារកខ្វក់ផ្សេងទៀតនោះ គឺយើងគ្រាន់តែលាងវាឲ្យបាត់សារធាតុកខ្វក់ប៉ុណ្ណោះណោះ ហើយកលិននិងពណ៌របស់ វាគ មាន បញ្ហាអ្វីទេ ដូចព្យាការីមូហាំម៉ាត់បានមានប្រសាសន៍ទៅកាន់នារីម នាក់ដែលនាងបាន លាងឈា មរដូវរបស់ នាងថា៖ នាងគ្រាន់តែលាងឈា មបានហើយ ហើយស្នាមរបស់ វាគឺគ មានបញ្ហាអ្វីឡើយ។ (អាពូហ ទាវូទៈ៣៦៥។)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សុជីវធម៌ក្នុងការបន្ទោបង់និងការសម្អាត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នៅពេលគេចូលបង្គគន់ គប្បីចាប់ផ្ដទីម ដោយជទីងឆ្វេង រួចសូ ត្រង់ថា៖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بسم هللا، اللهم إين ǫأعوذ بك من اخلبث واخلبائث (ពិសមិលឡះ អល់ឡហ៊ុ ម៉ា អិននី អាអ៊ូហ្ស៊ូពីកា មីណាល់ឃុបហ ស៊ី វ៉ាល់ខហ ពាអ៊ីស) "ក្នុងនាមអល់ ឡោះ ឱអល់ ឡោះជាម្ចាស់! សូមទ្រង់បញ្ជៀសរូ បខ្ញុំពីស្ហៃត នប្រុស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និងស្ហៃត នស្រី ផងចុះ"។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អនាម័យរបស់អ្នក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ហទីយ នៅពេលគេចេញពីបង្គគន់វិញ គប្បីចាប់ផ្ដើមដោយជើងស្ដាំ ហើយសូត្រថា៖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غفرانك (ហ្គុហ្វវរ៉ណាកា) "សូមទ្រង់អភ័យទោសផ ងចុះ"។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ចាំបាច់ត្រូវបិ ទបទាំងខ្លួនប្រាណរបស់ គេពីក្រ រសែភ្នែកមនុស្សនៅពេលកំ ពុង បន្ទោបង់។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កុំបន្ទោបង់នៅទីកន្លែងណាដែលធ្វើឲ្យមានការប៉ះពាល់ដល់មនុស្ស។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កុំបន្ទោបង់ដាក់ក្ររហែងដី ព្រោះវាអាចមានសត្វចង្រៃនៅក្នុងនោះដោយហេតុ ណាមួយ ដែលបណ្ដាលឲ្យប៉ះពាល់ដល់ខ្លួនឯងវិញ។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ចាំបាច់លើជនមូស្លីមិនត្រូវតម្ររង់ទៅកាន់គិបឡាត់(ទិសតម្ររង់ពេលសឡាត) ឬបែរខ្ននងដាក់គិបឡាត់នោះទេ ទោះជានៅទីកន្លែងណាក៏ដោយ លើកលែងតែ នៅក្នុងបន្ទទប់ទឹកឬបង្គន់ គឺគ មានបញ្ហាទេ ព្រោះព្យាការីលោកមានប្រសាសន៍ថា៖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នបើពួកអ្នកធ្វើការបន្ទោបង់ ចូរពួកអ្នកកុំតម្ររង់ទៅកាន់គិបឡាត់ ឬបែរខ្ននង ដាក់វា"។ (អាល់ពូខរីៈ៣ ៨៦ មូស្លីមៈ២៦៤)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ត្រូវប្រុ ងប្រយ័ ត្ននកុំឲ្យខ្ទាតប្រក្សារកខ្វក់ទៅលើសម្លៀកបំពាក់របស់ គេ ហើយចាំបាច់ ត្រូវលាងវា ប្រសិន នបើប្រឡាក់។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នៅពេលដែលបន្ទោបង់រួច មានរឿងមួយដែលគេត្រូវធ្វើ៖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ត្រូវសម្អាតលាមក ឬទឹកនោ ម ពីខ្លួនរបស់ គេដោយប្រើទឹក ឬមួយត្រូវសម្អាតដោយប្រើ ក្ររណាត់បីដុំ ឬច្រើនជាងនេះ ឬ ដុំថ្ម ឬក្ររដាស ដែលអាចជម្រះ សម្អាតខ្លួនគេពីប្រ រក្សារកខ្វក់ នោះបាន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អនាម័យរបស់អ្នក &gt; ហាហ្ទាស(ភាពកខ្វ វក់ផ្នែកបញ្ញញត្តិច បាប់) ហាហ្ទាស គឺជាលក្ខណៈអរូបីមួយដែលរារាំងមនុស្សមិនឲ្យប្រតិបត្តិសឡាត មុននឹងវាជ្រះស្អាត ហើយវាមិនមែនជាវត្ថុរូបីដូចរបស់ កខ្វក់នោះទេ។ ហើយហាហ្ទាស វានឹងជ្រះស្អាតនៅពេលដែលជនមូស្លីមយកទឹកជម្រះកាយ (វូហ្ទុ) ឬក៏ងូតទឹកជម្រះសម្អាតខ្លួន ប្រាណដោយទឹកស្អាត។ ទឹកស្អាត គឺជា ទឹកដែលបរិសុទ្ធមិនលាយឡំជាមួយនឹងសារធាតុកខ្វក់ផ្សេងៗ។ បើសិនជា គេយកទឹកជម្រះកាយ(ទឹកវូហ្ទុ)រួច គឺគេឋិតក្នុងសភាពដែលគេអាចប្រតិបត្តិ សឡាត(ថ្វាយបង្គំ)បាន រហូតដល់គេមានហាហ្ទាសសាជាថ្មី។ គេបែងចែកហាហ្ទាសជាពីរ៖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ហាហ្ទាសដែលចាំបាច់លើគេត្រូវតែយកទឹកជម្រះកាយ(វូហ្ទុ)ដើម្បីបំបាត់ វាចេញពីខ្លួន ហើយគេឱ្យឈ្មោះថា ហាហ្ទាសតូច។ ហាហ្ទាសដែលចាំបាច់លើគេត្រូវតែងូតទឹក និងស្រោចទឹកឱ្យសព្វខ្លួន ប្រាណ ដើម្បីបំបាត់វាចេញពីខ្លួន ហើយគេឲ្យឈ្មោះថា ហាហ្ទាសធំ។ ហាហ្ទាសតូច និងការយកទឹកជម្រះកាយ(ទឹកវូហ្ទុ)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ទឹកជម្រះកាយ(ទឹកវូហ្ទុ)របស់ ជនមូស្លីមត្រូវបានខូចឬដាច់ ហើយចាំបាច់ត្រូវ យកទឹកជម្រះកាយ ឬទឹកវូហ្ទុសាជាថ្មីដើម្បីប្រតិបត្តិការថ្វាយបង្គំប រសិ នបើមានករណី ដូចខាងក្រោមនេះ៖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លាមក ទឹកនោ ម និងរាល់អ្វីៗដែលបានចេញពីទ្វារទាំងពីរ ដូចជាផោ មជាដើម។ អល់ឡោះជាម្ចាស់ទ្រង់បានមាន មានបន្ទូលថា៖ "ឬនរនាម្នាក់ក្នុងចំណោម ពួកអ្នកបានបន្ទោបង់.. "។ (គម្ពីរគួរអាន ៤ៈ៤៣)។ ព្យាការីមូហាំម៉ាត់បាន មានប្រសាសន៍ទាក់ទងនឹងអ្នកដែលមានការសង្ស័យថាខ្លួនមានហាហ្ទាសក្នុង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អនាម័យរបស់អ្នក ពេលថ្វាយបង្គំថា៖ "គេមិនត្រូវចាកចេញពីសឡាត ឡើយ លុះត្រាតែគេបានឮ សំទេង ឬធុំក្លិន(ផោ</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 (អាល់ពូខរីៈ១៧៥ មូស្លីមៈ៣៦១) 2 កាន់ប្រដាប់ភេដៃយផ ទាល់ដៃដោយតណ្ហា៖ ព្យាការីមូហាំម៉ាត់លោកបាន មានប្រសាសន៍ថា៖ "បុគ្គល ណាដែលកាន់ប្រដាប់ភេទរបស់ ខ្លួន ចូរឱ្យគេយក ទឹកជម្រះកាយ(យកវូហ្ទុ)។ (អាពូហ ទាវូទៈ១៨១) បរិភោគសាច់អូដ្ឋឋ៖</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មានគេសួរព្យាការី មូហាំម៉ាត់ថា៖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តើយើងត្រូវយកទឹក ជម្រះ កាយដែរឬទេ ក្រោយពីបរិភោគសាច់ អូដ្ឋឋ? គាត់តបថា៖ "បាទ ត្រូវតែយក"។ បាត់បង់សតិ ដោយការដេកលក់ ឬស្ររវឹង ឬឆ្កួត។ 3 4 &gt; ក្នុងចំណោមប្រក្សារដែលធ្វើឲ្យខូច ទឹកវូហ្ទុ គឺការ បាត់បង់ស្មារតីដោយការ ដេកលក់ ឬឆ្កួត ឬស្ររវឹង។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អនាម័យរបស់អ្នក &gt; តើខ្ញុំយកទឹ កជ ម្រះកាយ(ទឹកវូហ្ទុ)យ៉ាងដូចម្ដេច?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ការយកទឹកជម្រះកាយ និងការជម្រះ សម្អាត គឺជាទង្វើ ដែលល្អ អប្រសើរ និងថ្លៃថ្លាបំផុត។ អល់ឡោះទ្រង់បានអភ័យទោសនិ ងលុបលាងកំហុសឆ្គគង នៅពេលដែលខ្ញុំបម្រើរបស់ ទ្រង់បានប្រតិបត្តិវាដោយចិត្តស្មោះបរិសុទ្ធធ និងចង់ បានផលបុ ណ្យពីព្រះជាម្ចាស់។ ពិតណាស់ ព្យាការីមូហាំម៉ាត់បានមានប្រសាសន៍ ថា៖ “នៅពេលដែលជនមូស្លីមយកទឹកជម្រះកាយ ហើយគេបានលាងមុខរបស់ គេនោះ រាល់បាបកម្មមបានហូរចេញតាមុខរបស់ គេជាមួយនឹងទឹក។ ហើយ នៅពេលគេលាងដៃរបស់ គេទាំងសងខាង រាល់បាបកម្មមបានហូរចេញតាមដៃ របស់ គេជាមួយនឹងទឹក។ ហើយនៅពេលគេលាងជើងរបស់ គេទាំងពីរនោះ រាល់ បាបកម្មមដែលជើងទាំងពីររបស់ គេបានដើរទៅរក ត្រូវបានហូរចេញ ជាមួយនឹង ទឹក រហូតដល់គេបានជ្រះស្អាតពីរាល់បាបកម្មមរបស់ ខ្លួន”។ (មូស្លីមៈ២៤៤)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តើខ្ញុំយកទឹកជម្រះកាយនិងជម្រះ សម្អាតហាហ្ទាសតូចយ៉ាងដូចម្ដេច? នៅពេលដែលជនមូស្លីមចង់យកទឹកជម្រះកាយគឺគេត្រូវ នៀត មានន័យថា គេត្រូវតាំងចិត្តបំបាត់ហាហ្ទាស ហើយ នៀតគឺជាលក្ខខ ខណ្ឌឌមួយក្នុងគ្រប់ការគោរពប្រណិ បត្តិ ទាំងអស់។ ព្យាការីមូហាំម៉ាត់លោកមានប្រសាសន៍ថា៖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"រាល់ការគោរពប្រណិ បត្តិទាំងអស់ ត្រូវមានការនៀត"។ (អាល់ពូខរីៈ១ មូស្លីមៈ ១៩០៧)។ បន្ទាប់មក គេត្រូវយក ទឹកជម្រះកាយតាមលំដាប់លំដោយបន្ដបន្ទាប់គ្នា គ មានការ ឃ្លាតពីគ្នារយៈពេលយូ រឡើយ។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អនាម័យរបស់អ្នក 1 3 5 4 2 សូត្រថា៖ "ពិសមិលឡះ" (ក្នុងព្រះនាមអល់ឡោះ) ខ្ពុរមាត់(ដាក់ទឹកចូលក្នុង មាត់ រួចខ្ពុរវា បន្ទាប់មក ខ្ជាក់ចេញ) ចំនួនបីដង។ លាងមុខដោយចាប់ផ្ដើមពីគ ល់ថផងាសខាងលើ រហូតដល់ចង្កា និងចាប់ពីគល់ត្រចៀកម្ខាងរហូតដល់ គល់ត្រចៀកម្ខាងទៀត ចំនួនបីដង។ បឺតទឹកចូលក្នុងច្ររមុះ រួចញើសចេញមកវិញ ចំនួនបីដង។ លាងប្រអប់ដៃ ទាំងសងខាង ចំនួនបីដង 6 លាងដៃទាំងពីរ ដោយចាប់ផ្ដើមពីចុងម្រាមដៃ រហូតដល់កែងដៃទាំងសងខាង(ខាងស្ដាំបន្ទាប់មក ខាងឆ្វេង)។ គេត្រូវលាងកែងដៃទាំងពីរផងដែរ ហើយ គប្បីត្រូវលាងបីដង តែយ៉ាងតិចឲ្យបានមួយដង។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អនាម័យរបស់អ្នក 7 8 9 ជូតក្បាលចំនួនមួយដង ដោយយកដៃទាំងពីរជ្ររលក់ ទឹក រួចហើយជូតពីខាងមុខរហូតដល់ខាងក្រោយ រួច ទាញពីក្រោយមកមុខវិញ។ ហើយជូត្រចៀកទាំងសងខាងចំនួនមួយដង ដោយ លូកម្រាមដៃចង អុលទាំងពីរក្នុងត្រចៀកបន្ទាប់ពី ជូតក្បាលរួច ហើយយកមេដៃទាំងពីរជូតពីលើខ្ននង ត្រចៀក។ លាងជើងទាំងពីររហូតដល់ ភ្នែកគោលចំនួនបីដ ង (លាងខាងស្ដាំ បន្ទាប់ មកខាងឆ្វេង)។ ប្រសិន នបើ គេពាក់ស្រោមជើង គេអាចជូតពីលើស្រោមជើងបាន តាមលក្ខខខណ្ឌឌរបស់ វា។ (សូមើលទំព័រទី ១២៥)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អនាម័យរបស់អ្នក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ហាហ្ទាសធំ និងការងូតទឹក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ប្រក្សារដែលចាំបាច់តម្រូវឲ្យងូតទឹក៖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ជាប្រក្សារទាំងឡាយណាដែលនៅពេលអ្នកមូស្លីមបានប្រព្រឹ [ត្តតវា គឺចាំបាច់ លើរូបគេត្រូវងូតទឹកមុននឹងប្រតិបត្ដិការថ្វាយបង្គំ និងដើរប្រទក្សិណជុំវិញកាក់ហ្ពះ។ ដោយនៅមុនពេលដែលមិនទាន់បានងូតទឹកនោះ គេឱ្យឈ្មោះថា ហាហ្ទាសធំ។ ប្រក្សារទាំងនោះដូចជា៖</w:t>
      </w:r>
    </w:p>
    <w:p>
      <w:pPr>
        <w:spacing w:line="324" w:lineRule="auto" w:after="120" w:before="0"/>
        <w:jc w:val="left"/>
      </w:pPr>
      <w:r>
        <w:t>ចេញទឹកាមដោយចេតនាតាមវីធីណាក៏ដោយ និងគ្រប់ស្ថានភាព ទាំងភ្ញាក់ ពេលដឹងខ្លួន ឬគេងលក់។ ទឹកាម គឺជាទឹករំអិលពណ៌សខាប់ដែលចេញ នៅពេលដែលមានអារម្មមណ៍ស្រួលដ ល់កំពូល។ ការរួមដំណេក៖ គឺជាការបញ្ចូ លអង្គគជាតិបុរសទៅក្នុងទ្វារមាស របស់ ស្ត្រី ទោះបី មិនចេញទឹកាមកដី គឺចាំបាច់លើរូបគេត្រូវងូតទឹក សូម្បីតែក្បាលអង្គគជាតិបុរស លិចូលបន្តិចក៏ដោយ(ក៏ចាំបាច់ត្រូវងូតទឹកដែរ)។ អល់ឡោះជាម្ចាស់ទ្រង់ បានមាន មានបន្ទូលថា៖ "ហើយប្រសិន នបើពួកអ្នកមានជូនុប(ហាហ្ទាសធំ)គឺចាំបាច់ ពួកអ្នកត្រូវជម្រះសម្អាតខ្លួនប្រាណ(ដោយងូតទឹក)"។ (គម្ពីរគួរអាន ៥ៈ៦) មានឈា មរដូវ និងឈា មឆ្លលងទន្លេ 1 2 3 ឈា មរដូវ គឺជាឈា មធម្មជាតិដែលស្រដី មកជារៀងរាល់ខែដែលមានរយៈពេល ប្រាំពីរថ្ងៃ ឬតិចជាងនេះ ឬច្រើនជាងនេះ អាស្រ័យតាមសភាពលក្ខណៈ ធម្មជាតិរបស់ ស្ត្រី។ ឈា មឆ្លលងទន្លេ គឺជាឈា មដែលចេញបន្ទាប់ពីឆ្លលងទន្លេរួចដែលមានរយៈពេល ជាច្រើនថ្ងៃ។ គេបានអនុគ្រោះចំពោះស្ត្រីដែលមានរដូវនិងឈា មឆ្លលងទន្លេក្នុងរយៈពេលដែល ឈា មកំពុងមក មិនឲ្យប្រតិបត្តិការថ្វាយបង្គំ (សឡាត) និងបួសតែត្រូវបួសស ងវិញ។ ចំណែកឯការថ្វាយបង្គំវិញ គឺមិនតម្រូវឲ្យសងឡើយ បន្ទាប់ពីនា ងជ្រះសាអអតនោះ។ គេ មិនអនុញ្ញាតឲ្យប្ដីរបស់ នាង រួមដំណេកជាមួយនាងខណៈដែលនាងកំពុងមានរដូវ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អនាម័យរបស់អ្នក ឬមានឈា មឆ្លលងទន្លេនោះទេ តែគេអាច ប្រលែ ង លេងជាមួយនាងបាន។ ហើយចាំ &gt;គ្រប់គ្រាន់ហើយនៅក្នុងការងូតទឹកដែលជា កាតព្វកិច្ច ដោយស្រោចទឹកលើខ្លួនប្រាណ ទាំងមូលឲ្យបានសព្វវ។ បាច់លើរូបនា ងត្រូវងូតទឹកជម្រះខ្លួនបន្ទាប់ពី អស់ រដូវ និងអស់ ឈា មឆ្លលងទន្លេនេះ។ អល់ឡោះទ្រង់បានមាន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"ចូរពួកអ្នកជៀសវាងពីការរួមដំណេកជាមួយ ភរិយាក្នុងអំឡុងពេលមានរដូវ ហើយកុំទៅ ជិតពួកនា ង (ដើម្បីរួមដំណេក) រហូតដល់ ពួកនា ងជ្រះស្អាត (អស់ រដូវហើយងូតទឹក សម្អាត)ខ្លួនប្រាណសិន។ បើសិនជាពួកនា ង ជ្រះស្អាតហើយនោះពួកអ្នកអាចរួមដំណេក ជាមួយពួកនា ងនៅត្រង់កន្លែង(ទ្វារមាស ) ដែលអល់ឡោះបានអនុញ្ញាតឲ្យពួកអ្នក"។ (គម្ពីរគួរអាន ២ៈ២២២)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តើជនមូស្លីមត្រូវជម្រះសម្អាតពីជូនុប និងពីហាហ្ទាសធំយ៉ាងដូចម្ដេច? គ្រប់គ្រាន់ហើយសម្រាប់ជនមូស្លីមដោយការនៀត(តាំងចិត្ត)សម្អាតខ្លួនប្រាណ របស់ គេ រួចាក់ទឹកឱ្យបានសព្វវពេញខ្លួនប្រាណ។ ក៏ប៉ុន្ដែដែលពេញលក្ខណៈបំផុត គឺសម្អាតដូចដែលគេធ្វើ បន្ទាប់ពីបន្ទោបង់រួច បន្ទាប់មកយកទឹកជម្រះកាយ(ទឹកវូហ្ទុ)។ បន្ទាប់មកទៀត គេត្រូវចាក់ទឹកលើ ខ្លួនប្រាណរបស់ គេទាំងអស់ ដែលនៅសល់។ ធ្វើបែបនេះ គេនឹងទទួលផលបុ ណ្យ ជាច្រើនពីអល់ឡោះ ហើយវាស្របនិងមាន គ៌ារបស់ ព្យាការីមូហាំម៉ាត់ផងដែរ។ ប្រសិន នបើជនមូស្លីមបានងូតទឹកសម្អាតពីជូនុបរួចហើយនោះ គឺវាអាចជំនួសទឹក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វូហ្ទុបាន ដោយគេមិនចាំបាច់យកទឹកវូហ្ទុទៀតនោះទេ។ ហើយជាការប្រសើរ គឺគប្បីងូតទឹកដែលមានការយកទឹកវូហ្ទុមុន ព្រោះវាក៏ជាមាន គ៌ារបស់ ព្យាការី មូហាំម៉ាត់បានណែនាំ។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អនាម័យរបស់អ្នក ការជូតលើស្រោមជើង៖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ដោយសារក្សារផ្តល់ភាពងា យស្រួល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នៃសាសនា ឥស្លាម ជនមូស្លីមអាចជូត លើស្រោមជើង ឬស្បែកជើង របស់ គេ ដែលគេកំពុងពាក់ដោយដៃទទឹករបស់ គេជំនួសការលាងទឹកបានក្នុងការយក ទឹកជម្រះកាយ តែត្រូវមានលក្ខខខណ្ឌឌ មួយ គឺគេត្រូវមានទឹកជម្រះកាយ (ទឹក វូហ្ទុ ) ជាមុនសិននៅពេលដែលគេ ពាក់ស្រោមជើងឬក៏ស្បែក ជើងនោះ ហើយវាមានរយៈ ពេល២៤ម៉ោងសម្រាប់ អ្នកនៅផ្ទះ និង ៧២ម៉ោងគឺសម្រាប់អ្នក ដំណើរ។ ចំណែកឯក្នុងការងូតទឹកជូនុប វិញ គឺចាំបាច់ត្រូវលាងជើងទាំងសងខាង ក្នុងគ្រប់ស្ថានភាពទាំងអស់។ បុគ្គល ដែលមិនអាចប្រើ ប្រាស់ទឹក ប្រសិន នបើមិនអាចប្រើ ប្រាស់ទឹក បានក្នុងការយកទឹកជម្រះកាយ(វូហ្ទុ) ឬងូតទឹក ដោយសារមានជំងឺ ឬគ មាន ទឹក ឬទឹកប្រើ ប្រាស់មិនគ្រប់គ្រាន់ គឺគេ ត្រូវប្រើ ដីសម អាតបហូតទាល់តែមានទឹក ឬអាចប្រើ ប្រាស់ទឹកវិញបាន។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របៀបសម្អាតដោយប្រើដីស្អាត (តាយ៉ាំមុម) គឺគេត្រូវយកដៃ ទាំងពីរទះនឹងដីចំ នួនមួយដង។ បន្ទាប់មក ត្រូវជូតមុខ។ បន្ទាប់មក ទៀត ត្រូវជូតខ្ននងដៃស្ដាំរបស់ គេដោយ បាតដៃខាងឆ្វេង និងជូតខ្ននងដៃខាង ឆ្វេងដោយបាតដៃខាងស្ដាំ។</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សឡាត ឬការថ្វាយបង្គំ គឺជាសស រទ្រូងរបស់ សាសនា ឥស្លាម ហើយវាជា ទំនាក់ទំនងរបស់ ខ្ញុំបម្រើនិងព្រះជាម្ចាស់របស់ ខ្លួន។ ហេតុដូចនោះហើយ ទើបការ សឡាតនេះ គឺជាការគោរពសក្ការៈដ៏ឧត្តុងឧត្តម និងជាកិច្ចចការដ៏ល្អប្រពៃក្រៃលែង ហើយពិតណាស់ អល់ឡោះជាម្ចាស់បានបង្គាប់ប្រើឱ្យជនមូស្លីមថែរក្សាការសឡាត នេះ នៅគ្រប់ស្ថានភាពទាំងអស់ មិនថាក្នុងពេលមិនធ្វើដំណើរ ឬធ្វើដំណើរ ពេលមាន សុខភាពល្អ ឬពេលមានជំងឺនោះឡើយ។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 ការថ្វាយបង្គំឬសឡាតនៅក្នុងឥស្លាម ឋានៈ និងផលបុ ណ្យនៃការសឡាត តើអ្វីទៅជាលក្ខខខណ្ឌឌដែលចាំបាច់ត្រូវមានមុនពេលសឡាត? សឡាតដែលជាកាតព្វកិច្ចទាំងប្រាំ និងពេលវេលា របស់ វា ទីកន្លែងសឡាត របៀបសឡាត តើខ្ញុំត្រូវសឡាតយ៉ាងដូចម្តេច? គោលគ្រឹះ[(រូកុន) និងប្រក្សារចាំបាច់(វ៉ាជិប)នៃសឡាត ប្រក្សារដែលនាំឱ្យខូចសឡាត ប្រក្សារដែលមិនគប្បីធ្វើក្នុងពេលសឡាត តើអ្វីទៅជាការសឡាតស៊ូណិត(ថ្វាយបង្គំ ស្ម័គ្រចិត្ត)? ការសឡាតជើម៉ាអះ(ថ្វាយបង្គំរួមគ្នា) ការប្រកាសហៅឱ្យមកថ្វាយបង្គំ(អាហ្សាន) ការមានចិត្តនឹងនរ ស្មឹ[ងស្មាធក្នុងពេលសឡាត ការសឡាតជុមអាត់(ថ្វាយបង្គំថ្ងៃសុក្ររ) ការសឡាតរបស់ អ្នកធ្វើដំណើរ ការសឡាតរបស់ អ្នកជំងឺ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&gt; ការថ្វាយបង្គំ ឬសឡាតនៅក្នុងឥស្លាម &gt; ឋានៈ និងផលបុណ្យនៃការសឡាត ពាក្យដើមនៃពាក្យ"សឡាត" គឺមានន័យថា ការបួងសួ ង។ វាជាទំនាក់ទំនង រវាងខ្ញុំបម្រើ(មនុស្ស លោក)និងម្ចាស់របស់ គេ ជាអ្នកដែលបង្កើតគេ(អល់ឡោះ)។ ក៏ដូចជារួមបញ្ចូ លនូវការបង្ហាញដ៏ខ្ពពង់ខ្ពពស់បំផុតនៃការចុះចូលទាំងស្រុងចំពោះ អល់ឡោះ ការត្រឡប់ ប់ទៅរកទ្រង់ ការស្វែងរកជំនួយ និងការគាំទ្ររពីទ្រង់។ នៅពេល ដែលអ្នកឥស្លាមឈរសឡាតនៅចំពោះមុខទ្រង់ សន្ទនា ជាមួយទ្រង់ និងរលឹកដល់ទ្រង់ ដែលធ្វើឲ្យមានអារម្មមណ៍សផងងប់សផងាត់ នឹករលឹកអំពីធាតុពិតនៃជីវិតរបស់ គេដែលមិន ស្ថិតស្ថេរ និងធាតុពិតនៃលោកិយដែលគេកំពុងរស់នៅក្នុងវា ហើយទទួលស្គាល់ នូវភាពអស្ចារ្យរបស់ ទ្រង់ និងក្តីមេត្តាករុណាដ៏ធំធេងរបស់ ទ្រង់ចំពោះគេ។ ហើយការសឡាតនេះ នឹងជំរុញរូបគេឱ្យឆ្ពោះ ទៅកាន់ការប្រកាន់ខ្ជាប់នឹងច្បាប់ របស់ អល់ឡោះ និងចេញឆផងាយពីអំពើល្មើស ទង្វើ អសីលធម៌ និងអំពើទុច្ចរិត។ អល់ឡោះបានមាន មានបន្ទូលថា៖ "ពិតប្រាកដណាស់ សឡាតអាចហា មឃាត់អំពីការ ប្រព្រឹ [ត្តតអសីលធម៌ និងអំពើទុច្ចរិត"។ (គម្ពីរគួរអាន ២៩ៈ៤៥)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សឡាត គឺជាការគោរពសក្ការៈដ៏ឧត្តុងឧត្តម និងជាកិច្ចចការដ៏ល្អប្រពៃបំផុត។ វាជា ការ គោរពសក្ការៈដែលមិន ត្រឹម តែពាក់ព័ន្ធនឹងរូបកាយប៉ុណ្ណោះណោះទេ តែថែមទាំង ដួងចិត្ត គំនិត និងអណ្ដាតផង ដែរ។ សារៈសំខាន់ដ៏ធំធេង របស់ វា អាចត្រូវបាន គេមើល ឃើញ នៅក្នុង ទិដ្ឋភាពមួយចំនួនរួមមានដូចខាង 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សឡាតគឺមានឋានៈដ៏ខ្ពពង់ខ្ពពស់បំផុត វាជាគោលគ្រឹះ[ទីពីរក្នុងចំណោមគោលគ្រឹះ[(ទាំងប្រាំ)របស់ សាសនា ឥស្លាម ដូចដែលអ្នកនាំសារ បានមានប្រសាសន៍ថា៖ "គេបានស្ថាបនាសាសនា ឥស្លាម លើប្រាំប្ររ ការ៖ ធ្វើសាក្សីថា គ មានទេម្ចាស់ដែលត្រូវគេគោរពសក្ការៈដ៏ពិត គឺមានតែអល់ឡោះ ហើយព្យាការីមូហាំម៉ាត់ គឺ ជា អ្នកនាំសាររបស់ ទ្រង់ ហើយ ត្រូវបញ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ឈរសឡាត...."។ (អាល់ពូខរីៈ៨ មូស្លីមៈ១៦)។ ហើយគ្រឹះ[នៃសំណង់ជា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ប្រភពដើមដែលគេពឹងផ្អែកលើវា ហើយមិនអាចឈរបានទេប្រសិន នបើគ មានវា។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ភស្តុ តាងនៃច្បាប់បានចាត់ទុកភាពខុសគ្នារវាងអ្នកមូស្លីម និងអ្នកគ្មានជំនឿ គឺ ការបញ ឈរសឡាត ដូចអ្នកនាំសារ បានមានប្រសាសន៍៖ "ពិតណាស់ រនទាំងរវាង អ្នកឥស្លាមនិងស្ហីរិក និងភាពគ មានជំនឿ គឺការបោះបង់សឡាត"(មូស្លីម)។ ហើយលោកបានមានប្រសាសន៍ផងដែរថា៖ "កិច្ចសន យារវាងពួកយើងនិងពួកគេ គឺសឡាត។ ជនណាហើយដែលបោះបង់វា ពិតណាស់ គេជាអ្នកគ្មានជំនឿ"។ (អាត់តៀរមីហ សីៈ២៦២១ អាន់ណាសាអ៊ីៈ៤៦៣ ) អល់ឡោះបានប្រើឱ្យថែរក្សាសឡាតគ្រប់កាលៈទេសៈទាំងអស់ មិនថាក្នុងពេល ធ្វើដំណើរ ពេលមិនធ្វើដំណើរ ពេលមានសន្តិភាព ពេលមានសង្គ្រាម ពេលមាន សុខភាពល្អ និងពេលមានជំងឺ ហើយប្រតិបត្តិវាទៅតាមលទ្ធធភាពដែលគេអាច ធ្វើបាន ដូចដែលអល់ឡោះមាន មានបន្ទូលថា៖ "ចូរពួកអ្នកថែរក្សាសឡាតតទាំងប្រាំ ពេល"។ (គម្ពីរគួរអាន ២ៈ២៣៨)។ ហើយទ្រង់បាន ពណ៌នាអំពីល ក្ខណៈសម្បត្តិ ខ្ញុំបម្រើរបស់ ទ្រង់ដែលមានជំនឿ ដោយទ្រង់បានមាន មានបន្ទូលថា៖ "និងបណ្តាអ្នក ដែលថែរក្សាលើការប្រតិបត្តិសឡាតរបស់ ខ្លួន"។ (គម្ពីរគួរអាន ២៣ៈ៩) 2 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ផលបុ ណ្យជាច្រើននៃសឡាត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មានសេចក្តីរាយការណ៍ជាច្រើនអំពីផលបុណ្យនៃសឡាត ទាំងភស្តុ តាងនៅក្នុង គម្ពីរគួរអាន និងក្នុងប្រសាសន៍របស់ ព្យាការី ដែលមានដូចជា៖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ជម្រុះចោលនូវបាបកម្មមទាំងឡាយ៖ ដូចដែលអ្នកនាំសារមានប្រសាសន៍ថា៖ "ការ សឡាតតទាំងប្រាំពេល ពីជុមអាត់(ថ្ងៃសុក្ររ)មួយទៅជុមអាត់មួយទៀត វាជម្រុះ ចោលនូវបាបកម្មមដែលនៅចន្លោះនោះ ដរាប ណាគេចៀសវាងពីបាបកម្មមធំៗ"។ (មូស្លីមៈ២៣៣ អាត់តៀរមីហ សីៈ២១៤) វាជាពន្លឺបំភ្លឺសម្រាប់អ្នកមូស្លីមកនុងជីវិតរបស់ គេ វាជំរុញឱ្យគេប្រព្រឹ [ត្តតអំពើល្អ និងជៀសឆផងាយពីអំពើអាក្រក់ ដូចដែលអល់ឡោះមាន មានបន្ទូលថា៖ "ពិតប្រាកដ ណាស់ សឡាតហា មឃាត់អំពីការប្រព្រឹ [ត្តិអសីល ធម៌ និងអំពើទុច្ចរិត"។ (គម្ពីរ គួរអាន ២៩ៈ៤៥)។ ហើយអ្នកនាំសារ បានមានប្រសាសន៍ថា៖ "ការសឡាត គឺជាពន្លឺ"។ (មូស្លីមៈ២២៣)</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វានឹងត្រូវបានគេជំនុំជម្រះមុនគេបង្អអស់នៅថ្ងៃបរលោក។ ប្រសិន នបើវាល្អត្រឹមត្រូវ ហើយគេទទួលយកនោះ ទង្វើ កុសល ផ្សេងទៀតក៏គេទទួលដែរ។ តែប្រសិន នបើ គេបដិសេធ(មិនទទួលយក)ទេនោះ ទង្វើ ផ្សេងទៀតដែលនៅសល់ ក៏គេមិន ទទួលយកដែរ ដូចដែលអ្នកនាំសារបានមានប្រសាសន៍ថា៖ "អ្វីដែលគេជំនុំជម្រះ មុនគេបង្អអស់ចំពោះមនុស្សនៅថ្ងៃបរលោកនោះ គឺការសឡាត។ ប្រសិន នបើវាល្អ ត្រឹមត្រូវនោះ ទង្វើ ផ្សេងទៀតក៏ល្អត្រឹមត្រូវដែរ។ ប្រសិន នបើវាមិនល្អវិញនោះ ទង្វើ ផ្សេងទៀតក៏មិនល្អត្រឹមត្រូវដែរ"។ 3 &gt; អល់ឡោះជាម្ចាស់បានបង្គាប់ប្រើឲ្យ ថែរក្សាសឡាតនៅក្នុងគ្រប់ស្ថានភាព ទាំងអស់ សូម្បីតែក្នុងពេលធ្វើសង្គ្រាម និងពេលមានគ្រោះក៏ដោយ។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សឡាត ជាពេលវេលាដែលមានរសជាតិបំផុតសម្រាប់អ្នកមានជំនឿក្នុងខណៈ ពេលដែលគេសន្ទទនាចំពោះម្ចាស់របស់ គេនៅក្នុងពេលសឡាត ហើយគេទទួលបានសន្តិភាព ភាពសផងងប់សផងាត់ និងក្តីមេត្តាករុណាពីអល់ឡោះ។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ហើយវាជារសជាតិដ៏ល្អប្រពៃបំផុតសម្រាប់ព្យាការីមូហាំម៉ាត់ ដូចដែលលោក បានមានប្រសាសន៍ថា៖ "សឡាតគឺជាប្រភពនៃសេចក្តីរីករាយដ៏ធំធេងបំផុតរបស់ ខ្ញុំ"។ (អាន់ណាសាអ៊ីៈ ៣៩៤០)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ហើយលោកបានមានប្រសាសន៍ទៅកាន់លោក ពីឡាល ដែលជាអ្នកប្ររ កាស ហៅមនុស្សឱ្យមកសឡាតថា៖ "សូមឱ្យយើងមានភាពសផងងប់សុខដោយសារក្សារសឡាត ឱ ពីឡាល"។ (អាពូទើវូទៈ ៤៩៨៥)។ ព្យាការីមូហាំម៉ាត់ នៅពេលដែលជួបរឿងពិបាកចិត្ត លើរឿងអ្វីមួយ គឺលោកតែងតែទៅសឡាត"។ (អាពូទើវូទៈ ១៣១៩)</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ជនណាខ្លះដែលចាំបាច់ត្រូវសឡាត?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ការសឡាតគឺជាកាតព្វកិច្ចដែលចាំ បាច់ លើគ្រប់បុគ្គលមូ ស្លីមដែលមានសតិបញ្ញា គ្រប់ អាយុ មិនមែន ជាអ្នកមានឈា មរដូវ ឬឈា ម ឆ្លលងទន្លេ ដោយគេមិនត្រូវសឡាតក្នុងពេលដែល នាងមានឈា ម រដូវ ឬឈា មឆ្លលងទន្លេនោះឡើយ ហើយក៏មិនចាំបាច់ត្រូវសឡាតសងវិញនូវអ្វី ដែលបានកន្លលងផុតក្រោយពីនា ងបាន ជ្រះស្អាត បន្ទាប់ពីអស់ ឈា មានោះដែរ។ (សូមើលទំព័រ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១២៣) ហើយគេកំណត់ថាគ្រប់អាយុនៅពេល ដែលមានចំណុចមួយក្នុងចំណោមសញ្ញាៗ ខាងក្រោមនេះ៖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មានអាយុ១៥ឆ្នាំ ដុះរោមនៅជុំវិញប្រដាប់ភេទ ឬ ទ្វារលាមក ចេញទឹកាមកនុងពេលគេង ឬពេលភ្ញាក់ ដឹងខ្លួន មករដូវ ឬមានផ្ទៃពោះ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&gt; តើអ្វីទៅជាលក្ខណ្ឌ ឌដែលចាំបាច់ត្រូវមានមុ នពេលសឡាត? ជ្រះស្អាតអំពីហាហ ទាស និងប្រក្សារកខ្វក់៖ យើងបានបកស្រាយពីបញ ហានេះយ៉ាង លម្អិតបួចមកហើយ(សូមមទីលទំព័រ ១១៥ ) 1 2 បិទបាំងកេរខ្មាស(អាវរ៉ាត់) គេដាក់លក្ខខខណ្ឌឌចំពោះការបិទបាំងកេរខ្មាសដោយសម្លៀកបំពាក់ដែលមិនបង្ហាញឱ្យ ឃើញនូវរាងកាយច្បាស់ដោយមូលហេតុខ្លី ឬស្តើងឡើយ។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ហើយកេរខ្មាសមានបីប្រភេទ៖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ចំពោះស្ត្រី៖ កេរខ្មាសរបស់ ស្ត្រីពេញវ័យ គឺត្រូវបិទបាំងខ្លួនប្រាណរបស់ នាង ទាំងមូល លើកលែងតែមុខ និងប្រអប់ដៃទាំងពីររបស់ នាងប៉ុណ្ណោះណោះ។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កូនក្មេង៖ គឺត្រូវបិទបាំងកេរខ្មាសទាំងពីរប៉ុណ្ណោះណោះ។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 កេរខ្មាសរបស់ បុរសពេញវ័យ គឺត្រូវបិទបាំងពីផ្ចិត រហូតដល់ជង្គង់។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អល់ឡោះបានមាន មានបន្ទូលថា៖ "ឱកូនចៅអាហ្ទាំ! ចូរពួកអ្នកលម្អអសម្លៀកបំពាក់ របស់ ពួកអ្នកនៅរាល់ ម៉ាស្ជិទ(ពេលសឡាត)"។ (គម្ពីរគួរអាន ៧ៈ៣១)។ ហើយការ បិទបាំងកេរខ្មាស គឺជាការលម្អអ ដែលមានកម្រិ តទាបជាងគេ។ ហើយអត្ថន័យនៃពាក្យ "រាល់ម៉ាស្ជិត" គឺរាល់ពេលសឡាត។ &gt; ចាំបាច់លើស្ត្រីមូស្លីមនៅក្នុងពេលសឡាត គឺត្រូវបិទបាំងរាងកាយរបស់ ទាំងមូល របស់ នាង លើកលែងតែមុខនិងប្រអប់ដៃប៉ុណ្ណោះណោះ។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3 តម្ររង់មុខទៅទិសគិបឡាត់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អល់ឡោះមាន មានបន្ទូលថា៖ "ហើយគ្រប់កន្លែងដែលអ្នកចេញដំណើរ(ហើយអ្នក ចង់សឡាត) ចូរអ្នកតម្ររង់មុខរបស់ អ្នកទៅកាន់ទិសម៉ាស្ជី តអាល់ហារ៉ម(កាក់ហ្ពះ)"។ (គម្ពីរគួរអាន ២ៈ១៤៩) គិបឡាត់របស់ ជនមូស្លីម គឺកាក់ហ្ពះដែលបានសាងដោយបិតានៃបណ្តាព្យាការី ទាំងឡាយ គឺព្យាការីអ៊ីព្ររហ៊ី ម ហើយបណ្តាព្យាការីទាំងឡាយបានធ្វើបុណ្យ ហាជ្ជីនៅទីនោះ។ យើងទាំងអស់ គ្នាក៏ដឹងដែរថា ពិតណាស់ កាក់ហ្ពះ វាគ្រាន់ ជាដុំថ្មមដែលមិនអាចបង្កកគ្រោះថ្នាក់ និងមិនអាចផ្តល់ផលប្ររ យោជន៍អ្វីឡើយ។ ក៏ប៉ុន្តែអល់ឡោះបានប្រើឱ្យយើងតម្ររង់មុខទៅរកវាក្នុងពេលសឡាត ដើម្បីរូបរួម អ្នកមូស្លីមទាំងអស់ ទៅរកទិសតែមួយ និងគោរពសក្ការៈទៅចំពោះអល់ឡោះនឹង ទិសមួយ នោះ។ ចាំបាច់លើអ្នកមូស្លីមត្រូវតម្ររង់មុខទៅរកកាក់ហ្ពះប្រសិន នបើគេមើលឃើញ វានៅនឹងមុខ។ ចំណែកឯអ្នកដែលនៅឆផងាយនោះ គ្រប់គ្រាន់ហើយសម្រាប់ រូបគេគ្រាន់តែតម្ររង់ មុខទៅកាន់ទិសម៉ាក្កះប៉ុណ្ណោះណោះ។ ការងាកចេ ញ បន្តិចក្នុងពេលតម្ររង់មុខនោះមិនមានបញ្ហាឡើយ។ ព្យាការីមានប្រសាសន៍ ថា៖ "ចន្លោះរវាងទិសខាងកើតនិងទិសខាងលិច គឺជាទិសគិបឡាត់"។ (អាត់តៀរមីហ សីៈ ៣៤២) ប្រសិន នបើគ មានសមត្ថថភាពក្នុងការតម្ររង់ទៅកាន់ទិសគិបឡាត់ ដោយសារជំងឺ ឬអ្វីផ្សេង លក្ខខខណ្ឌមួយនេះត្រូវបានលើកលែង ដូចដែលកាតព្វកិច្ចទាំងឡាយ ត្រូវបានគេលើកលែងនៅពេលដែលគេអស មត្ថថភាពដូចនោះដែរ។ អល់ឡោះបាន មាន មានបន្ទូលថា៖ "ចូរពួកអ្នកកោតខ្លាចអល់ឡោះទៅតាមលទ្ធធភាពរបស់ ពួកអ្នក"។ (គម្ពីរគួរអាន ៦៤ៈ១៦)</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ដល់ពេលវេលាសឡាត 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វាគឺជាលក្ខខខណ្ឌឌមួយដើម្បីឱ្យការសឡាតមានភាពត្រឹមត្រូវ ហើយសឡាតមិន ត្រឹមត្រូវឡើយប្រសិន នបើគេប្រតិបត្តិវាមុនពេលដល់វេលារបស់ វា ហើយក៏ហា មឃាត់ មិនឱ្យពន្យារពេលសឡាតនោះដែរ ដូចដែលអល់ឡោះជាម្ចាស់បានមាន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"ពិតប្រាកដណាស់ សឡាតជាកាតព្វកិច្ចមួយទៅលើបណ្តាអ្នកមានជំនឿដែលមាន ពេលកំណត់យ៉ាងច្បាស់លាស់"។(គម្ពីរគួរអាន ៤ៈ១០៣) ប្រក្សារមួយចំនួនដែលគប្បីយកចិត្តទុកដាក់នៅពេលដែលពេលវេលាសឡាតមកដល់៖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&gt;អល់ឡោះមាន មានបន្ទូលថា៖ "ពិតប្រាកដណាស់ សឡាតគឺជាកាតព្វកិច្ចមួយទៅលើ បណ្តាអ្នកមានជំនឿដែលមាន ពេលកំណត់ច្បាស់លាស់"។ (គួរអាន ៤ៈ១០៣) ជាការល្អប្រសើរ ត្រូវប្រតិ បត្តិសឡាតនៅ ពេលដំបូងរបស់ វា។ ចាំបាច់ប្រតិបត្តិសឡាតក្នុងពេលវេលារបស់ វា ហើយមិនត្រូវពន្យារពេលសឡាត ឡើយ ទោះដោយមូលហេតុអ្វីក៏ដោយ។ ជនណាដែលខកខានសឡាតដោយសារគេងលក់ ឬភ្លេច គឺចាំបាច់លើគេត្រូវ រួសរាន់ក្នុងការប្រតិ បត្តិសឡាតឡើងវិញនៅពេលណា ដែលគេនឹកឃើញ។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&gt; សឡាតដែលជាកាតព្វកិច្ចទាំងប្រាំ និងពេលវេលារបស់វា សឡាតស៊ូពុស ឬថ្វាយបង្គំពេលទៀបភ្លឺ៖ មានចំនួនពីររ៉ក្អាត់។ ពេលវេលា របស់ វាចាប់ផ្តើមពីសេតបុណរះ គឺការចាប់ផ្តើមចេញពន្លឺ ដំបូងនៅជើងមេឃនៅទិសខាងកើត ហើយបញ្ច ប់នៅពេលថ្ងៃរះ។ សឡាតអាសើរ ឬថ្វាយបង្គំពេលរសៀល៖ វាមានចំនួនបួនរ៉ក្អាត់ ហើយ ពេលវេលារបស់ វា ចាប់ផ្តើមបន្ទាប់ពីផុតពេលសឡាតហ៊សូហោរ គឺនៅពេលដែលស្ររមោ លវត្ថុ មួយមានប្រវែងស្មើនឹងខ្លួនវាវិញ ហើយ បញ្ច ប់ នៅពេលថ្ងៃលិច។ ចាំបាច់លើជនមូស្លីមរួសរាន់ក្នុងការប្រតិ បត្តិ សឡាតមុនពេលពន្លឺថ្ងៃចុះខ្សោយនិងមានពណ៌លឿង។ សឡាតហ៊សូហោរ ឬថ្វាយបង្គំពេលថ្ងៃត្រង់៖ មានចំនួនបួនរ៉ក្អាត់។ ហើយពេលវេលារបស់ វា ចាប់ផ្តើមពីថ្ងៃជ្រេ ហើយបញ្ច ប់នៅពេលដែល ស្ររមោល នៃវត្ថុមួយមានប្រវែងស្មើនឹងប្រវែងដើមនៃវត្ថុនោះវិញ។ សឡាតម៉ាហ្គារិប ឬថ្វាយបង្គំពេលថ្ងៃលិច៖ វាមានចំនួនបីរ៉ក្អាត់ ហើយ ពេលវេលារបស់ វា ចាប់ផ្តើមបន្ទាប់ពីថ្ងៃលិច និងបាត់រូបរាងរបស់ វាពី ជើងមេឃ ហើយបញ្ច ប់នៅពេលដែលបាត់ពន្លឺក ររហាមដែលបង្ហាញ ចេញបន្ទាប់ពីថ្ងៃលិច។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អល់ឡោះបានដាក់កាតព្វកិច្ចសឡាតលើជនមូស្លីមកនុងមួយថ្ងៃមួយយប់ប្រាំ ពេល។ វាគឺជាស រទ្រូង នៃសាសនា ហើយទ្រង់បានបញ្ជាក់យ៉ាងច្បាស់អំពីកាតព្វកិច្ច និងបានកំណត់ចំពោះវានូវពេលវេលាយ៉ាងច្បាស់លាស់ដូចមាននៅខាងក្រោម៖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សឡាតអ៊ីស្ហា ឬថ្វាយបង្គំពេលយប់៖ មានចំនួនបួនរ៉ក្អាត់ ហើយពេល វេលារបស់ វា ចាប់ផ្តើមពីពេលបាត់ពន្លឺក ររហាម(នៅទិសខាងលិច) ហើយបញ្ចចប់ នៅពាក់កណ្តាលយប់។ គេអាចប្រតិ បត្តិវានៅពេល សេតបុណរះបានក្នុងករណីចាំ បាច់ណាមួយ។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ជនមូស្លីមអាចពឹងផ្អែកលើប្រតិទិនដែលបញ្ជាក់ពីពេលវេលាសឡាតដោយមិន ចាំបាច់ពិនិត្យមើលការមកដល់ពេលវេលាសឡាតដោយខ្លួនឯងក៏បាន។ &gt; កន្លែងសឡាត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 ឥស្លាមបានប្រើឱ្យប្រតិបត្តិសឡាតបួមគ្នាជាក្រុម(សឡាតជើម៉ាអះ) ហើយគប្បីត្រូវសឡាត(រួមគ្នានេះ)នៅក្នុងម៉ាស្ជិដៃម្បីឱ្យមានការរូបរួមសម្រាប់ ជនមូស្លីម ក៏ដូចជាបង្កើ នចំណងបងប្អូននិងសេចក្តីស្ររលាញ់រវាងពួកគេ ហើយ បានចាត់ទុការប្រតិបត្តិសឡាតបួមគ្នានោះ គឺល្អប្រសើជាងការប្រតិបត្តិសឡាត តែម នាក់ឯងជាច្រើនកម្រិ ត ដូចដែលអ្នកនាំសារបានមានប្រសាសន៍ថា៖ "ការសឡាត រួមគ្នា(សឡាតជើម៉ាអះ) គឺល្អប្រសើរជាងការសឡាតម នាក់ឯងចំនួន២៧កម្រិត"។ (អាល់ពូខរីៈ៦១៩ មូស្លីមៈ៦៥០ អះម៉ាត់ៈ៥៩២១) ក៏ប៉ុន្តែ ទោះបីជាសឡាតនៅទីកន្លែងណាក៏ត្រឹមត្រូវដែរ។ នេះហើយជាសេចក្តី មេត្តាករុណារបស់ អល់ឡោះមកលើយើងទាំងអស់ គ្នាដូចដែលអ្នកនាំសារបាន មានប្រសាសន៍ថា៖"ផែនដីត្រូវបានធ្វើជាកន្លែងសម្រាប់ឱ្យខ្ញុំសឡាត ហើយវា(ដី)</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គឺមានភាពជ្រះស្អាត(ពោលគឺសម្រាប់ធ្វើការតាយុំមុមពេលគ្មានទឹកឬនៅពេល ដែលមិនអាចប្រើ ទឹក បាន)។ បុរសម្នាក់ណាក៏ដោយនៃប្រជាជាតិរបស់ ខ្ញុំ នៅពេល ដែលដល់វេលាសឡាត ចូរឱ្យគេសឡាតចុះ"។ (អាល់ពូខរី ៣២៨ មូស្លីម ៥២១) លក្ខណៈនៃកន្លែងសឡាត ឥស្លាមបានដាក់លក្ខខខណ្ឌឌចំពោះកន្លែងសឡាតគឺត្រូវឱ្យដីនោះមានភាពជ្រះស្អាត។ អល់ឡោះបានមាន មានបន្ទូលថា៖ "ហើយយើងបានបញ្ជាចំពោះអ៊ីព្ររហ៊ី ម និងអ៊ីស្មាអែល ថា៖ ចូរអ្នកទាំងពីរសម្អាតកាក់ហ្ពះរបស់ យើងសម្រាប់បណ្តាអ្នកតវ៉ាហ្វវ និងបណ្តាអ្នក អៀកទីកាហ្វវ និងបណ្តាអ្នករូកុ ស៊ូជោត"។ (គម្ពីរគួរអាន ២ៈ១២៥)។ ហើយធាតុដើម របស់ ដី គឺជ្រះស្អាត ហើយប្រក្សារកខ្វក់កើតឡើងមកក្រោយប៉ុណ្ណោះណោះ។ អ្វីដែលមិនបាន ដឹងថាមានប្រក្សារកខ្វក់ទេនោះ គេកំណត់ថាវាមានភាពជ្រះស្អាត ហើយអាចសឡាត លើវាបាន ដោយមិនចាំបាច់ប្រើ កម្រាល ឬក្ររណាត់នោះឡើយ។ ក្នុងនោះដែរ មានចំណុចជាច្រើនដែលចាំបាច់ត្រូវពិនិត្យនៅកន្លែងសឡាត 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កន្លែងសឡាតរបស់ គេមិនត្រូវឱ្យមានការប៉ះពាល់ដល់មនុស្សឡើយ ដូចជាការ សឡាត នៅលើផ្លូវដើរ កន្លែងដែលគេឆ្លលងកាត់ និងកន្លែងដែលត្រូវបានគេហា ម មិនឱ្យឈប់ដែលនាំឱ្យមានផល វិបាក និងកកស្ទះដល់មនុស្ស។ អ្នកនាំសារ មូហាំម៉ាត់បានហា មឃាត់អំពីការរំលោភបំពាន និងបង្កកគ្រោះថ្នាក់ ដោយលោក មានប្រសាសន៍ថា៖ "ចូរកុំបង្កកគ្រោះថ្នាក់ដល់ខ្លួនឯង ហើយកុំបង្កកគ្រោះថ្នាក់ដល់ អ្នកដទៃ"។ (អិពនូម៉ាហ្ជះៈ២៣៤០ អះម៉ាត់ៈ២៨៦៥) កន្លែងសឡាតនោះ មិនត្រូវមានអ្វីដែលបង្ការរំខានដល់អ្នកសឡាតឡើយ ដូចជា មានរូបភាព ឬសំទេងខ្លាំង ឬសំទេងតន ត្រីរី ជាដើម។ កន្លែងនោះមិនមែនជាកន្លែងបង្ហាញពីការគោរពសក្ការៈបែបលេងសើច និងការ សើចំអកឡើយ ដូចជាបុគ្គល ម្នាក់សឡាតនៅកន្លែងផឹកស្រា ឬជ្រុលនិ យម និងអ្វីផ្សេងពីនេះទៀត។ ហើយអល់ឡោះបានហា មឃាត់អំពីការជេរប្រមាថ ដល់ព្រះរបស់ ពួកគេមានជំនឿ ព្រោះវាជាហេតុដែលនាំឱ្យពួកគេជេរប្រមាថដ ល់ អល់ឡោះវិញទាំងបំពានដោយគ មានចំណេះដឹង។ អល់ឡោះបានមាន មានបន្ទូលថា៖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"ចូរពួកអ្នកកុំជេរប្រមាថចំ ពោះព្រះនានា ដែលពួកគេបួងសួងផ្សេងពីអល់ឡោះឱ្យ សោះ ព្រោះវាជាហេតុធ្វើឱ្យពួកគេជេរប្រមាថអ ល់ឡោះវិញទាំងបំពានដោយគ្មាន ចំណេះដឹង"។ (គម្ពីរគួរអាន ៦ៈ១០៨) កន្លែងនោះមិនមែនជាកន្លែងដែលរៀបចំសម្រាប់ប្រព្រឹ [ត្តតអំពើខុសឆ្គគងនឹងអល់ឡោះ ឡើយ ដូចជា ឌីស្កូ និងក្លឹ[បរាត្រីជាដើម។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&gt; កន្លែងសឡាត តើអ្នកអាចប្រតិ បត្តិសឡាតបួមគ្នាក្នុងម៉ាស្ជិទបានដែរឬទេ? ចំពោះបុរស ចាំបាច់ត្រូវប្រតិ បត្តិសឡាតបួមគ្នា ដោយវាជាទង្វើ ដ៏ប្រសើរ ហើយអល់ឡោះស្ររលាញ់បំផុត។ ហើយគេក៏អនុញ្ញាតចំពោះស្ត្រីផងដែរ។ គេហា មឃាត់មិនឱ្យសឡាតនៅកន្លែងដែលមានភាពកខ្វក់ ឡើយ ដោយ អល់ឡោះបានប្រើឱ្យយើងមានភាពជ្រះស្អាតក្នុងពេលសឡាត។ គេហា មឃាត់មិនឱ្យបំពានលើមនុស្ស និងផ្តល់ការលំបាកដល់ពួកគេឡើយ សូម្បីតែក្នុងពេលសឡាតក៏ចាំបាច់លើអ្នកត្រូវជ្រើសកន្លែងផ្សេងដែរ។ ប្រសិន នបើអ្នកមិនអាចប្រតិ បត្តិសឡាតក្នុងម៉ាស្ជិទ តើកន្លែងផ្សេងទៀត នោះមានភាពកខ្វក់ដែរឬ? ប្រសិន នបើកន្លែងនោះមិនមានភាពកខ្វក់ តើការសឡាតនៅទីនោះមានផល ប៉ះពាល់ដល់មនុស្សឬអត់ ដូចជានៅលើផ្លូវដើរជាដើម? តើកន្លែងនោះមានអ្វីដែលនាំឱ្យរំខានដល់ការសឡាតរបស់ អ្នកដែរឬទេ ដូចជា មានរូបភាព ឬសំទេងឮខ្លាំង? ទេ ទេ ទេ បាទ បាទ បាទ លក្ខណៈពិសេសនៃប្រជាជាតិនេះ និងក្តីអាណិត ស្ររលាញ់ពីអល់ឡោះលើពួកគេ គឺទ្រង់ ចាត់ទុក ការសឡាត នោះមានភាពត្រឹមត្រូវ ទោះបីជាគេ សឡាតនៅទីណាក៏ដោយនៅលើផែនដីនេះ។ បាទ ទេ ចាំបាច់ត្រូវជៀសឲ្យឆផងាយពីអ្វី ដែលធ្វើឲ្យប៉ះពាល់ឬរំខានដល់ ការសឡាតរបស់ 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&gt; របៀបសឡាត នៀត(ការប៉ង)គឺជាលក្ខខខណ្ឌឌមួយដើម្បីឱ្យការសឡាតមានភាពត្រឹមត្រូវ។ វាជា ការប៉ងក្នុងចិត្តរបស់ គេដើម្បីគោរពសក្ការៈទៅចំពោះអល់ឡោះជាម្ចាស់តាមរយៈការ សឡាត ដោយគេត្រូវដឹងថា គេកំពុងសឡាតម៉ាហ្គារិប ឬសឡាតអ៊ីស្ហា ជាដើម។ ហើយ គេមិនបានកំណត់ឱ្យពោលនឹងមាត់ឡើយក្នុងការប៉ងនេះឡើយ។ ផ្ទុយ ទៅវិញ ការប៉ង ដោយចិត្ត គឺជាអ្វី ដែលគេត្រូវការ ហើយការពោលដោយមាត់ វាជា ការខុសឆ្គគង ពីព្រោះ វាគ មានភស្តុ តាងពីព្យាការី និងសហ ការីរបស់ លោកឡើយ។ ឈរឱ្យត្រង់ដើម្បីសឡាត ហើយសូត្រតឹកពៀរថា៖ "អល់ឡោះហ៊ូអឹកពើរ" ដោយ លើកដៃទាំងពីរបស់ គេរហូតដល់ស្មាទាំងពីរ ឬខ្ពពស់ជាងនឹងបន្តិច ហើយ ដាក់ បាតដៃ តម្ររង់ទិសគិបឡាត់។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ហើយការតឹកពៀរមិនត្រឹមត្រូវឡើយ លើកលែងតែសូត្រដោយពាក្យនេះ (អល់ឡោះហ៊ូអឹកពើរ)។ វាមានអត្ថន័យថា៖ ការលើកតម្កើង និងសេចក្តីរុងរឿង ចំពោះអល់ឡោះ។ អល់ឡោះមហាធំធេងបំផុតលើគ្រប់អ្វីទាំងអស់ ខ្ពពង់ខ្ពពស់ ជាងផែនដី និងអ្វីដែលទាំងអស់ នៅក្នុងវា និងការបំណងប្រាថ្នារបស់ វា។ នៅពេលលើកដៃតឹកពៀរ គឺយើងបោះបង់ចោលរាល់ប្រក្សារលោកិយទាំងនោះ ហើយតម្ររង់ឆ្ពោះទៅរកអល់ឡោះ ដែលមហាធំធេងនិងខ្ពពង់ខ្ពពស់ក្នុងពេលសឡាតដោយចិត្ត និងសតិរបស់ យើងដោយ ភាពកោតខ្លាច។ បន្ទាប់ពីតឹកពៀររួច ត្រូវដាក់ដៃស្តាំលើដៃឆ្វេង រួចដាក់វាទាំងពីរលើដើមទ្រូង ហើយធ្វើដូចនេះជានិច្ច ក្នុងពេលឈរ។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គប្បីសូត្រ ទូអាអិសទីហ្វវតះ៖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˷سبحانك اللهم وحبمدك، وتبارك امسك، وتعاىل جدك، وال إهل غريك (ស៊ុបហា ណាកល់ឡហ៊ុ ម៉ា វ៉ាពីហាំ ទីកា វ៉ាតាហ ពា រ៉កាស់មូកា វ៉ាតាអាឡា ចាត់ទូកា វ៉ាឡើអ៊ីឡើហ៊ើ ហ្គ័យរូកា)។ សូត្រ៖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ǫأعــــــوذ اابهلل من ال˻شيطان الرجمي មានន័យថា សុំការបញ្ចៀ ស និងការថែរក្សាពីអល់ឡោះអំពីប្ររ ការអាក្រក់នៃស្ហៃតន។ (អាអ៊ូហ្សូ ពីល ឡាហ៊ី មីណាស់ស សៃត៏ នៀររ៉ជីម) សូត្រ៖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بسم هللا الرمحن الرحمي មានន័យថា ក្នុងព្រះនាមរបស់ អល់ឡោះមហាសប បុរស មហា អាណិតស្រឡាញ់។ (ពីស មិលឡើ ហៀររ៉ោះម៉ា នៀររ៉ហ៊ីម) សូត្រជំពូក អាល់ហ្វាទីហះ ដែលជាជំពូកដ៏ថ្កុំថ្កើងបំផុតនៅក្នុងគម្ពីរគួរអាន។ 4 5 6 7 ពិតណាស់ អល់ឡោះបានរំលឹកព្យាការីមូហាំម៉ាត់អំពីការពេញចិត្តរបស់ ទ្រង់ដោយការបញ្ចុះជំពូកអាល់ហ្វាទីហះទៅកាន់លោក។ ទ្រង់បានមាន 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"ហើយជាការពិតណាស់ យើងបានផ្តល់ឱ្យអ្នក(ព្យាការី ម៉ូហាំ ម៉ាត់)ប្រាំពីរឃ្លានៃអាល់ម៉ាសានី(ជំពូកអាល់ហ្វាទីហះ)និងគម្ពីរគួរអាន ដ៏ឧត្តុងឧត្តម"។ (គម្ពីរគួរអាន ១៥ៈ៨៧)។ គេឱ្យឈ្មោះវាបែបនេះព្រោះវាមាន ប្រាំពីរឃ្លា។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ចាំបាច់លើជនមូស្លីមត្រូវសិ ក្សាជំពូកអាល់ហ្វាទីហះ ពីព្រោះការសូត្រវា គឺជា គោលគ្រឹះ[មួយនៃសឡាតសម្រាប់ អ្នកសឡាតម នាក់ឯង ឬសឡាតជាមួយអ៊ីម៉ាំ ក្នុងពេលសឡាតដែលមិនតម្រូវឲ្យអ៊ីម៉ាំសូត្រឮ(សឡាតហ្ស៊ូហោរ និងអាសើរ)។ 8 9 ក្រោយពីសូ ត្រអាល់ហ្វាទីហះច ប់ ឬក្រោយពេលអ៊ីម៉ាំសូត្រចប់ គេត្រូវពោល ថា៖ "អាមីន" ដែលមានន័យថា៖ ឱអល់ឡោះជាម ចាស! សូមទ្រង់ទទួលយកផងចុះ។ បន្ទាប់ពីសូ ត្រអាល់ហ្វាទីហះរួច ក្នុងពីររ៉ក្អាត់ដំបូង គប្បីសូត្រជំពូកឬឃ្លាខ្លះៗ 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ជំពូកផ្សេងទៀត។ ចំណែកឯរ៉ក្អាត់ទីបី និងទីបួន គឺសូត្រតែអាល់ហ្វាទីហះប៉ុ ណ្ណោះណោះ។ សូត្រអាល់ហ្វាទីហះ និងជំពូកឬឃ្លាដែលបន្ទាប់ពីវាដោយសំទេងឮៗក្នុងសឡាត ស៊ូពុស និងពីររ៉ក្អាត់ដំបូង នៃសឡាតម៉ាហ្គារិប និងសឡាតអ៊ីស្ហា ហើយសូត្រតិចៗ នៅក្នុងសឡាតហ៊សូហោរ និងអាសើរ។ ចំណែការហ្ស៊ីកៀរក្នុងសឡាត(ក្រៅពីការសូត្រគួរអាន) ត្រូវសូ ត្រតិចៗ។</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ចំពោះអ្នកដែលមិនបានទន្ទេញជំពូក អាល់ហ្វាទីហះ និងហ្ស៊ីកៀរផ្សេងៗ ក្នុងសឡាត តើត្រូវធ្វើដូចម្តេច?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ចំពោះអ្នកទើបចូលឥស្លាមថ្មី ហើយមិនទាន់ទន្ទេញជំពូក អាល់ហ្វាទីហះ និងហ្ស៊ីកៀរផ្សេងៗក្នុងសឡាត ចាំបាច់លើគេត្រូវធ្វើដូចខាងក្រោម៖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ត្រូវខិតខំទន្ទេញហ្ស៊ីកៀរដែលចាំបាច់ក្នុងសឡាត ព្រោះសឡាតមិនត្រឹមត្រូវ ជាដាច់ ខាត លើកលែងតែជាភាសាអារ៉ាប់ ដែលមានដូចជា៖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ជំពូកអាល់ហ្វាទីហះ, ពាក្យតឹកពៀរ (អល់ឡហ៊ូ អឹកពើរ), ពាក្យ៖ ស៊ុបហា ណា រ៉បពីយ៉ាល់ អាហ្ស៊ីម, ពាក្យ៖ សាមីអល់ឡហ៊ូ លីម៉ាន់ហាមីហ្ទះ , ពាក្យ៖ រ៉បហ្ពា ណា វ៉ាឡើកាល់ ហាំទូ, ពាក្យ៖ ស៊ុបហា ណា រ៉បពីយ៉ាល់អាក់ឡើ, ពាក្យ៖ រ៉ប់ ពៀហ្គគហ្វៀ រលី, សូត្រតះយិ ត, សឡាវ៉ាតលើណាពី, និងពាក្យឲ្យសាឡាម៖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អាស់សាឡាមូ អាឡៃគុំ វ៉ារ៉ោះម៉ាតុលឡោះ។ ចាំបាច់លើជនមូស្លីមត្រូវសឡាត ទោះបីជាមិនទាន់ទន្ទេញចាំក៏ដោយ ដោយ ត្រូវសូ ត្រនូវអ្វីដែលខ្លួនបានចាំក្នុងពេលខ្លួនសឡាត ឬរំលឹកឃ្លាដែលរូបគេ បានទន្ទេញក្នុងពេលឈរសឡាត ព្រោះអល់ឡោះបានមាន មានបន្ទូលថា៖ "ចូរ ពួកអ្នកកោតខ្លាចទៅចំពោះអល់ឡោះទៅតាមលទ្ធធភាពដែលពួកអ្នកមាន"។ (គម្ពីរគួរអាន ៦៤ៈ១៦) ក្នុងខណៈពេលនេះ ចាំបាច់លើគេត្រូវព្យាយា មឲ្យបានខ្លាំងក្នុងការចូលរួមសឡាតបួមគ្នា ដើម្បីជាការអនុវត្តសឡាត ពីព្រោះថា អ៊ីម៉ាំទទួលរ៉ាបរងទៅលើ ភាពខ្វះខាតរបស់ ម៉ាក់ម៉ុំ។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 អាល់ហ្វាទីហះ មានអត្ថន័យដូចខាងក្រោម៖َ اْلَْحَْمُْدُ ِهَّلِل ِ َرَِّب ِ اْلَْعَاَلَِمَِني រាល់ការសរសើរទាំងឡាយ គឺចំពោះអល់ឡោះជាម្ចាស់គ្រប់គ្ររងពិភពទាំងអស់។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ال َّرََمْح َِنِ الَّرَِحِِمي ជាម្ចាស់មហាសប បុរស មហា អាណិតស្ររលាញ់។ِ َمَاِكِل ِ َيَْوِْمِ اِّدلِيِن ជាស្តេច(គ្រប់គ្ររង)នៃថ្ងៃជំនុំជម្រះ(បរលោក)។ُ ِإِاَّياَكَ َنَْعُْبُُدُ َوَِإِاَّياَكَ َنَْسَْتَِعُِني ចំពោះទ្រង់តែមួយគត់ដែលពួកយើងគោរពសក្ការៈ ហើយចំពោះទ្រង់តែមួយគត់ដែលពួកយើងសុំឱ្យជួយ។َ اهِدِاَنا الَرِّص َاَطَ اْلُْمُْسَْتَِقَِمي សូមទ្រង់មេត្តាចង្អុលបង្ហាញដល់ពួកយើងនូវមាគាដ៏ត្រឹមត្រូវផងចុះ។ْ َرِص َاَطَ ا ِذَّل ِيَنَ َأَْنَْعَْمَْتَ َعََلَِهْي ِْم គឺមាន គ៌ារបស់ បណ្តាអ្នកដែលទ្រង់បានប្រទាននូវលាភសក្កាការៈដល់ពួកគេ។َ َغَِرْي ِ اْلَْمَْغُْضُوِِبِ َعََلَِهْي ِْمْ َوََالَ الَّضََاِّلَِني ពុំមែនជា(មាន គ៌ា)អ្នកដែលត្រូវគេខឹងសម្បានិងពុំមែនជា(មាន គ៌ា)ពួកដែលវង្វេងឡើយ។ 10 11 បន្ទាប់មក តឹកពៀរដើម្បីឱនរូកុ ដោយលើកដៃទាំងពីរដល់ស្មា ឬលើសបន្តិច ដាក់បាតដៃទាំងពីរ តម្ររងទិសគិបឡាត់ ដូចដែរបានធ្វើវា នៅ ពេលតឹកពៀរ ទីមួយ។ ឱនរូកុដោយដាក់ខ្ននងតម្ររង់ទិសគិបឡាត់ ហើយដាក់ខ្ននងនិងក្បាលឲ្យស្មើគ្នា និងដាក់ដៃទាំងពីរលើជង្គង់ទាំងពីរ ហើយសូត្រថា៖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˷سبحان ريب العظمي (ស៊ុបហា ណារ៉ប់ពីយ៉ាល់ អាហ្សីម)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12 មានន័យថា៖ ភាពស្អាតស្អំចំពោះអល់ឡោះ ដ៏ឧត្តុងឧត្តម និងល្អពិសិដ្ឋឋចាកផុតពីភាព ខ្វះខាត។ គប្បីសូត្រវាចំនួនបីដង។ តែជា កាតព្វកិច្ច គឺតែមួយដងប៉ុណ្ណោះណោះ។ ហើយ ពេលរូកុ គឺគប្បីលើកតម្កើង និងឱនលំទោន ចំពោះអល់ឡោះ។ ងើបពីឱ នរូកុ ហើយឈរត្រង់វិញ ដោយលើក ដៃទាំងពីរឱ្យស្មើនឹងស្មាទាំងពីរ ហើយបាតដៃ តម្ររង់ ទិសគិបឡាត់ ដូចដែលបានធ្វើរួចមក ហើយសូត្រថា៖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مسع هللا ملن محده (សាមីអល់ឡហ៊ូ លីម៉ាន់ហាមីហ្ទះ ) ប្រសិន នបើជាអ៊ីម៉ាំ ឬអ្នកសឡាតម នាក់ឯង។ បន្ទាប់មក ត្រូវសូ ត្រង់ថា៖ ربنـــا وكل امحلــــد (រ៉ប់ហ ពាណា វ៉ាឡើកាល់ហាំទ៍) ទាំងអ៊ីម៉ាំ ទាំងម៉ាក់មុម និងទាំងអ្នកសឡាតម នាក់ឯង។ គប្បីសូត្របន្ថែមទៀតថា៖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محدًاً كثريًاً طيبًاً مبارًاكً فيه، ملَءَ السامء وملء األأرض وملء ما شئت من يشء بعد (ហាំហ ទាន់ កាសីរ៉ាន់ ត័យយីហ្ពាន់ ម៉ូពើរ៉កាន់ហ្វីហ៊ី មីល អាស់សាម៉ាអ៊ី វ៉ាមីល អាល់អើរ ទី វ៉ាមីល អាម៉ាស៊ិតា មីនស្សៃអ៊ិនហ ពាក់ទូ)។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បន្ទាប់មកត្រូវតឹកពៀរ រួចហើយត្រូវ ចុះទៅលើដីដោយករាបស៊ូ ជោតលើអវយវៈ ទាំងប្រាំ ពីររួមមាន ថផងាសរួមនឹងច្ររមុះ បាតដៃ ទាំងពីរ ជង្គង់ទាំងពីរ និងចុងជើងទាំងពីរ។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គប្បីត្រូវញែកដៃទាំងពីរឱ្យឃ្លាតពីដងខ្លួនបន្តិច និងញែកពោះឱ្យឃ្លាតពីភ លៅ ទាំងពីរ និងញែកភ្លៅទាំងពីរឱ្យឃ្លាតពីជើងទាំងពីរហើយលើកំភួនដៃឱ្យផុតពីដីក្នុង ពេលសឡាត។ សូត្រក្នុងពេលស៊ូ ជោតថា៖ ˷سبحان ريب األأعىل (ស៊ុបហា ណា រ៉ប់ពីយ៉ាល់ អាក់ ឡា)។ ចាំបាច់ត្រូវសូ ត្រតែមួយដងប៉ុណ្ណោះណោះ តែគប្បីសូត្រសាឡើងវិញចំនួន បីដង។ 13 14 មានន័យថា៖ ភាពល្អពិសិដ្ឋឋចំពោះអល់ឡោះដែលខ្ពង់ខ្ពពស់ ខ្លាំងពូកែ ហើយខ្ពពង់ខ្ពពស់ នៅលើមេឃទាំងអស់ ដោយឃ្លាតឆផងាយពីរាល់ភាពខ្វះខាត និងការអស មត្ថថភាព។ នៅក្នុងឃ្លានេះដែរ គឺជាការរំលឹកដល់អ្នកដែលគោរពសក្ការៈ ដែលបានក្រាបស៊ូ ជោត ឱនលំទោន ស្តាប់បង្គាប់ និងគិតពីភាពខុសគ្នារវាងគេនិងអ្នកបង្កើតគេដ៏ខ្ពពង់ខ្ពពស់ (អល់ឡោះជាម្ចាស់) ដែលត្រូវតែបន្ទាបខ្លួននិងចុះចូលទៅចំពោះទ្រង់។ ស៊ូជោតជាកន្លែងបួងសួងដ៏ល្អបំផុតទៅចំពោះអល់ឡោះ បន្ទាប់ពីសូ ត្រអ្វីដែលជា កាតព្វកិច្ចហើយ គឺគេអាចបួងសួងនៅក្នុងវានូវអ្វីដែលខ្លួនត្រូវការអំពីប្ររ ការល្អនៅក្នុង លោកិយ និងថ្ងៃបរលោក។ អ្នកនាំសារបានមានប្រសាសន៍ថា៖ "គម្លាតជិតបំផុតបវាង ខ្ញុំបម្រើនិងម្ចាស់របស់ គេនោះ គឺក្នុងពេលស៊ូ ជោត។ ហេតុនេះ ចូរពួកអ្នកបង្កើនការ បួងសួងឲ្យបានច្រើន"។ (មូស្លីមៈ៤៨២) 15 បន្ទាប់មកត្រូវតឹកពៀរ ហើយងើបអង្គុយរវាងស៊ូជោតទាំងពីររ។ គប្បីលើគេអង្គុយ លើជើងខាងឆ្វេង ជើងស្តាំដាក់សណ្តូកត្រង់ ហើយដាក់ដៃទាំងពីរលើភ្លៅទាំងពីរដែល នៅជិតជង្គង់។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16 17 18 19 20 ហើយរាល់ការអង្គុយក្នុងសឡាតទាំងអស់ គប្បីត្រូវធ្វើតាមរបៀបនេះក្នុងពេល អង្គុយ លើកលែងតែពេលអង្គុយតះយិតចុងក្រោយប៉ុណ្ណោះណោះដែលគប្បីលើ គេដាក់ជើងស្តាំ សណ្តូកត្រង់ ដូចគ្នាដែរ ក៏ប៉ុន្តែដាក់ជើងឆ្វេងពីក្រោមជើងស្តាំ ហើយអង្គុយនៅលើដី។ បុគ្គល ណាដែលមិនអាចអង្គុយក្នុងពេលសឡាតដូចបានលើកឡើង ខាងលើ (ដូចជាអង្គុយតះយិតទីមួយ ឬតះយិតចុងក្រោយ) ព្រោះតែមានការឈឺចាប់ ត្រង់ជង្គង់ ឬព្រោះតែគេមិនអាចធ្វើវា បាន នោះគេអាចអង្គុយយ៉ាងណាក៏បាន ឱ្យតែមានភាពស្ររដៀងទៅតាមភាពងា យស្រួលក្នុងការអង្គុយរបស់ គេ។ ក្នុងពេលអង្គុយចន្លោះស៊ូជោតទាំងពីររត្រូវសូ ត្រង់ថា៖ريب اغفر يل (រ៉ប់ពៀហ្គគ ហ្វៀរលី)។ គប្បីសូត្រសាឡើងវិញចំនួនបីដង។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បន្ទាប់មក ស៊ូជោតលើកទីពីរដូចការស៊ូជោតលើកទីមួយដែរ។ បន្ទាប់មក ងើបពីស៊ូជោតទីពីររហូតដល់ឈរត្រង់ ដោយសូត្រថា៖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هللا ǫأكرب (អល់ឡហ៊ូ អឹកពើរ) ហើយសឡាតនៅ រ៉ក្អាត់ទីពីរដូចក្នុងរ៉ក្អាត់ទីមួយដែរ។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ក្រោយពីស៊ូ ជោតទីពីរនៅក្នុងរ៉ក្អាត់ទីពីរហើយ ត្រូវអង្គុយតះយិតទីមួយ ដោយសូត្រថា៖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អាត់តាហ៊ីយ៉ា ទូលិលឡះ វ៉ាស់សឡាវ៉ាតូ វ៉ាត់ត័យយីហ្ពាត អាស់សាឡាមូ អា ឡៃកា អៃយូហាន់ណាពី យូវ៉ារ៉ោះម៉ាតុលឡ ហ៊ីវ៉ាហ ពារ៉កាតុះ អាស់សាឡាមូអាឡៃណា វ៉ាអាឡើ អ៊ីហ ពាទីលឡើ ហ៊ីសស៏ លីហ៊ីន អាស្ហាទូ អាល់លើអ៊ីលើហើ អិលល ល់ឡោះ វ៉ាអាស់ហើទូអាន់ណា មូហាំម៉ាហ្ទាន់ អាប់ទូហ៊ូ វ៉ារ៉ស៊ូលុះ។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បន្ទាប់មក ត្រូវងើបឈរឡើងវិញដើម្បីបំពេញសឡាតដែលនៅសល់ប្រសិន នបើ វាជាសឡាតដែលមានចំនួនបីឬបួនរ៉ក្អាត់ដោយគេគ្រាន់តែសូត្រហ្វាតីហះ ប៉ុណ្ណោះណោះ នៅក្នុងរ៉ក្អាត់ទីបីនិងទីបួន។ ចំណែកឯសឡាតដែលមានចំនួនពីររ៉ក្អាត់ ដូចជាសឡាតស៊ូពុស គឺត្រូវអង្គុយ តះយិតចុងក្រោយ។ បន្ទាប់មក ក្នុងរ៉ក្អាត់ចុងក្រោយបន្ទាប់ពីស៊ូ ជោតទីពីរ ត្រូវអង្គុយតះយិតចុងក្រោយ ហើយរបៀបសូ ត្របស់ វា គឺដូចតះយិតទីមួយដែរ ដោយគ្រាន់តែថែមការសឡាវ៉ាតលើ ណាពីប៉ុណ្ណោះណោះ ហើយរបៀបសូ ត្រនោះគឺ៖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អល់ឡហ៊ុ ម៉ា សល់លីអាឡើមូហាំម៉ាត់ វ៉ាអាឡើអាលីមូហាំម៉ាត់ កាម៉ាសល់ឡៃ តាអាឡើអ៊ីបព្ររហ៊ី ម វ៉ាអាឡើអាលីអ៊ីបព្រហ៊ី ម អ៊ីនណាកា ហាមីទុម៉ាជីទ វ៉ាពើរិកអាឡើ មូហាំម៉ាត់ វ៉ាអាឡើអាលីមូហាំម៉ាត់ កាម៉ាពើរិកតា អាឡើអ៊ីបព្ររហ៊ី ម វ៉ាអាឡើ អាលីអ៊ីប ព្ររហ៊ី ម អ៊ីនណាកា ហាមីទុម៉ាជីទ។ 21 22 ،اللهم صل عىل محمد وعىل ǫآل محمد كام صليت عىل إبراهمي وعىل ǫآل إبراهمي إنك محيد جميد و اابرك عىل محمد وعىل ǫآل محمد كام اابركت عىل إبراهمي وعىل ǫآل إبراهمي إنك محيد جميد</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បន្ទាប់ពីស ឡាវ៉ាតចប់ គប្បីលើគេត្រូវសូ ត្រង់ថា៖ អាអ៊ូហ៊សូពីលឡើហ៊ី មិនអាហ្សាពី ជើហាន់ណាំ វ៉ាមិនអាហ្សាបពីលកប់រី វ៉ាមិនហ្វិតណាតិលម៉ះយ៉ា វ៉ាល់ម៉ាម៉ាត វ៉ាមិនហ្វិត ណាតិល ម៉ាស៊ីហ៊ីទហ្ទាច់ហ ជាល។ ǫأعوذ اابهلل من عذاب هجمن، ومن عذاب القرب ) (ومن فتنة احمليا واملامت، ومن فتنة املسيح ادلجال ហើយបួងសួងសុំនូវអ្វីដែលខ្លួនចង់បាន។ ال تحيات هلل والصلوات والطيبات، السالم عليك ǫأهيا النيب ورمحة هللا ،وبراكته، السالم علينا وعىل عباد هللا الصاحلني، ǫأشهد ǫأن ال إهل إال هللا وǫأشهد ǫأن محمدا عبده ورسوهل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23 24 បន្ទាប់មកងាកទៅខាងស្តាំ ហើយសូត្រថា៖ "السالم عليمك ورمحة هللا" (អាស់សាឡាមូ អាឡៃគុំ វ៉ារ៉ោះម៉ាតុលឡោះ)។ បន្ទាប់មក បែរទៅខាងឆ្វេង រួច សូត្រដូចគ្នាដែរ។ តាមរយៈការឱ្យសាឡាមនេះ ការសឡាតរបស់ គេត្រូវបានបញ្ច ប់ ដូចដែល អ្នកនាំសារ បានមានប្រសាសន៍ថា៖ "ការសឡាត គឺចាប់ផ្តើមដោយតឹកពៀរ ហើយ បញ្ច ប់ដោយការឲ្យ សាឡាម"។(អាពូទើវូទៈ៦១ អាត់តៀរមីហ ស៊ីៈ៣) មានន័យថា៖ការ ចូលក្នុងសឡាតចាប់ផ្តើមដោយការតឹកពៀរលើកដំបូង ហើយចេញពីសឡាតវិញ ដោយការឱ្យសាឡាម។ គប្បីលើជនមូស្លីមករោយពីសឡាតដែលជាកាតព្វកិច្ចរួចត្រូវសូ ត្រង់ថា៖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អាស់តោគហ្វៀរ៉ុល ឡោះ (ǫأ˷س تغفر هللا) ចំនួនបីដង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 អល់ឡហ៊ូ ម៉ាអាន់តាសសាឡាម វ៉ាមីនកាសសាឡាម តាពើរឹកតាយ៉ាហ្សើលជើ ឡើលីវ៉ាល់អ៊ីករ៉ម។ (اللهم ǫأنت السالم ومنك السالم تباركت ااي ذا اجلالل واإلإكرام) អល់ឡហ៊ូ ម៉ាឡើ ម៉ានីអា លីម៉ា អាកត័យតា វ៉ាលើមួកតីយ៉ា លីម៉ា ម៉ាណាក់តា វ៉ាឡើយ៉ាន់ហ្វាអ៊ូ ហ្សើលហ្ជាត់ទី មិនកើលហ្ជាត់ទូ។ (ذا اجلد منك اجلد اللهم ال مانع ملا ǫأعطيت وال معطي ملا منعت وال ينفع)</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 បន្ទាប់មកសូ ត្រ៖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˷سبحان هللا (ស៊ុបហា ណល់ ឡោះ) ៣៣ដ ង امحلد هلل (អាល់ហាំទូលិលឡះ ) ៣៣ដ ង هللا ǫأكرب (អល់ឡហ៊ូ អឹកពទី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 ៣៣ដ ង ហើយបំពេញឱ្យគ្រប់មួយរយដោយសូត្រថា៖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ឡើអ៊ីឡើហ៊ើ អ៊ីលល ល់ឡោះ វ៉ះទើហ៊ូ ឡើស្ហារីកាឡះ ឡើហ៊ុល ម៉ុលគូ វ៉ាឡើហ៊ុលហាំ ទូ វ៉ាហ៊ូវ៉ា អាឡើ គុលលី សៃអ៊ីនក៏ទៀរ។ عىل ال إهل إال هللا وحده ال رشيك هل، هل املكل وهل امحلد وهو لك يشء قدير</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&gt; តើខ្ញុំត្រូវសឡាតយ៉ាងដូចម្តេច?(ការឈរ-ការរូកុ- ការស៊ូជោទ) 1 2 3 ឈរឱ្យត្រង់ ហើយសូត្រថា៖ "អល់ឡហ៊ូ អឹកពើរ" ហើយ លើកដៃទាំងពីរស្មើនឹងស្មាទាំងពីរ ឬត្រចៀកទាំងពីរ។ ដាក់ដៃស្តាំលើដៃឆ្វេង រួចដាក់លើ ដើមទ្រូង ហើយសូត្រជំពូកអាល់ ហ្វា ទីហះ និងសូត្របន្ទាប់ពីនោះដែរនូវអ្វី ដែលអ្នកចេះអំពីគម ពីរគួរអាននៅក្នុង រ៉ក្អាត់ទី១ និងទី២។ តឹកពៀរដោយលើកដៃទាំងពីរ រួចបន្ទទន់ខ្ននងតម្ររង់ ទៅទិសគិ បឡាត់ ហើយដាក់បាតដៃទាំងពីរលើជង្គង់ ទាំងពីរ រួចសូ ត្រង់ថា៖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(˷سبحان ريب العظمي) (ស៊ុបហា ណា រ៉បពីយ៉ាល់ អាហ្ស៊ីម) ចំនួនបីដង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ងើបពីរូកុ ហើយឈរឱ្យត្រង់វិញដោយ លើកដៃទាំងពីរដូចពេលតឹកពៀរ រួចសូ ត្រង់ថា៖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(مسع هللا ملن محده) (សាមីអល់ឡហ៊ូ លីម៉ាន់ហាមីហ្ទះ ) ប្រសិន នបើជា អ៊ីម៉ាំ ឬសឡាតម នាក់ឯង។ បន្ទាប់មក ទាំងអ៊ីម៉ាំ ម៉ាក់មុម និងអ្នកស ឡា ត ម នាក់ឯង ត្រូវសូ ត្រដូចគ្នាថា៖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(ربنـــا وكل امحلــــد) (រ៉ប់ហ ពាណា វ៉ាឡើកាល់ហាំទូ) 4 5 បន្ទាប់មក ត្រូវតឹកពៀរដោយមិនលើកដៃទាំងពីរឡើយ ហើយឱនចុះទៅស៊ូជោទ ហើយត្រូវស៊ូ ជោទលើអវយវៈរបស់ គេទាំងប្រាំពីរ នោះគឺ ថផងាសរួមនឹងច្ររមុះ ដៃទាំងពីរ ជង្គង់ទាំងពីរ បាតជើងទាំងពីរ ហើយសូត្រថា៖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(˷سبحان ريب األأعىل) (ស៊ុបហា ណា រ៉ប់ពីយ៉ាល់ អាក់ឡើ) ចំនួនបីដង។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6 7 8 បន្ទាប់មក អង្គុយចន្លោះស៊ូជោទ ទាំងពីរ ដោយជើងស្តាំដាក់សណ តូកត្រង់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និងអង្គុយលើជើងខាងឆ្វេង ហើយដាក់ ដៃទាំងពីរលើគល់ភ្លៅ រួចសូ ត្រង់ថា៖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(ريب اغفر يل) (រ៉ប់ពៀកហ្វៀរលី) ចំនួនបីដង បន្ទាប់មក ស៊ូជោទម្តតងទៀត ហើយត្រូវធ្វើ ដូចមុនដែរ។ តើខ្ញុំត្រូវសឡាតដូចម្តេច? (រ៉ក្អាត់ទីពីរ-តះយិត-ឲ្យសាឡាម) ងើបអំពីស៊ូ ជោទ ហើយករោកឈរឡើង ដើម្បីសឡាត រ៉ក្អាត់ទីពីរ ហើយប្រតិបត្តិវាដូចរ៉ក្អាត់ទីមួយដែរ (ការឈរ ការសូត្រ ការរូកុ ការងើបពីរូកុ និងការស៊ូជោទ)។ ក្រោយពីស៊ូ ជោទលើកទីពីរនៃរ៉ក្អាត់ទីពីរ គេត្រូវអង្គុយ តះយិតលើកទីមួយដូចការអង្គុយរវាងស៊ូជោទាំងពីរដែរ ហើយសូត្រថា៖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អាត់តាហ៊ីយ៉ាទូ លីល ឡាហ៊ី វ៉ាស់សឡាវ៉ាទូ វ៉ាត់ត័យយីហ្ពាត អាស់សាឡាមូ អាឡៃ កា អៃយូហាន់ ណាពីយូ វ៉ារ៉ោះម៉ាទុលឡ ហ៊ីវ៉ាហ្ពារ៉កាតុះ អាស់សាឡាមូអាឡៃណា វ៉ាអាឡើ អ៊ីហ ពាទីល ឡើហ៊ីសសលីហ៊ី ន អាស្ហាទូ អាល់លើអ៊ីលើហា អ៊ីលល ល់ ឡោះ វ៉ាអាស្ហាទូ អាន់ណា មូហាំម៉ាហ្ទាន់ អាប់ទូហ៊ូ វ៉ារ៉ស៊ូលុះ"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علينا ال تحيات هلل والصلوات والطيبات السالم عليك ǫأهيا النيب ورمحة هللا وبراكته السالم وعىل عباد هللا الصاحلني ǫأشهد ǫأن ال إهل إال هللا وǫأشهد ǫأن محمدًاً عبده ورسوهل ប្រសិន នបើវាជាសឡាតដែលមានបី ឬបួនរ៉ក្អាត់ នោះគេត្រូវឈរឡើងដើម្បីសឡាតប៉ក្អាតទីបីហើយ ប្រតិបត្តិវាដូចរ៉ក្អាត់ទីមួយនិងទីពីរដែរ ក៏ប៉ុន្តែមិន សូត្រជំពូកផ្សេងឡើយ បន្ទាប់ពីអាល់ហ្វាទីហះនោះ ទេ។ ចំណែកាយវិការ និងការសូត្រផ្សេងៗទៀត នោះ គឺត្រូវធ្វើដូចមុន។ 9 10 នៅរ៉ក្អាត់ចុងក្រោយ គេត្រូវអង្គុយ ក្រោយពីស៊ូជោទ ហើយសូត្រតះយិ តទីមួយ។ បន្ទាប់មក សឡាវ៉ាតលើណាពី ហើយរបៀបសូ ត្រនោះគឺ៖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"អល់ឡហ៊ុ ម៉ា សល់លីអាឡើមូហាំម៉ាត់ វ៉ាអាឡើអាលីមូហាំម៉ាត់ កើម៉ាសល់ឡៃតា អាឡើ អ៊ីបព្ររហ៊ី ម វ៉ាអាឡើអាលីអ៊ីបព្ររហ៊ី ម អ៊ីនណាកាហាមីទុម៉ាជីត វ៉ាពើរឹកអាឡើ មូហាំម៉ាត់ វ៉ាអាឡើអាលីមូហាំម៉ាត់ កាម៉ាហ្ពារឹកតា អាឡើអ៊ីបព្ររហ៊ី ម វ៉ាអាឡើ អាលី អ៊ីបព្ររហ៊ី ម អ៊ីនណាកាហាមីទុម ម៉ាជីត"។ اللهم صل عىل محمد وعىل ǫآل محمد كام صليت عىل إبراهمي وعىل ǫآل إبراهمي إنك محيد جميد، و اابرك عىل محمد وعىل ǫآل محمد كام اابركت عىل إبراهمي وعىل ǫآل إبراهمي إنك محيد جميد</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11 បន្ទាប់មក ឱ្យសាឡាមដោយងាកមុ ខបែរទៅ ខាងស្តាំ ហើយសូត្រថា៖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(អាស់សាឡាមូ អាឡៃគុគុម វ៉ារ៉ោះម៉ាតុលឡោះ) (السالم عليمك ورمحة هللا) បន្ទាប់មក បែរទៅខាងឆ្វេង រួចសូ ត្រង់ថា៖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(អាស់សាឡាមូ អាឡៃគុគុម វ៉ារ៉ោះម៉ាតុលឡោះ) (السالم عليمك ورمحة هللا)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&gt; គោលគ្រឹះ[(រូកុន) និងប្រក្សារចាំបាច់(វ៉ាជិប) នៃសឡាត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គោលគ្រឹះ[នៃសឡាត(រូកុនសឡាត) គឺចំណុចគោលរបស់ សឡាតដែល សឡាតនឹងត្រូវខូចប្រសិន នបើបោះបង់វាដោយចេតនា ឬអចេ តនា។ គោលគ្រឹះ[នៃសឡាតមានដូចខាងក្រោមនេះ៖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តឹកពៀរ៉តុលអៀហរ៉ម(តឹកពៀរលើកដំបូងពេលផ្តើមសឡាត) ការឈរ ប្រសិន នបើមានលទ្ធធភាព សូត្រអាល់ហ្វាទីហះសម្រាប់អ្នកមិនមែនជាម៉ាក់មុម ការឱនរូកុ ងើបពីរូកុ ក្រាបស៊ូ ជោត អង្គុយចន្លោះស៊ូជោតទាំងពីររ សូត្រតះយិ តចុងក្រោយ អង្គុយ ដើម្បីសូត្រតះយិ តចុងក្រោយ មានភាពនឹងនរ និងឱ្យសាឡាម។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ប្រក្សារចាំបាច់(ប្រក្សារវ៉ាជិប)នៃសឡាត វាគឺជាចំណុចដែលចាំបាច់ក្នុងសឡាត ហើយធ្វើឱ្យសឡាតខូច ប្រសិន នបើបោះបង់វាដោយចេតនា។ ក៏ប៉ុន្តែប្រសិន នបើភ្លេច ឬ អចេ តនានោះ គឺគេត្រូវបំពេញកន្លែងចន្លោះនោះដោយស៊ូជោតសះវី ដែលយើងនឹង ពន្យល់នាពេលក្រោយ។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ប្រក្សារចាំបាច់នៃសឡាតមានដូចខាងក្រោម៖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រាល់តឹកពៀរទាំងអស់ ក្រៅពីតឹកពៀរ៉តុលអៀហរ៉ម ការសូត្រ៖"ស៊ុបហា ណារ៉ប់ ពីយ៉ាល់អាហ្ស៊ីម" ចំនួនមួយដង ការសូត្រ៖ "សាមីអល់ឡហ៊ូ លីម៉ាន់ហាមីហ្ទះ " សម្រាប់ អ្នកសឡាតម នាក់ឯងនិងអ៊ីម៉ាំ ការសូត្រ៖ "រ៉ប់ហ ពាណា វ៉ាឡើកាល់ហាំទូ" សម្រាប់អ៊ីម៉ាំ ម៉ាក់មុម និងអ្នកសឡាតម្នាក់ឯង ការសូត្រ៖ "ស៊ុបហា ណា រ៉ប់ពីយ៉ាល អាក់ឡើ" ចំនួន មួយដងក្នុងពេលស៊ូ ជោត ការសូត្រ៖ "រ៉ប់ពៀហ្គគហ្វៀ រលី" ចំនួនមួយដងក្នុងពេលអង្គុយ ចន្លោះស៊ូជោតទាំងពីររ និងការសូត្រតះយិ តទីមួយ។ ប្រក្សារចាំបាច់ទាំងនេះប្រសិន នបើ បោះបង់វាដោយភ្លេច ដោយអចេ តនា គឺចាំបាច់ត្រូវស៊ូ ជោតសះវី។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ប្រក្សារគួរគប្បីធ្វើនៅក្នុងសឡាត(ប្រក្សារស៊ូណិត) គឺជាប្រក្សារដែលមិនមែន ជាគោលគ្រឹះ[នៃសឡាត និងមិនមែនជាប្រក្សារចាំបាច់នៃសឡាតនៃពាក្យសំដី និង កាយវិការ។ វាជាប្រក្សារគួរគប្បីធ្វើ និងថែរក្សាវា ហើយវាជួយបំពេញសឡាត។ ក៏ប៉ុន្តែ សឡាតមិនខូចឡើយប្រសិន នបើបោះបង់វានោះ។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ស៊ូជោទសះវី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ជាការស៊ូជោទចំនួនពីរដងដែលអល់ឡោះបានដាក់វាដើម្បីបំពេញនូវ កង្វះខាត និងការខ្វះចន្លោះក្នុងពេលសឡាត។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តើត្រូវអនុវត្តតវានៅពេលណា?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គេត្រូវអនុវត្តស៊ូ ជោទសះវីក្នុងករណីដូចខាងក្រោម៖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ប្រសិន នបើគេបានថែមនៅក្នុងសឡាតនូវការរូកុ ឬស៊ូជោទ ឬឈរ ឬអង្គុយ ដោយមូលហេតុភ្លេច ឬខុស នោះគេត្រូវស៊ូ ជោទសះវី។ 2 ប្រសិន នបើបោះបង់ដោយអចេ តនានូវគោលគ្រឹះ[(រូកុន)ណាមួយ ចាំបាច់ លើគេត្រូវត្រឡប់ ប់ ទៅបំពេញ គោលគ្រឹះ[ នោះ ហើយត្រូវស៊ូ ជោទសះវី នៅចុងបញ្ច ប់នៃ សឡាតរបស់ ខ្លួន។ 3 ប្រសិន នបើបោះបង់ដោយអចេ តនានូវកាតព្វកិច្ច(ប្រក្សារវ៉ាជិប)ណាមួយក្នុង ចំណោមកាតព្វកិច្ចនៃសឡាត ដូចជាតះយិតទីមួយ នោះគេត្រូវស៊ូ ជោទសះវី។ 4 ប្រសិន នបើមានការសង្ស័យអំពីចំនួនរ៉ក្អាត់ គេត្រូវជ្រើស យកអ្វីដែលគេ មានការច្បាស់នៅក្នុងចិត្ត នោះគឺចំនួនតិច(ជ្រើស យករ៉ក្អាត់ដែលតិច) ហើយ ត្រូវស៊ូ ជោទសះវី។ របៀបស៊ូ ជោទសះវី៖ គឺស៊ូជោទចំនួនពីរដង ដោយអង្គុយរវាងវាទាំងពីរ ដូចជា នៅក្នុងការស៊ូជោទនិងអង្គុយរវាងស៊ូជោទាំងពីរក្នុងពេលសឡាតដែរ។ ពេលវេលាស៊ូជោទសះវី៖ សម្រាប់ស៊ូជោទសះវីមានពីរកន្លែង ហើយអាចប្រតិ បត្តិ នៅកន្លែងមួយណាក៏បាន៖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មុនពេលឱ្យសាឡាម និងក្រោយពេលតះយិតចុងក្រោយ៖ គេត្រូវស៊ូ ជោទ សះវី បន្ទាប់មកឱ្យសាឡាម។ ក្រោយពេលឱ្យសាឡាម៖ គេត្រូវស៊ូ ជោទសះវីពីរដង បន្ទាប់មក ឱ្យ សាឡាម ម្តតងទៀត។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&gt; គេមិនពេញចិត្ត(ម៉ាក្រុះ)ក្នុងការរពឹស លេងមុខឬដៃនៅពេលកំពុងសឡាត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ប្រក្សារដែលនាំឱ្យខូចសឡាត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សឡាតនឹងត្រូវខូចប្រសិន នបើបោះបង់គោលគ្រឹះ[(រូកុន)ណាមួយ ឬលក្ខខខណ្ឌឌ ណាមួយនៃការសឡាត ខណៈដែលគេមានលទ្ធធភាពអាចធ្វើវា ទោះដោយ ចេតនា ឬអចេ តនាក៏ដោយ។ សឡាតនឹងត្រូវខូចប្រសិន នបើគេបោះបង់កាតព្វកិច្ច(ប្រក្សារវ៉ាជិប)ណាមួយនៃ កាតព្វកិច្ចសឡាតដោយចេតនា។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សឡាតនឹងត្រូវខូចប្រសិន នបើគេនិយា យដោយចេតនា។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សឡាតនឹងត្រូវខូច ប្រសិន នបើគេសើចេញសំលេង។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សឡាតនឹងត្រូវខូចប្រសិន នបើគេគេធ្វើកាយវិការច្រើនជាប់ៗគ្នា ដោយគ មាន ការចាំបាច់។ 1 2 3 4 5 &gt;ឋានៈរបស់ អ្នកដែលសឡាតកើនខ្ពពស់ឡើងហើយត្រូវបានបន្ថែមផលបុ ណ្យឲ្យ តាមកម្រិ តនៃភាពស្មឹ[ងស្មាធរបស់ គេទៅចំពោះអល់ឡោះ ហើយនិងឃ្លាតឆផងាយ អំពីប្ររ ការដែលនាំឲ្យរំខាននៅក្នុងសឡាត។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ប្រក្សារដែលមិនគប្បីធ្វើក្នុងពេលសឡាត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វាជាទង្វើ ដែលនាំឱ្យខាតផលបុ ណ្យនៃសឡាត និងនាំឱ្យបាត់បង់ភាពនឹងនរ និងភាពស្មឹ[ងស្មាធ ដោយវាមានដូចខាង ក្រោមនេះ៖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មិនគប្បីងាកមុ ខនៅក្នុងសឡាត ពីព្រោះព្យាការីត្រូវបានគេសួរអំពីការងាកនៅ ក្នុងសឡាត? លោកបានឆ្លើយថា៖ "វាគឺជាការកញ្ឆឆ ក់មួយ ដែលស្ហៃតនឆក់ យកសឡាតរបស់ មនុស្ស"។ (អាល់ពូខរីៈ៧១៨) មិនគប្បីកេះដៃ លេងមុខ ដាក់ដៃច្ររត់ចង្កេះ ប្រទាក់ម្រាមដៃ ឬកាច់ម្រាមដៃ លេងឡើយ។ ក្នុងពេលកំពុងសឡាត ចិត្តរបស់ គេមិនគប្បីគិតពីអ្វីផ្សេង ដូចជាតម្រូវការទៅ បន្ទទប់ទឹក ឬតម្រូវការចំណីអាហារ ដូចដែលអ្នកនាំសារមានប្រសាសន៍ថា៖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 មានទេការសឡាតនៅ ពេលគេលើកអាហារមកដល់ ហើយក៏ដូចគ្នាដែរ នៅពេលគេខំទប់ទុក្ខស ត្វវទាំងពីរ(បត់ជើងតូច បត់ជើងធំ)"។ (មូស្លីមៈ៥៦០)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&gt; តើអ្វីទៅជាសឡាតស៊ូណិត(ថ្វាយបង្គំ ស្ម័គ្រចិត្ត)?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ចាំបាច់លើជនមូស្លីមត្រូវសឡាតែប្រាំពេលប៉ុណ្ណោះណោះក្នុងមួយថ្ងៃមួយយប់។ តែក្នុងពេលជាមួយគ្នាដែរ ច្បាប់បានជំរុញដល់ជនមូស្លីមឲ្យប្រតិបត្តិសឡាតស៊ូណិត ព្រោះវាជាមូលហេតុដែលនាំឲ្យអល់ឡោះកាន់តែស្ររលាញ់ខ្ញុំបម្រើរបស់ ទ្រង់ និង បំពេញរាល់កង្វះខាត នៃសឡាតដែលជាកាតព្វកិច្ច។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សឡាតស៊ូណិតមានច្រើនណាស់ ហើយដែលសំខាន់ជាងគេនោះគឺ ស៊ូណិតប៉វ៉ាទិប(ស៊ូណិតអមសឡាតដែលជាកាតព្វកិច្ច)៖ គេឱ្យឈ្មោះវា ដូចនេះ ពីព្រោះវានៅជាប់ជាមួយនឹងសឡាតកាតព្វកិច្ច និងដោយសារអ្នក មូស្លីមិនបោះបង់វាឡើយ។ ពិតណាស់ ព្យាការីបានមានប្រសាសន៍ថា៖ "ជនមូស្លីមគ្រប់រូបដែលសឡាត ដើម្បីអល់ឡោះរាល់ថ្ងៃចំនួន១២រ៉ក្អាត់ដោយស្ម័គ្រចិត្តក្រៅពីសឡាតដែល ជាកាតព្វកិច្ចនោះ អល់ឡោះនឹងសង់ផ្ទះមួយសម្រាប់ គេនៅក្នុងឋានសួគ៍"។ (មូស្លីមៈ៧២៨) 1 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សឡាតប៉វ៉ាទិបមានដូចខាងក្រោម៖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ពីររ៉ក្អាត់ មុនសឡាតស៊ូពុស 1 បួនរ៉ក្អាត់ មុនសឡាតហ៊សូហោរ ដោយឱ្យសាឡាមរាល់ពីររ៉ក្អាត់ម្តតង និងពីររ៉ក្អាត់ទៀត បន្ទាប់ពីសឡាតហ៊សូហោរ។ 2 ពីររ៉ក្អាត់ ក្រោយសឡាតម៉ាហ្គារិប 3 ពីររ៉ក្អាត់ ក្រោយសឡាតអ៊ីស្ហា 4 សឡាត វីតៀរ៖ គេឱ្យឈ្មោះវាដូចនេះ ពីព្រោះចំនួនរ៉ក្អាត់របស់ វាគឺសេស ហើយវា ជាសឡាតស៊ូណិតដ៏ល្អប្រពៃបំផុត។ ព្យាការីបានមានប្រសាសន៍ថា៖ "ចូរពួកអ្នក សឡាតវីតៀរចុះ ឱពួកអ្នកដែលធ្វើតាមគម្ពីរគួរអាន"។ (អាត់តៀរមីហ សីៈ៤៥៣ អិពនូម៉ាហ្ជះៈ១១៧០)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ពេលវេលាដែលល្អ អបំផុតសម្រាប់សឡាតវីតៀរ គឺនៅចុងក្រោយនៃពេលយប់។ តែជនមូស្លីមអាចប្រតិបត្តិវាក្នុងពេលណាក៏បានដែរ ចាប់ពីសឡាតអ៊ីស្ហារួច រហូតដល់ សេតបុណរះ។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ចំនួនតិចបំផុតនៃរ៉ក្អាត់វីតៀរ គឺមួយរ៉ក្អាត់ តែជាការប្រសើរ គឺមិនគួរសឡាត តិចជាងបីរ៉ក្អាត់ទេ ហើយគេអាចថែមលើសនោះទៅតាមអ្វីដែលគេចង់។ អ្នកនាំសារ វិញ លោកសឡាតចំនួន១១រ៉ក្អាត់។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ធាតុដើមនៃការសឡាតស៊ូណិត គឺចំនួនពីររ៉ក្អាត់ៗ ដោយសឡាតពីររ៉ក្អាត់ឱ្យ សាឡាម្តតង។ ចំពោះសឡាតវីតៀរក៏ដូចគ្នាដែរ ក៏ប៉ុន្តែនៅពេលដែលគេចង់បញ្ច ប់ សឡាត គេត្រូវសឡាតមួយរ៉ក្អាត់នៅពេលចុងក្រោយ។ ក្រោយពេលដែលគេងើបពីរូកុ មុនពេលស៊ូ ជោទ គេបង្គាប់ប្រើឲ្យសូត្រហ ស៊ីកៀរដែលមានបញ្ជាក់ពីព្យាការី បន្ទាប់មក លើកដៃទាំងពីររបស់ គេបួងសួង(ទូអា)ទៅចំពោះអល់ឡោះនូវអ្វី ដែលគេចង់បាន ហើយគេឱ្យឈ្មោះវាថា "ទូអាគូនុត"។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ពេលវេលាដែលគេហា មឃាត់មិនឱ្យសឡាតស៊ូណិត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គេអនុញ្ញាតឱ្យសឡាតស៊ូណិតគ្រប់ពេលវេលាទាំងអស់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លើកលែងតែ ពេលវេលាមួយចំនួនដែលឥស្លាមបានហា មឃាត់មិនឱ្យសឡាតនៅក្នុងពេលនោះ ពីព្រោះវាជាពេលរបស់ ពួកគេមានជំនឿគោរពសក្ការៈដែរ។ ដូចនេះ មិនត្រូវសឡាតក្នុង ពេលនោះឡើយ លើកលែងតែសឡាតកាតព្វកិច្ចដែលគេបាន ខកខាន ឬសឡាត ស៊ូណិតដែលមានមូលហេតុត្រឹមត្រូវ ដូចជាស៊ូណិតាហ៊ីយ៉ាតុលម៉ាស្ជិត (សឡាត ពេលចូលម៉ាស្ជិត) ហើយវាទាក់ទងចំពោះតែសឡាតប៉ុណ្ណោះណោះ។ ចំណែកឯការ ហ្សីកៀរ (រំលឹក)ទៅចំពោះអល់ឡោះនិងការបួងសួង គឺអាចធ្វើនៅពេលណាក៏បាន។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ហើយពេលវេលាដែលគេហា មឃាត់មិនឲ្យសឡាតមានដូចខាងក្រោម៖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ក្រោយពីសឡាតស៊ូពុស រហូតដល់ថ្ងៃរះបានកម្ពស់ មួយថ្នោល ដែលគិតជា មធ្យម គឺបន្ទាប់ពីថ្ងៃរះប្រហែល ២០នាទី។ 1 នៅពេលដែលថ្ងៃនៅចំកណ្តាលក្បាល រហូតដល់ថ្ងៃជ្រេ។ វាជាពេលវេលាដ៏ខ្លី មុនពេលចូលដល់ពេលសឡាតហ៊សូហោរ។ 2 ក្រោយពីសឡាតអាសើរ រហូតដល់ថ្ងៃលិច។ 3 &gt; សឡាតជើម៉ាអះ(ថ្វាយបង្គំរួមគ្នា)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អល់ឡោះជាម្ចាស់បានបង្គាប់ប្រើឱ្យបុរសៗសឡាតប្រាំ ពេលក្នុងលក្ខណៈរួមគ្នា (ជើម៉ាអះ)។ មានភស្តុ តាងដែលបញ្ជាក់ផលបុ ណ្យដ៏ធំធេង នៃការសឡាតបួមគ្នានេះ។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អ្នកនាំសារបានមានប្រសសន៍ ថា៖ "ការសឡាតបួមគ្នា គឺល្អជាងការសឡាត ម នាក់ឯងចំនួន២៧កម្រិ ត"។ (អាល់ពូខរីៈ៦១៩ មូស្លីមៈ៦៥០)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ចំនួនតិចបំផុតនៃសឡាតបួមគ្នា គឺអ៊ីម៉ាំម្នាក់ និងម៉ាក់មុម នាក់។ កាលណាមាន គ្នាកាន់តែច្រើន គឺអល់ឡោះកាន់តែស្ររលាញ់។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អត្ថន័យនៃពាក្យ "ការតាមអ៊ីម៉ាំ"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គឺជាការភ្ជាប់គ្នារវាងអ្នកសឡាតដែលជាម៉ាក់មុំជាមួយនឹងអ៊ីម៉ាំ ដោយត្រូវធ្វើ តាមអ៊ីម៉ាំក្នុងពេលរូកុ ស៊ូជោទ និងស្តាប់ការសូត្របស់ គាត់ ហើយមិនត្រូវធ្វើមុន ឬធ្វើអ្វី មួយខុសពីអ៊ីម៉ាំឡើយ។ ផ្ទុយ ទៅវិញ គឺធ្វើតាមបន្ទាប់ពីអ៊ីម៉ាំតែម្តតង។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អ្នកនាំសារបានមានប្រសាសន៍ថា៖ "ពិតណាស់ គេបានបង្កើ តអ៊ីម៉ាំដើម្បី ឱ្យ(ម៉ាក់មុម)អនុវត្តា មគាត់។ ដូចនេះ នៅពេលដែលអ៊ីម៉ាំតឹកពៀរ ចូរពួកអ្នក តឹកពៀរ ហើយពួកអ្នកមិនត្រូវតឹកពៀរ ឡើយ លុះត្រាតែអ៊ីម៉ាំបានតឹកពៀរមុន។ ហើយនៅពេលដែលគាត់រូកុ ចូរពួកអ្នករូកុ ហើយពួកអ្នកមិនត្រូវរូកុឡើយ លុះត្រាតែ គាត់រូកុមុន។ ហើយនៅពេលដែលគាត់សូត្រ "សាមីអល់ឡ ហ៊ូលីម៉ាន់ ហាមីហ្ទះ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ចូរពួកអ្នកសូ ត្រង់ថា៖ "រ៉ប់ហ ពាណា វ៉ាលើកាលហាំទូ"។ នៅពេលដែលគាត់ស៊ូជោទ ចូរពួកអ្នកស៊ូ ជោទ ហើយពួកអ្នកមិនត្រូវស៊ូ ជោទឡើយ លុះត្រាតែគាត់ស៊ូជោទមុន"។ (អាល់ពូខរីៈ៧០១ មូស្លីមៈ៤១៤ អាពូទើវូទៈ៦០៣)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តើអ្នកណាដែលគួរឱ្យធ្វើជាអ៊ីម៉ាំ?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អ្នកដែលគួឱ្យធ្វើអ៊ីម៉ាំ គឺអ្នកដែលបានទន្ទេញចាំគម្ពីរគួរអាន។ បន្ទាប់មក អ្នកដែលល្អ អជាបន្តបន្ទាប់ ដូចដែលអ្នកនាំសារបានមានប្រសាសន៍ថា៖ "អ្នកដែល ត្រូវធ្វើជាអ៊ីម៉ាំ(ដឹកនាំសឡាត)នៃក្រុមួយ គឺអ្នកដែលសូ ត្រគម្ពីរគួរអានបានល្អ ប្រសើរជាងគេ។ ប្រសិន នបើការសូត្របស់ ពួកគេមានភាពស្មើគ្នា គឺអ្នកដែលយល់ដឹង ច្រើនជាងគេពីស៊ុណ្ណះ(មាន គ៌ារបស់ ព្យាការី)"។ (មូស្លីមៈ៦៧៣)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តើអ៊ីម៉ាំ និងម៉ាក់មុំត្រូវឈរនៅទីតាំងណា?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ចាំបាច់លើអ៊ីម៉ាំត្រូវឈរនៅខាងមុខ ហើយម៉ាក់មុំឈរជាជួរនៅខាងក្រោយ អ៊ីម៉ាំ។ ត្រូវបំពេញជួរទីមួយមុន បន្ទាប់មក ជួរបន្ទាប់ទៀត។ ប្រសិន នបើម៉ាក់មុំមានតែ ម នាក់ គឺត្រូវឈរនៅខាងស្តាំអ៊ីម៉ាំ។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តើត្រូវបំពេញដូចម្តេចនូវអ្វីដែលគេបានខកខានជាមួយអ៊ីម៉ាំ?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អ្នកដែលចូលសឡាតជាមួយអ៊ីម៉ាំក្រោយពីគេបានខកខាននូវចំណែកខ្លះនៃ សឡាត គឺគេត្រូវតឹកពៀរសឡាត ហើយចូលជាមួយអ៊ីម៉ាំរហូតដល់អ៊ីម៉ាំឱ្យសាឡាម។ បន្ទាប់មក ត្រូវបំពេញអ្វីដែលនៅសល់ពីសឡាតរបស់ គេ។ ត្រូវរាប់នូវអ្វីដែលគេទាន់ជា មួយអ៊ីម៉ាំពីដើមសឡាតរបស់ គេ និងអ្វី ដែលគេធ្វើវា ក្រោយពីនោះ នៅចុងក្រោយនៃ សឡាតរបស់ 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តើអ្វីទៅដែលបញ្ជាក់ថា គេបានទាន់រ៉ក្អាត់(ជាមួយអ៊ីម៉ាំ)?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យើងគណនាវាតាមចំនួនរ៉ក្អាត់នៃសឡាត។ ជនណាដែលទៅទាន់រូកុជាមួយ អ៊ីម៉ាំ ពិតណាស់ គេបានទាន់មួយរ៉ក្អាត់ពេញលេញ ប៉ុន្តែជនណាខកខានរូកុជាមួយ អ៊ីម៉ាំ គឺមិនចាត់ទុកថា បានទាន់រ៉ក្អាត់នោះទេ ទោះជាគេបានធ្វើនូវអ្វីដែលនៅសល់អំពី កាយវិកា និងពាក្យសំដីនៅក្នុងរ៉ក្អាត់នោះក៏ដោយ ក៏គេមិនរាប់ជារ៉ក្អាត់ដែរ។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ជនណាដែលទៅទាន់អ៊ីម៉ាំនៅរ៉ក្អាត់ទីពីរនៃសឡាតស៊ូពុស ក្រោយពេល អ៊ីម៉ាំឱ្យសាឡាមរួច ចាំបាច់លើគេត្រូវក្រោកឡើងដើម្បីបំពេញមួយរ៉ក្អាត់ទៀត ដែលនៅសល់ ហើយមិនត្រូវឱ្យសាឡាមឡើយ រហូតទាល់តែចប់ ពីព្រោះសឡាត ស៊ូពុស គឺមានពីររ៉ក្អាត់ តែគេមកទាន់តែមួយរ៉ក្អាត់ប៉ុណ្ណោះណោះ។ ជនណាដែលមកទាន់អ៊ីម៉ាំនៅ ពេលតះយិតចុងក្រោយនៃ សឡាត ម៉ាហ្គារិប ក្រោយពេលអ៊ីម៉ាំ ឱ្យសាឡា មរួច ចាំបាច់លើគេត្រូវ សឡាតបីរ៉ក្អាត់ យ៉ាងពេញលេញ ពីព្រោះគេមកទាន់អ៊ីម៉ាំក្នុងពេល តះយិតចុងក្រោយ ហើយការ ទាន់រ៉ក្អាត់ គឺទាល់តែទាន់រូកុ ជា មួយអ៊ីម៉ាំ។ ជនណាដែលទាន់ជាមួយអ៊ីម៉ាំក្នុង ពេលរូកុរ៉ក្អាត់ទីបីនៃសឡាតហ៊សូហោរ ពិតណាស់ នោះគេបានទាន់ពីររ៉ក្អាត់ ជាមួយអ៊ីម៉ាំ(សម្រាប់ម៉ាក់មុំ គឺពីររ៉ក្អាត់ ដំបូងនៃសឡាតហ៊សូហោរ)។ នៅពេល ដែលអ៊ីម៉ាំឱ្យសាឡាម ចាំបាច់គេឈរ ឡើង ហើយបំពេញអ្វីដែលនៅសល់ វានោះគឺ ពីររ៉ក្អាត់(រ៉ក្អាត់ទីបីនិងទីបួន) ព្រោះសឡាតហ៊សូហោរមានបួនរ៉ក្អាត់។ ឧទាហរណ៍ក្នុងការបំពេញសឡាត សម្រាប់អ្នកដែលខកខានសឡាត ដំបូងជាមួយអ៊ីម៉ាំ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&gt; ការប្រកាសហៅឱ្យមកសឡាត(អាហ្សាន)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អល់ឡោះបានដាក់ច្បាប់លើជន មូស្លីមឱ្យអាហ្សានដើម្បីហៅមនុស្សមក សឡាត និងប្រកាសប្រាប់ពួកគេពីការ ដល់ពេលសឡាត ហើយគេប្រើឱ្យអ៊ីក៏ ម៉ះដើម្បីប្រកាសប្រាប់ពួកគេពីការចាប់ ផ្តើមសឡាត។ ពិតណាស់ ជនមូស្លីម ធ្លាប់បានជួបជុំគ្នាដើម្បីបំពេញកាតព្វកិច្ច សឡាតដោយមិនមាននរនាម្នាក់ប្រកាសហៅឡើយ។ នៅ ថ្ងៃមួយ ពួកគេក៏បាន ពិភាក្សាគ្នា ដោយពួកគេមួយចំនួនបាននិយា យថា៖ ពួកយើងគួរប្រើ ប្រាស់ជួង ដូចជា ជួងរបស់ ពួកគេរឹ [ស្ទាន(ដើម្បីប្រកាសហៅមនុស្សឲ្យមកសឡាត)។ មានអ្នកខ្លះទៀត និយា យថា៖ គួរផ្លុំត្រែដូចជាត្រែរបស់ ពួកជ្វីហ្វវ។ ពេលនោះ អ៊ូមើរ ពិន អាល់ខត្តតប បាននិយា យថា៖ "ទេ ត្រូវតែងតាំងបុរសម្នាក់ប្រកាសហៅឱ្យមកសឡាតវិញ"។ ពេលនោះអ្នកនាំសារក៏ បានមានប្រសាសន៍ថា៖ "ឱ ពីឡាល! ចូរក្រោកឈរឡើង ហើយប្រកាសហៅមនុស្សឱ្យមកសឡាត"។ (អាល់ពូខរីៈ៥៧៩ មូស្លីមៈ៣៧៧) &gt;ការអាហ្សានហៅមនុស្សទៅសឡាត ស្ថិតក្នុងចំណោមអំពើកុសលដ៏ខ្ពពង់ខ្ពពស់ បំផុតចំពោះអល់ឡោះ។ របៀបអាហ្សាន និង អ៊ីក៏ម៉ះ ចំពោះការអាហ្សាន និងអ៊ីក៏ម៉ះ ចាំបាច់សម្រាប់តែការសឡាតជាក្រុម(ជើម៉ាអះ) ប៉ុណ្ណោះណោះ ពុំមែនសម្រាប់បុគ្គល ម្នាក់ៗនោះទេ។ ប្រសិន នបើពួកគេបោះបង់ការ អាហ្សាន និងអ៊ីក៏ម៉ះដោយចេតនានោះ សឡាត របស់ ពួកគេត្រឹមត្រូវ ប៉ុន្តែពួកគេ ទទួលបាប។ ហើយច្បាប់បានកំណត់ឱ្យអាហ្សានដោយសំទេងខ្លាំងនិងល្អ រហូតអាចឱ្យ មនុស្សស្តាប់ឮ ដើម្បីឲ្យពួកគេមកសឡាត។ មានរបៀបអាហ្សាន និងអ៊ីក៏ម៉ាត់ជាច្រើនទម្ររង់ ដែលមានភស្តុ តាងបញ្ជាក់ពី ព្យាការីមូហាំម៉ាត់ ហើយដែលពេញនិយមជាងគេនោះមានដូចខាងក្រោម៖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អាហ្សាន 1 អល់ឡហ៊ូ អឹកពើរ អល់ឡហ៊ូ អឹកពើរ អល់ឡហ៊ូ អឹកពើរ អល់ឡហ៊ូ អឹកពើរ 2 អាស្ហាទូ អាល់ឡើអ៊ីឡើហា អិលល ល់ឡោះ អាស្ហាទូ អាល់ឡើអ៊ីឡើហា អិលល ល់ឡោះ 3 អាស្ហាទូ អាន់ណា មូហាំម៉ាហ្ទាន់ រ៉ស៊ូលុលឡោះ អាស្ហាទូ អាន់ណា មូហាំម៉ាហ្ទាន់ រ៉ស៊ូលុលឡោះ 4 ហៃយ៉ាអាឡាស សឡាហ ហៃយ៉ាអាឡាស សឡាហ 5 ហៃយ៉ាអាឡាល់ ហ្វាឡាហ ហៃយ៉ាអាឡាល់ ហ្វាឡាហ 6 អល់ឡហ៊ូ អឹកពើរ អល់ឡហ៊ូ អឹកពើរ 7 ឡើអ៊ីឡើហា អិលល 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អ៊ីក៏ម៉ះ 1 អល់ឡហ៊ូ អឹកពើរ អល់ឡហ៊ូ អឹកពើរ 2 អាស្ហាទូ អាល់ឡើអ៊ីឡើហា អិលល ល់ឡោះ 3 អាស្ហាទូ អាន់ណា មូហាំម៉ាហ្ទាន់ រ៉ស៊ូលុលឡោះ 4 ហៃយ៉ាអាឡាស សឡាហ 5 ហៃយ៉ាអាឡាល់ ហ្វាឡាហ 6 កុទ្ទក៏ម៉ាទីស សឡាហ កុទ្ទក៏ម៉ាទីស សឡាហ 7 អល់ឡហ៊ូ អឹកពើរ អល់ឡហ៊ូ អឹកពើរ 8 ឡើអ៊ីឡើហា អិលល 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ការសូត្រតាមករោយអ្នកអាហ្សាន គប្បីលើអ្នកដែលឮអាហ្សានត្រូវសូ ត្រ តាម ក្រោយអ្នកអាហ្សាន ដោយសូត្រដូចអ្វី ដែលអ្នកអាហ្សានបានសូត្រទាំងអស់ លើក លែង តែក្នុងពេលដែលអ្នកអាហ្សានសូត្រថា៖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"ហៃយ៉ាអាឡាស សឡើហ" ឬ "ហៃយ៉ាអាឡាល់ ហ្វាឡាហ" គេត្រូវសូ ត្រង់ថា៖ "ឡើហាវឡា វ៉ាឡើ គូវ៉ាតា អិល ឡើ ពិលឡាហ" បន្ទាប់ពីអាហ្សានចប់ គេត្រូវសូ ត្រង់ថា៖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(អល់ឡហ៊ុ ម៉ា រ៉ប់ហ ពាហា ហ្សីហ៊ី ទហ្ទាក់វ៉ាទិត តាម៉ះ វ៉ាសស៏ឡើទិល កអ៊ីម៉ះ អាទី ម៉ូហាំ ម៉ា ទើនីល វ៉ាស៊ីឡាទី វ៉ាល់ហ្វាទីឡះ វ៉ាប់អាស់ហ៊ូ ម៉ាក៏ម៉ាំ ម៉ះម៉ូទើនីល ឡើហ្សី វ៉ាអាត់តះ) អល់ឡោះនឹងតបស្ន នងដល់អ្នកមូស្លីមនូវ រាល់ជំហា នដែលគេដើរទៅកាន់ម៉ាស្ជិទ។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&gt; ការមានចិ ត្តតនឹងនរ ស្មឹ[ងស្មាធក្នុងពេលសឡាត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ការមានចិត្តនឹងនរក្នុងពេលសឡាត វាជាធាតុពិតនៃសឡាត និងជាផ្នែកដ៏ សំខាន់របស់ វា។ មានន័យថា អ្នកដែលសឡាត្រូវដាក់ចិត្តរបស់ គេនៅចំពោះមុខ អល់ឡោះនៅក្នុងសឡាតដោយការឱនលំទោន និងបន្ទាបខ្លួន ផ្តោតអារម្មមណ៍លើអ្វី ដែលខ្លួនកំពុងសូត្រនៃឃ្លាគម្ពីរគួរអាន ទូអា និង ហ្សីកៀរ។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ហើយវាជាការគោរពសក្ការៈដ៏ប្រសើរជាងគេ និងជាការប្រតិ បត្តិដ៏ល្អប្រពៃ។ អល់ឡោះបានបញ្ជាក់យ៉ាងច្បាស់ក្នុងគម្ពីរបស់ ទ្រង់ថា៖ ពិតណាស់ វាជាលក្ខណៈ សម្បត្តិរបស់ អ្នកមានជំនឿ ដូចជាអល់ឡោះបានមាន មានបន្ទូលថា៖ "បណ្តាអ្នកដែល មានជំនឿពិតជាទទួលបានជោគជ័យ គឺអ្នកដែលមានចិត្តនឹងនរក្នុងការប្រតិបត្តិ សឡាតរបស់ ខ្លួន"។ (គម្ពីរគួរអាន ២៣ៈ១-២) &gt;ពេលកំពុង ក្រាបស៊ូ ជោទ គឺ ជាពេលដែលបុ គ្គគល នោះជិត នឹងម្ចាស់របស់ គេបំផុត។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ជនណាដែលមានចិត្តនឹងនរក្នុងពេល សឡាត គេនឹងទួ លបានរសជាតិនៃការគោរព សក្កាការៈនិងជំនឿ។ ដូចនេះហើយទើបអ្នកនាំសារ បានមានប្រសាសន៍ថា៖ "សឡាតគឺជាប្រភព នៃសេចក្តីរីករាយដ៏ធំធេងបំផុតរបស់ ខ្ញុំ"។ (អាន់ណាសាអ៊ីៈ ៣៩៤០)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វិធីសាស្ត្រដែលធ្វើឱ្យមានចិត្តនឹងនរក្នុង ពេលសឡាត៖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មានវិធីសាស្ត្រជាច្រើនដែលជួយឱ្យមាន ចិត្តនឹងនរក្នុងពេលសឡាតដូចជា៖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ត្រូវមានឆន្ទៈក្នុងការសឡាត និងការត្រៀមខ្លួនសម្រាប់វា ដោយការបួសរាន់ក្នុងការធ្វើដំណើទៅសឡាតនៅម៉ាស្ជិតចំពោះបុរស និងប្រតិបត្តិ សឡាតស៊ូណិត មុននឹងសឡាតដែលជាកាតព្វកិច្ច ហើយស្លៀកសម្លៀកបំពាក់ដែល ស្អាតសមរម្យ និងដើរទៅសឡាតដោយការគោរព និងសផងងប់សផងាត់។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2 ជៀសឱ្យឆផងាយពីប្ររ ការដែលនាំឱ្យមានការរំខាន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មិនត្រូវសឡាតឡើយ ប្រសិន នបើនៅពីមុខគេមានរូបភាព និងអ្វីដែល បង្ការរំខានដល់ការសឡាត ឬមានសំទេងរំខាន។ ហើយមិនត្រូវសឡាត ឡើយប្រសិន នបើគេត្រូវការទៅបន្ទទប់ទឹក ឬឃ្លាន ឬខណៈពេលដែលគេលើកអាហារ មកដល់។ ទាំងអស់ នេះជាការរំខានស្មារតីដល់អ្នកសឡាតក្នុងពេលដែលគេកំពុង បំពេញកាតព្វកិច្ចដ៏ឧត្តុងឧត្តម នោះគឺការសឡាត របស់ គេ និងការសន្ទនា ជាមួយម្ចាស់ របស់ គេ។ 3 ត្រូវមានលំនឹងក្នុងពេលសឡាត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ជាការពិតណាស់ អ្នកនាំសារលោកមានភាពនឹងនរជានិច្ចក្នុងពេលរូកុ និង ពេលស៊ូ ជោទរបស់ លោក រហូតទាល់តែអវយវៈទាំងឡាយត្រឡប់ ប់ទៅកន្លែងរបស់ វាវិញ ហើយលោកបានប្រើឱ្យអ្នកដែលសឡាតមិនបានល្អអឱ្យពួកគេមានលំនឹងក្នុងកាយវិការ របស់ គេរាល់ពេលសឡាត និងហា មឃាត់មិនឱ្យធ្វើលឿន ឡើយ ដោយ លោកបាន ប្រដូចការធ្វើបែបនេះទៅនឹងការចឹកចំណីរបស់ សត្វក អែក។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អ្នកនាំសារបានមានប្រសាសន៍ថា៖ "មនុស្សដែលអាក្រក់បំផុត គឺចោរលួចដែល បានលួចសឡាត របស់ ខ្លួនឯង"។ ពួកគេបានសួរថា៖ ឱអ្នកនាំសារ! តើគេលួចសឡាត របស់ ខ្លួនឯងយ៉ាងដូចម្តេចទៅ? លោកឆ្លើយថា៖ "គឺគេមិនបានបំពេញរូកុ និងស៊ូជោទ របស់ គេឲ្យបានពេញលេញឡើយ"។ (អះម៉ាត់៖ ២២៦៤២)។ ជនណាហើយដែល គ មានភាពនឹងនរក្នុងសឡាតរបស់ ខ្លួនទេនោះ គេនឹងមិនទួ លបានចិត្តនឹងនរ ស្មឹ[ងស្មាធ ឡើយ ពីព្រោះភាពលឿននឹងធ្វើឱ្យបាត់បង់ចិត្តនឹងនរ ហើយការសឡាតលឿនដូចមាន់ ចឹកស្រូវ គឺនាំឱ្យបាត់បង់ផលបុ ណ្យ។ 4 នឹកឃើញពីភាពខ្ពពង់ខ្ពពស់របស់ អ្នកដែលយើងកំពុងឈរចំពោះមុខ តាមរយៈការរំលឹកពីភាពខ្ពពង់ខ្ពពស់របស់ អ្នកបង្កើត(អល់ឡោះ) និងភាពឧត្តុង ឧត្តមរបស់ ទ្រង់ ហើយនិង ភាពទន់ខ្សោយ របស់ ខ្លួនឯង ហើយថាពិតណាស់ រូបគេ កំពុងតែឈរនៅចំពោះមុខម្ចាស់របស់ គេ សន្ទនា ជាមួយទ្រង់ បួងសួងទៅចំពោះទ្រង់ ដោយការគោរពឱនលំទោន និងបន្ទាបខ្លួន ហើយរំលឹកនូវអ្វីដែលអល់ឡោះបានរៀបចំ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សម្រាប់អ្នកមានជំនឿនៅថ្ងៃបរលោកអំពីផលបុណ្យ និងអ្វីដែលអល់ឡោះបានរៀបចំ សម្រាប់អ្នកប្រឆាំងអំពីទណ្ឌឌកម្ម ព្រមទាំងរំលឹកពីស្ថានភាពនៅពេលដែលជួបនឹង អល់ឡោះនៅថ្ងៃបរលោក។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នបើអ្នកមានជំនឿបាននឹកឃើញអ្វីទាំងនោះក្នុងពេលសឡាតរបស់ ខ្លួន គេប្រៀបដូចជាអ្នកដែលអល់ឡោះបានប្រាប់ពីល ក្ខណៈសម្បត្តិរបស់ ពួកគេនៅក្នុង គម្ពីរបស់ ទ្រង់នៃអ្នកដែលជឿជាក់ថា ពិតណាស់ ពួកគេនឹងជួបម្ចាស់របស់ ពួកគេ។ អល់ឡោះបានមាន មានបន្ទូលថា៖ "ហើយពិតប្រាកដណាស់ ការសឡាតពិតជាមានការ លំបាកយ៉ាងខ្លាំង លើកលែងតែចំពោះបណ្តាអ្នកដែលឱនលំទោនកោតខ្លាចអល់ឡោះ ប៉ុណ្ណោះណោះ គឺបណ្តាអ្នកដែលជឿជាក់ថា ពិតប្រាកដណាស់ ពួកគេនឹងជួបម្ចាស់របស់ ពួកគេ ហើយពិតប្រាកដណាស់ ពួកគេនឹងត្រូវវិលត្រឡប់ ប់ទៅចំពោះទ្រង់វិញ"។ (គម្ពីរ គួរអាន ២ៈ៤៥-៤៦)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នបើអ្នកសឡាតនឹកឃើញថា ពិតណាស់អល់ឡោះបានឮគេ ផ្តល់អ្វីៗដល់ គេ ព្រមទាំងទួ លយកសំណើរបស់ គេនោះ គេនឹងមានចិត្តនឹងនរទៅតាមកម្រិ តនៃការ នឹកឃើញរបស់ គេ។ 5 ត្រូវត្រិះរិះពិចារណាអំពីវាក្យខណ្ឌឌនៃគម្ពីរដែលបានសូត្រ នឹងហ្សីកៀរផ្សេងៗ ទៀត នៅក្នុងសឡាត ហើយឆ្លើយតបទៅចំពោះវា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គម្ពីរគួរអានបានបញ្ចុះមកដើម្បីធ្វើការត្រិះរិះពិចារណា។ អល់ឡោះមានបន្ទូល ថា៖ "នេះជាគម្ពីរដ៏មានពរជ័យ ដែលយើងបានបញ្ចុះវាឱ្យអ្នកដើម្បីឱ្យពួកគេត្រិះរិះ ពិចារណាចំពោះបណ្តាវាក្យខណ្ឌឌរបស់ វា ហើយក៏ដើម្បីបញ្ញាជនទាំងឡាយយកធ្វើជា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មេរៀនផងដែរ"។ (គម្ពីរគួរអាន ៣៨ៈ២៩)។ ហើយគេមិនអាចទទួលបានការត្រិះរិះ ពិចារណាទេ លើកលែងតែគេមានចំណេះដឹង មានន័យថា គេអាចសូ ត្រឃ្លាគម្ពីរ ហ្សីកៀរ និងទូអាផ្សេងៗ ហើយអាចគិតពិចារណាអំពីស្ថានភាពរបស់ គេ និងភាពជាក់ស្តែង របស់ គេ អំពីអត ថន័យនៃឃ្លាគម្ពីរ ហើយនិងហ្សីកៀរទាំងនោះ។ ពេលនោះ វានឹងធ្វើឱ្យគេ មានចិត្តនឹងនរ ឱនលំទោន បន្ទាបខ្លួន និងរំជួលចិត្ត ជួនកាលអាចធ្វើឱ្យស្ររក់ទឹកភ្នែក ទៀតផង។ ហើយបើឃ្លាគម្ពីរណាមួយ ដែលគេបាន ឮ តែគេគ មានការរំជួលចិត្តអ្វីទេនោះ គឺប្រៀបដូចជា គេមិន បានឮ និងមិនបានឃើញនោះដែរ ដូចដែលអល់ឡោះបានមាន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បន្ទូលថា៖ "និងបណ្តាអ្នកដែលនៅពេលពួកគេត្រូវបានគេរំលឹកនូវអាយ៉ាត់ៗនៃម្ចាស់ របស់ ពួកគេ ពួកគេមិនបានធ្វើគ ធ្វើថ្លង់ចំពោះវាឡើយ។ (គម្ពីរគួរអាន ២៧ៈ៧៣) &gt; សឡាតជុមអាត់(ថ្វាយបង្គំថ្ងៃសុក្ររ)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អល់ឡោះទ្រង់បានដាក់កាតព្វកិច្ចមួយនៅថ្ងៃសុក្ររក្នុងពេលសឡាតហ៊សូហោរ នូវការសឡាតមួយដែលជាអត្តតស ញ្ញាណរបស់ ឥស្លាម និងបានបញ្ជាក់ពីកាតព្វកិច្ចនេះ ដោយប្រមូលផ្តុំអ្នកមូស្លីមទាំងអស់ ក្នុងមួយសប្តាហ៍ម្តតង ហើយនាំគ្នាស្តាប់នូវការអប់រំ និងការប្រៀនប្រដៅដែលលើកឡើងដោយអ៊ីម៉ាំជុមអាត់។ បន្ទាប់មក នាំគ្នាប្រតិ បត្តិ សឡាតជុមអាត់។ ឧត្តមភាពនៃថ្ងៃជុមអាត់(ថ្ងៃសុក្ររ) &gt; ចាំបាច់លើអ្នកសឡាត្រូវយកចិត្ត ទុកដាក់ស្តាប់ឃុតហ្ពះជុមអាត់ ហើយមិន ត្រូវឲ្យមានការរំខានដោយអ្វីមួយឡើយ។ ថ្ងៃជុមអាត់ជាថ្ងៃដែលល្អ អបំផុតក្នុង ចំណោម ថ្ងៃទាំងអស់ ក្នុងមួយសប្តាហ៍។ ពិតណាស់ អល់ឡោះបានជ្រើស វា ផ្សេងពីថ្ងៃដទៃ និងបានផ្តល់ភាពវិសេស វិ សាលចំ ពោះវាលើសពេលវេលាដទៃ តាមរយៈលក្ខណៈពិសេសមួយចំនួ ន 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អល់ឡោះបានជ្រើស វាជាពិសេសសម្រាប់ប្រជាជាតិព្យាការី មូហាំម៉ាត់ខុសពីប្រជា ជាតិដទៃ ដូចដែលអ្នកនាំសារបានមានប្រសាសន៍ថា៖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"អល់ឡោះបានធ្វើឱ្យអ្នកជំនាន់មុនយើងវង្វេងពីថ្ងៃជុមអាត់។ សម្រាប់ពួកជ្វីហ្វវ គឺ ថ្ងៃសៅរ៍(ជាថ្ងៃជុមអាត់របស់ ពួកគេ) ហើយសម្រាប់ពួកគេរឹ [ស្ទាន គឺថ្ងៃអាទិត្យ (ជា ថ្ងៃជុមអាត់របស់ ពួកគេ)។ បន្ទាប់មក អល់ឡោះបាន នាំ មកឲ្យពួកយើង ហើយ ចង្អុលបង្ហាញដល់យើងនូវថ្ងៃសុក្ររ(ជាថ្ងៃជុមអាត់របស់ ពួកយើង)"។ (មូស្លីមៈ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៨៥៦)</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ពិតណាស់នៅក្នុងថ្ងៃជុមអាត់(ថ្ងៃសុក្ររ) គេបានបង្កើ តព្យាការីអាហ្ទាំ ហើយក្នុង ថ្ងៃជុមអាត់នេះដែរ ជាថ្ងៃដែលថ្ងៃបរលោកនឹងកើតឡើង ដូចដែលអ្នកនាំសារ មូហាំម៉ាត់លោកមានប្រសាសន៍ថា៖ "ថ្ងៃដែលព្រះអាទិត្យរះល្អបំផុត គឺថ្ងៃសុក្ររ។ នៅក្នុងថ្ងៃនេះ គេបានបង្កើ តអាហ្ទាំ និងក្នុងថ្ងៃនេះ គេបញ្ចូ លអាហ្ទាំទៅក្នុង ឋានសួគ៌ ហើយក្នុងថ្ងៃនេះដែរ គេបញ្ចេញគាត់ពីក្នុងឋានសួគ៌មកវិញ ហើយ ថ្ងៃ បរលោក៏នឹងមិនកើតឡើងដែរ លើកលែងតែក្នុងថ្ងៃសុក្ររ"។ (មូស្លីមៈ៨៥៤)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តើអ្នកណាខ្លះដែលចាំបាច់ត្រូវសឡាតជុមអាត់?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សឡាតជុមអាត់ចាំបាច់លើ៖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បុរស៖ មិនតម្រូវលើស្ត្រីឡើយ។ 2 មានសតិ៖ មិនតម្រូវលើមនុស្សឆ្កួត និងក្មេងដែលមិនទាន់ដឹងក្តីឡើយ។ 3 អ្នករស់នៅក្នុងភូមិស្រុក៖ មិនតម្រូវលើ អ្នកដំណើរ និងអ្នកដែលរស់នៅជនបដៃល ចេញឆផងាយពីទីក្រុង ឬភូមិស្រុកឡើយ។ 4 មានសុខភាពល្អ៖ មិនតម្រូវលើអ្នកជំងឺ ដែលមិនអាចធ្វើដំណើរទៅសឡាតជុមអាត់ នោះឡើយ។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របៀបរបប និងក្បួនច្បាប់ដែលទាក់ទងនឹងសឡាតជុមអាត់ គប្បីលើជនមូស្លីមងូតទឹកមុនពេលទៅសឡាតជុមអាត់ ហើយរួសរាន់ក្នុងការទៅ ម៉ាស្ជិទមុនពេលចាប់ផ្តើមឃុតហ្ពះ និងគប្បីស្លៀកសម្លៀកបំពាក់ដែលស្របស់ ស្អាត។ អ្នកមូស្លីមប្រមូលផ្តុំគ្នានៅក្នុងម៉ាស្ជិទ ហើយអ៊ីម៉ាំទៅខាងមុខ ហើយឡើងលើមីមពើរ (កន្លែងសូត្រឃុ តហ្ពះ) តម្ររង់មុខមកកាន់អ្នកសឡាត ហើយសូត្រពីរខុត ហ្ពះ ដោយឈប់អង្គុយបន្តិចនៅចន្លោះ រវាងឃុតហ្ពះទាំងពីរនោះ។ រំលឹកគ្នាឲ្យ កោតខ្លាចំពោះអល់ឡោះ ហើយផ្តល់នូវការ ណែនាំ ការបង្រៀន និងវាក្យខណ្ឌឌ នៃគម្ពីរគួរអាន និងលំអានរបស់ ព្យាការី។ ចាំបាច់លើអ្នកសឡាត្រូវស្តាប់ឃុតហ្ពះ។ ការនិយា យ ឬរវល់ជាមួយនឹងអ្វីដែល ធ្វើឱ្យបាត់បង់ប្រយោជន៍អំពីការស្តាប់ឃុតហ្ពះនោះត្រូវបានហា មឃាត់ សូម្បីតែ ការលេងកម្រាល អេះដៃនិងសម្លៀកបំពាក់លេង ឬលេងឈើនិងដីក៏ដោយ។ បន្ទាប់មក អ៊ីម៉ាំក៏ចុះពីលើមីមពើរ ហើយសឡាតជុមអាត់ជាមួយពួកគេចំនួនពីរ រ៉ក្អាត់ ដោយសូត្រឮៗនៅក្នុងរ៉ក្អាត់ទាំងពីរនោះ។ សឡាតជុមអាត់ គឺត្រូវបានគេដាក់ជាកាតព្វកិច្ចឲ្យសឡាតបួមគ្នា(ជើម៉ាអះ)។ ហេតុនេះ ជនណា ខកខានមិនបានសឡាតបួមគ្នា ឬមិនបានបំពេញវាដោយបញ្ហា ណាមួយ គឺគេត្រូវសឡាតហ៊សូហោរ និងមិនត្រឹមត្រូវឡើយដែលសឡាតជុមអាត់។ ជនណាដែលយឺ តយ៉ាវក្នុងការទៅសឡាតជុមអាត់ ហើយគេមិនបានទៅទាន់អ៊ីម៉ាំ ទេលើកលែងតែមួយចំណែកតិចតួចនៃរ៉ក្អាត់ចុងក្រោយ គឺគេត្រូវនៀតសឡាត ហ៊សូហោរ។ រាល់អ្នកដែលគេមិនដាក់កាតព្វកិច្ចឱ្យមកសឡាតជុមអាត់ ដូចជា ស្ត្រី និងអ្នកធ្វើ ដំណើរ ជាដើម នោះ ពិតណាស់ការសឡាតរបស់ ពួកគេ គឺត្រឹមត្រូវ។ ប្រសិន នបើពួក គេសឡាតជុមអាត់រួមជាមួយ អ្នកមូស្លីមហើយ ពួកគេមិនចាំបាច់សឡាតហ៊សូហោរ ទៀតនោះទេ។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តើជនណាខ្លះដែលគេអនុគ្រោះក្នុងការមិនមកចូលរួមសឡាតជុមអាត់?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ច្បាប់ឥស្លាមបានបញ្ជាក់យ៉ាងច្បាស់លើកាតព្វកិច្ចក្នុងការមកចូលរួមសឡាត ជុមអាត់ចំពោះជនណា ដែលកាតព្វកិច្ចលើពួកគេត្រូវមកចូលរួម ហើយបានព្ររមាន ចំពោះជនណាដែលមិនបានចូលរួមសឡាតជុមអាត់ដោយសារតែការស្វែងរកទ្រព្យ សម្បត្តិក្នុងលោកិយ។ អល់ឡោះបានមាន មានបន្ទូលថា៖ "ឱបណ្តាអ្នកដែលមានជំនឿ! នៅពេលមានគេអំពាវនាវពួកអ្នកឱ្យទៅសឡាតនៅថ្ងៃសុក្ររ ចូរពួកអ្នករួសរាន់ទៅរក ការរំលឹកចំពោះអល់ឡោះ ហើយចូរពួកអ្នកបោះបង់ចោលនូវការលក់ដូរ។ នោះគឺជា ការប្រសើរបំផុតសម្រាប់ពួកអ្នក ប្រសិន នបើពួកអ្នកបានដឹង"។ (គម្ពីរគួរអាន ៦២ៈ៩)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ហើយបានព្ររមានចំពោះអ្នកដែលមិនបំពេញវាដោយគ មានមូលហេតុស្របច្បាប់ ដោយការបោះត្រាភ្ជិតលើដួងចិត្តរបស់ គេ។ អ្នកនាំសារបានមានប្រសាសន៍ថា៖ "ជន ណាដែលបានបោះបង់សឡាតជុមអាត់បីដងដោយមិនយកចិត្តទុកដាក់ ហើយមិនមាន មូលហេតុ(ស្របច្បាប់)នោះ អល់ឡោះនឹង បោះត្រាលើចិត្តរបស់ គេ"។ (អាពូហ ទាវូទៈ ១០៥២ អះម៉ាត់ៈ១៥៤៩៨)។ អល់ឡោះនឹងបោះត្រាលើចិត្តរបស់ គេ មានន័យថា បោះត្រាលើចិត្តរបស់ គេ និងគ្របដណ្ត តប់លើរូបគេ ហើយធ្វើឱ្យរូបគេលផងង់ខ្លៅ និង ទន់ខ្សោយ ដូចជាចិត្តរបស់ ពួកពុត្បុត និងពួកប្រឆាំងដូចនោះដែរ។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មូលហេតុដែលគេអនុញ្ញាតឱ្យបោះបង់សឡាតជុមអាត់៖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រាល់អ្វីដែលកើតឡើងលើអ្នកនៃបញ្ហាធផងន់ធផងងរមិនប្រក្ររតី ឬខ្លាចមានគ្រោះថ្នាក់ ជាក់លាក់លើការ រស់នៅរបស់ អ្នក និងសុខភាពរបស់ អ្នក ដូចជាមានជំងឺ ឬស្ថានភាព បន្ទាន់ជាដើម។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តើពេលវេលាធ្វើការ ជាមូលហេតុអាចបោះបង់សឡាតជុមអាត់បានដែរឬទេ?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ធាតុដើមវា ការងារ និងការរវល់នឹងកិច្ចចការអ្វីមួយជាប់ជាប្រចាំ នោះ មិនមែន ជាមូលហេតុសម្រាប់ជនមូស្លីមកនុងការបោះបង់សឡាតជុមអាត់នោះទេ។ អល់ឡោះ បានប្រើឱ្យយើងបោះបង់កិច្ចចការរបស់ យើងដើម្បីបំពេញកាតព្វកិច្ចសឡាត ដោយទ្រង់ បានមាន មានបន្ទូលថា៖ "ឱបណ្តាអ្នកដែលមានជំនឿ! នៅពេលមានគេអំពាវនាវពួកអ្នក ឱ្យទៅសឡាតនៅថ្ងៃជុមអាត់(ថ្ងៃសុក្ររ) ចូរពួកអ្នករួសរាន់ទៅរកការរំលឹកចំពោះ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អល់ឡោះ ហើយចូរពួកអ្នកបោះបង់ចោលនូវការលក់ដូរ។ នោះគឺជាការប្រសើរបំផុត សម្រាប់ពួកអ្នក ប្រសិន នបើពួកអ្នកបានដឹង"។ (គម្ពីរគួរអាន ៦២ៈ៩)។ ចាំបាច់លើ ជនមូស្លីមត្រូវជ្រើស ការងារណាដែលអាចឲ្យគេបំពេញកាតព្វកិច្ចដែលអល់ឡោះ ដាក់ឱ្យ សូម្បីតែប្រាក់ចំណូលតិចជាងកន្លែងផ្សេងក៏ដោយ។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អល់ឡោះមាន មានបន្ទូលថា៖ "ហើយជនណាដែលកោតខ្លាចអល់ឡោះ ទ្រង់នឹង ធ្វើឱ្យគេមាន ច្ររកចេញ។ ហើយទ្រង់នឹងផ្តល់លាភសក្កាការៈដល់គេដោយគេនឹកស្មាន មិនដល់។ ហើយជនណាដែលប្រគល់ការទុកចិត្តលើអល់ឡោះ គឺទ្រង់ជាអ្នកផ្តល់ភាព គ្រប់គ្រាន់ដល់គេ"។ (គម្ពីរគួរអាន ៦៥ៈ២-៣) &gt; ចូរអ្នក(ឱមូហាំម៉ាត់)ពោលចុះថា អ្វីដែលមាននៅជាមួយអល់ឡោះ គឺល្អប្រសើរ ជាងការលេងកម្សាន្ត និងប្រសើរជាងជំនួញទៅទៀត។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គ្រូពេទ្យនៅក្នុងរថយន្តតសង្គ្រោះបន្ទាន់ដែលចាំព្យាបាលករណីអ្នក រងរបួសបន្ទាន់។ អ្នកយា មានិងប៉ូលីស ដែលការពារប្រជាជននិងទ្រព្យសម្បត្តិរបស់ ពួកគេពីការលួចនិងសកម្មមភាពបទល្មើសព្ររហ មមទណ្ឌឌ។ មនុស្សដែលកាន់តំណែងគ្រប់គ្ររងនៅក្នុងក្រុមហ៊ុនធំ ឬផ្សេង ពីនេះ ដែលតម្រូវឱ្យត្រួតពិនិត្យគ្រប់ពេលវេលា។ តើនៅពេលណាដែលការងារជាមូលហេតុដែលអាចឲ្យគេបោះបង់សឡាតជុមអាត់បាន? គេមិនចាត់ទុការងារអចិន្ត្រៃយ៍ជាមូលហេតុក្នុងការបោះបង់សឡាតជុមអាត់ សម្រាប់អ្នកដែលមាន កាតព្វកិច្ចលើគេត្រូវចូលរួមសឡាតជុមអាត់នោះឡើយ លើកលែងតែពីរករណីប៉ុណ្ណោះណោះ៖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ការងារនោះ គឺជាការងារដែលផ្តល់ផលប្ររ យោជន៍ធំធេង ហើយមិនអាច សម្រេ ចវាបានទេ លើកលែង តែគេនៅធ្វើការងារនោះ ហើយបោះបង់សឡាត ជុមអាត់។ ហើយប្រសិន នបើគេបោះបង់ការងារនោះ វានឹង ផ្តល់គ្រោះថ្នាក់យ៉ាង ធផងន់ធផងងរ ហើយមិនមានរននាម្នាក់អាចជំនួសកន្លែងការងារគេបានឡើយ។ 2 ប្រសិន នបើការងារនោះជាប្រភ ពដើមតែមួយគត់ក្នុងការទទួលបានប្រាក់ ចំណូល ហើយវាមិនបាន ផ្តល់ឱកាសឱ្យគេក្នុងការមកចូ លរួមសឡាត ជុមអាត់ និងមិនមានការងារផ្សេងក្រៅពីវាឡើយដើម្បីគ្រប់គ្ររងលើការចំ ណាយ ចាំបាច់ទៅលើម្ហូបអាហារ ទឹក និងប្រក្សារចាំបាច់ផ្សេងទៀតសម្រាប់គ្រួសារ របស់ គេ។ ដូចនេះ គេអនុញ្ញាតឱ្យបន្ដបំពេញការងារ ហើយអាចបោះបង់សឡាត ជុមអាត់ ដោយសារ តែភាពចាំបាច់នេះ រហូតដល់គេអាចរកបានការងារផ្សេង ឬរហូតដល់គេទទួលបានការចំណាយលើម្ហូបអាហារ ទឹក និងប្រក្សារចាំបាច់ ផ្សេងទៀតគ្រប់គ្រាន់សម្រាប់ខ្លួនគេ និងអ្នកដែលនៅក្រោមបន្ទុករបស់ ខ្លួន។ ឧទាហរណ៍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&gt; ការសឡាតរបស់អ្នកជំងឺ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សឡាត គឺជាកាតព្វកិច្ចលើជនមូស្លីមនៅគ្រប់ស្ថានភាពទាំងអស់ របស់ គេ ដរាប ណាគេនៅមានសតិ និងការយល់ដឹង។ ទោះជាយ៉ាងណាក៏ដោយ សាសនា ឥស្លាមបានយកចិត្តទុកដាក់លើកិច្ចចការដែលផ្ទុយពីស្ថានភាពដើម និងតម្រូវការ របស់ ពួកគេ ហើយនៅក្នុងនោះ គឺអ្នកជំងឺ។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ដើម្បីឱ្យកាន់តែច្បាស់នូវចំណុចនេះ៖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អ្នកជំងឺអាចបោះបង់ការឈរសឡាត នៅពេលណាដែលគេមិនអាចឈរបាន ឬពេលឈរធ្វើឱ្យគេមានការពិបាក ឬយឺតយ៉ាវក្នុងការព្យាបាល។ ដូចនេះ គេអាច សឡាតអង្គុយបាន។ តែប្រសិន នបើគេមិនអាចសឡាតដោយអង្គុយបាន ចូរឱ្យគេ សឡាតដោយដេកផ្អៀង។ អ្នកនាំសារបានមានប្រសាសន៍ថា៖ "ចូរអ្នកសឡាត ដោយឈរ។ ប្រសិន នបើគ មានលទ្ធធភាព ចូរ(សឡាតដោយ)អង្គុយ។ ប្រសិន នបើគ មាន លទ្ធធភាពទៀត ចូរសឡាតដោយដេកផ្អៀង"។ (អាល់ពូខរីៈ១០៦៦) ជនណាដែលគ្មានលទ្ធធភាព រូកុ ឬស៊ូជោទ គេគ្រាន់តែឱនទៅមុខតាមលទ្ធធភាព ដែលគេអាចធ្វើបាន។ ជនណាដែលពិបាកអង្គុយលើដី ចូរឱ្យគេអង្គុយលើកៅអី ឬអ្វីផ្សេង។ ជនណាដែលមានការលំបាក្នុងការយកទឹកសម អាតកាយ(ទឹកវូហ្ទុ)រាល់ពេល សឡាត ដោយសារជំងឺ គេអនុញ្ញាតឱ្យជននោះអាចផ្តុំគ្នារវាងសឡាតហ៊សូហោរ និងសឡាតអាសើរក្នុងពេលណាមួយនៃពេលវេលា របស់ វាទាំងពីរ ហើយរវាង សឡាតម៉ាហ្គារិបនិងសឡាតអ៊ីស្ហាក្នុងពេលណា នៃពេលវេលារបស់ វាទាំងពីរ។ ជនណាដែលមានការលំបាក្នុងការប្រើប្រាស់ទឹកដោយសារជំងឺ គេអនុញ្ញាត ឱ្យតាយ៉ាំមុំ(គឺការប្រើប្រាស់ដីស្អាតជំនួសឲ្យការយកទឹកវូហ្ទុ)ដើម្បីប្រតិបត្តិ សឡាត។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 &gt; ការសឡាតរបស់អ្នកធ្វើដំណើរ ចំពោះអ្នកធ្វើដំណើរ ក្នុងពេលដែលកំពុងធ្វើដំណើរ ឬពេលស្នាក់នៅដោយ កំណត់ពេលច្បាស់លាស់ដែលមានរយៈពេលតិចជាងបួនថ្ងៃនោះ គេអនុញ្ញាតឱ្យ បង្រួ មសឡាតដែលមានបួនរ៉ក្អាត់មកនៅត្រឹមពីររ៉ក្អាត់។ ដូចនេះ គេអាចសឡាត ហ៊សូហោរ អាសើរ និងអ៊ីស្ហាចំនួពីររ៉ក្អាត់ជំនួសឲ្យបួនរ៉ក្អាត់ លើកលែងតែពេលដែល គេសឡាតជាមួយអ៊ីម៉ាំ ដោយគេត្រូវសឡាតបួនរ៉ក្អាត់ដូចអ៊ីម៉ាំដែរ ប្រសិន នបើអ៊ីមុំ សឡាតបួនរ៉ក្អាត់។ ច្បាប់អនុញ្ញាតឱ្យគេអាចបោះបង់សឡាតស៊ូណិតប៉វ៉ាទិប លើកលែងតែសឡាត ស៊ូណិតស៊ូពុស និងសឡាតស៊ូណិតវីតៀរ(ដែលមិនគួរបោះបង់)។ គេអនុញ្ញាតឱ្យបង្រួ មសឡាតបវាងសឡាតហ៊សូហោរនិងសឡាតអាសើរ ហើយនិង រវាងសឡាត ម៉ាហ្គារិបនិងសឡាតអ៊ីស្ហាក្នុងពេលវេលាណាមួយនៃពេលវេលារបស់ វាទាំងពីរ។ ទាំងនេះជាការបន្ធូរបន្ថថយ ជាក្តីមេត្តាករុណា(ពីអល់ឡោះ) និង កាត់បន្ថថយការលំបាក្នុងខណៈពេលធ្វើដំណើររបស់ 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ការសឡាតរបស់អ្នក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អល់ឡោះបានដាក់កាតព្វកិច្ចមកលើសាសនិកឥស្លាមនូវការបួសរយៈ ពេល មួយខែក្នុងមួយឆ្នាំ គឺខែរ៉ម៉ាហ្ទទនដ៏ពិសិដ្ឋឋ ហើយទ្រង់ បានចាត់ទុការបួសនេះ គឺជា គោលគ្រឹះ[ទីបួននៅក្នុងចំណោមបណ្តាគោលគ្រឹះ[របស់ សាសនា ឥស្លាមទាំងប្រាំ។ អល់ឡោះជាម្ចាស់ទ្រង់ បានមាន មានបន្ទូលថា៖ "ឱបណ្តាអ្នកដែលមានជំនឿទាំងឡាយ! ជាការពិតណាស់ អល់ឡោះបានដាក់កាតព្វកិច្ចមកលើពួកអ្នកទាំងអស់ គ្នានូវការ បួសតម ដូចដែលគេបានដាក់កាតព្វកិច្ចនេះទៅលើបណ្តាប្រជាជាតិមុនពួកអ្នក ដូចគ្នាដែរ សង្ឃឹមថាពួកអ្នកនឹងមានការកោតខ្លាច(ចំពោះអល់ឡោះ)"។ (គម្ពីរគួរអាន ២ៈ១៨៣)</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 ការបួសខែរ៉ម៉ាហ្ទទន ឧត្តមភាពនៃខែរ៉ម៉ាហ្ទទន គោលបំណងនៃការបួស គុណប្រយោជន៍នៃការបួស ប្រក្សារដែលបណ្តាលឲ្យខូចបួស អ្នកដែលអល់ឡោះអនុញ្ញាតឲ្យផ អាកបួស អ្នកជំងឺ អ្នកអស មត្ថថភាព អ្នកដំណើរ ស្ត្រីមានរដូវ និងមានឈា មឆ្លលងទន្លេ ស្ត្រីកំពុងមានផ្ទៃពោះ និងស្ត្រីដែលបំបៅកូន ការបួសស៊ូ ណិត(បួសស្ម័ គ្ររចិត្ត) ពិធីបុណ្យចេញបួស(រ៉យ៉ាហ្វិតប៉ោះ) តើច្បាប់ឥសាលលមបង្គាប់ប្រើឲ្យធ្វើអ្វីខ្លះនៅថ្ងៃបុណ្យ(រ៉យ៉ា)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ការបួសរបស់ អ្នក &gt; ការបួសខែរ៉ម៉ាហ្ទទន &gt; ឧត្តមភាពនៃខែរ៉ម៉ាហ្ទទន អត្ថន័យនៃការបួស៖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ការបួសនៅក្នុងសាសនា ឥស្លាម គឺជាការគោរពសក្ការៈទៅចំពោះអល់ឡោះ ជាម្ចាស់ដោយការតមអាហារ ការរួមភេទ និងប្រក្សារផ្សេងៗទៀតដែលនាំឲ្យខូច បួស ចាប់ពីពេលសេតបុណរះ (គឺពេលអាហ្សានស៊ូពុស) រហូតដល់ ថ្ងៃលិច(គឺពេល អាហ្សានម៉ាហ្គារិប)។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ខែរ៉ម៉ាហ្ទទន គឺជាខែទី៩ នៃខែចន្ទគតិ នៅក្នុងប្រតិទិនឥស្លាម។ វាគឺជាខែដែល ល្អប្រសើរជាងគេបំផុតក្នុងចំណោមខែទាំង១២ ដែលអល់ឡោះបានផ្តល់នូវលក្ខណៈ ពិសេសជាច្រើននៅក្នុងខែនេះដែលមានដូចជា៖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វាជាខែដែលអល់ឡោះជ្រើសម្រាប់បញ្ចុះគម្ពីរដ៏វិសេស និងខ្ពពង់ខ្ពពស់ ជាងគេបំផុត នោះគឺគម្ពីរគួរអាន។ អល់ឡោះបានមាន មានបន្ទូលថា៖"ខែរ៉ម៉ាហ្ទទន ជាខែដែលអល់ឡោះបានបញ្ចុះនូវគម្ពីរគួរអាន ដើម្បីណែនាំដល់មនុស្សលោក និងបង្ហាញពីមាន គ៌ាដែលត្រឹមត្រូវ ព្រមទាំងវិនិច្ឆ័យរវាងខុសនិងត្រូវ។ ហេតុនេះ ជនណាហើយក្នុងចំណោមពួកអ្នកមានវត្ដមាននៅក្នុង ខែនេះ ចូរឱ្យគេបួស"។ (គម្ពីរគួរអាន ២ៈ១៨៥) អ្នកនាំសារបានមានប្រសាសន៍ថា៖ "នៅពេលដែលខែរ៉ម៉ាហ្ទទនបានមកដល់ ទ្វារឋានសួគ៌ត្រូវបានបើក ហើយទ្វារឋាននរកត្រូវបានបិទ រីឯពពួកបិសាច (ស្ហៃតន)ត្រូវបានគេចាប់ចង"។ (អាល់ពូខរីៈ៣ ១០៣ មូស្លីមៈ១០៧៩)។ អល់ឡោះបានប្រើឱ្យខ្ញុំបម្រើរបស់ ទ្រង់រៀបចំទទួលវាដោយការប្រតិបត្តិអំពើល្អ និងបោះបង់អំពើអាក្រក់។ ជាការពិត អ្នកដែលបានបួសក្នុងពេលថ្ងៃនៃខែរ៉ម៉ាហ្ទទន និងបានសឡាតារ៉វេស នៅពេលយប់ នោះ រូបគេនឹងត្រូវបានអល់ឡោះលើកលែងទោសកំ ហុសរបស់ គេ ទាំងប៉ុន្មានដែលមានកន្លលងមក។ ព្យាការីមូហាំម៉ាត់លោកមានប្រសាសន៍ថា៖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ការបួសរបស់ អ្នក &gt; គោលបំណងនៃការបួស 4 "ជនណាហើយដែលបានបួសខែរ៉ម៉ាហ្ទទនដោយមានជំនឿ និងរំពឹងនូវ ផលបុ ណ្យពីអល់ឡោះនោះ គេនឹងអភ័យទោស ឲ្យរូបគេនូវបាបកម្ម ទាំងឡាយដែលគេបានសាងកន្លលងមក"។ (អាល់ពូខរីៈ១៩១០ 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៧៦០)។ ព្យាការីមូហាំម៉ាត់ក៏បានមានប្រសាសន៍ផងដែរថា៖ "ជនណាដែល បានសឡាតស៊ូណិតពេលយប់នៃខែរ៉ម៉ាហ្ទទន( ស៊ូណិតារ៉វេស) ដោយមានជំនឿ និងរំពឹងផលបុ ណ្យពីអល់ឡោះនោះ គេនឹងអភ័យទោស ឲ្យជននោះនូវបាបកម្មមទាំងឡាយដែលរូបគេបានសាងកន្លលងមក"។ (អាល់ពូខរីៈ១៩០៥ មូស្លីមៈ៧៥៩) នៅក្នុងខែរ៉ម៉ាហ្ទទន មានយប់មួយដ៏ពិសេសជាងគេគឺ យប់ឡៃឡាទុលក៏ទើរ ដែលអល់ឡោះបានបញ្ជាក់ ប្រាប់ នៅក្នុងគម្ពីរ(គួរអាន)របស់ ទ្រង់ថា ការសាង ទង្វើ កុសល នៅក្នុង យប់ នោះ គឺល្អប្រសើរជាងពេលផ្សេង ៗទៀតទាំងអស់។ អល់ឡោះបានមាន មានបន្ទូលថា៖ "យប់ឡៃឡាទុលក៏ទើរ នោះ គឺល្អប្រសើជាង មួយពាន់ ខែ"។ (គម្ពីរគួរអាន ៩៧ៈ៣)។ ហើយប្រសិន នបើជនណាបាន ប្រតិបត្តិការគោរពសក្ការៈផ្សេងៗក្នុងយប់នោះ ដោយការមានជំនឿ និងរំពឹង ផលបុ ណ្យអំពីអល់ឡោះនោះ គេនឹងអភ័យទោស ឲ្យគេនូវបាបកម្មមទាំងឡាយ ដែលគេបានសាងកន្លលងមក។ វាគឺជាយប់មួយដែលស្ថិ តក្នុងចំណោមដប់ យប់ចុងក្រោយ នៃខែរ៉ម៉ាហ្ទទន ប៉ុន្តែពុំមាននរនាម្នាក់ដឹងពីពេលវេលារបស់ វាជាក់លាក់នោះទេ។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អល់ឡោះបានដាក់កាតព្វកិច្ចបួស ដោយសារមានបុព្វវហេតុ និងអត្ថប្រយោជន៍ ជាច្រើន ទាំងក្នុង លោកិយ និងថ្ងៃបរលោក 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ជួយបង្កើ ននូវការគោរពកោតខ្លាចអល់ឡោះ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ព្រោះថាការបួស គឺជាការគោរពសក្ការៈដែលមនុស្សលោកធ្វើវាដើម្បីបញ្ជិ ត ខ្លួនទៅចំពោះម្ចាស់របស់ គេ ដោយការបោះបង់(តម)នូវអ្វីដែលពួកគេពេញចិត្ត និង បញ ឈប់នូវសេចក្តីស្រេកឃ្លានរបស់ គេផ្សេងៗ ពោលគឺគេរៀបចំខ្លួនរបស់ គេដោយ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ការបួសរបស់ អ្នក ការកោតខ្លាចទៅចំពោះអល់ឡោះនៅគ្រប់ពេលវេលា និងគ្រប់ទីកន្លែង ទាំងខាងក្នុង និងខាងក្រៅ។ ដូចនេះហើយ ទើបអល់ឡោះបានមាន មានបន្ទូលថា៖ "ឱបណ្តាអ្នកដែលមាន ជំនឿទាំងឡាយ! ជាការពិតណាស់ គេ(អល់ឡោះ)បានដាក់កាតព្វកិច្ចមកលើពួកអ្នក ទាំងអស់ គ្នានូវការបួស ដូចដែលគេបានដាក់កាតព្វកិច្ចនេះមកលើបណ្តាប្រជាជាតិ មុនពួកអ្នកដូចគ្នាដែរ សង្ឃឹមថាពួកអ្នកនឹងមានការកោតខ្លាច(ចំពោះអល់ឡោះ)"។ (គម្ពីរគួរអាន ២ៈ១៨៣)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 ជាការហ្វឹ[កហាត់នៅក្នុងការបោះបង់ប្រក្សារខុសឆ្គគង និងអំពើបាប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នៅពេលដែលអ្នកបួសបានតមអំពីប្ររ ការដែលច្បាប់អនុញ្ញាតដើម្បីជាការ គោរពទៅចំពោះអល់ឡោះជាម្ចាស់ គេច្បាស់ជានឹងមានលក្ខណៈកាន់តែរឹងមាំក្នុងការ ហា មឃាត់ការស្រេកឃ្លាន របស់ គេក្នុងការធ្វើប ររក្សារដែលច្បាប់ហា មឃាត់ និងឈរលើ ដែនកំណត់របស់ អល់ឡោះ និងច្បាស់ជាមិនបន្តក្នុងការប្រព្រឹ [ត្តតអំពើអាក្រក់ទៀតនោះ ទេ។ អ្នកនាំសារបានមានប្រសាសន៍ថា៖ "បើជនណាមិនព្ររមបោះបង់ចោលនូវការ និយា យអាក្រក់ និងអ្វីដែលអាក្រក់ គឺអល់ឡោះមិនត្រូវការក្សារបោះបង់ចំណីអាហារ របស់ គេនោះទេ"។ (អាល់ពូខរីៈ១៨០៤)។ ពោលគឺប្រសិន នបើនរនាម្នាក់មិនព្ររម បោះបង់ចោលនូវការកុហក ទាំងពាក្យសំដី និងកាយវិការទេនោះ គេមិនទាន់បានបំពេញ នូវគោលបំណង នៃការបួសនោះទេ។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 នឹកឃើញដល់អ្នកក្រី ក្ររ និងជាការលួងចិត្តរបស់ ពួកគេ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ជាការពិតនៅក្នុងការបួស វាជាបទពិសោធន៍ ក្នុងការលួងចិត្តអ្នកក្រី ក្ររ អត់ឃ្លាន និងជាការធ្វើឲ្យនឹកឃើញដល់អ្នកទីទាល់ក្ររដែលពួកគេកំពុងទទួលរងនូវ ការអត់ឃ្លាន និងហេវហត់។ នៅពេលនោះ មនុស្សច្បាស់ជានឹងនឹកឃើញបងប្អូនរបស់ ខ្លួនដែលក្រី ក្ររ ថាតើពួកគេកំពុងទទួលនូវទុក្ខលំ បាកយ៉ាងណាអំពីការស្រេកឃ្លាន។ ខណៈនោះ វានឹងជំរុញឲ្យគេមានទឹកចិត្តកាន់តែខ្លាំងក្នុងការជួយដល់អ្នកទីទាល់ក្ររ។ &gt; សម្រាប់អ្នកដែលបួសតមមានការរីករាយពីរដង៖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ទី១ សប្បាយរីករាយនៅពេលដែលគេស្រាយបួស ទី២ សប្បាយរីករាយនៅពេលដែលជួបនឹងម្ចាស់របស់ 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ការបួសរបស់ អ្នក &gt; គុណប្រយោជន៍ នៃការបួស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ការបួសមានគុណប្រយោជន៍ជាច្រើន ដូចដែលមានបញ្ជាក់ក្នុងច្បាប់ឥស្លាម ខាងក្រោមនេះ៖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ជាការពិត អ្នកដែលបានបួសខែរ៉ម៉ាហ្ទទន ប្រកប ដោយការមានជំនឿចំពោះ អល់ឡោះ គោរព តាម ការបង្គាប់ប្រើរបស់ ទ្រង់ ជឿជាក់ចំពោះគុគុណប្រយោជន៍ នៃការបួសដែលមានបញ្ជាក់ ដោយរំពឹងចង់បានផលបុ ណ្យពីអល់ឡោះ ជាម្ចាស់នោះ នឹងត្រូវបានទ្រង់លើកលែងទោសកំ ហុសរបស់ គេកន្លលងមក ដូចដែលអ្នកនាំសារមូហាំម៉ាត់បានមានប្រសាសន៍ថា៖ "ជនណាបានបួសខែ រ៉ម៉ាហ្ទទនដោយការមានជំនឿមុតមាំ និងរំពឹងនូវផលបុ ណ្យពីអល់ឡោះនោះ គេនឹងអភ័យទោស ឲ្យជននោះនូវបាបកម្មមទាំងឡាយដែលរូបគេបានសាង កន្លលងមក"។ (អាល់ពូខរីៈ១៩១០ មូស្លីមៈ៧៦០) ជាការពិត អ្នកបួសនឹងសប្បាយរីករាយជាមួយនឹងអ្វីដែលគេទទួលបាននៃ ផលបុ ណ្យ និងការសប្បាយរីករាយនៅពេលជួបជាមួយអល់ឡោះជាម្ចាស់ ដោយសារតែការបួសរបស់ គេ ដូចដែលអ្នកនាំសារបានមានប្រសាសន៍ថា៖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"សម្រាប់អ្នកបួសមានការសប្បាយរីករាយពីរដង គឺការសប្បាយមួយនៅពេល ដែលគេស្រាយបួស ហើយការសប្បាយមួយទៀតនៅពេលដែលគេជួបម្ចាស់ របស់ គេ"។ (អាល់ពូខរីៈ១៨០៥ មូស្លីមៈ១១៥១) ជាការពិតណាស់ នៅក្នុងឋានសួគ៌មានទ្វារមួយ ឈ្មោះថា អាល់រ៉យ្យ៉ាន (َُاَل َّرَاَّياُن)។ មិនមាននរនាម្នាក់អាចូលឋានសួគ៌តាមច្ររកទ្វារនេះបាន ក្រៅពីអ្នកបួសឡើយ។ អ្នកនាំសារ បានមានប្រសាសន៍ថា៖ "ជាការពិតណាស់ នៅក្នុងឋានសួគ៌មានទ្វារមួយឈ្មោះថា អាល់រ៉យ្យ៉ាន សម្រាប់អ្នកបួសចូលនា ថ្ងៃបរលោក។ គ មាននរនាម្នាក់អាចូលបានក្រៅពីពួកគេឡើយ។ នៅពេល នោះគេប្រកាសថា៖ ឯណាទៅអ្នកបួស? ខណៈនោះពួកគេក៏ក្រោកឡើង ហើយគ្មាននរនាម្នាក់ចូលបានក្រៅពីពួកគេឡើយ។ ហើយពេលពួកគេបាន ចូលអស់ ទ្វារក៏ត្រូវបានបិដៃលគ្មាននរនាម្នាក់អាចូលបានឡើយ"។ (អាល់ពូខរីៈ១៧៩៧ មូស្លីមៈ១១៥២)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ការបួសរបស់ អ្នក ជាការពិត អល់ឡោះបានរំលឹកជាពិសេស ចំពោះផល តបស្ន នងនៃការបួសថា ទ្រង់គឺជា អ្នកផ្តល់ផលបុ ណ្យដោយផ ទាល់។ ជន ណា ដែលមានសំណាងបានទទួលការតបស្ន នង ពីសំណាក់ម្ចាស់ដែលមហាសប បុរសនោះ រូបគេច្បាស់ជាមិនមានអ្វីត្រូវព្រួ យបារម្ភភនូវ អ្វីដែលអល់ឡោះបានរៀបចំសម្រាប់ គេ នោះទេ។ អ្នកនាំសារបានមានប្រសាសន៍ ថា៖ "គ្រប់កិច្ចប្រ រណិ ប័តន៍ទាំងឡាយ របស់ មនុស្សលោក គឺសម្រាប់ពួកគេ លើកលែងតែការបួស គឺសម្រាប់យើង (អល់ឡោះ) ហើយយើងនឹងតបស្ន នង ចំពោះកិច្ចប្រ រណិ ប័តន៍នេះដោយផ ទាល់"។ (អាល់ពូខរីៈ១៨០៥ មូស្លីមៈ១១៥១) 4 &gt; ប្រក្សារដែលបណ្តាលឲ្យខូចបួស &gt;ខែរ៉ម៉ាហ្ទទន គឺជាខែទី៩នៃខែចន្ទទ គតិ នៅក្នុងប្រតិ ទិនឥស្លាម។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វាគឺជាប្រក្សារដែលអ្នកបួសត្រូវជៀសវាង ព្រោះថាវាបណ្តាលឲ្យខូចបួស ឬដាច់ បួស។ ប្រក្សារទាំងនោះមានដូចខាងក្រោម៖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បរិភោគ និងផឹក៖ អល់ឡោះមាន មានបន្ទូលថា៖ "ហើយចូរពួកអ្នកហូ ប និងផឹករហូត ទាល់តែផ្ទៃមេឃមានពន្លឺពណ៌សចេញពីផ្ទៃមេឃពណ៌ខ្មៅងងឹតនៅពេលទៀបភ្លឺ។ បន្ទាប់មក ចូរពួកអ្នកបន្ដដការបួសរហូតដល់ពេលយប់"។ (គម្ពីរគួរអាន ២ៈ១៨៧)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បុគ្គល ណាហើយដែលហូ ប និងផឹកដោយការភ្លេច ការបួសរបស់ គេត្រឹមត្រូវ ហើយ គេមិនទទួលបាបកម្មមឡើយ ដូចដែលអ្នកនាំសារបានមានប្រសាសន៍ថា៖ "បុគ្គល ណា ដែលភ្លេចហើយរូបគេកំពុងបួស ដោយបានហូបអាហារ និងពិសារទឹកនុងពេលនោះ ចូរឱ្យគេបន្តបំពេញការបួសរបស់ គេចុះ។ ការពិត អល់ឡោះគឺជាអ្នកផ្តល់អាហារ និងទឹកនោះដល់គេ"។ (អាល់ពូខរីៈ១៨៣១ មូស្លីមៈ១១៥៥)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ការបួសរបស់ អ្នក 2 ទង្វើ ទាំងឡាយដែលមានន័យស្មើនឹងការបរិភោគ ដែលមានដូចជា៖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គ្រឿងបំប៉នរាងកាយ និងថ្នាំកម្លាំងដែលចូលទៅក្នុងខ្លួន ដើម្បីជួយបំពេញនូវ សារធាតុអាហារដែលបាត់បង់ ដែលប្រៀបាននឹងការបរិភោគដែរ។ ដូចនេះ ច្បាប់របស់ វាដូចជាការបរិភោគដែរ។ ការបញ្ចូ លឈា មសម្រាប់អ្នកជំងឺ ព្រោះថាឈា មវាជាលទ្ធធផល នៃការបរិភោគ។ ការជក់៖ គ្រប់ប្រភេទាំងអស់ របស់ វាបណ្តាលឲ្យខូចបួស ព្រោះថាវានាំជាតិពុល ទៅក្នុងខ្លួនតាមរយៈការហឹតផ្សែង។ 3 រួមរ័ក្ស៖ គឺការបញ្ចូ លប្ររ ដាប់ភេទបុរសក្នុងប្រដាប់ភេទស្ត្រី បើទោះជាបានចេញ ទឹកាម ឬអត់ចេញក៏ដោយ។ 4 បញ្ចេញទឹកាមដោយចេតនា៖ ដោយការប្រឡែង ឬការបញ្ចេញទឹកាមដោយ ប្រើដៃ។ល។ ចំណែកឯការចេញទឹកាមដោយការយល់សប្តិ មិនបណ្តាលឲ្យខូច បួសឡើយ។ ចំពោះ ស្វាមីអាចថើបភរិយាខ្លួនបាន ប្រសិន នបើគេអាចទប់ខ្លួនគេមិនឲ្យ ប្រព្រឹ [ត្តតនូវអ្វីដែលនាំឲ្យខូចបួសបាន។ 5 ក្អួតដោយចេតនា៖ ប្រសិន នបើក្អួតដោយអចេ តនា វាមិនជាបញ្ហាអ្វីទេ។ ព្យាការី មូហាំម៉ាត់បានមានប្រសាសន៍ថា៖ "ជនណាបានក្អួតដោយអចេ តនាខណៈដែលគេ កំពុងបួស គឺគ មានបញ្ហាអ្វី ឡើយ តែបើជនណាមានចេតនាធ្វើឲ្យកអួតនោះ គឺគេត្រូវបួស សងវិញ"។ (អាត់តៀរមីហ សីៈ៧២០ អាពូហ ទាវូទៈ២៣៨០) 6 មានឈា មរដូវ និងឈា មឆ្លលងទន្លេ៖ នៅពេលណាដែលស្ត្រី មានឈា មរដូវ ឬឈា ម ឆ្លលងទន្លេនៅផ្នែកណាមួយនៃពេលថ្ងៃ ការបួសរបស់ គេត្រូវខូចហើយ ឬប្រសិន នបើស្ត្រី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 នាក់មករដូវ ហើយបានអស់ ឈា មរដូវបន្ទាប់ពីពេលហ្វាជើរនោះ ការបួសរបស់ គេក៏មិន ត្រឹមត្រូវដែរ ហើយគេត្រូវផ្អាកបួសនៅថ្ងៃនោះ ព្រោះប្រសាសន៍របស់ ព្យាការីមូហាំម៉ាត់ បានលើកឡើងថា៖ "តើមិនមែនទេឬ ពេលដែលស្ត្រី មករដូវ គឺគេមិនត្រូវសឡាត និង មិនត្រូវបួសនោះ"? (អាល់ពូខរីៈ១៨៥០)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ចំណែកឯឈា មដែលចេញពីស្រ តីដោយមូលហេតុជំងឺ ដែលវាមិនមែនជា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ការបួសរបស់ អ្នក ឈា មរដូវដែលមានចំនួនថ្ងៃច្បាស់លាស់រៀងរាល់ខែ ហើយក៏មិនមែនជាឈា មឆ្លលងទន្លេ ដែលកើតមានបន្ទាប់ពីស ម្រាលកូនទេនោះ គឺវាមិនបានរារាំងអំពីការបួសឡើយ។ &gt; អ្នកដែលអល់ ឡោះបានអនុ ញ្ញាតឲ្យផ្អាកបួ 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ជាការពិត អល់ឡោះជាម្ចាស់បានអនុញ្ញាតឲ្យករុមមនុស្សខ្លះអាចផ្អាកបួសក្នុង ខែរ៉ម៉ាហ្ទទនបានជាការបន្ធូរបន្ថថយ ជាក្តីមេត្តាករុណា និងជាការផ្តល់ភាពងា យស្រួល ដល់ពួកគេ។ អ្នកទាំងនោះមានដូចខាងក្រោម៖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អ្នកជំងឺ៖ ពោលគឺអ្នកជំងឺដែលមានបញ្ហាក្នុងការបួស ដែលបណ្តាលឲ្យគេ មិនអាចបួសបាន គឺគេអាចផ្អាក ឬសំរាកពីការបួសបាន ហើយគេត្រូវបួស សងវិញបន្ទាប់ពីរ៉ម៉ាហ្ទទនរួច។ 1 2 3 អ្នកដែលអស មត្ថថភាពក្នុងការបួស៖ ដោយសារតែភាពចាស់ជរា ឬជំងឺដែល មិនសង្ឃឹម ថា អាចជាសះស្បើយបាន គឺគេត្រូវបានអនុញ្ញាតឲ្យផ អាកបួស តែត្រូវផ្តល់អាហារដល់អ្នកក្ររម នាក់ក្នុងមួយថ្ងៃ ដោយគេត្រូវផ្តល់អាហារចំនួន ប្រហែលមួយគីឡូក ន្លះ អំពីចំណីអាហារដែលអ្នកស្រុ កបរិ ភោគប្រចាំ ថ្ងៃ។ អ្នកដំណើរ៖ អ្នកដំណើរខណៈដែលគេកំពុងធ្វើដំណើរ និងការស្នាក់នៅ បណ្តោះអាសន្នក្នុងរយៈពេលតិចជាងបួនថ្ងៃ គេត្រូវបានអនុញ្ញាតឲ្យផ អាកបួស បាន តែត្រូវបួសស ងវិញបន្ទាប់ពីចប់ខែរ៉ម៉ាហ្ទទន។ អល់ឡោះបានមានបន្ទូល ថា៖ "ហើយជនណាមានជំងឺ ឬធ្វើដំណើរ(អាចផ្អាកបួសបាន) តែត្រូវបួស សងវិញនៅថ្ងៃផេ សង(ចំនួនថ្ងៃដែលបានផ អាកនោះ)។ អល់ឡោះចង់ឲ្យពួក អ្នកងា យស្រួល ទ្រង់មិនចង់ឲ្យពួកអ្នកលំ បាកទេ"។ (គម្ពីរគួរអាន ២ៈ១៨៥)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ការបួសរបស់ អ្នក ស្ត្រីមានឈា មរដូវ និងឈា មឆ្លលងទន្លេ៖ ច្បាប់ឥស្លាមហា មដាច់ខាតចំពោះ ស្ត្រីមានរដូវ និងស្ត្រីមានឈា មឆ្លលងទន្លេអំពីការបួស ហើយបើទោះជាពួកគេ បួស ក៏ការបួសនោះមិនត្រឹមត្រូវដែរ ហើយពួកគេត្រូវបួសស ងវិញបន្ទាប់ពី ខែរ៉ម៉ាហ្ទទន។ (សូមមទីលទំព័រ ១២៣ ) 4 5 ស្ត្រីមានផ្ទៃពោះ និងបំបៅដោះកូ 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នបើពួកគេព្រួយបារម្ភភខ្លាច មានបញ្ហាដល់ខ្លួន ឬក៏កូនៗ របស់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ពួកគេនោះ គឺអាចផ្អាកបួសបាន ហើយត្រូវបួសស ង វិញតាមចំនួន ថ្ងៃដែលគេបានផ្អាកបួសនោះ។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ការបួសរបស់ 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តើច្បាប់ឥស្លាមកំណត់បែបណាចំពោះអ្នកដែលស្រា យបួសក្នុងខែរ៉ម៉ាហ្ទទន? បុ គ្គគលទាំងឡាយណាដែលស្រា យបួស ឬមិនបួសក្នុងខែរ៉ម៉ាហ្ទទនដោយគ មាន មូលហេតុសមស្របទេ នោះ ចាំបាច់លើរូបគេត្រូវទទួលសារភាពកំហុស(តាវហ្ពាត់) ចំពោះអល់ឡោះ ពីព្រោះរូបគេបានប្រព្រឹ[ត្តនូវបាបកម្មមដ៏ធំបំផុត ហើយវាជាការមិន គោរពនូវការបង្គាប់ប្រើរបស់ ព្រះជាម្ចាស់ ហើយរូបគេត្រូវបួសស ងវិញនូវថ្ងៃដែល បានស្រាយ ឬមិនបួសនោះតែប៉ុណ្ណោះណោះ។ ក៏ប៉ុន្តែ ចំពោះអ្នកដែលស្រា យបួស(ដាច់ បួស)ដោយសារតែការរួមរ័ក្ស គឺគេត្រូវបួសស ងសម្រាប់ថ្ងៃដែលគេបានស្រាយនោះ រួមជាមួយនឹងការទទួលការពិន័យចំពោះទង្វើបាបរបស់ គេ ដោយត្រូវដោះលែង ខ្ញុំបម្រើ(ទាសករដាច់ថ្លៃ)ម នាក់ ពោលគឺត្រូវទិញខ្ញុំបម្រើមូស្លីម នាក់ ហើយដោះលែង ឲ្យមានសេរីភាព។ ជាការពិត សាសនា ឥស្លាមបានបញ្ជាក់យ៉ាងច្បាស់អំពីសារៈសំខាន់ នៃការដោះលែង ទាសករឲ្យរួចផុតពីភាពជាខ្ញុំគេនៅគ្រប់ឱកាសទាំងអស់ ដែល សមស្រប។ ប្រសិន នបើរូបគេគ្មានលទ្ធធភាពទេនោះ គឺត្រូវបួសរយៈពេលពីរខែបន្តបន្ទាប់ គ្នា។ ហើយប្រសិន នបើគ មានលទ្ធធភាពទៀតនោះ គឺរូបគេត្រូវផ្តល់អាហារដល់អ្នកទីទាល់ ក្ររចំនួន៦០នាក់។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អល់ឡោះជាម្ចាស់បានដាក់កាតព្វកិច្ចបួសមួយខែក្នុងមួយឆ្នាំ ប៉ុន្តែទ្រង់ក៏ ជំរុញឲ្យបួសក្នុង ថ្ងៃផ្សេងៗទៀតផងដែរសម្រាប់អ្នកដែលមានលទ្ធធភាព ហើយចង់បាន ផលបុ ណ្យបន្ថែម។ ការបួសទាំងនោះ មានដូចខាងក្រោម៖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ការបួសថ្ងៃអាស៊ូរ៉ា៖ រួមជាមួយការបួសមុនមួយថ្ងៃ និងក្រោយមួយថ្ងៃ។ អាស៊ូរ៉ា ជាថ្ងៃទីដប់នៃខែមូហារ៉ម (ខែទីមួយនៃប្រតិទិនឥស្លាម)។ វាគឺជាថ្ងៃដែលអល់ឡោះ បានសង្គ្រោះʴព្យាការីមូសាអំពីហ វៀរអោន(ផា រ៉ាអុង) ហើយទ្រង់បានធ្វើឱ្យហ្វៀរអោន និងបក្សពួកលិ ចលង់ក្នុងសមុទ្ររ។ ដូចនេះហើយទើបអ្នកឥស្លាមបួសក្នុងថ្ងៃនេះ ដើម្បីជាការថ្លែងអំណរគុណ ទៅចំពោះអ ល់ឡោះដែលទ្រង់បានជួយព្យាការី មូសាឲ្យរួចពីសេចក្តីស្លាប់និងជាការអនុវត្តា ម អ្នកនាំសាររបស់ យើង(ព្យាការី មូហាំម៉ាត់) គ្រាដែលលោកបានបួស ហើយបានមានប្រសាសន៍ថា៖ "ចូរពួកអ្នក &gt; ការបួសស៊ូណិត(បួសស្ម័គ ររចិត្ត)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ការបួសរបស់ អ្នក &gt; ពិធីបុ ណ្យចេញបួស (រ៉យ៉ាហ្វិតប៉ោះ) ទាំងអស់ គ្នាបួសមុនវា(ថ្ងៃអាស៊ូរ៉ា)មួយថ្ងៃ ឬក្រោយវាមួយថ្ងៃ"។ (អះម៉ាត់ៈ២១៥៤)។ នៅពេលដែលមានគេសួរលោកអំពីការបួសនេះ លោកបានឆ្លើយថា៖ "វាលុបលាង បាបកម្មមដែលគេបានសាងក្នុងរយៈពេលមួយឆ្នាំដែលកន្លលងទៅ"។ (មូស្លីមៈ ១១៦២) 2 ការបួសថ្ងៃអារ៉ហ្វះ៖ គឺជាថ្ងៃទី៩ នៃខែហ្ស៊ុ លហ៊ិជ្ជះ(ខែទី១២ នៃប្រតិទិនឥស្លាម)។ វាជាថ្ងៃដែលក្រុមអ្នកធ្វើធម្ម យា ត្រាហាជ្ជីទាំងអស់ ជួបជុំគ្នានៅកន្លែងវាលអារ៉ហ្វះ។ ពួកគេធ្វើការបួងសួង និងសំដែងនូវតម្រូវការរបស់ ពួកគេទៅចំពោះទ្រង់ ហើយវាក៏ ជាថ្ងៃដែលល្អ អជាងគេបំផុតក្នុងមួយឆ្នាំផងដែរ។ គេបង្គាប់ឲ្យអ្នកដែលមិនទៅធ្វើហា ជ្ជី ឲ្យបួសក្នុងថ្ងៃនោះ។ នៅពេលដែលគេសួរ លោកអំពីការបួស លោកបានឆ្លើយថា៖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"វាលុបលាងបាបកម្មមដែលបានកើតឡើងក្នុងរយៈ ពេលមួយឆ្នាំដែលកន្លលងទៅ ហើយ និងមួយឆ្នាំដែលនៅខាងមុខ"។ (មូស្លីមៈ១១៦២) 3 ការបួសប្រាំ មួយថ្ងៃនៃខែស្ហាវ៉ាល់(ខែទីដប់នៃប្រតិទិនឥស្លាម)៖ អ្នកនាំសារមាន ប្រសាសន៍ថា៖ អ្នកណាបានបួសខែរ៉ម៉ាហ្ទទន ហើយបានបួស៦ថ្ងៃទៀតនៃខែស្ហាវ៉ាល់ គឺហាក់បីដូចជាគេបានបួសពេញមួយឆ្នាំ៉។ (មូស្លីមៈ១១៦៤)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ពិធីបុណ្យទានផ្សេងៗ គឺជាអត្តតស ញ្ញាណនៃសាសនា។ នៅពេលដែលព្យាការី មូហាំម៉ាត់បានមកដល់ក្រុងម៉ាទីណះ លោកបានឃើញពួកអាន់សរ៍(ជាអ្នកមូស្លីម ដែលរស់នៅក្រុងម៉ាទីណះ)លេងកម សាន្តតសប្បាយចំនួនពីរថ្ងៃក្នុងមួយឆ្នាំ។ លោកបានសួរពួកគេថា៖ "តើថ្ងៃទាំងពីរនេះជាថ្ងៃអ្វី"? ពួកគេបានឆ្លើយថា៖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"ជាថ្ងៃដែលពួកយើងតែងតែលេងកម សាន្តតសប្បាយទាំងពីរស ម័យហ្ជើហ៊ីលីយ៉ះ (សម័យកាលមុនឥស្លាម)មកម្លេះ"។ លោក៏បានបន្តតថា៖ "ជាការពិត អល់ឡោះ បានប្តូរឲ្យពួកអ្នកនូវពីរថ្ងៃដែលប្រសើរជាងនេះ គឺថ្ងៃបុណ្យអាដហា (ថ្ងៃរ៉យ៉ាហាជ្ជី) និងថ្ងៃបុណ្យស្រាយបួស(ថ្ងៃរ៉យ៉ាហ្វិតបោះ)"។ (អាពូហ ទាវូទៈ១១៣៤)។ លោក៏បាន មានប្រសាសន៍បញ្ជាក់ផងដែរថា ថ្ងៃបុណ្យ(រ៉យ៉ា) គឺជាអត្តតស ញ្ញាណរបស់ 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ដោយលោកបានមានប្រសាសន៍ថា៖ "ជាការពិតណាស់ គ្រប់ ក្រុមនីមួយៗតែងមាន ថ្ងៃបុណ្យ ហើយនេះគឺជាថ្ងៃបុណ្យរបស់ ពួកយើង"។ (អាល់ពូខរីៈ៩០៩ មូស្លីមៈ៨៩២)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ការបួសរបស់ 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ថ្ងៃបុណ្យនៅក្នុងសាសនា 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ថ្ងៃបុណ្យនៅក្នុងសាសនា ឥស្លាម គឺជាថ្ងៃសម្ដែងនូវការសប្បាយរីករាយ ដោយគេបានបំពេញនូវកិច្ចប្រ រណិ ប័តន៍ ជាការថ្លែងអំណរគុណចំពោះអល់ឡោះ ជាម្ចាស់ដែលទ្រង់បានចង្អុលបង្ហាញ និងប្រទានពរជ័យសម្រាប់ការបំពេញនូវកិច្ច ប្រណិ ប័តន៍(ការគោរពសក្ការៈ)ទាំងនោះ។ នៅក្នុងថ្ងៃនោះ ច្បាប់អនុញ្ញាតឲ្យ បង្កើ តភាពសប្បាយរីករាយដល់មនុស្សម នាទាំងឡាយដោយស្លៀកសម្លៀកបំពាក់ ស្អាតៗ ធ្វើល្អ អចំពោះអ្នកក្រី ក្ររ និងធ្វើនូវទង្វើផ្សេងៗទៀតដែលស្រប តាមច្បាប់ ឥស្លាម ដូចជាការបៀបចំកម្មមវិធី និងសកម្មមភាពផ្សេងៗដែលនាំមកនូវភាពសប្បាយ រីករាយដល់គ្រប់គ្នា ហើយរំលឹកដាស់តឿនពួកគេឲ្យនឹកឃើញនូវការប្រោសប្ររ ទាន ទាំងឡាយរបស់ អល់ឡោះមកលើពួកគេ។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ថ្ងៃបុណ្យរបស់ សាសនិកឥស្លាម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សម្រាប់សាសនិឥស្លាមានថ្ងៃបុណ្យពីរក្នុងមួយឆ្នាំដែលពួកគេតែងតែប្រារព្ធធ ធ្វើវាជារៀងរាល់ឆ្នាំ ហើយច្បាប់មិនអនុញ្ញាតឲ្យកំណត់ថ្ងៃណាមួយធ្វើជាថ្ងៃបុណ្យ ផ្សេងពីថ្ងៃទាំងពីរនេះនោះទេ។ ថ្ងៃបុណ្យទាំងពីរនោះគឺ៖ ថ្ងៃបុណ្យចេញបួស (ថ្ងៃរ៉យ៉ាហ្វិតប៉ោះ) ដែលគេប្រារព្ធធធ្វើនៅថ្ងៃទីមួយនៃខែស្ហាវ៉ាល់ (ខែទី១០នៃប្រតិទិន ឥស្លាម) និងថ្ងៃបុណ្យអាដហា (ថ្ងៃរ៉យ៉ាហាជ្ជី)ដែលគេប្រារព្ធធធ្វើនៅ ថ្ងៃទីដប់នៃខែ ហ៊សុលហ៊ិ ជ្ជះ(ខែទី១២នៃប្រតិទិនឥស្លាម)។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ថ្ងៃបុណ្យចេញបួស(ថ្ងៃរ៉យ៉ាហ្វិតប៉ោះ)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ពិធីបុណ្យនេះត្រូវបានប្រារព្ធធធ្វើនៅថ្ងៃទីមួយនៃខែស្ហាវ៉ាល់ ដែលជាខែទីដប់ នៃប្រតិទិនឥស្លាម។ វាជាពិធីបុណ្យដែលធ្វើឡើងបន្ទាប់ពីបញ្ចចប់យប់ចុងក្រោយនៃ ខែរ៉ម៉ាហ្ទទន។ ហេតុនេះហើយទើបគេឲ្យឈ្មោះថា ជា ថ្ងៃបុណ្យចេញបួស(ថ្ងៃរ៉យ៉ា ហ្វិតប៉ោះ)។ ម្យ៉ាងទៀត ព្រោះតែមនុស្សទាំងឡាយគោរពសក្ការៈចំពោះអល់ឡោះ ជាម្ចាស់ដោយការស្រាយបួស(មិនបួស)នៅក្នុងថ្ងៃនេះ ដូចដែលពួកគេបានគោរព សក្កាការៈចំពោះទ្រង់ដោយការបួសក្នុងខែរ៉ម៉ាហ្ទទនដូចនោះដែរ ពោលគឺពួកគេប្រារព្ធធ ពិធីបុណ្យនេះ ជាការថ្លែងអំណរគុណទៅចំពោះការប្រោសប្ររ ទានរបស់ អល់ឡោះ ដែលបានផ្តល់ភាពងា យស្រួលដ ល់ពួកគេបានបំពេញកាតព្វកិច្ចបួសខែរ៉ម៉ាហ្ទទន។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ការបួសរបស់ អ្នក អល់ឡោះមាន មានបន្ទូលថា៖ "ហើយចូរពួកអ្នកបួសបងគ្រប់ចំនួន(ថ្ងៃនៃខែរ៉ម៉ាហ្ទទន)។ ហើយចូរពួកអ្នកលើកតម្កើងទៅចំពោះអល់ឡោះ(តឹកពៀរនៅថ្ងៃរ៉យ៉ាហ្វិតប៉ោះ) ចំពោះអ្វីដែលទ្រង់បានចង្អុលបង្ហាញដល់ពួកអ្នក ហើយសង្ឃឹមថាពួកអ្នកនឹង ថ្លែងអំណរគុណ"។ (គម្ពីរគួរអាន ២ៈ១៨៥)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តើច្បាប់ឥស្លាមតម្រូវឲ្យធ្វើអ្វីខ្លះនាថ្ងៃបុណ្យ? សឡាតថ្ងៃបុណ្យ(សឡាតប៉យ៉ា)៖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ជាសឡាតដែលឥស្លាមជំរុញឲ្យ ប្រណិ ប័តន៍វា ហើយក៏ជំរុញឱ្យចូលរួមទាំងប្រុស ទាំងស្រី និងក្មេងៗផងដែរ។ ពេលវេលារបស់ វា គឺចាប់ផ្តើមពីព្រះអាទិត្យមានកម្ពស់ មួយថ្នោល រហូតដល់ថ្ងៃ ជ្រេ។ មានន័យថា អ្នកមើលឃើញកម្ពពស់ ថ្ងៃរះប្រហែលប្ររ វែងលំពែង គឺប្រហែល មួយម៉ែត្រជាង។ របៀបសឡាត៖ ចំពោះការសឡាតថ្ងៃបុណ្យ(សឡាតប៉យ៉ា) គឺមានចំនួនពីរ រ៉ក្អាត់។ អ៊ីម៉ាំសូត្រឮៗ ហើយសូត្រឃុ តហ្ពះពីរបន្ទាប់ពីសឡាតបួច។ នៅក្នុង សឡាតថ្ងៃបុណ្យនេះ តម្រូវឲ្យបន្ថែមការសូត្រតឹកពៀរនៅដើមរ៉ក្អាត់នីមួយៗ។ នៅរ៉ក្អាត់ទីមួយមុននឹងសូត្រហាវវទីហះ ត្រូវសូ ត្រតឹកពៀរចំនួន៦ដង ដោយមិនរាប់ តឹកពៀរ៉ទុលអៀហរ៉ម(តឹកពៀរពេលផ្តើមសឡាត) ហើយនៅរ៉ក្អាត់ទីពីរ ត្រូវសូ ត្រ តឹកពៀរចំនួន៥ដង ដោយមិនរាប់ការសូត្រតឹកពៀរពេលក្រោកពីស៊ូជោទទេ។ បរិច្ចាគហ សាកាត់ហ្វីត្រោះ៖ ជាការពិតអល់ឡោះបានដាក់កាតព្វកិច្ចឲ្យបរិច្ចាគ ហ្សាកាត់ចំពោះអ្នកដែលមានអាហារសម្រាប់ផ្គគត់ ផ្គគង់ ជីវភាពរបស់ គេគ្រប់ សម្រាប់យប់និងថ្ងៃបុណ្យ គឺគេត្រូវតែបរិច្ចាគចំនួនមួយសកអំពីចំណីអាហារ នៅក្នុងស្រុកភូ មិរបស់ គេ ដូចជាអង្កករ ស្រូវសាលី ឬក៏ផ្លែល្មើទៅឲ្យអ្នកក្រី ក្ររ និងអ្នកដែលខ្វះខាត។ ធ្វើបែបនេះដើម្បីឲ្យថ្ងៃបុណ្យមានតែភាពសប្បាយរីករាយ និងមិនមាន អ្នកខ្វះ ខាត 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ពេលវេលាដែលត្រូវបរិច្ចាគហ សាកាត់ហ្វីត្រោះ៖ គឺចាប់ពីថ្ងៃលិចនា ថ្ងៃ ចុងក្រោយនៃខែរ៉ម៉ាហ្ទទនរហូតដល់ពេលសឡាតថ្ងៃបុណ្យ(ថ្ងៃរ៉យ៉ា)។ ច្បាប់ ឥស្លាមក៏អនុញ្ញាត ឲ្យបរិច្ចាគមុន ថ្ងៃបុណ្យមួយយប់ ឬពីរយប់ផងដែរ។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ការបួសរបស់ អ្នក ចំនួនដែលត្រូវចេញ៖ គឺចំនួនមួយសកអំពីចំណីអាហារអ្នកស្រុ កភូ មិ ដូចជា ស្រូវសាលី អង្កករ ផ្លែល្មើ ឬក៏អ្វីផ្សេងទៀតដែលជាអាហាររបស់ អ្នកស្រុក។ "សក" គឺជារង វាល់ ប៉ុន្តែបើយើងគិតជាទម្ងន់ វាងា យស្រួល ជាងក្នុងការកំណត់តាមខ្នាត ចំនួននាពេលបច្ចុប្បន្ន គឺវាស្មើនឹងទម្ងន់ប្រហែលជា៣គីឡូ ក្រាម។ វាជាកាតព្វកិច្ច ចំពោះខ្លួនគេនិងអ្នកដែលគេមានកាតព្វកិច្ចត្រូវផ្គគត់ផ្គគង់ ដូចជា ប្រពន្ធធ និងកូនៗ របស់ គេ។ ជាការប្រសើរ គួរបរិច្ចាគជំនួសឲ្យទារកដែលនៅក្នុងផ្ទៃម តាយ គឺទារក ម នាក់ស្មើនឹងមួយសកអំពីអាហាររបស់ អ្នកស្រុក ពោលគឺទមផងង់ប្រមាន ណជា៣ គីឡូ ក្រាម។ ជាការពិត អ្នកនាំសារបានដាក់កាតព្វកិច្ចការបរិច្ចាគហ សាកាត់នេះ៖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"ជាការសម្អាដែល់ អ្នកបួសអំពីកំហុសឆ្គគង ហើយក៏ជាអាហារសម្រាប់អ្នកទីទាល់ ក្ររផងដែរ។ ដូចនេះ ប្រសិន នបើជនណាបានបរិច្ចាគវាមុនពេលសឡាត ថ្ងៃបុណ្យ វាគឺជាហ្សាកាត់ដែលត្រូវអល ឡោះទទួលយក។ តែប្រសិន នបើ ជនណាបរិច្ចាគវាបន្ទាប់ពីសឡាត វាគឺជាការបរិច្ចាគទានធម្មតាប៉ុណ្ណោះណោះ"។ (អាពូហ ទាវូទៈ១៦០៩) ច្បាប់អនុញ្ញាតឲ្យបង្ហាញនូវភាពសប្បាយរីករាយនៅក្នុងគ្រួសារ ទាំងក្មេង ចាស់ ប្រុសស្រី ជាមួយនឹងអ្វី ដែលច្បាប់អនុ ញ្ញាត ហើយស្លៀកសម្លៀកបំពាក់ ស្អាតៗ និងគោរពសក្ការៈទៅចំពោះអ ល់ឡោះជាម្ចាស់ដោយការចេញបួស និងការទួ លទានអាហារនាថ្ងៃបុណ្យ។ ហេតុនេះទើបច្បាប់ហា មិនឲ្យបួស ក្នុងថ្ងៃបុណ្យនោះទេ។ គប្បីសូត្រតឹកពៀរទៅចំពោះអល់ឡោះនៅយប់ថ្ងៃបុណ្យ និងពេលចាកចេញ ទៅសឡាត ថ្ងៃបុណ្យ(សឡាតប៉យ៉ា) ហើយពេលសូ ត្រតឹកពៀរនេះត្រូវបញ្ចចប់ ដោយការសឡាតថ្ងៃបុណ្យ។ ការសូត្រតឹកពៀរ គឺជាការបង្ហាញនូវភាព សប្បាយរីករាយដែលបានបំពេញការបួសខែរ៉ម៉ាហ្ទទនដ៏ពិសិដ្ឋឋ និងជាការ ថ្លែងអំណរគុណចំពោះការប្រោសប្ររ ទាន និងការចង្អុលបង្ហាញរបស់ ទ្រង់ មក ចំពោះពួកយើងគ្រប់គ្នាសម្រាប់ការបួសនេះ។ អល់ឡោះបានមាន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"ហើយចូរពួកអ្នកបួសបងគ្រប់ចំនួន(ថ្ងៃនៃខែរ៉ម៉ាហ្ទទន)។ ហើយចូរពួកអ្នក លើកតម្កើងអល់ឡោះ(តឹកពៀរនៅថ្ងៃរ៉យ៉ាហ្វិត្រោះ)ចំពោះអ្វីដែលទ្រង់បាន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ការបួសរបស់ អ្នក ចង្អុលបង្ហាញ ហើយសង្ឃឹមថា ពួកអ្នកថ្លែងអំណរគុណ"។ (គម្ពីរគួរអាន ២ៈ១៨៥)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របៀបសូ ត្រតឹកពៀរ៖ُ َاَُهَّلل ُ َأَْكُْرَب ُ، َاَُهَّلل ُ َأَْكُْرَب ُ، َالَ ِإَِهَل َ ِإَِّالَ ُهللاُ، َاَُهَّلل ُ َأَْكُْرَب ُ ُهللاُ َأَْكُْرَب ُ، َوَِهَّلِل ِ اْلَْحَْمُْد អល់ឡហ៊ូ អឹកពើរ អល់ឡហ៊ូ អឹកពើរ ឡើអ៊ីឡើហា អិលល ល់ឡោះ អល់ឡហ៊ូ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អឹកពើរ អល់ឡហ៊ូ អឹកពើរ វ៉ាលិលឡើហ៊ិលហាំ ទ៍ ហើយសូត្រទៀតថា៖ً َاَُهَّلل ُ َأَْكُْرَب ُ َكَِبًِرْي ًا، َوَاْلَْحَْمُْدُ ِهَّلِل ِ َكَِثًِرْي ًا، َوَُسُْبَْحَاَنَ ِهللاِ ُبُْكَْرًَةً َوََأَِصِْيًْال អល់ឡហ៊ូ អឹកពើរ កាពីរ៉ាវ វ៉ាល់ហាំទូ លីល ឡើ ហ៊ីកាស៊ីរ៉ វ៉ាស៊ុប ហា ណល់ឡហ៊ី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ពុករ៉តៅ វ៉ាអាស៊ីឡើ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ច្បាប់បង្គាប់ប្រើឲ្យបុរសបន្លឺសំលេងសូត្រខ្លាំងៗ តែធ្វើយ៉ាងណាកុំឲ្យ ប៉ះពាល់ និងរំខានដល់ អ្នកដទៃ។ ចំណែកឯស្ត្រី គឺតម្រូវឲ្យសូត្រតិចៗ។ &gt; អ្នកមូស្លីមបន្ទាប់ពីពួកគេបានចេញពីសឡាតថ្ងៃបុណ្យ(សឡាតប៉យ៉ា)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ហ្សាកាត់របស់អ្នក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មាតិកាជំពូក ការបរិច្ចាគហ សាកាត់ គោលបំណងនៃការបរិច្ចាគហ សាកាត់ តើទ្រព្យសម្បត្តិអ្វីខ្លះដែលចាំបាច់ត្រូវបរិច្ចាគហ សាកាត់? មាស និងប្រាក់ ទ្រព្យសម្បត្តិ និងលំហូរសាច់ប្រាក់ ទំនិញពាណិជ្ជកម្ម ដំណាំដែលដុះចេញពីដី សត្វពាហនៈ តើត្រូវបរិច្ចាគហ សាកាត់ទៅឲ្យអ្នកណាខ្លះ? អល់ឡោះជាម្ចាស់បានដាក់កាតព្វកិច្ចហ សាកាត់ និងបានចាត់ទុក វាជាគោលគ្រឹះ[ទីបីក្នុងចំណោមគោលគ្រឹះ[ទាំងប្រាំរបស់ 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 ហើយទ្រង់ក៏បានព្ររមានដោយការដាក់ទណ ឌកម្មមយ៉ាងធផងន់ធផងងរ ចំពោះអ្នកដែលមិនគោរពតាមច្បាប់នេះ។ ទ្រង់ក៏បានភ្ជាប់ភាព ជាបងប្អូននៅក្នុងសាសនា ឥស្លាមជាមួយនឹងការសារភាពកំហុស ការ ប្រតិបត្តិសឡាត និងការបរិច្ចាគ។ អល់ឡោះបានមាន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នបើពួកគេសារភាពកំហុស(មានជំនឿ) និងប្រតិបត្ដិសឡាត ហើយនិងបរិច្ចាគហ សាកាត់នោះ គឺពួកគេជាបងប្អូនរួមសាសនា របស់ ពួកអ្នក"។ (គម្ពីរគួរអាន ៩ៈ១១) ព្យាការីមូហាំម៉ាត់មានប្រសាសន៍ថា៖ "សាសនា ឥស្លាមត្រូវបាន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សាងសង់លើគ្រឹះ[៥៖....ក្នុងនោះលោកបានលើកឡើងអំពី៖"ត្រូវ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សឡាត និងបរិច្ចាគហ សាកាត់"។ (អាល់ពូខរីៈ៨ មូស្លីមៈ១៦)</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ហ្សាកាត់របស់អ្នក ការបរិច្ចាគហ្សាកាត់ ហ្សាកាត់ គឺជាចំណែកបន្តិចមួយអំពីទ្រព្យសម្បត្តិដែលអល់ឡោះបានដាក់ជា កាតព្វកិច្ចលើជនមូស្លីម ដោយអ្នកមានត្រូវបរិច្ចាគដើម្បីជួយសម្រួ លការលំបាក និងតម្រូវការរបស់ អ្នកក្ររក រី និងគោលបំណង ផ្សេងៗទៀត។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គោលបំណងនៃការបរិច្ចាគហ្សាកាត់ អល់ឡោះបានដាក់កាតព្វកិច្ចហ សាកាត់មកលើជនមូស្លីមកនុងគោលបំណងធំៗ ជាច្រើន ដោយយើងសូមលើកមកបញ្ជាក់ខ្លះៗដូចខាងក្រោម៖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ជាការពិត ការស្រឡាញ់ទ្រព្យសម្បត្តិ វាជាធម្មជាតិរបស់ មនុស្សលោក គឺមនុស្ស តែងព្យាយា មគ្រប់វិធីដើម្បីប្រមូលទ្រព្យសម្បត្តិនិងថែរក្សាវាទុក។ ហេតុដូចនេះ ហើយទើបច្បាប់បានដាក់កាតព្វកិច្ចឲ្យបរិច្ចាគហ សាកាត់ ដើម្បីជាការសម្អាតខ្លួន ប្រាណអំពីភាពកខ្វក់នៃភាពកំណាញ់ និងភាព លោភលន់ ហើយវាក៏ជាការ លុបំបាត់ការស្រឡាញ់ និងវិលវល់ក្នុងរឿងលោកិយផងដែរ។ អល់ឡោះបាន មាន មានបន្ទូលថា៖ "ចូរអ្នកយកផ្នែកខ្លះនៃទ្រព្យសម្បត្តិរបស់ ពួកគេជាការបរិច្ចាគ (ហ្សាកាត់)ដែលវាជួយសម្អាតពួកគេ និងធ្វើឲ្យពួកគេបានប្រសើរ"។ (គម្ពីរ គួរអាន ៩ៈ១០៣) ការបរិច្ចាគហ សាកាត់អាចសម្រេចបាននូវចំណុចគ្រឹះ[នៃទំនាក់ទំនង និងភាព ស្និទ្ធធស្នាល ព្រោះថាមនុស្សតែងមានការគោរពស្រឡាញ់ចំពោះអ្នកដែលបាន ធ្វើអំពើល្អមកចំពោះខ្លួន។ ហេតុនេះហើយទើបសមាជិកនៃសហគមន៍ឥស្លាម រស់នៅប្រកប ដោយសេចក្តីស្រឡាញ់រាប់អាន និង សាមគ្គីភាពគ្នា ហាក់បីដូចជា សំណង់ដ៏រឹងមាំដែលផ្សារភ្ជាប់គ្នាយ៉ាងស្អិតបមួត ហើយមិនសូវកើតមានករណី ចោរកម្ម ឬក៏ឆក់ប្លន់អ្វីទេ។ ភាពជាខ្ញុំបម្រើរបស់ អល់ឡោះ និងការគោរពដ៏ពិតប្រាកដទៅចំពោះទ្រង់មាន លក្ខណៈពេញលេញទៅបាន អាស្រ័យដោយការប្រគល់ខ្លួនយ៉ាងពេញលក្ខណៈ ទៅចំពោះអល់ឡោះដែលជាម្ចាស់នៃពិភពទាំងឡាយ ពោលគឺនៅពេលដែល អ្នកមានបរិច្ចាគទ្រព្យសម្បត្តិរបស់ ពួកគេ នោះវាគឺជាការអនុវត្តនូវច្បាប់របស់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ហ្សាកាត់របស់អ្នក 4 អល់ឡោះ និងជាការបំពេញនូវការ បង្គាប់ប្រើរបស់ ទ្រង់។ ការបរិច្ចាគ ហ្សាកាត់នេះ ក៏ជាការអរព្រះគុណ ទៅចំពោះព្រះជាម្ចាស់ដែលបាន ប្រទានលាភសក្កាការៈទាំងនេះផងដែរ អល់ឡោះទ្រង់បានមាន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នបើពួកអ្នកថ្លែងអំណរគុណ យើងនឹងបន្ថែមដល់ពួកអ្នកទៀត"។ (គម្ពីរគួរអាន ១៤ៈ៧) តាមរយៈការបរិច្ចាគហ សាកាត់ វានឹង ផ្តល់ កាន់តែច្បាស់នូវអត្ថន័យនៃការ គាំពារសង្គម និងរក្សាលំនឹងបានមួយ &gt;ការស្រឡាញ់ទ្រព្យសម្បត្តិ គឺជា លក្ខណៈធម្មជាតិនៅក្នុងចិត្តមនុស្ស ហើយប្រាកដ ណាស់ឥស្លាមបាន អំពាវនាវឲ្យសម្អាតចិត្តនិងកុំឲ្យ ជំពាក់ចិត្តនឹងទ្រព្យសម្បតិត។ កម្រិ តក្នុង ផ្នែកខ្លះនៃសង្គម ពោលគឺដោយការបរិច្ចាគហ សាកាត់នេះទៅដល់ អ្នកដែលត្រូវទទួល ដោយវាមិនធ្វើឱ្យទ្រព្យសម្បត្តិទាំងឡាយស្ថិតនៅតែក្នុង ដៃមនុស្សមួយករុមណាមួយនៅក្នុងសង្គមនោះទេ។ អល់ឡោះបានមាន បន្ទូលថា៖ "ដើម្បីកុំឱ្យទ្រព្យសម្បត្ដិនោះស្ថិតក្នុងកណ្ដាប់ដៃអ្នកមាននាម្នាក់ ក្នុងចំណោមពួកអ្នក"។ (គម្ពីរគួរអាន ៥៩ៈ៧)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តើទ្រព្យសម្បត្តិ អ្វីខ្លះដែលចាំបាច់ត្រូវបរិច្ចាគហ្សាកាត់?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ទ្រព្យសម្បត្តិដែលយើងមានសម្រាប់បម្រើឲ្យការបស់នៅមិនតម្រូវឲ្យបរិច្ចាគ ហ្សាកាត់ទេ ដូចជា ផ្ទះជាដើម បើទោះជាវាមានតម្លៃថ្លៃយ៉ាងណាក៏ដោយ និងរថយន្ត សម្រាប់ប្រើប្រាស់ បើទោះជាវាទំនើប ហើយមានតម្លៃថ្លៃបែបណាក្តី។ ក៏ដូចគ្នានេះដែរ សម្លៀកបំពាក់ និងគ្រឿងឧបភោគបរិ ភោគ ក៏មិនតម្រូវឲ្យបរិច្ចាគហ សាកាត់ដែរ។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ជាការពិត អល់ឡោះបានដាក់កាតព្វកិច្ចបរិ ច្ចាគហ សាកាត់តែទៅលើប្រភេទ ទ្រព្យសម្បត្តិដែលមិនមែនសម្រាប់ប្រើប្រាស់ ហើយវាមានការរីកលូ តលាស់ ដូចជា៖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ហ្សាកាត់របស់អ្នក 1 មាស និងប្រាក់ ដែលមិនសម្រាប់ប្រើ និងគ្រឿងអលង 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ទ្រព្យទាំងនេះមិនតម្រូវឲ្យបរិច្ចាគហ សាកាត់ឡើយ លុះត្រាតែវា គ្រប់បរិមាន ណកំណត់(នីសប ) ហទីយត្រូវបានរក្សាទុក រយៈពេលមួយឆ្នាំពេញ(ឆ្នាំចន្ទទគតិ)ដែលមានចំនួន ៣៥៤ ថ្ងៃ។ បរិមាន ណកំណត់ដែលត្រូវបរិច្ចាគហ សាកាត់មាសនិងប្រាក់គឺ មាស ស្មើនឹង ៨៥ក្រាម។ រីឯប្រាក់ គឺស្មើនឹង ៥៩៥ក្រាម។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 ប្រសិន នជនមូស្លីមនាម្នាក់មានមាស ឬប្រាប់គ្រប់ ចំនួនដូចបានបញ្ជាក់ខាងលើ ហើយវាមានរយៈពេលមួយឆ្នាំ គឺគេ ត្រូវបរិច្ចាគហ សាកាត់ចំនួន ២.៥%។ 2 ទ្រព្យសម្បត្តិ និងលំហូរសាច់ប្រាក់ ដែលមានជារូបិយប័ណ្ណណ ខុសគ្នា បើទោះជាស្ថិតនៅក្រោមការគ្រប់គ្ររងរបស់ គេផ្ទាល់ ឬក៏ ជាសាច់ប្រាក់នៅក្នុងធនាគា រក្តី។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ការបរិច្ចាគហ សាកាត់របស់ វា គឺយោងទៅតាមចំនួន ទ្រព្យសម្បត្តិទាំងនោះគិតជាតម្លៃមាស។ ដូចនេះ ប្រសិន នបើវាមាន ចំនួនស្មើនឹងបរិមាន ណកំណត់ដែលត្រូវបរិច្ចាគហ សាកាត់មាស ដែល មានទម្ងន់ប្រហែល៨៥ក្រាមឬច្រើនជាង នោះ នៅពេលវេលាដែល ត្រូវបរិច្ចាគហ សាកាត់ដែលមានរយៈពេលមួយឆ្នាំ ស្ថិតនៅជាកម្មសិ ទ្ធិ របស់ គេនោះ គឺគេត្រូវបរិច្ចាគហ សាកាត់ចំនួន ២.៥%។ឧទាហរណ៍៖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តម្លៃមាសមានការប្រែប្រួល បើឧបមាន ថា តម្លៃមាសក្នុងមួយករាម នៅពេលត្រូវចេញហ្សាកាត់គឺស្មើនឹង ២៥ដុល្លារ។ ដូចនេះ បរិមាន ណ កំណត់ដែលត្រូវបរិច្ចាគហ សាកាត់ គឺដូចខាងក្រោម៖ ២៥(តម្លៃ មាសក្នុងមួយករាមដែលអាចមានការប្រែប្រួល) X ៨៥ (ចំនួនក្រាម ដែលច្បាប់កំណត់ត្រូវបរិច្ចាគហ សាកាត់ គឺថេរ) = ២១២៥ ដុល្លារ វាជាបរិមាន ណកំណត់ដែលត្រូវបរិច្ចាគហ សាកាត់នៃទ្រព្យសម្បត្តិ។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ហ្សាកាត់របស់អ្នក 3 ទំនិញពាណិជ្ជកម្ម គឺសំដៅលើទ្រព្យសម្បត្តិ ឬសម្ភារដែលសម្រាប់ធ្វើ ពាណិជ្ជកម្ម ដូចជា អចល នទ្រព្យ អាគា រ សំណង់ ឬទំនិញ ដូចជា គ្រឿង ឧបភោគបរិ ភោគជាដើម។ របៀបបរិច្ចាគហ សាកាត់៖ គេត្រូវវាយតម្លៃសម្ភារ ឬ ទ្រព្យសម្បត្តិ ដែលគេទុកសម្រាប់ធ្វើពាណិជ្ជកម្ម ទាំងអស់ នៅពេលដែលវាមានរយៈពេលមួយឆ្នាំ ហើយការវាយតម្លៃគឺធ្វើទៅតាមតម្លៃទីផ្សារ ពេល ដែលគេចង់បរិច្ចាគហ សាកាត់។ ប្រសិន នបើចំនួន របស់ វា គ្រប់បរិមាន ណទ្រព្យសម្បត្តិដែលត្រូវបរិច្ចាគ ហ្សាកាត់ គឺត្រូវបរិច្ចាគហ សា កាត់ចំនួន២.៥%។ 4 ដំណាំដែលដុះចេញពីដីនៃគ្រាប់ធញ្ញញជាតិនិង ដំណាំផ្លែឈើ</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អល់ឡោះមាន មានបន្ទូលថា៖ "ឱបណ្តាអ្នកមាន ជំនឿទាំងឡាយ! ចូរពួកអ្នកបរិច្ចាគពីរបស់ ល្អៗនូវ អ្វីដែលពួកអ្នកបានខំស្វែងរក និងអ្វីដែលយើងបាន បញ្ចេញពីដីឲ្យពួកអ្នក"។ (គម្ពីរគួរអាន ២ៈ២៦៧)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កាតព្វកិច្ចនេះគឺត្រូវបានកំណត់តែទៅលើ ដំណាំមួយចំនួនតែប៉ុណ្ណោះណោះ គឺមិនមែនគ្រប់ដំណាំ ទាំងអស់ នោះទេ ហើយត្រូវមានបរិមាន ណគ្រប់ ចំនួនដែលច្បាប់កំណត់ថាត្រូវបរិច្ចាគហ សាកាត់ ទៀតផង។ ច្បាប់ក៏បានបែងចែកផងដែរ រវាង ដំណាំដែលស្រោចស្ររ ពដោយទឹកភ្លៀង ទឹកទន្លេ និងដំណាំដែលស្រោចស្ររ ពដោយការចំណាយ ក្នុងការ ស្រោចស្ររ ព។ ចំពោះចំនួនចាំបាច់ដែល ត្រូវបរិច្ចាគហ សាកាត់ គឺត្រូវពិនិត្យមើលលើស្ថានភាព របស់ មនុស្ស។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ហ្សាកាត់របស់អ្នក 5 ទ្រព្យសម្បត្តិដែលជាសត្វពាហនៈ ដូចជាសត្វគោ សត្វអូដ្ឋឋ និងសត្វពពែតែប៉ុណ្ណោះណោះ ដែលគេត្រូវបរិច្ចាគ ហ្សាកាត់ ប្រសិន នបើសត្វទាំងនោះមិនត្រូវបានចំណាយ ក្នុងការផ្តល់ចំណីឲ្យវា។ ប្រសិន នបើម្ចាស់របស់ វាជាអ្នកផ្គគត់ផ្គគង់ចំណាយក្នុងការផ្តល់ ចំណីអាហារឲ្យវាពេញមួយឆ្នាំ ឬស្ទើរតែពេញមួយឆ្នាំនោះ គឺមិនត្រូវបរិច្ចាគហ សាកាត់ទេ។ ចំនួនកំណត់ដែលត្រូវបរិច្ចាគហ សាកាត់ និងបរិមាន ណ ដែល ត្រូវចេញហ្សាកាត់នោះ គឺមានបរិយា យលម្អិតនៅក្នុង សៀវភៅហ្វីកោះ(សៀវភៅសិក្សាក្បួនច្បាប់ឥស្លាម)។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តើត្រូវបរិច្ចាគហ្សាកាត់ទៅឲ្យអ្នកណាខ្លះ? សាសនា ឥស្លាមបានកំណត់យ៉ាងច្បាស់នូវអ្នកដែលមានសិទ្ធិទទួលហ សាកាត់។ ជនមូស្លីមត្រូវបានអនុ ញ្ញាត ឲ្យបរិច្ចាគហ សាកាត់ទៅឲ្យមនុស្សតែម នាក់ ឬច្រើននាក់ ក្នុងចំណោមអ្នកដែលច្បាប់បានកំណត់ថាអាចទទួលហ សាកាត់បាន ឬក៏បរិច្ចាគឲ្យទៅ មូលនិធិ និងអង្គគការសប្បុរសធម៌នានា ដែលមានភារៈកិច្ចចបែងចែកវាទៅដល់អ្នកដែល ត្រូវទទួល ហើយជាការប្រសើរនោះ គឺត្រូវបែងចែកនៅក្នុងប្រទេស របស់ ខ្លួន។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អ្នកដែលមានសិទ្ធិទទួលហ សាកាត់មានដូចខាងក្រោម៖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ទុគ៌តជន និងអ្នកទីទាល់ក្ររ៖ គឺអ្នកដែលគ្មានលទ្ធធភាពក្នុងការផ្គគត់ផ្គគង់តម្រូវការ រស់នៅប្រចាំ ថ្ងៃរបស់ ពួកគេបាន។ អ្នកធ្វើការក្នុងការប្រមូលហ សាកាត់ និងធ្វើការបែងចែកវា។ អ្នកបម្រើដាច់ថ្លៃដែលសុំ លោះខ្លួនពីចៅហ្វាយរបស់ គេ៖ ក្នុងករណីនេះ គឺត្រូវ ជួយគេដោយផ្តល់ទ្រព្យហ្សាកាត់ដល់គេដើម្បីគេបានក្លាយជាអ្នកដែលមាន សេរីភាពដូចគេឯង។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ហ្សាកាត់របស់អ្នក 4 5 6 7 អ្នកដែលជំពាក់បំណុល គេ ហើយមិនអាចស ងរួច៖ បើទោះជាបំណុល នោះ សម្រាប់បម្រើប្រយោជន៍ សាធារណៈ និងជាអំពើល្អជួយដល់មនុស្សផង ទាំងឡាយ ឬជាប្រយោជន៍ផ ទាល់ខ្លួនសម្រាប់បុគ្គល តែឯងក្តី។ អ្នកតស៊ូក្នុងផ្លូវអល់ឡោះ៖ គឺជាអ្នកដែលធ្វើការតស៊ូដើម្បីការពារសាសនា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និងប្រទេស ជាតិ របស់ ពួកគេ ហើយគ្រប់ការងារដែលជាការផ្សព្វផ្សាយសាសនា ឥស្លាម។ អ្នកមូអាល់ឡាហ្វវ៖ គឺជាអ្នកដែលទើបនឹងចូលឥស្លាមថ្មី ឬអ្នកមិនមែនឥស្លាម ដែលគេសង្ឃឹមថា រូបគេនឹងចូលឥស្លាម។ ក្រុមនេះមិនមែនមនុស្សគ្រប់គ្នាអាច ឲ្យបាននោះទេ គឺត្រូវបានផ្តល់ឲ្យពីសំណាក់ថ្នាក់ដឹកនាំ ឬមូលនិធិសប្បុរសធម៌ ដែលអាចកំណត់ប្រយោជន៍ក្នុងរឿងនេះ។ វាក៏ចូលក្នុងចំណុចនេះផងដែរ។ អ្នកដំណើរដាច់ស្បៀង៖ គឺជាអ្នកដំណើរដែលដាច់ស្បៀងខណៈពេលកំពុង ធ្វើដំណើរ ទោះបីជារូបគេជាអ្នកមានទ្រព្យសម្បត្តិច្រើននៅស្រុករបស់ គេក្តី។ អល់ឡោះបានមាន មានបន្ទូលថា៖ "តាមពិតការបរិច្ចាគហ សាកាត់នោះ គឺសម្រាប់ តែអ្នកក្ររខ សត់ អ្នកក្រី ក្ររ អ្នកប្រមូ លហ សាកាត់ អ្នកដែលទើបតែចូលសាសនា ឥស្លាម អ្នកដែលចង់ រំដោះខ្លួនពីទាសករគេ អ្នកជំពាក់បំណុល គេអ្នកដែល តស៊ូក្នុងមាន គ៌ាអល់ឡោះ និងអ្នកដែលធ្វើដំណើរដាច់ស្បៀងប៉ុណ្ណោះណោះ"។ (គម្ពីរគួរអាន៩ៈ៦០) ទុគ៌តជន គឺជាអ្នកដែលគ្មានអ្វីដើម្បី ផ្គគត់ផ្គគង់ និងបំពេញសេចក្តីត្រូវការជា មូលដ្ឋានរបស់ ខ្លួនបានគ្រប់គ្រាន់។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 ត្រាហាជ្ជីនៅទីក្រុងម៉ាក្កះ គឺជាគោលគ្រឹះ[ទី៥ ក្នុងចំណោមគោលគ្រឹះ[ទាំងប្រាំនៃសាសនា ឥស្លាម។ វាជាការគោរព សក្ការៈមួយដែលរួមបញ្ចូ លទាំងការគោរពសក្ការៈដោយរាងកាយ ដួងចិត្ត និងទ្រព្យសម្បត្តិ។ ចំពោះអ្នកដែលមានលទ្ធធភាពផ្នែក រាងកាយ និងទ្រព្យសម្បត្តិ ចាំបាច់ត្រូវប្រតិបត្តិវាឲ្យបានមួយដង ក្នុងមួយឆាកជីវិត។ អល់ឡោះបានមាន មានបន្ទូលថា៖ "អល់ឡោះបាន ដាក់កាតព្វកិច្ចលើមនុស្សលោកឱ្យធ្វើធម្មយា ត្រាហាជ្ជីនៅគេហដ្ឋាន របស់ អល់ឡោះ(ក្រុងម៉ាក្កះ)ចំពោះអ្នកដែលមានលទ្ធធភាព ទៅដល់។ ហើយបើអ្នកណាបដិសេធ ពិតណាស់ អល់ឡោះមិនត្រូវការអ្វីមួយពី ពិភពទាំងអស់ ឡើយ"។ (គម្ពីរគួរអាន ៣ៈ៩៧) មាតិកា ឧត្តមភាពនៃទីក្រុងម៉ាក្កះ និងម៉ាស្ជិតអា ល់ហារ៉ម អត្ថន័យនៃការធ្វើធម្មយា ត្រាហាជ្ជី ស្ថានភាពអ្នកមូស្លីមដែលមានលទ្ធធភាពធ្វើធម្មយា ត្រាហាជ្ជី លក្ខខខណ្ឌឌ មានម៉ះរ៉មសម្រាប់ស្ត្រីដែលទៅធ្វើធម្មយា ត្រាហាជ្ជី ឧត្តមភាពនៃការធ្វើធម្មយា ត្រាហាជ្ជី គោលបំណងនៃការធ្វើធម្មយា ត្រាហាជ្ជី ការធ្វើអ៊ុមរ៉ោះ ថ្ងៃបុណ្យអាដហា (ថ្ងៃរ៉យ៉ាហាជ្ជី) តើច្បាប់ឥស្លាមបង្គាប់ប្រើអ្វីខ្លះក្នុងថ្ងៃបុណ្យអាដហា? លក្ខខខណ្ឌសត្វដែលត្រូវសំទេះ តើត្រូវធ្វើដូចម្តេចំពោះសត្វដែលសំទេះ(គួរហ ពាន)? ការទស សនកិច្ចទីក្រុងម៉ាទីណះ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 ឧត្តមភាពនៃទីក្រុងម៉ាក្កះ និងម៉ាស្ជិតអាល់ ហារ៉ម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ឧត្តមភាពនៃទីក្រុងម៉ាក្កះ និងម៉ាស្ជិតអាល់ហារ៉ម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ម៉ាស្ជិតអាល់ហារ៉ម មានទីតាំងស្ថិតនៅទីក្រុងម៉ាក្កះភាគខាងលិចនៃឧបទ្វីប អារ៉ាប់ ហើយវាមាន ឧត្តមភាពជាច្រើននៅក្នុងសាសនា ឥស្លាម ដែលមានដូចជា៖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2 មានកាក់ហ្ពះដ៏ពិសិដ្ឋឋនៅក្នុងវា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កាក់ហ្ពះគឺជាសំណង់មួយដែលមានបួនជ្រុងនិងរាងគូបដែលស្ថិ តនៅ ចំណុចកណ្តាលម៉ាស្ជិតអាល់ហារ៉មនៃទីក្រុងម៉ាក្កះ។ វាគឺជាគិបឡាត់(ទិស) ដែលជនមូស្លីមតម្ររង់មុខទៅរកនៅពេលពួកគេប្រតិបត្តិសឡាត និង ការ គោរព សក្កាការៈមួយចំនួនទៀតដែលអល់ឡោះបានបញ្ជាប្រើ។ ពិតប្រាកដណាស់ ព្យាការីអ៊ីព្ររហ៊ី ម និងកូនប្រុស របស់ លោក ព្យាការីអ៊ីស្មាអែល បានកសាង វា ឡើងដោយការបញ្ជាប្រើពីអល់ឡោះ។ បន្ទាប់មក ក៏មាន ការកសាងសាជាថ្មី ជាច្រើនលើក។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អល់ឡោះមាន មានបន្ទូលថា៖ "ហើយ(ចូរចងចាំ)នៅពេលដែលអ៊ីព្ររហ៊ី ម និងអ៊ីស្មាអែលបានតម្លើងគ្រឹះ[កាក់ហ្ពះ(ដោយបួងសួងថា)៖ ឱម្ចាស់របស់ ពួក យើងខ្ញុំ! សូមទ្រង់មេត្តាទទួលយក(អំពើល្អនិងការបួងសួង)ពីយើងខ្ញុំផង។ ពិតប្រាកដណាស់ ទ្រង់មហា ឮ មហាដឹង "។ (គម្ពីរគួរអាន ២ៈ១២៧)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ព្យាការីមូហាំម៉ាត់បានចូលរួមជាមួយនឹងកុលសម្ព័ន្ធធ នានានៃ ទីក្រុងម៉ាក្កះក្នុងការដាក់ថ្មមខ្មៅនៅកន្លែងដើមរបស់ វាវិញ នៅពេលដែលគេបាន កសាងវាសាជាថ្មី។ ពិតណាស់ វាជាម៉ាស្ជិតដំបូងគេបង្អអស់នៅលើផែនដីនេះ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អាពូហ្សើរ បានសួរអ្នកនាំសារថា៖ "ឱអ្នកនាំសារ! តើម៉ាស្ជិតមួយណា ដែលមាននៅលើផែនដីនេះដំបូងគេបង្អអស់? លោកបានឆ្លើយថា៖ "គឺម៉ាស្ជិត អាល់ហារ៉ម"។ គាត់បាននិយា យទៀត ថា ខ្ញុំបានសួរទៀតថា៖ "បន្ទាប់មក តើម៉ាស្ជិទណា"? លោកបានឆ្លើយថា៖ "គឺម៉ាស្ជិតអឹកស៏ (ក្រុងយេរូសាឡឹម)"។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 3 4 ខ្ញុំក៏សួរទៀតថា៖ "រយៈពេលរវាងវាទាំងពីរប៉ុន្មានឆ្នាំដែរ"? លោក៏បាន ឆ្លើយថា៖ ៤០ឆ្នាំ។ បន្ទាប់មក កន្លែងណាក៏ដោយឱ្យតែដល់ពេលសឡាត ចូរ អ្នកសឡាតចុះ ពិតណាស់ ផលបុ ណ្យនឹងមាននៅក្នុងវា"។ (អាល់ពូខរីៈ ៣១៨៦ មូស្លីមៈ៥២០) សឡាតនៅម៉ាស្ជិតអាល់ហារ៉មទទួលបានផលបុ ណ្យលើសល 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ព្យាការីលោកបានមានប្រសាសន៍ថា៖ "សឡាតនៅក្នុងម៉ាស្ជិតរបស់ ខ្ញុំ នេះ(ម៉ាស្ជិតម៉ាទីណះ)ម្តតង គឺល្អប្រសើរជាងការសឡាតនៅម៉ាស្ជិតផ្សេងទៀត ចំនួន១០០០សឡាត លើកលែ ង តែម៉ាស្ជិតអាល់ហារ៉មប៉ុណ្ណោះណោះ ហើយសឡាត នៅម៉ាស្ជិតអាល់ហារ៉ម្តតង គឺប្រសើរជាង ការសឡាតនៅម៉ាស្ជិតផ្សេងទៀត ចំនួន១០០ពាន់សឡាត"។ (អិពនូម៉ាហ្ជះៈ១៤០៦ អះម៉ាត់ ១៤៦៩៤) ជាទឹកដីដែលអល់ឡោះ និងអ្នកនាំសាររបស់ ទ្រង់បានហា មឃាត់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អល់ឡោះមាន មានបន្ទូលថា៖ "(ឱមូហាំម៉ាត់! ចូរអ្នកពោលទៅកាន់ មនុស្សលោកថា៖) តាមពិត ខ្ញុំត្រូវបានគេបង្គាប់ឱ្យគោរពសក្ការៈចំពោះ ម្ចាស់របស់ ទឹកដី(ម៉ាក្កះ)នេះដែលទ្រង់ បានហា មឃាត់នៅក្នុងនោះ។ ហើយ អ្វីៗទាំងអស់ ជាកម្មសិ ទ្ធិរបស់ ទ្រង់។ ហើយខ្ញុំត្រូវបានគេបង្គាប់ឱ្យស្ថិតនៅ ក្នុងចំណោមអ្នកមូស្លីម"។ (គម្ពីរគួរអាន ២៧ៈ៩១)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ក្រុងម៉ាក្កះត្រូវបានអល់ឡោះហា មឃាត់លើមនុស្សមិនឱ្យបង្ហូរឈា ម នៅក្នុងវា ឬប្រព្រឹ [ត្តតអំពើអយុ ត្តិធម៌ទៅលើនរនាម្នាក់ ឬប្រមាញ់ សត្វនៅក្នុងវា ឬកាត់អ្វីម្យ៉ាងពីដើមឈើ និងស្មៅនៅក្នុងវាឡើយ។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អ្នកនាំសារបានមានប្រសាសន៍ថា៖ "ពិតប្រាកដណាស់ ម៉ាក្កះគឺ អល់ឡោះជាអ្នកហា មឃាត់មិនមែនមនុស្សជាអ្នកហា មឃាត់នោះទេ។ មិន អនុញ្ញាតឡើយចំពោះបុគ្គល នាម្នាក់ដែលមានជំនឿចំពោះអល់ឡោះ និងជឿ ចំពោះថ្ងៃបរលោកបង្ហូរឈា មានៅក្នុងវា ហើយក៏មិនឱ្យកាប់ដើមឈើនៅក្នុងវា ដែរ"។ (អាល់ពូខរីៈ១០៤ មូស្លីមៈ១៣៥៤)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 វាជាទឹកដីដែលអល់ឡោះ និងព្យាការីស្រឡាញ់ខ្លាំងបំផុត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មានមិត្តតភក្តិម្នាក់របស់ ព្យាការីបាននិយា យថា៖ ខ្ញុំបានឃើញអ្នកនាំសារ នៅលើសត្វអូដ្ឋឋរបស់ លោកស្ថិ តនៅតំបន់អាល់ហ៊ូហ្សូរ៉ោះ(ជាតំបន់មួយនៅ ម៉ាក្កះ) លោកបានមានប្រសាសន៍ថា៖ "ខ្ញុំស្បថនឹងអល់ឡោះ! ពិតប្រាកដណាស់ អ្នកគឺជាទឹកដីរបស់ អល់ឡោះដែលល្អ អប្រសើរ ហើយជាទឹកដីរបស់ អល់ឡោះ ដែលទ្រង់ស្រឡាញ់ជាងគេ។ ប្រសិន នបើខ្ញុំមិនត្រូវបានគេឱ្យបង្ខំឲ្យចេញពីអ្នក ទេនោះ ខ្ញុំនឹងមិនចាកចេញពីអ្នកជាដាច់ខាត"។ (អាត់តៀរមីហ សីៈ៣៩២៥ អាន់ណាសាអ៊ី ក្នុងគីតាបគុគុបរ៉ៈ៤២៥២) អល់ឡោះបានដាក់កាតព្វកិច្ចធ្វើធម មមយា ត្រាហាជ្ជីនៅកាក់ហ្ពះ សម្រាប់អ្នក ដែលមានលទ្ធធភាព ទៅដល់។ ពិតណាស់ ព្យាការីអ៊ីព្ររហ៊ី មបានប្រកាស អំពាវនាវមនុស្សឱ្យមកធ្វើធម្ម យា ត្រាហាជ្ជី។ មនុស្សបាននាំគ្នាទៅកាន់ទីនោះ ពីគ្រប់ទីកន្លែង ហើយបណ្តាព្យាការីក៏បានធ្វើធម្ម យា ត្រាហាជ្ជីនៅទីនោះដែរ ដូចដែលអ្នកនាំសារបានប្រាប់។ អល់ឡោះបានប្រាប់អំពីការបញ្ជាប្រើរបស់ ទ្រង់ទៅលើព្យាការីអ៊ីព្ររហ៊ី មដោយទ្រង់បានមាន មានបន្ទូលថា៖ "ហើយចូរអ្នក ប្រកាសអំពាវនាវដ ល់មនុស្សអំពីការធ្វើហា ជ្ជី។ ពួកគេនឹងមកកាន់អ្នក(តាម ការអំពាវនាវ)ដោយថ្មើរជើង និងដោយជិះសត្វអូដ្ឋឋដែលពួកគេនឹងមកពីគ្រប់ ច្ររកល្ហ ហកដ៏សែនឆផងាយ"។ (គម្ពីរគួរអាន ២២ៈ៧)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 &gt; ការតវ៉ាហ្វវ(ដើរប្រទក្សិណ)ជុំវិញកាក់ហ្ពះប្រាំពីរជុំ គឺជាគោលគ្រឹះ[(រូកុន)មួយ ក្នុងចំណោមគោលគ្រឹះ[នៃហាជ្ជី និងអ៊ុមរ៉ោះ។ &gt; អត្ថន័យនៃការធ្វើធម្មយាត្រាហាជ្ជី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 ត្រាហាជ្ជី គឺជាគោលបំណងទៅកាន់គេហដ្ឋានរបស់ អល់ឡោះ (កាក់ហ្ពះ)ដើម្បីបំពេញកិច្ចធម្មយា ត្រា។ វានោះគឺជាកាយវិការ និងពាក្យសំដី ដែលមានលំនាំពីព្យាការីមូហាំម៉ាត់ ដូចជា ការក្សាន់តំណមអៀហរ៉ម ការតវ៉ាហ្វវ ដើរជុំវិញកាក់ហ្ពះប្រាំពីរជុំ ការសាអ៊ី(ដើរទៅមក)ប្រាំពីរជុំរវាងភ្នំសហ្វានិងភ្នំម៉ារវ៉ះ ការ ស្ថិតនៅតំបន់អារ៉ហ្វះ ការចោលគោលនៅតំបន់មីណា និងផ្សេងៗទៀត។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ហើយវាបានផ្តល់នូវអត្ថប្ររ យោជន៍ជាច្រើនដល់មនុស្ស ដូចជាការប្រកាស អំពីឯកទេពនិយមចំពោះអល់ឡោះតែមួយគត់ ហើយអ្នកធ្វើហាជ្ជីនឹងទទួលបានការ អភ័យទោស យ៉ាងធំធេងពីអល់ឡោះ និងការ បានស្គាល់គ្នារវាងអ្នកមូស្លីម ព្រមទាំង ការសិក្សាពីក្បួនច្បាប់សាសនា ឥស្លាម និងផ្សេងៗទៀត។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ពេលវេលាធ្វើហា ជ្ជី៖ កាតព្វកិច្ចធ្វើធម មមយា ត្រាហាជ្ជី គឺនៅចន្លោះរវាងថ្ងៃទី៨ និងថ្ងៃទី១៣ ខែហ៊សុលហ៊ិជ ជះ ដែលវាគឺជាខែទី១២ នៃប្រតិទិនចន្ទគតិ 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តើការធ្វើធម្មយា ត្រាហាជ្ជីជាកាតព្វកិច្ចលើជនណាខ្លះ?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លក្ខខណ្ឌឌដែលចាំបាច់ត្រូវធ្វើហាជ្ជីនោះគឺ ជាជនមូស្លីម ជាអ្នកមូកាល់ឡាហ្វវ និង មានលទ្ធធភាព។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មូកាល់ឡាហ្វវមានន័យថា៖ មានប្រាជ្ញាស្មារតី គ្រប់អាយុ។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មានលទ្ធធភាព គឺមានន័យថា អាចធ្វើដំណើរមកដល់ម៉ាស្ជិតអាល់ហារ៉ម(ក្រុង ម៉ាក្កះ)តាមផ្លូវដែលត្រឹមត្រូវ និងស្របច្បាប់ ហើយ អាចប្រតិ បត្តិហា ជ្ជីដោយមិនបង្កករក្សារលំបាកធផងងន់ធផងងរ បន្ថែមលើការលំបាក្នុងការធ្វើដំណើរធម្មតា ជាមួយនិងសុវត្តិភាពលើ រាងកាយ និងទ្រព្យសម្បត្តិ។ ហើយចាំបាច់ត្រូវឱ្យទ្រព្យដែលចំណាយក្នុងការធ្វើហា ជ្ជី ជាទ្រព្យដែលស ល់បន្ទាប់ពីគេបានចំណាយលើតម្រូវការទូទៅ និងការចំណាយលើ អ្នកដែលនៅក្រោមការគ្រប់គ្ររងរបស់ គេ។ &gt;ស្ថានភាពអ្នកមូ ស្លីមដែលមានលទ្ធភាពធ្វើហាជ្ជី មានលទ្ធធភាពធ្វើហា ជ្ជីដោយខ្លួនឯងផ ទាល់៖ មានន័យថា រូបគេមានលទ្ធធភាព មកដល់កាក់ហ្ពះដោយខ្លួនឯង ដោយមិនបង្ការលំបាកច្រើនហួសប្ររ មាន ណលើស ពីធម្មតា ហើយមាន ទ្រព្យសម្បត្តិគ្រប់គ្រាន់។ ដូចនេះ ចាំបាច់លើរូបគេត្រូវប្រតិ បត្តិ កាតព្វកិច្ចហាជ្ជី ដោយខ្លួនឯង។ មានលទ្ធធភាពផ្តល់ដោយអ្នកដទៃ៖ គឺអ្នកដែលគ្មានលទ្ធធភាពធ្វើហា ជ្ជីដោយខ្លួនឯង ដោយសារមានជំងឺ ឬចាស់ជរា ក៏ប៉ុន្តែរូបគេមានអ្នកដែលអាចធ្វើហាជ្ជីជំនួសឱ្យ បាន ហើយរូបគេមានលទ្ធធភាពផ្តល់ប្រាក់ដល់ជននោះ(ជួលគេ)ដើម្បីធ្វើហាជ្ជី ឱ្យខ្លួនគេ។ ក្នុងករណីនេះ រូបគេចាំបាច់ត្រូវផ្តល់ ប្រាក់ដល់ អ្នកដែលធ្វើហាជ្ជីឱ្យ ខ្លួន(ជួលគេឲ្យធ្វើហា ជ្ជីឲ្យ)។ អ្នកដែលគ្មានលទ្ធធភាពធ្វើហា ជ្ជីដោយខ្លួនឯងផ ទាល់ ហើយក៏គ មានលទ្ធធភាពឱ្យអ្នក ដទៃធ្វើជំនួស៖ ក្នុងករណីនេះមិនចាំបាច់លើគេត្រូវធ្វើហាជ្ជីឡើយ ដរាប ណាគេ មិនមានលទ្ធធភាព។ឧទាហរណ៍ដូចជា បុគ្គល ដែលមិនមានទ្រព្យសម្បត្តិនៅសល់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 បន្ទាប់ពីគេបានចំណាយលើតម្រូវការទូទៅ និងការចំណាយលើក្រុមគ្រួសាររបស់ ខ្លួនដែលមិនគ្រប់គ្រាន់សម្រាប់គេដើម្បីប្រតិបត្តិហា ជ្ជី។ ហើយក៏មិនចាំបាច់លើគេ ប្រមូលទ្រព្យសម្បត្តិដើម្បីឱ្យមានលទ្ធធភាពធ្វើហា ជ្ជីដែរ។ ក៏ប៉ុន្តែនៅពេលណាដែលគេ មានលទ្ធធភាព ចាំបាច់លើគេត្រូវធ្វើហាជ្ជី។ តើអ្នកមានទ្រព្យសម្បត្តិគ្រប់គ្រាន់ និងមានលទ្ធធភាពខាងរាងកាយក្នុងការទៅ ធ្វើធម្មយា ត្រាហាជ្ជីដែរឬទេ? តើអ្នកមានទ្រព្យសម្បត្តិគ្រប់គ្រាន់ ក៏ប៉ុន្តែអ្នកមិនមានលទ្ធធភាពខាងរាងកាយដើម្បី ធ្វើហា ជ្ជីដោយខ្លួនឯងដោយមូលហេតុជំងឺដែលគ្មានសង្ឃឹមនឹងអាចជាសះស្បើយ ឬ អ្នកមានវ័យចាស់ជរាមែនទេ? ទេ បាទ ចាំបាច់អ្នកត្រូវធ្វើហាជ្ជីដោយខ្លួនឯង។ ចាំបាច់លើអ្នកត្រូវផ្តល់ទ្រព្យសម្បត្តិឱ្យអ្នកផ្សេងធ្វើហា ជ្ជីជំនួសអ្នក។ ប្រសិន នបើអ្នកមិនមានទ្រព្យសម្បត្តិគ្រប់គ្រាន់សម្រាប់ធ្វើហា ជ្ជីដែលស ល់បន្ទាប់ពី បានចំណាយលើ តម្រូវការទូទៅ និងការចំណាយលើក្រុមគ្រួសាររបស់ អ្នកទេនោះ អ្នកមិនមានកាតព្វកិច្ចត្រូវធ្វើហាជ្ជី នោះទេ ហើយក៏មិនចាំបាច់លើអ្នកត្រូវប្រមូ ល ទ្រព្យដើម្បីធ្វើហា ជ្ជីដែរ។ បាទ 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 &gt; លក្ខណ្ឌ ឌម៉ះរ៉មសម្រាប់ស្ត្រីដែលធ្វើធម្មយាត្រាហាជ្ជី &gt; ឧត្តមភាពនៃការធ្វើធម្មយាត្រាហាជ្ជី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គេបានដាក់លក្ខខខណ្ឌឌលើស្ត្រីក្នុងការប្រតិបត្តិកាតព្វកិច្ចហាជ្ជី គឺត្រូវមានម៉ះរ៉ម (ប្តី ឬសាច់ញាតិដែលមិនអាចរៀបការជាមួយគ្នាបាន)។ ដូចនេះ មិនមែនជាកាតព្វកិច្ច លើស្ត្រីក្នុងការធ្វើហា ជ្ជីនោះទេ លុះត្រាតែមាននរនាម្នាក់ក្នុងចំណោម៉ះរ៉មរបស់ ខ្លួន អមដំណើរទៅធ្វើហា ជ្ជីជាមួយគេដែរ។ អ្នកដែលជាម៉ះរ៉មស្ត្រីនោះមានដូចជា ប្តី របស់ នាង ឬអ្នកដែលស្ត្រី មិនអាចរៀបការជាមួយបាន ជារៀងរហូតដូចជា ឪពុក ជីតា កូនប្រុស ចៅប្រុសបង្កើត បងប្អូនប្រុសបង្កើត ក្មួយប្រុសបង្កើត ឪពុកមាន ខាងឪពុក និង ឪពុកមាន ខាងម តាយ។ (សូមមទីលទំព័រ ២៧៧)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នបើស្ត្រីទៅធ្វើហា ជ្ជីដោយគ មានម៉ះរ៉មដោយមធ្យោបាយត្រឹមត្រូវនិងមាន សុវត្តិភាពលើខ្លួនរបស់ នាងនោះ ការធ្វើហា ជ្ជីរបស់ នាងត្រឹមត្រូវ និងទទួលផលបុ ណ្យ។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មានសេចក្តីរាយការណ៍ជាច្រើនទាក់ទងនឹងឧត្តមភាព និងគុណប្រយោជន៍នៃ ការធ្វើធម្មយា ត្រាហាជ្ជី ក្នុងនោះមានដូចជា៖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ពិតណាស់ វាស្ថិតក្នុងចំណោមទង្វើ ដ៏ល្អប្រពៃបំផុត។ នៅពេលមានគេសួរ អ្នកនាំសារថា៖ "តើទង្វើណាដែលល្អ អជាងគេ"? លោកបានឆ្លើយថា៖ "គឺការជឿ ចំពោះអល់ឡោះ និងអ្នកនាំសាររបស់ ទ្រង់"។ គេបានសួរទៀតថា៖ "តើបន្ទាប់មក គឺអ្វី"? លោកបានឆ្លើយថា៖"គឺការតស៊ូក្នុងមាន គ៌ារបស់ អល់ឡោះ"។ គេក៏បានសួរ ទៀតថា៖ "តើបន្ទាប់មកទៀតគឺអ្វី"? លោកបានឆ្លើយថា៖ "គឺការធ្វើធម្ម យា ត្រា ហាជ្ជីដែលត្រូវគេទទួលយក"។ (អាល់ពូខរីៈ១៤៤៧ និងមូស្លីមៈ៨៣) ជារដូវកាលដ៏អស្ចារ្យសម្រាប់ទទួលបានការលើកលែងទោស (ពីអល់ឡោះ)៖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 បានមានប្រសាសន៍ថា៖ "បុគ្គល ណាធ្វើធម្មយា ត្រាហាជ្ជី ដោយ មិនបានធ្វើនូវប្ររ ការទាក់ទងនឹងការរួមេត្រី និងមិនបានប្រព្រឹ [ត្តតនូវបាបកម្មមនោះ គេនឹងត្រឡប់ ប់មកវិញ(ដោយគ មានបាបកម្មមជាប់ខ្លួន)ដូចជាថ្ងៃដែលម្តាយគេ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 &gt; គោលបំណងនៃការធ្វើធម្មយាត្រាហាជ្ជី ប្រសូតគេមក"។ (អាល់ពូខរីៈ១៤៤៩ មូស្លីមៈ១៣៥០)។ មានន័យថា គេត្រឡប់ ប់ មកវិញដោយគ មានបាបកម្មមជាប់ខ្លួនដូចជារូបគេទើបតែប្រសូតដូចនោះដែរ។ ជាឱកាសដ៏ធំធេងបំផុតសម្រាប់ទទួលបានការដោះលែងពីឋាននរក៖ អ្នកនាំសារ លោកបានមានប្រសាសន៍ថា៖ "គ មានថ្ងៃណាមួយដែលអល់ឡោះដោះលែង មនុស្សពីឋាននរកច្រើនជាងថ្ងៃអារ៉ហ្វះ (ថ្ងៃទី៩នៃខែហ៊សុលហ៊ិ ជ្ជះ)ឡើយ"។ (មូស្លីមៈ១៣៤៨) ពិតណាស់ ការតបស្ន នងចំពោះការធ្វើហា ជ្ជីនោះគឺឋានសួគ៌៖ អ្នកនាំសារបាន មានប្រសាសន៍ថា៖ "ការធ្វើធម្មយា ត្រាហាជ្ជីដែលគេទទួលយកនោះ គឺគ មានអ្វី តបស្ន នងចំពោះវាក្រៅពីឋានសួគ៌ ឡើយ"។ (អាល់ពូខរីៈ១៦៨៣ មូស្លីមៈ១៣៤៩) 3 4 រាល់គុណប្រយោជន៍ទាំងនេះ និងអ្វីៗផ្សេងទៀតដែលទទួលបានពីការធ្វើ ធម្មយា ត្រាហាជ្ជីនោះ គឺសម្រាប់តែអ្នកដែលជឿជាក់ មានចិត្តបរិសុទ្ធធ ជម្រះ រាល់ប្រក្សារ ដែលមិនគួរគប្បីធ្វើ និងអនុវត្តា មាន គ៌ារបស់ ព្យាការីមូហាំម៉ាត់ដ៏ត្រឹមត្រូវប៉ុណ្ណោះណោះ។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 ត្រាហាជ្ជីគឺមានគោលបំណង និងគោលដៅដ៏ធំធេង។ ដូចនេះហើយ បានជាអល់ឡោះបានមានបន្ទូលបន្ទាប់ពីទ្រង់បានរៀបរាប់ពីប្ររ ការដែលជាកាតព្វកិច្ច លើអ្នកធ្វើហាជ្ជីនៃការសំទេះសត្វជំនូនដែលអ្នកធ្វើហាជ្ជីសំទេះវាដើម្បីគោរពសក្ការៈ ទៅចំពោះអល់ឡោះនៅក្នុងថ្ងៃទី១០ នៃខែហ៊សុលហ៊ិ ជ្ជះ(ថ្ងៃរ៉យ៉ាហាជ្ជី)ដោយទ្រង់មាន បន្ទូលថា៖ "សាច់ និងឈា មរបស់ វា (សត្វជំនូន)ទាំងអស់ មិន អាចទៅដល់អល់ឡោះ ឡើយ ក៏ប៉ុន្ដែការកោតខ្លាច(អល់ឡោះ)អំពីពួកអ្នកទេ ដែលអាចទៅដល់ ទ្រង់ នោះ"។ (គម្ពីរគួរអាន ២២ៈ៣៧)។ អ្នកនាំសារបានមានប្រសាសន៍ថា៖ "ជាការពិត គេប្រើ ឱ្យតវ៉ាហ្វវ(ដើរជុំវិញ)កាក់ហ្ពះ និងដើរទៅមករវាងភ្នំស ហ្វានិងភ្នំម៉ារវ៉ះ និងចោល គោល គឺដើម្បីបញ ឈរក្សារនឹករលឹកទៅចំពោះអល់ឡោះ"។ (អាពូហ ទាវូទៈ១៨៨៨) ក្នុងចំណោមគោលដៅ និងគោលបំណងទាំងនេះមានដូចជា៖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 ពីព្រោះអ្នកធ្វើហាជ្ជីបានបោះបង់ចោលទម្ររង់នៃការស្របស់ ស្អាតនិងការតុបតែង ដោយស្លៀកសម្លៀកបំពាក់អៀហរ៉ម ដើម្បីបង្ហាញពីភាពតោកយ៉ាករបស់ គេ ទៅចំពោះម្ចាស់របស់ គេនិងផ តាច់ខ្លួនរបស់ គេពីកិច្ចចការលោកិយដែលនាំឱ្យ រូបគេចាកឆផងាយពីចិត្តស្មោះត្រង់ទៅចំពោះព្រះជាម្ចាស់របស់ គេ។ រូបគេបង្ហាញ ដូចនោះ ដើម្បីទទួលបាននូវការអភ័យទោស និងការអាណិតស្រឡាញ់ពីម្ចាស់ របស់ ពួកគេ។ បន្ទាប់មក រូបគេស្ថិតនៅតំបន់អារ៉ហ្វះដោយភាពឱនលំទោន កោតសរសើរ និងថ្លែងអំណរគុណទៅចំពោះព្រះជាម្ចាស់របស់ គេនូវរាល់ ឧបការៈគុគុណ និងការសណ្តោសប្រណី របស់ ទ្រង់ ព្រមទាំងសុំការអភ័យទោស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នូវរាល់បាបកម្ម និងកំហុសឆ្គគងរបស់ គេ។ ថ្លែងអំណរគុណចំពោះឧបការៈគុគុណ បង្ហាញពីភាពឱនលំទោន និងភាពរាបសាទៅចំពោះអល់ឡោះ 1 2 ការថ្លែងអំណរគុណនៅក្នុងពេលប្រតិបត្តិ កាតព្វកិច្ចហាជ្ជី គឺមានពីរផ្នែក៖ ទីមួយ ថ្លែងអំណរគុណទៅលើការប្រទានទ្រព្យ សម្បត្តិ និងទីពីរ គឺការថ្លែងអំណរគុណលើ សុវត្ថិភាពរាងកាយ ដែលទាំងពីរនេះ គឺជា ការប្រោសប្ររ ទានដ៏ធំធេងដែលមនុស្ស ទទួលបានលើលោកិយនេះ ជាពិសេស ក្នុងពេលធ្វើហាជ្ជី គឺត្រូវថ្លែងអំណរគុណ ចំពោះឧបការៈគុគុណដ៏ធំធេងទាំងពីរនេះ &gt; ចាំបាច់លើអ្នកដែលចង់ធ្វើ ហាជ្ជីនិងអ៊ុមរ៉ោះត្រូវរៀនសូត្រអំពី ច្បាប់ឥស្លាមដែលពាក់ព័ន្ធធនឹងវា។ ក្នុងខណៈពេលដែលមនុស្សខិតខំប្រឹងប្រែងនឹងខ្លួនរបស់ គេ និងបរិច្ចាគទ្រព្យ សម្បត្តិរបស់ គេក្នុងការអនុវត្តា ម និងបញ្ជិ តខ្លួនទៅចំពោះម្ចាស់របស់ គេ។ ពិតណាស់ ការថ្លែងអំណរគុគុណចំពោះឧបការៈគុគុណ គឺជាកាតព្វកិច្ចដែល វិចារណ ញ្ញាណទួ លស្គាល់ និងច្បាប់សាសនា បាន ដាក់ ជាកាតព្វកិច្ច។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 3 4 5 ជំនួបរវាងជនមូស្លីម ជនមូស្លីមដែលរស់នៅបណ្តាប្រទេសនានាជុំ វិញពិភពលោកបានមកជួបជុំគ្នា ក្នុងពេលធ្វើហាជ្ជី ហើយក៏បានស្គាល់គ្នាទៅវិញទៅមក និងបានបង្រួ បបង្រួម ចិត្ត គ្នាទៅវិញទៅមក ហើយវាលុបំបាត់ភាពខុសគ្នារវាងមនុស្ស ដូចជាភាព ខុសគ្នារវាងអ្នកមានទ្រព្យសម្បត្តិ និងអ្នកក្រី ក្ររ ភេទ ពណ៌សម្បុរ ការនិយា យស្តី និងភាសាផ្សេងៗគ្នា។ វាជាការជួបជុំប្រចាំឆ្នាំដ៏អស្ចារ្យនៃអ្នកមូស្លីមគ្រប់ទិសទី ផ្តុំពាក្យសំដីរបស់ ពួកគេទៅលើអំពើល្អ និងការកោតខ្លាច និងលើការផ្តែផ្តាំគ្នា ឱ្យប្រកាន់ខ្ជាប់នូវការពិត និងការផ្តែផ្តាំគ្នាឱ្យមានការអត់ធ្មត់។ វាជាគោលដៅដ៏ ចម្បង ដែលភ្ជាប់ទំនាក់ទំនងរវាងមូលហេតុនៃជីវិតទៅនឹងហេតុផលលើមេឃ។ រំលឹកអំពីថ្ងៃបរលោក ធម្មយា ត្រាហាជ្ជី គឺជាការរំលឹកដល់អ្នកមូស្លីមអំពីថ្ងៃបរលោក។ វារំលឹកដូចនេះ គឺនៅពេលដែលពួកគេបានបោះបង់សម្លៀកបំពាក់របស់ ពួកគេ ហើយស្លៀក សម្លៀកបំពាក់អៀហរ៉ម និងស្ថិតនៅតំបន់អារ៉ហ្វះ ហើយបានឃើញមនុស្សជា ច្រើននៅក្នុងសម្លៀកបំពាក់តែមួយ ប្រៀបដូចជាសម្លៀកបំពាក់សាកស ព។ នេះជាចំណុចមួយដែលរំឭកពីស្ថានភាពរបស់ គេបន្ទាប់ពីគេស្លាប់ ជំរុញឱ្យ ពួកគេរៀបចំខ្លួនសម្រាប់វា និងខិតខំស្វែងរកផលបុ ណ្យមុនពេលទៅជួបនឹង អល់ឡោះ។ បង្ហាញពីគោលជំនឿចំពោះអល់ឡោះតែមួយគត់ និងការគោរពសក្ការៈដោយ ពាក្យ សំដី និងកាយវិការទៅចំពោះទ្រង់តែមួយគត់ អត្តតស ញ្ញាណរបស់ អ្នកធ្វើធម្ម យា ត្រាហាជ្ជី គឺការសូត្រតាល់ពី 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لبيك اللهم لبيك، لبيك ال رشيك كل لبيك، إن امحلد والنعمة كل واملكل، ال رشيك كل (ឡាប់ពៃកល់ឡហ៊ុ ម៉ាឡាប់ពៃក៍ ឡាប់ពៃកាឡើស្ហារីកាឡើកាឡាប់ពៃក៍ អិនណាល់ហាំទើ វ៉ាន់នៀកម៉ាតា ឡើកាវ៉ាល់មុលកា លើស្ហារីកាឡឹក) ដូចនេះហើយបានជាមិត្តតភក្តិម្នាក់របស់ ព្យាការីបានប្រាប់ពីរបៀបសូ ត្រតាល់ពី យ៉ះ របស់ ព្យាការីថា៖ "ចាប់ផ្តើមនឹងគោលជំនឿ"។ (មូស្លីមៈ១២១៨)។</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គោលជំនឿឯកទេពនិយមដ៏ច្បាស់លាស់ គឺត្រូវបានបង្ហាញនៅក្នុងពិធីហាជ្ជី ទាំងកាយវិការ និងពាក្យសម្តី ដោយគ មានខ្វះចន្លោះនោះឡើយ។ &gt; ការធ្វើអ៊ុមរ៉ោះ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វាគឺជាការគោរពសក្ការៈចំពោះអល់ឡោះដោយការស្លៀកសំលៀកបំពាក់ អៀហរ៉ម ការតវ៉ាហ្វវ(ដើរប្រទក្សិណ)ជុំវិញកាក់ហ្ពះប្រាំពីរជុំ និងការដើរសាអ៊ី (ដើរទៅដើរមក)រវាងភ្នំស ហ្វា និងភ្នំម៉ារវ៉ះប្រាំ ពីរជុំ បន្ទាប់មកកោរសក់ ឬកាត់សក់។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ច្បាប់របស់ វា៖ វាជាកាតព្វកិច្ចលើអ្នកដែលមានលទ្ធធភាពមួយដងក្នុងមួយ ឆាកជីវិត ហើយក៏គប្បីធ្វើវាឲ្យបានច្រើនដង។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ពេលវេលារបស់ វា៖ គេអាចប្រតិ បត្តិវាបានមួយឆ្នាំពេញ ដោយមិនកំណត់ ពេលវេលាឡើយ ក៏ប៉ុន្តែនៅក្នុងខែរ៉ម៉ាហ្ទទន ផលបុ ណ្យរបស់ វាគឺទ្វេដង ដូចដែល អ្នកនាំសារលោកបានមានប្រសាសន៍ថា៖ "ការធ្វើអ៊ុមរ៉ោះក្នុងខែរ៉ម៉ាហ្ទទន ស្មើនឹង ការ ធ្វើហាជ្ជី"។ (អាល់ពូខរី ១៧៦៤ មូស្លីម ១២៥៦) ចាំបាច់លើអ្នកដែលមានសមត្ថថភាពក្នុងមួយជីវិតរូវធ្វើអ៊ុមរ៉ោះយ៉ាងតិចឲ្យបានមួយដង។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 ថ្ងៃបុណ្យ អាល់អាដហា(ថ្ងៃរ៉យ៉ាហាជ្ជី)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វាជាបុណ្យទីពីរសម្រាប់ជនមូស្លីម ហើយគេប្រារព្ធធវានៅក្នុងថ្ងៃទី១០នៃខែ ហ៊សុលហ៊ិ ជ្ជះ(ខែទី១២នៃប្រតិទិនឥស្លាម)។ ហើយពិតប្រាកដណាស់ ចំពោះថ្ងៃនោះ គឺមានឧត្តមភាពជាច្រើនដូចជា៖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វាស្ថិតក្នុងចំណោមថ្ងៃដែលល្អ អប្រសើរជាងគេក្នុងមួយឆ្នាំ៖ ពិតណាស់ បណ្តា ថ្ងៃដែលល្អ អជាងគេក្នុងមួយឆ្នាំគឺ ១០ថ្ងៃដំបូងនៃខែហ៊សុលហ៊ិ ជ្ជះ ដូចដែល អ្នកនាំសារបានមានប្រសាសន៍ថា៖ "គ មានថ្ងៃណាមួយដែលការសាងទង្វើ កុសល នៅក្នុងថ្ងៃនោះអល់ឡោះស្រឡាញ់ជាងបណ្តាថ្ងៃទាំងនេះទេ(១០ថ្ងៃ ខាងដើមនៃខែហ៊សុលហ៊ិ ជ្ជះ)"។ ពួកគេបានសួរថា៖ "ឱអ្នកនាំសារ! តើសូម្បីតែ ការតស៊ូក្នុងផ្លូវអល់ឡោះក៏ដោយឬ"? លោកបានឆ្លើយថា៖ "សូម្បីតែការតស៊ូ ក្នុងផ្លូវអល់ឡោះក៏ដោយ លើកលែងតែបុរសម្នាក់ចេញទៅដោយលះបង់ ទាំងខ្លួនប្រាណនិងទ្រព្យសម្បត្តិរបស់ គេហើយគ មានអ្វីត្រឡប់ ប់មកវិញ"។ (អាល់ពូខរីៈ៩២៦ អាត់តៀរមីហ ស៊ីៈ៧៥៧) ពិតណាស់ វាជាថ្ងៃបុណ្យហាជ្ជីធំ៖ ហើយនៅក្នុងវានោះមានភារកិច្ចហាជ្ជី ដ៏ ថ្កុំថ្កើង ហើយ សំខាន់ៗ និងខ្ពពង់ខ្ពពស់ ដូចជា ការតវ៉ាហ្វវជំវិញកាក់ហ្ពះ សំទេះ សត្វជំនូន និងចោលគោលអាល់អាក៏ហ្ពះ(គោលធំជាងគេ) 1 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តើច្បាប់បង្គាប់ប្រើអ្វីខ្លះនៅក្នុងថ្ងៃបុណ្យអាល់អាដហា (ថ្ងៃរ៉យ៉ាហាជ្ជី)?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ច្បាប់បានកំណត់នៅក្នុងថ្ងៃបុណ្យអាល់អាដហា សម្រាប់អ្នកដែលមិនបានទៅ ធ្វើហា ជ្ជីនោះ ដូចដែលបានកំណត់នៅក្នុងថ្ងៃបុណ្យចេញបួស(ថ្ងៃរ៉យ៉ាហ្វិត្រោះ)ដែរ លើកលែងតែកាតព្វកិច្ចបរិ ច្ចាគហ សាកាត់ហ្វិត្រោះ ដែលសម្រាប់តែបុណ្យចេញបួស ប៉ុណ្ណោះណោះ។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ហើយមានចំណុចពិសេសមួយនៅក្នុងថ្ងៃបុណ្យអាល់អាដហា គឺគប្បីត្រូវ សំទេះគួរហ ពានដើម្បីបញ្ជិ តខ្លួនទៅចំពោះអល់ឡោះជាម្ចាស់។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គួរហ ពាន(សត្វសម្រាប់សំទេះក្នុងថ្ងៃបុណ្យអាល់អាដហា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គឺជាសត្វ ដែលគេយកមកសំទេះដូចជា សត្វអូដ្ឋឋ ឬសត្វគោ ឬពពែដើម្បីបញ្ជិ តខ្លួនចំពោះ អល់ឡោះក្នុងថ្ងៃបុណ្យអាល់អាដហា ចាប់ផ្តើមបន្ទាប់ពីសឡាតថ្ងៃបុណ្យរ៉យ៉ារួច រហូតដល់ថ្ងៃលិចនៃថ្ងៃទី១៣នៃខែហ៊សុលហ៊ិ ជ្ជះ។ អល់ឡោះបានមាន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 ចូរអ្នកសឡាត និងសំទេះសត្វដើម្បីម្ចាស់របស់ អ្នកចុះ"។ (គម្ពីរគួរអាន ១០៨ៈ២)។ គេបានបកស្រាយថា នោះគឺសឡាតថ្ងៃបុណ្យអាដហា (សឡាតប៉យ៉ា ហាជ្ជី) និងការ សំទេះគួរហ ពាន។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ច្បាប់របស់ គួរហ ពាន៖ គឺជាស៊ូណិតមូអឹកាត់(ជាប្រក្សារគួរគប្បីធ្វើបំផុត) សម្រាប់អ្នកដែលមានលទ្ធធភាព ហើយអ្នកមូស្លីមសំទេះសត្វសម្រាប់ខ្លួនរបស់ គេ និងក្រុមគ្រួសាររបស់ 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ច្បាប់កំណត់សម្រាប់អ្នកដែលចង់ធ្វើគួរហ ពាន មិនឱ្យគេកាត់សក់ កាត់ក្ររចក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និងដកអ្វី ម្យ៉ាងពីស បែករបស់ គេនោះទេ ចាប់ពីថ្ងៃដំបូងនៃខែហ៊សុលហិ ជ្ជះ រហូតដល់ ពេលសំទេះសត្វរួច។ សាសនា ឥស្លាមបានដាក់លក្ខខខណ្ឌឌចំពោះសត្វដែលត្រូវធ្វើគួរហ ពាន គឺសត្វនោះត្រូវចាកផុតពី លក្ខណៈខ្វះខាត ឬមិនពេញលក្ខណៈ។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 លក្ខខខណ្ឌឌសម្រាប់សត្វដែលយកទៅសំទេះមានដូចជា៖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ចាំបាច់ត្រូវតែជាសត្វពាហនៈ៖ គឺសត្វពពែ សត្វគោ ឬសត្វអូដ្ឋឋ ហើយមិន ត្រឹមត្រូវទេបើសិនជាសំទេះសត្វផ្សេងពីនេះ ឬសំទេះបក្សីនោះ។ គ្រប់គ្រាន់សម្រាប់បុគ្គល ម្នាក់ និងក្រុមគ្រួសាររបស់ គេ ចៀមួយកបាល ឬពពែ មួយ ក្បាល។ ហើយគេអនុញ្ញាតឱ្យចូលហ៊ុ នជាមួយគ្នាប្រាំពីរចំណែកនុងសត្វ គោមួយកបាល ឬសត្វអូដ្ឋឋមួយកបាល។ សត្វត្រូវតែមានសុវត្តិភាពពីពិការភាពច្បាស់លាស់។ អ្នកនាំសារបានមាន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"មានបួន (ប្រភេទនៃសត្វ)ដែលគេមិនទទួលយកការ សំទេះរបស់ វាឡើយ គឺសត្វខ្វាក់ ភ្នែកដែលភាពខ្វាក់របស់ វាច្បាស់លាស់ សត្វមានជំងឺដែលជំងឺរបស់ វាច្បាស់លាស់ សត្វខ្វិនដែលភាពខ្វិនរបស់ វា ច្បាស់លាស់ និងសត្វដែលស្គ គមស្គទាំងខ្លាំង"។ (អាន់ណាសាអ៊ីៈ៤៣៧១ អាត់តៀរមីហ ស៊ីៈ១៤៩៧) 1 2 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តើត្រូវធ្វើដូចម្តេចជាមួយនឹងសត្វដែលត្រូវធ្វើគួរហ ពាន? មិនត្រូវលក់អ្វីម្យ៉ាងពីស ត្វវគួរហ ពាននោះឡើយ។ គប្បីបែងចែកសាច់របស់ វាជាបីចំណែក មួយចំណែកសម្រាប់ហូបខ្លួនឯង មួយ ចំណែកសម្រាប់ ផ្តល់ ឱ្យគេ និងមួយចំណែកទៀតសម្រាប់បរិច្ចាគឱ្យអ្នកក្រី ក្ររ។ គេអនុញ្ញាតឱ្យផ្តល់សិទ្ធិឱ្យនរនាម្នាក់ និងផ្តល់ប្រាក់ដល់អង្គគការសប្បុរសធម៌ ដែលអាចជឿទុកចិត្តបានដើម្បីឱ្យគេសំទេះគួរហ ពាន និងចែកឱ្យអ្នកដែលត្រូវការ ចាំបាច់។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 ការទស សនកិ ច្ចចទីក្រុងម៉ាទីណះ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ម៉ាទីណះ គឺជាទីក្រុងដែលព្យាការីមូហាំម៉ាត់បានភៀសខ្លួន ឬធ្វើចំណាកស្រុក ទៅកាន់វា នៅពេលដែលលោកបានចាកចេញពីទីក្រុងម៉ាក្កះ ដោយសារពួកប្រឆាំង បានធ្វើទុក្ខបុកម្នេញដល់លោក។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ហើយកិច្ចចការដំបូងគេដែលព្យាការីបានធ្វើនៅទីនោះ គឺការសាងសង់ម៉ាស្ជិត អាន់ណាហ ពាវី ដែលវាបានក្លាយជាមជ្ឈមណ្ឌឌលផ្តល់នូវចំណេះដឹង ការអំពាវនាវ និងផ្សព្វផ្សាយប្រក្សារល្អទៅដល់មនុស្សលោក។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ការទៅទស សនកិច្ចចម៉ាស្ជិតអាន់ណាហ ពាវី គឺជាប្រក្សារមួយដែលគួរគប្បីធ្វើបំផុត មិនថា នៅក្នុងរដូវកាលធ្វើហាជ្ជី ឬមិនមែននោះទេ។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ហើយការទៅទស សនកិច្ចទីនោះ គឺមិនជាប់ពាក់ព័ន្ធធនឹងការប្រតិបត្តិធម្មយា ត្រា ហាជ្ជីទេ ហើយក៏មិនមាន ពេលកំណត់ដែរ។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អ្នកនាំសារបានមានប្រសាសន៍ថា៖ "គេមិនបានដាក់សម្ពាធឱ្យធ្វើដំណើទៅ ទីណាទេ លើកលែងតែទៅកាន់ម៉ាស្ជិត(វិហា ឥស្លាម)បីប៉ុណ្ណោះណោះគឺ ម៉ាស្ជិតអាល់ហារ៉ម (នៅក្រុងម៉ាក្កះ) ម៉ាស្ជិតរបស់ ខ្ញុំ(នៅក្រុងម៉ាទីណះ) និងម៉ាស្ជិតអាល់អឹកស៏ (នៅក្រុង យេរូសាឡឹម)"។ (អាល់ពូខរីៈ១១៣៩ មូស្លីមៈ១៣៩៧ អាពូហ ទាវូទៈ២០៣៣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អ្នកនាំសារបានមានប្រសាសន៍ថា៖ "ការសឡាតនៅក្នុងម៉ាស្ជិតរបស់ ខ្ញុំម្តតង គឺល្អប្រសើរជាងការសឡាត នៅកន្លែងផ្សេងមួយពាន់ដង លើកលែងតែម៉ាស្ជិត អាល់ហារ៉ម"។ (អាល់ពូខរីៈ១១៣៣ មូស្លីមៈ១៣៩៤)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តើទីកន្លែងណាខ្លះដែលគេបង្គាប់ប្រើឱ្យទៅទស សនាក្នុងទីក្រុងម៉ាទីណះ?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គប្បីលើអ្នកដែលចង់ទៅទស សនកិច្ចទីក្រុងម៉ាទីណះត្រូវតែមានគោលបំណង ទៅទស សនាម៉ាស្ជិត របស់ ព្យាការី(ម៉ាស្ជិតណាហ ពាវី)និងប្រតិបត្តិសឡាតនៅទីនោះ។ នៅពេលដែលគេមកដល់ម៉ាទីណះ ច្បាប់ឥស្លាមបានបង្គាប់ប្រើឱ្យទៅទស សនាកន្លែង មួយចំនួនដូចជា៖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 សឡាតនៅក្នុងរ៉ាវហ្ទោះ(ឈ្មោះកន្លែងមួយនៅក្នុងម៉ាស្ជិតព្យាការី)៖ វាជាកន្លែង ដែលគេកំណត់មួយ នៅផ្នែកខាងមុខនៃម៉ាស្ជិត ចន្លោះរវាងផ្ទះរបស់ ព្យាការី និង មីមពើ(កន្លែងថ្លែងសុន្ទទរកថា)របស់ លោក។ ការសឡាតនៅទីនោះទទួល បានផលបុ ណ្យយ៉ាងច្រើន។ អ្នកនាំសារបានមានប្រសាសន៍ថា៖ "នៅចន្លោះ រវាងផ្ទះរបស់ ខ្ញុំនិងមីមពើររបស់ ខ្ញុំ វាគឺជាសួនច្បារ(វ៉ាវហ្ទោះ)មួយក្នុងចំណោម សួនច្បារនៃឋានសួគ៌"។ (អាល់ពូខរីៈ១១៣៧ មូស្លីមៈ១៣៩០) ឱ្យសាឡាម(គា រវកិច្ច)ទៅកាន់ព្យាការី៖ ដើរទៅកន្លែងផ្នូររបស់ ព្យាការី ហើយឈរ នៅពីមុខផ្នូរ របស់ លោក តម្ររង់មុខទៅកាន់ផ្នូរ ហើយគិបឡាត់នៅខាងក្រោយ ហើយពោលដោយសីលធម៌ និងប្រើសំទេងតិចៗថា៖ "អាសសាឡាមូអាឡៃ កា យ៉ារ៉ស៊ូលុលឡោះ វ៉ារ៉ោះម៉ាតុលឡ៏ ហ៊ី វ៉ាហ ពារ៉កាតុស អាស្ហាហាទូ អាន់ណាកា កត់ហ ពាល់ឡើហ្គគតា រីសាឡះ វ៉ាអាត់ទៃតាល់ អាម៉ាណះ វ៉ាណាសោះតាល់ អ៊ុម៉ះ វ៉ាជើហាត់តា ហ្វីលឡើហ៊ី ហុក៏ជីហើទីស ហ្វាជើហ្សើកុលឡោះ អាន់ អ៊ុម៉ាទីកា អាហ្វវទ៏លូ ម៉ាជើហ្សើ ព្យាការីយ៉ាន់ អាន់អ៊ុម៉ាទីស"។ ពិតណាស់ អ្នកនាំសារ បានមានប្រសាសន៍ថា៖ "ពេលដែលមនុស្សគ្រប់រូបានឲ្យសាឡាមមកចំពោះ ខ្ញុំ អល់ឡោះជាម្ចាស់ទ្រង់បង្វិ លព្ររលឹងរបស់ ខ្ញុំមកវិញដើម្បីឲ្យខ្ញុំឆ្លើយតបចំពោះ ការឲ្យសាឡាមរបស់ គេ"។ (អាពូហ ទាវូទៈ២០៤១)។ បន្ទាប់មក ត្រូវបែរមុខទៅ ខាងស្តាំ ដើម្បីឲ្យសាឡាមទៅលើអាពូហ ពាកើរដែលជាមេដឹកនាំ ឥស្លាម(បន្ទាប់ពី ព្យាការី) និងជាមិត្តតភក្តិជំនិតរបស់ លោកដែលល្អ អប្រពៃជាងគេ។ បន្ទាប់មក ឈា នទៅខាងស្តាំហើយឲ្យសាឡាមទៅលើអ៊ូមើរដែលជាមេដឹកនាំឥស្លាមទីពីរ និងក៏ជាមិត្តតភក្តិជំនិតរបស់ លោកដែលល្អ អប្រពៃផងដែរបន្ទាប់ពីអាពូហ ពាកើរ។ ទោះបីជាអ្នកនាំសារគឺជាមនុស្សដែលល្អ អប្រពៃបំផុតក៏ដោយ តែលោកគ្មាន លទ្ធធភាពផ្តល់ផលប្ររ យោជន៍ ឬបង្កកគ្រោះថ្នាក់ដល់ នរនាម្នាក់បានឡើយ។ ហេតុនេះ មិនអនុញ្ញាតទេចំពោះការបួងសួង ឬសុំជំនួយពីលោក។ ផ្ទុយទៅវិញ ការបួងសួងនិងការគោរពសក្ការៈទាំងអស់ គឺចំពោះអល់ឡោះតែមួយគត់ដោយ គ មានអ្នកផ្សេង ឬអ្វីមួយចូលរួមជាមួយទ្រង់ឡើយ។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 ទស សនកិច្ចចម៉ាស្ជិតគូហ ពាក៖ គឺជា ម៉ាស្ជិត ដែលគេកសាងឡើងដំបូងគេបង្អអស់ នៅក្នុងសាសនា ឥស្លាមុនពេលដែលព្យាការីសាងសង់ម៉ាស្ជិតរបស់ លោក។ ហើយសម្រាប់អ្នកដែលទៅដល់ក្រុងម៉ាទីណះ គួរគប្បីទៅទស សនកិច្ចចម៉ាស្ជិត គូហ ពាកនេះផងដែរ។ ហើយពិតណាស់ អ្នកនាំសារតែងតែទៅទស សនកិច្ចចនៅ ទីនោះ ហើយលោក៏បានមានប្រសាសន៍ផងដែរថា៖ "បុគ្គល ណាហើយដែល បានសម្អាតកាយនៅផ្ទះរបស់ ខ្លួន បន្ទាប់មករូបគេធ្វើដំណើរទៅម៉ាស្ជិតគូហ ពាក ហើយបានសឡាតនៅទីនោះ គឺរូបគេនឹងទទួលបានផលបុ ណ្យដូចជាការធ្វើ អ៊ុមរ៉ោះ"។ (អិពនូម៉ាហ្ជះៈ១៤១២)។ 3 ម៉ាស្ជិតគូហ ពាក ជាម៉ាស្ជិតដែលត្រូវបានកសាងឡើងដំបូងគេបង្អអស់ក្នុងសាសនា 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ការធ្វើធម្មយាត្រាហាជ្ជីរបស់អ្នក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 សាសនា ឥស្លាមបានដាក់បទប ញ្ញញត្តិនិងក្បួនច្បាប់ទាំងអស់ ដោយគិតគូរអំពីមនុស្ស ការពារសិទ្ធិទ្រព្យសម្បត្តិ និងវិជ្ជាជីវៈរបស់ ពួកគេ ទោះបីបុគ្គល នោះជាអ្នកមាន ឬអ្នកក្ររក៏ ដោយ។ ហើយច្បាប់ទាំងនេះរួមចំណែកនៅក្នុងការបង្រួ បង្រួ ម អភិវឌ្ឍន៍ និងលើកកម្ពពស់សង្គមលើគ្រប់ផ្នែកនៃជីវិត។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 ប្រតិបត្តិការហិរញ្ញញវត្ថុរបស់ អ្នក ការប្រាក់(រីហ ពា) ការប្រាក់ក្នុងបំណុល ការប្រាក់ក្នុងប្រាក់កម្ចី ច្បាប់ឥស្លាមស្តីពីការប្រាក់ ទណ ឌកម្មមនៃការប្រាក់ ហានិភ័យនៃប្រាក់ការទៅលើបុគ្គល និងសង្គម ភាពមិនច្បាស់លាស់ និងការដែលមិនដឹងច្បាស់ ភាពអយុ ត្តិធម៌ និងការយកទ្រព្យសម្បត្តិអ្នកដទៃដោយ មិនត្រឹមត្រូវ ល្បែងស៊ីសង ផលប៉ះពាល់នៃល្បែងស៊ីសងទៅលើបុគ្គល និងសង្គម ក្ររមសីលធម៌ដែលឥស្លាមបានសង្កត់ធផងន់នៅក្នុងប្រតិបត្តិការ ហិរញ្ញញវត្ថុគឺ៖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មានទំនុកចិត្ត មានភាពទៀងត្រង់ មានជំនាញ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 ប្រតិបត្តិការហិរញ្ញញវត្ថុរបស់អ្នក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អល់ឡោះបានប្រើឱ្យប្រឹងប្រែងដើម្បី ស្វែងរកលាភសក្កាការៈនៅលើផែនដី និងបានជំរុញ លើកិច្ចចការនេះ ហើយបានស្តែងចេញយ៉ាងច្បាស់ នៅក្នុងប្រក្សារជាច្រើនដូចជា៖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ពិតប្រាកដណាស់ គេបានហា មឃាត់អំពីការ សុំទានពីមនុស្ស ដរាប ណាគេនៅមានលទ្ធធភាព ធ្វើការ និងស្វែងរកចំណូលពីការខិតខំប្រឹងប្រែង និងទង្វើ របស់ គេ។ ហើយគេបានបញ្ជាក់ថា បុគ្គល ការងារស្របច្បាប់ទាំងអស់ គឺជា ការងារដែលថ្លៃ ថ្នូរ គ មានភាព អាប់ឱននោះទេ។ ដែលសុំ ទានពីមនុស្ស ខណៈដែលគេមានលទ្ធធភាពធ្វើការនិងរកចំណូលនោះ វានឹង ធ្វើឲ្យគេខាតបង់ឋានៈរបស់ គេនៅចំពោះអល់ឡោះ និងចំពោះមនុស្ស។ អ្នកនាំសារ មានប្រសាសន៍ថា៖ "អ្នកខ្លះនៃពួកអ្នកនៅសុំគេរហូតដល់ពេលជួបនឹងអល់ឡោះ នៅលើមុខរបស់ គេគ មានសាច់មួយដុំឡើយ"។ (អាល់ពូខរីៈ ១៤០៥ មូស្លីមៈ ១០៤០)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អ្នកនាំសារបានមានប្រសាសន៍ថា៖ "បុគ្គល ណាមាន តម្រូវការចាំបាច់អ្វីមួយ ហើយរូបគេសុំវាពីមនុស្ស នោះមនុស្សលោកនឹងមិនអាចបំពេញតម្រូវការរបស់ គេបាន ឡើយ។ ចំណែកបុគ្គល ណាមានតម្រូវការចាំបាច់អ្វីមួយ ហើយគេសុំពីអល់ឡោះ អល់ ឡោះនឹងផ្តល់ឲ្យគេនូវភាពមានបាន"។ (អះម៉ាត់ៈ ៣៨៦៩ អាពូទើវ៉ូទៈ ១៦៤៥) វិជ្ជាជីវៈទាំងអស់ ដូចជា ឧស្សាហកម្ម សេវាកម្ម និងការវិនិយោគ ជាការងារថ្លៃថ្នូរ វាមិនថោកទាបនោះទេ ដរាប ណាស្ថិតក្នុងដែនដែលគេអនុញ្ញាត។ ហើយបទប ញ្ញញត្តិ ឥស្លាមដែលបាននាំមកថាបណ្តាព្យាការីទាំងឡាយប្រកប ការងារដូចវិជ្ជាជីវៈដែល គេអនុញ្ញាតរបស់ ក្រុមពួកគេ។ ដូចអ្នកនាំសារ បានមានប្រសាសន៍ថា៖ "គ្រប់ព្យាការី ទាំងអស់ ដែលអល់ឡោះបានចាត់តទាំងសុទ្ធធតែជាអ្នកគង្វាលចៀម"។(អាល់ពូខរីៈ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២១៤៣) ព្យាការីហ្សាការីយ៉ាគឺជាជាងឈើ (មូស្លីមៈ ២៣៧៩) ហើយដូចនោះដែរ ព្យាការីដទៃទៀតគាត់ប្រកប ការងារទៅតាមវីជ្ជាជីវៈនោះ។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 ពិតណាស់សម្រាប់អ្នកដែលមានបំណងល្អពីការងាររបស់ ខ្លួន ដោយគេចង់ផ្គគត់ផ្គគង់ ដល់ខ្លួនរបស់ គេនិងក្រុមគ្រួសាររបស់ គេ ការពារពួកគេពីការសុំពីមនុស្ស និងផ្តល់ ផលប្ររ យោជន៍ដល់អ្នកដែលមាន តម្រូវការទាំងឡាយ ពិតណាស់រូបគេនឹងទទួល បានផលបុ ណ្យពីការប្រកប ការងារ និងការខិតខំ ប្រឹងប្រែងរបស់ ខ្លួន។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ប្រភពដើមនៃប្រតិបត្តិការទាំងអស់ គឺត្រូវបានអនុញ្ញាត ប្រភពដើមនៃប្រតិបត្តិការហិរញ្ញញវត្ថុទាំងអស់ ដូចជា ការលក់ ការទិញ និងការជួល និង ផ្សេងពីនេះទៀតដែលមនុស្សធ្វើប រតិបត្តិការនិងមានតម្រូវការចំពោះវា គឺត្រូវបាន អនុញ្ញាត លើកលែងតែអ្វីដែលគេបានដកចេ ញវិញនៃប្រក្សារដែលត្រូវបានហា មឃាត់ ដោយសារខ្លួនរបស់ វាផ ទាល់ឬដោយសារមធ្យោបាយនៃការរកវា។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អ្វីដែលត្រូវបានគេហា មឃាត់ដោយសារខ្លួនរបស់ វាផ ទាល់ វាជាប្រក្សារហា មឃាត់ដែលអល់ឡោះបានដាក់បម្រាមវាដោយសារខ្លួនរបស់ វាផ ទាល់ ហើយគេមិនអនុញ្ញាតឱ្យជួញវាឬលក់ដូរវាឬទិញជួលវា ឬធ្វើការក្នុងការផលិ តវា និងចែកចាយទៅដល់មនុស្សទូទៅឡើយ។ ឧទារហរណ៍អំពីអ្វីដែលឥស្លាមបានហា មឃាត់ដោយសារតែខ្លួនរបស់ វាផ ទាល់៖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សត្វឆ្កែ និងសត្វជ្រូ ក សត្វដែលបានស្លាប់ ឬផ្នែកខ្លះអំពីវា សុរា និងគ្រឿងបរិភោគដែលមានជាតិអាល់កុល គ្រឿងញៀន និងរាល់អ្វីដែលនាំឱ្យខូចសុ ខភាព សមាភភរៈដែលគេប្រើដើម្បីផ្សព្វផ្សាយប្រក្សារអាក្រក់ដល់មនុស្ស មានដូចជា វីដេអូ វេបសាយ និងទស សនាវដ្តី អាសអាភាស រូបសំណាក និងរាល់អ្វីដែលគេគោរពសក្ការៈផ្សេងពីអល់ឡោះ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អ្វីដែលត្រូវបានគេហា មឃាត់ដោយសារមធ្យោបាយនៅក្នុងការរកវា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វាគឺជាទ្រព្យសម្បត្តិដែលប្រភ ពដើមវាត្រូវបានគេអនុញ្ញាត ប៉ុន្តែគេហា មឃាត់វា ដោយសារ មធ្យោបាយនៅក្នុងការរកវាដែលនាំឱ្យបង្កកគ្រោះថ្នាក់ដល់បុគ្គល និងសង្គម។ ដូចនេះ គឺគេហា មឃាត់វាដោយមូលហេតុនោះ។ បណ្តាមូលហេតុដែលគេហា មឃាត់ ក្នុងប្រតិបត្តិការនៅក្នុងវានោះគឺ៖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ការប្រាក់ ភាពមិនប្រាកដប្រជា និងភាពមិនច្បាស់លាស់ ការរំលោភបំពាន និងល្បែងស៊ីសង។ ហើយយើងនឹងលម្អិតអំពីវាដូចខាងក្រោម៖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រាល់ប្រាក់កម្ចី ឬបំណុល ដែលជា មូលហេតុផ្តល់ផលដ ល់អ្នកដែល ឱ្យគេខ្ចី វាគឺជាការប្រាក់។ &gt; ការប្រាក់ ការប្រាក់ជាអ្វីដែលលើស(បន្ថែម)ដែល ច្បាប់បានហា ម ឃាត់ ដោយសារនៅក្នុងវា គឺមានការបំពាន និងបង្កកគ្រោះថ្នាក់។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វាមានច្រើនប្រភេទ ហើយប្រភេដៃល ល្បីល្បាញ និង គេហា មឃាត់ខ្លាំងបំផុតនោះគឺ៖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ការប្រាក់ក្នុង ប្រាក់កម្ចី និងបំណុល។ វាគឺជា ការបន្ថែមពីលើ ប្រាក់ដើមដោយមិនមែនជាការលក់ ឬផ្លាស់ប្តូរទំនិញរវាងពីរភាគី។ វាមានពីរប្រភេទ៖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ការប្រាក់ក្នុងបំណុល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វាគឺជាការបន្ថែមពីលើបំណុល នៅពេលដែលដល់ពេលកំណត់ទូ ទាត់ ប្រសិន នបើ កូនបំណុល មិនមានលទ្ធធភាពសង។ ឧទាហរណ៍៖ សាអ៊ីទ បានខ្ចីលុយពីខ្លីទ ១០០០ដុល្លារ និងសន្យាសងវិញនៅខែក្រោយ។ នៅពេលដែលដាច់ខែហើយ ពេលវេលាត្រូវស ងមកដល់សាអ៊ីទមិនមានលទ្ធធភាពសង។ ពេលនោះ អ្នកដែល ឱ្យ គេខ្ចី បានដាក់លក្ខខខណ្ឌឌថាបើទូទាត់គ្នាពេលនេះគឺមិនមានការបន្ថែមទេ តែបើចាំ ទូទាត់គ្នាខែក្រោយគឺ ១១០០ដុល្លារ ហើយបើសិនជានៅតែគ មានលទ្ធធភាពទៀត ខែក្រោយមួយទៀតគឺ ១២០០ដុល្លារ។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ការប្រាក់ក្នុងប្រាក់កម្ចី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មានន័យថាជាការខ្ចីប្រាក់មួយចំនួនពីនរនាម្នាក់ ឬពីធនាគា ដោយ លក្ខខខណ្ឌឌឱ្យប្រាក់បន្ថែមនៅពេលទូទាត់ ដោយឯកភាពគ្នាលើចំនួន៥% ក្នុងមួយឆ្នាំ ឬតិចជាង ឬច្រើនជាងនេះជាដើម។ ឧទាហរណ៍៖ គេចង់ទិញផ្ទះដែលមានតម្លៃ ដប់មុន ហើយគេគ មានប្រាក់គ្រប់គ្រាន់។ ហើយគេក៏ទៅធនាគា រ ហើយខ្ចីប្រាក់ដប់ មុនដើម្បីទិញផ្ទះ ដោយលក្ខខខណ្ឌឌ គេនឹងទូទាត់ទៅឱ្យធនាគា រវិញចំនួនដប់ប្រាំមុន នៅលើការបង់រំលស់ ប្រចាំ ខែរយៈពេលប្រាំ ឆ្នាំ។ ការប្រាក់នេះ គឺត្រូវបានហា មឃាត់ ហើយវាជាបាបកម្មមដ៏ធំ ដរាប ណាប្រាក់កម្ចីទួ លបានផលប្ររ យោជន៍។ ទោះបីជា ប្រាក់កម្ចីនោះផ្តល់ផលដ ល់ការវិនិយោគពាណិជ្ជកម្ម ឬឧស្សាហកម្ម ឬដើម្បីទិញ តម្រូវការជាមូលដ្ឋានសំខាន់ដូចជា ផ្ទះ ឬអគា រ ឬប្រើប្រាស់ដើម្បីបំពេញតម្រូវការ។ ចំណែការទិញទំនិញដោយបង់រំលស់ ក្នុងតម្លៃថ្លៃជាងតម្លៃបង់លុយភ្លាមនោះគឺមិន ចូលក្នុងការប្រាក់ឡើយ។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ឧទាហរណ៍៖ បុគ្គល ម្នាក់ទិញឧបករណ៍មួយតំលៃ១០០០ដុល្លារ ឱ្យលុយភាលលម ឬតំលៃ១២០០ដុល្លារ ដោយបង់រំលស់ ប្រចាំ ខែរយៈពេលមួយឆ្នាំ នៅក្នុងមួយខែ ១០០ដុល្លារ បង់វាឱ្យម្ចាស់ហា ងពីការដែលគេទិញឧបករណ៍នោះ។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ច្បាប់ទាក់ទងនឹងការប្រាក់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ភស្តុ តាងពីគួរអាន និងហាទីស្ហ ហព្យាការី បានចង្អុលបង្ហាញយ៉ាងច្បាស់ថា ការប្រាក់ ត្រូវបានហា មឃាត់យ៉ាងតឹងរឹងក្នុងសាសនា ឥស្លាម ហើយវាជាអំពើបាបកម្មមដ៏ធំមួយ ដែលអល់ឡោះមិនបានសន្យាប្រកាសស ង្គ្រាមលើបុគ្គល ណាមួយនៃមនុស្សប្រឆាំង ឡើយលើកលែងតែអ្នកស៊ី ការប្រាក់ និងអ្នករួមចំណែក។ ការប្រាក់ត្រូវបានហា មឃាត់ មិនមែនមានតែនៅក្នុងសាសនា ឥស្លាមទេ តែថែមទាំងនៅក្នុងសាសនា របស់ អល់ឡោះ ពីមុនទាំងអស់ ក៏ប៉ុន្តែវាត្រូវបានគេកែប្រែ និងប្រព្រឹ [ត្តតល្មើសដូចដែលគេបានធ្វើវាក្នុង ច្បាប់ផ្សេងទៀត។ អល់ឡោះបានមានបន្ទូលបញ្ជាក់យ៉ាងច្បាស់ពីមូលហេតុនៃការ ផ្តតន្ទាទោសដល់ក្រុម អះលី គីតាបថា៖ "និងដោយសារតែពួកគេទទួលយកការប្រាក់ ដែលអល់ឡោះបានហា មឃាត់ពួកគេអំពីវា"។ (គម្ពីរគួរអាន ៤ៈ១៦១)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 ការផ្តតន្ទាទោសលើការស៊ីការប្រាក់ អ្នកដែលបានចូលរួមប្រតិបត្តិការក្នុងការប្រាក់ គឺដូចជាអ្នកដែលបានបង្ហាញខ្លួន របស់ គេដើម្បីធ្វើសង្គ្រាមជាមួយអល់ឡោះនិងអ្នកនាំសារ ហើយកលាយជាសត្រូវ ជាមួយអល់ឡោះនិងអ្នកនាំសារ។ អល់ឡោះបានមាន មានបន្ទូលថា៖ "ហើយប្រសិន ន បើពួកអ្នកមិនព្ររមបោះបង់ចោល(ការប្រាក់)ទេ ពួកអ្នកត្រូវដឹងថានឹងមាន សង្គ្រាមមកពីអ ល់ឡោះ និងអ្នកនាំសារ របស់ ទ្រង់។ តែប្រសិន នបើពួកអ្នកសារភាព កំហុសវិញសម្រាប់ពួកអ្នកគឺប្រាក់ដើមរបស់ ពួកអ្នក។ (ការធ្វើដូចេនះ)ពួកអ្នកមិន បំពានលើគេ ហើយគេក៏មិនបំពានលើពួកអ្នកដែរ"។ (អាល់ហ ពាក៏រ៉ោះៈ២៧៩)។ វាគឺជាសង្គ្រាមជាមួយនឹងផលប៉ះពាល់ផ្លូវចិត្តនិងរាងកាយ។ អ្វីដែលមនុស្ស ទទួលបានបច្ចុប្បន្នអំពីការព្រួយបារម្ភភ ការពិបាកចិត្ត ទុក្ខលំ បាកគឺជាសញ្ញា មួយចំនួននៃសង្គ្រាមដែលអល់ឡោះបានប្រកាសលើអ្នកដែលមិនគោរពតាម បទបញ្ជារបស់ ទ្រង់ និងយកប្រាក់ការ ឬចូលរួមជាមួយគេ។ ចុះបើសង្គ្រាមនៅ ថ្ងៃបរលោកវិញ តើវានឹងផ្តល់ផលប៉ះពាល់កម្រិតណាទៅវិញ? អ្នកដែលយកប្រាក់ការ និងអ្នកដែលចូលរួមជាមួយគ្នា ត្រូវបានគេដាក់បណ្តាសា និងច្រានចេញពីក្តីមេត្តាករុណារបស់ អល់ឡោះ សម្រាប់គេនិងអ្នកដែលចូលរួម ជាមួយគេគឺដូចគ្នា។ ជើពៀរ បាននិយា យថា៖ "អ្នកនាំសារបានដាក់បណ្តាសា ចំពោះអ្នកដែលស៊ី ប្រាក់ការ អ្នកដែលឱ្យគេស៊ីវា និងអ្នកកត់ត្រា ព្រមទាំងសាក្សី ទាំងពីរ" ហើយលោកបានមានប្រសាសន៍ថា៖ "ពួកគេទាំងអស់ នោះ គឺដូចគ្នា"។ (មូស្លីមៈ ១៥៩៨) អ្នកដែលសី ប្រាក់ការពួកគេនឹងត្រូវបានរស់ឡើងវិញនៅថ្ងៃបរលោក្នុងរូបភាព ដែលអាក្រក់បំផុតនិងទទួលរងនូវជំងឺស្កន់និងឆ្កួត។ អល់ឡោះមាន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"ពួកដែលស៊ី ការប្រាក់នោះ ពួកគេមិនអាចក្រោកឈរបានទេ(នៅថ្ងៃបរលោក) លើកលែងតែគេក្រោកឈរដូចអ្នកដែលស្ហៃតនចូលដែលធ្វើឱ្យគេឆ្កួតប៉ុណ្ណោះណោះ"។ (គម្ពីរគួរអាន ២ៈ២៧៥)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 4 ទ្រព្យសម្បត្តិបានពីការប្រាក់ទោះជាវាច្រើន ប៉ុន្តែវាត្រូវបានគេលុបំបាត់ចេញនូវ ភាពរីកចម្រើន វាមិនធ្វើឲ្យទទួលបានក្តីសុខ សុភមង្គគល និងស្កកប់ស្កកល់ឡើយ។ អល់ឡោះបានមាន មានបន្ទូលថា៖ "អល់ឡោះបំបាត់ភាពរីកចម្រើនចំពោះការប្រាក់ ប៉ុន្ដែទ្រង់បង្កើ នផលចំ ពោះទ្រព្យបរិច្ចាគ្នានា "។ (គម្ពីរគួរអាន ២ៈ២៧៦)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ឥស្លាមបានសង្កត់ធផងន់លើការប្រាក់ ដោយសារវាផ្តល់ផលប៉ះពាល់ ឥទ្ធិពលអាក្រក់ និងការបំផ្លិចបំផ្លាញ ទាំងទៅលើបុគ្គលខ្លួនឯង និងសង្គមជាតិ។ ក្នុងចំណោមនោះមានដូចជា៖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វាបណ្តាលឱ្យមានបញ្ហាធផងន់ធផងងរក្នុងការចែកចាយទ្រព្យសម្បត្តិនិងពង្រីកនូវគម្លាត រវាងអ្នកមាននិងអ្នកក្ររ ដោយសារក្សារប្រាក់ផ្តោតលើទ្រព្យសម្បត្តិនៅក្នុងដៃ របស់ បុគ្គលមួយចំនួនតូចនៅក្នុងសង្គមមួយ ហើយត្រូវបានហា មឃាត់សម្រាប់ មនុស្សភាគច្រើន។ នេះគឺជាកង្វះខាតនៅក្នុងការចែកចាយទ្រព្យសម្បត្តិ ដែល ជាហេតុធ្វើឲ្យបុគ្គលមួយចំនួននៅក្នុងសង្គមនោះមានទ្រព្យសម្បត្តិ ស្តុកស្ត តម្ភភ ហើយអ្នកផ្សេងទៀតគឺជាអ្នកក្រី ក្ររ នឿយហត់ និងខ្វះខាត។ នេះគឺជាបរិស្ថាន មួយដែលវាល្អប្រសើរសម្រាប់ការរីករាល ដាលនៃការចងគំនុំគ្នា និងឧក្រិដ្ឋឋកម្ម ក្នុងសង្គម។ ធ្វើឲ្យមានទម្លាប់ខ្ជះខ្ជាយ និងមិនចេះសន្សំសំចៃ។ ភាពងា យស្រួល នៃការ ទទួលបានប្រាក់កម្ចីជាមួយនឹងការប្រាក់នោះ បានលើកទឹកចិត្តមនុស្សជា ច្រើនមានការខ្ជះខ្ជាយនិងកង្វះការសន្សំសំចៃ ព្រោះមានអ្នកដែលចាំឱ្យប្រាក់ កម្ចីរាល់ពេលដែលត្រូវការ ហេតុនេះគេមិនសូវគិតគូរពីបច្ចុប្បន្ន និងអនាគ ត របស់ គេឡើយ គឺគិតែពីចំណាយ និងបំពេញតម្រូវការរហូតធ្វើឲ្យមានបំណុល ជុំទិស និងជីវិតប្រែជាចង្អៀ ត។ ហើយជីវិតសេសស ល់របស់ គេត្រូវស្ថិ តនៅក្នុង ភាពលំបាកវេទនា ដោយសារក្សាររែកពុននូវបំណុល និងកម្ចីទាំងនោះ។ 1 2 ហានិភ័យរបស់ការប្រាក់ទៅលើបុគ្គល និងសង្គម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 ការប្រាក់ជាមូលហេតុរារាំងអ្នកមានទាំងឡាយពីការវិនិយោគនៅក្នុងគម្រោង ដែលមានប្រយោជន៍សម្រាប់ប្រទេស ជាតិ។ ម្ចាស់ប្រាក់ទទួលបានពីប្រ រព័ន្ធធ ការប្រាក់នូវឱកាសដើម្បីទទួលបានភាគរយនៃការប្រាក់មួយចំនួននៅក្នុង សាច់ប្រាក់របស់ គេ ហើយនេះអាចបង្វែរពួកគេពីការវិនិយោគដើមទុនរបស់ ខ្លួននៅក្នុងគម្រោងឧស្សាហកម្ម កសិ កម្ម និងពាណិជ្ជកម្ម ទោះបីជាវាផ្តល់ ផលប្ររ យោជន៍ក្នុងសង្គមក៏ដោយ ដោយគេជឿថាវាមានកម្រិតហានិភ័យខ្ពពស់ និងទាមទារឱ្យមានការខិតខំប្រឹងប្រែងធ្វើការ។ ការប្រាក់ជាមូលហេតុនៅក្នុងការលុបំបាត់ភាពរីកចម្រើននៃទ្រព្យសម្បត្តិ និងនាំឱ្យមានវិបត្តិសេដ្ឋឋកិច្ច។ រាល់វិបត្តិសេដ្ឋឋកិច្ច និងការក្ស័យធនធំៗរបស់ សហ គ្រាស ឬក៏បុគ្គលគឺ ដោយសារក្សារចូលរួមកនុងប្រព័ន្ធធការប្រាក់ដែលគេ ហា មឃាត់។ វាគឺជាឥទ្ធិពលមួយនៃការបាត់បង់ភាពនូវចម្រុងចម្រើន ដែល អល់ឡោះបានប្រាប់ ដែលផ្ទុយពីការបរិច្ចាគនិងអំពើល្អចំពោះមនុស្ស។ វាផ្តល់ ភាពចម្រុ ងចម្រើនដល់ទ្រព្យសម្បត្តិ។ អល់ឡោះមាន មានបន្ទូលថា៖ "អល់ឡោះ បំបាត់ភាពរីកចម្រើនចំពោះការប្រាក់ ប៉ុន្ដែទ្រង់បង្កើ នផលចំ ពោះទ្រព្យបរិច្ចាគ្នានា "។(គម្ពីរគួរអាន ២ៈ២៧៦) 3 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តើច្បាប់ចែងដូចម្តេចំពោះបុគ្គល ម្នាក់ដែលចូលឥស្លាម ហើយគេនៅ ជាប់ពាក់ព័ន្ធធជាមួយកិច្ចសន យាការប្រាក់?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នបើបុរសម្នាក់ចូលឥស្លាម ហើយគេនៅជាប់ពាក់ព័ន្ធធជាមួយកិច្ចសន យា ការប្រាក់ នោះសម្រាប់គេមានពីរករណី៖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ប្រសិន នបើគេជាអ្នកយកការប្រាក់ គឺគេត្រូវយកតែប្រាក់ដើមរបស់ ខ្លួន ហើយមិនត្រូវយកអ្វីបន្ថែមឡើយ។ អល់ឡោះបានមាន មានបន្ទូលថា៖ "ប្រសិន នបើពួក អ្នកសារភាពកំហុស សម្រាប់ពួកអ្នក គឺប្រាក់ដើមរបស់ ពួកអ្នក។ (ការធ្វើដូចេនះ) ពួក អ្នកមិនបំពានលើ គេ ហើយគេក៏មិនបំពានលើពួកអ្នកដែរ"។ (គម្ពីរគួរអាន ២ៈ២៧៩)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ប្រសិន នបើគេជាអ្នកបង់ការប្រាក់ សម្រាប់គេមានពីរករណី៖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បើគេមានលទ្ធធភាពលុបកិច្ចសន យា និងចេញអំពីវាដោយគ មានគ្រោះថ្នាក់ធផងន់ធផងងរ ចាំបាច់លើគេត្រូវធ្វើ។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 តែបើសិនជាគេមិនអាចលុ បកិច្ចសន យាបាន ព្រោះតែមានគ្រោះថ្នាក់ធផងន់ធផងងរនោះ ពិតណាស់ គេត្រូវបំពេញកិច្ចសន យា ហើយត្រូវប្តេ ជ្ញាចិត្តថាមិនត្រឡប់ទៅធ្វើ ដូចនេះទៀតទេ។ អល់ឡោះបានមាន មានបន្ទូលថា៖ "ហើយអ្នកណាដែលទទួល បាននូវការទូន្មានពីម្ចាស់របស់ គេ ហើយ គេបោះបង់ ចោល(ឈប់យកការប្រាក់) ដូចេនះ អ្វីដែលមានពីមុនមក(មុនការទូន្មានមកដល់)គឺជាកម្មមសិទ្ធិរបស់ គេ ហើយរឿងរ៉ាវរបស់ គេគឺអាស្រ័យលើអល់ឡោះ។ រីឯអ្នកណាដែលបានត្រឡប់ ប់ ទៅ(ស៊ីការប្រាក់)វិញ ពួកទាំងនោះជាពួកនៃឋាននរក។ ពួកគេស្ថិតក្នុងនោះជា អមតៈ"។ (គម្ពីរគួរអាន ២ៈ២៧៥) តើអ្នកជាអ្នកឱ្យគេខ្ចីប្រាក់ និងយកប្រាក់បន្ថែម(យកប្រាក់ការ)ឬ? ប្រសិន នបើអ្នកជាអ្នកបង់ប្រាក់បន្ថែម(ឲ្យការប្រាក់គេ) តើអ្នកអាចលុ ប កិច្ចសន យាដោយគ មានគ្រោះថ្នាក់ធផងន់ធផងងរបានដែរឬទេ? ទេ ទេ បាទ បាទ ចាំបាច់លើអ្នកត្រូវយកតែប្រាក់ដើមរបស់ អ្នកដោយមិនយកប្រាក់បន្ថែមឡើយ។ ចាំបាច់លើអ្នកត្រូវតែលុបកិច្ចសន យាប្រសិន នបើអ្នកមានលទ្ធធភាព ហើយគ មាន គ្រោះថ្នាក់លើអ្នក។ ប្រសិន នបើអ្នកមិនអាចលុ បកិច្ចសន យា ឬបើលុបកិច្ចសន យានឹងនាំឲ្យមានគ្រោះថាននក់ ធផងន់ធផងងរ ពិតណាស់ អ្នកត្រូវបំពេញកិច្ចសន យា ហើយអ្នកត្រូវប្តេ ជ្ញាចិត្តថាមិនត្រឡប់ ប់ ទៅធ្វើដូចនេះទៀតទេនៅពេលក្រោយ។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 &gt; ភាពមិ នច បាស់លាស់ និងការដែលមិនដឹ ងច្បាស់ មានន័យថា៖ រាល់កិច្ចព្ររ មព្រៀងទាំងអស់ ដែល មានមូលដ្ឋានលើភាពមិនច្បាស់លាស់និងការ ដែលមិនដឹងច្បាស់ ដែលជួនកាល វាជាមូលហេតុ នាំឲ្យមានការខ្វែងគំនិត និងមានជម្លោះរវាងភាគី ទាំងពីរ ឬជាការបំពានរបស់ ភាគីម្ខាងលើភាគី ម ខាងទៀត។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សាសនា ឥស្លាមបានហា មឃាត់ វាដើម្បីទប់ស្កាត់មធ្យោបាយដែលនាំឱ្យមានជម្លោះ ឬការបោកប្រាស់និងភាពអយុ ត្តិធម៌។ ហើយសូម្បី តែមនុស្សយល់ព្ររមលើវាក៏គេមិនអនុញ្ញាតដែរ។ ពិតណាស់ ព្យាការីបានហា មឃាត់អំពីការលក់ដូរទំនិញដែលមានលក្ខណៈ មិនច្បាស់លាស់។ (មូស្លីមៈ ១៥១៣) ឧទារហរណ៍៖ សម្រាប់ការលក់ដែលមិនមានលក្ខណៈច្បាស់លាស់ និងការ មិនដឹងច្បាស់ពីទំនិញដូចជា៖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2 លក់ផ្លែឈើមុនពេលដែលមិនទាន់អាចដឹងថាវាអាចប្រើ ការបាន និងអាចបេះវា បាន។ ពិតណាស់ អ្នកនាំសារបានហា មឃាត់អំពីរឿងនេះ ពីព្រោះវាអាចប្ររ ឈម នឹងការខូចខាតមុនពេលប្រមូ លផល។ ការបង់ប្រាក់មួយចំនួនដើម្បីទិញប្រអប់ ឬកញ្ច ប់អ្វីមួយដោយមិនបានដឹងថា អ្វីដែលមានក្នុងវា ថាតើវាអាចជា របស់ ដែលមានតម្លៃថ្លៃ ឬក៏ជារបស់ ធម្មតា។ ហើយដូចគ្នាផងដែរ ការលក់អ្វីដែលមិនមែនជាកម្មមសិទ្ធិរបស់ ខ្លួន និងអ្វីដែលគេ គ មានលទ្ធធភាពក្នុងការប្រគល់ឲ្យ។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 &gt;ភាពអយុ ត្តិធម៌ និងការយកទ្រព្យសម្បត្តិអ្នកដ ទៃដោយមិន ត្រឹមត្រូវ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តើនៅពេលណាដែលភាពមិនច្បាស់លាស់ផ្តល់ផលប៉ះពាល់?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ការដែលមិនច្បាស់លាស់និងមិនដឹងច្បាស់ មិនមានឥទ្ធិពលលើការហា មឃាត់ នៃកិច្ចសន យានោះទេ លើកលែង តែវាមានភាពមិនច្បាស់លាស់ខ្លាំង និងនៅក្នុងប្រក្សារ ដែលជាគោលនៃកិច្ចសន យាឬកិច្ចប្រ រតិបត្តិការប៉ុណ្ណោះណោះ។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 អ្នកមូស្លីមអាចទិញផ្ទះមួយ បើទោះបីជាគេមិនបានដឹងពីប្ររ ភេទនៃ សម្ភារៈសំណង់ដែលត្រូវបានប្រើក្នុងការសាងសង់ផ្ទះ និងប្រភេទនៃទឹកថ្នាំលាប និង អ្វីផ្សេងទៀត ពីព្រោះការមិនដឹងនេះ គឺក្នុងកម្រិ តិចតួច។ លើសពីនេះវាស្ថិតនៅក្នុផងងង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ផ្នែកបន្ទាប់បន្សំ នៃកិច្ចសន យា មិនមែនស្ថិតនៅលើប្រក្សារគោលរបស់ វានោះទេ។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ភាពអយុ ត្តិធម៌ គឺស្ថិតនៅក្នុងចំណោមទង្វើ អាក្រក់បំផុតដែលឥស្លាម បានប្រើ ឱ្យមានការប្រុងប្រយ័ ត្ននអំពីវា។ អ្នកនាំសារបានមានប្រសាសន៍ថា៖ "ទង្វើ អយុ ត្តិធម៌ ធ្វើឱ្យមានភាពងងឹតនៅថ្ងៃបរលោក"។ (អាល់ពូខរីៈ២៣១៥ មូស្លីមៈ២៥៧៩)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ការយកទ្រព្យសម្បត្តិអ្នកដទៃដោយមិនត្រឹមត្រូវ សូម្បីតែតិចតួចក៏ដោយ វាជាអំពើបាប និងជាឧក្រិដ្ឋឋកម្មមដ៏ធផងន់ធផងងរបំផុតដែលគេបានសន្យាចំពោះអ្នកដែល ប្រព្រឹ [ត្តតវានូវទណ្ឌឌកម្មមយ៉ាងខ្លាំងក្លាបំផុតនៅថ្ងៃបរលោក។ អ្នកនាំសារបានមាន ប្រសាសន៍ថា៖ "ជនណារំលោភបំពានដីគេមួយចង្អាម គេនឹងយកដីនោះប្រាំពីរ ជាន់ដាក់រុំលើជននោះនៅថ្ងៃបរលោក"។ (អាល់ពូខរីៈ២៣២១ មូស្លីមៈ១៦១០)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ឧទាហរណ៍ខ្លះៗនៃភាពអយុ ត្តិធម៌ក្នុងប្រតិបត្តិការផ្សេងៗ៖</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ការបង្ខិតបង្ខំ៖ គេមិនអនុញ្ញាតឱ្យមានការបង្ខិតបង្ខំឡើយក្នុងការប្រតិបត្តិការ ផ្សេងៗ ទោះជាការបង្ខិតបង្ខំ និងជាគាបសង្ក កត់ប្រភេទណាក៏ដោយ។ ហើយ កិច្ចសន យានឹងមិនមានភាពត្រឹមត្រូវឡើយ លើកលែងតែវាមានការយល់ព្ររម ឬពេញចិត្ត។ អ្នកនាំសារបានមានប្រសាសន៍ថា៖ "ជាការពិតណាស់ ការលក់ដូរ ត្រឹមត្រូវនោះគឺដោយមានការយល់ព្ររមពេញចិត្ត។ (អិពនូម៉ាហ្ជះៈ២១៨៥)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 ការបោកប្រាស់ និងលួចបន្លំមនុស្ស៖ ដោយយកទ្រព្យសម្បត្តិរបស់ ពួកគេ ដោយមិនត្រឹមត្រូវ ហើយវាគឺជាអំពើបាបដ៏ធផងន់ធផងងរ។ អ្នកនាំសារមូហាំម៉ាត់ បានមានប្រសាសន៍ថា៖ "ហើយជនណាបោកប្រាស់ពួកយើង មិនមែនជាក្រុម របស់ ពួកយើងទេ"។ (មូស្លីមៈ១០១)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មូលហេតុដែលព្យាការីលោកមានប្រសាសន៍ដូចនេះ គឺដោយសារមាន ពេលមួយ លោកបានដើរក្សាត់ អាហារមួយពំនូក លោក៏បានលូកដៃចូលក្នុង អាហារនោះ ស្រាប់តែម្រាមដៃរបស់ គាត់មានសំណើមទឹក។ លោក៏សួរថា៖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ឱម្ចាស់អាហារ! តើនេះជាអ្វីទៅ? គេបានឆ្លើយថា៖ "ឱអ្នកនាំសារ! វាត្រូវ ទឹកភ្លៀង។ លោក៏បានតបវិញថា៖ "ហេតុអ្វីបានជាអ្នកមិនដាក់វានៅលើ អាហារដើម្បីឱ្យគេមើលឃើញ? ជនណាដែលបោកប្រាស់យើង គឺមិនមែន ជា ក្រុមរបស់ យើងនោះទេ"។ (អាត់តៀរមីហ ស៊ីៈ១៣១៥) លេងសើចលើច្បាប់ ដើម្បីយកទ្រព្យសម្បត្តិដោយអយុ ត្តិធម៌មិនត្រឹមត្រូវ៖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មនុស្សខ្លះមានភាពឆ្លាតវៃ និងប្រាជ្ញាដែលអាចយកទ្រព្យសម្បត្តិ អ្នកដទៃបានតាមរយៈផ្លូវច្បាប់។ ក៏ប៉ុន្តែការកាត់ក្តីរបស់ ចៅក្ររមមិនអាច កែប្រែប្រក្សារមិនត្រឹមត្រូវទៅជាប្រក្សារត្រឹមត្រូវនោះទេ។ អ្នកនាំសារ បាន មានប្រសាសន៍ថា៖ "ការពិត ខ្ញុំក៏ជា មនុស្សដែរ ហើយពួកអ្នកបានប្តឹ[ងតវ៉ាគ្នា មកចំពោះខ្ញុំ។ ជួនកាល អ្នកខ្លះពូកែនិយា យបញ្ជាក់ហេតុផល ជាងអ្នកផ្សេង ទៀត។ ហេតុនេះ ខ្ញុំក៏កាត់ក្តីតាមអ្វីដែលខ្ញុំបានឮ។ ដូចនេះ ជនណាដែលខ្ញុំបាន សម្រេ ចក្តីខុសដោយឱ្យគេនូវកម្មមសិទ្ធិរបស់ បងប្អូនរបស់ គេ(គឺគេមិនត្រូវ ទទួលយកឡើយ បើគេបានដឹង)។ មិនដូចនោះទេ ការក្សាត់ក្ដីខ្ញុំឱ្យគេនោះគឺជា ចំណែកមួយនៃភ្លើងនរក"។ (អាល់ពូខរីៈ៦៧៤៨ មូស្លីមៈ១៧១៣) សំណូក៖ វាគឺជាការបង់ប្រាក់របស់ បុគ្គល ម្នាក់ ឬការផ្តល់សេវាកម្មមដើម្បីទទួល បានទ្រព្យអ្វីមួយដែលមិនមែនជារបស់ គេ ហើយវាជាប្រភេទនៃភាពអយុ ត្តិធម៌ ដែលអាក្រក់បំផុត និងជាអំពើ បាបធផងងន់ធផងងរបំផុត។ ពិតណាស់ អ្នកនាំសារបាន ដាក់បណ្តាសាលើអ្នកដែលឱ្យសំណូក និងអ្នកដែលទទួលសំណូកផងដែរ"។ (អាត់តៀរមីហ ស៊ីៈ១៣៣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នៅពេលដែលការសូកប៉ាន់រីករាល ដាលនៅក្នុងសង្គម វានឹងបំផ្លាញសណ្តាប់ ធ្នាប់សង្គម ក៏ដូចជាផ្តល់ផលប៉ះពាល់ដល់ការអភិវឌ្ឍ និងភាពរុងរឿងនៃសង្គមនោះ។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តើច្បាប់ចែងដូចម្តេចំពោះបុគ្គល ម្នាក់ដែលបានចូលឥស្លាម ហើយមុនគេចូល ឥស្លាម គឺគេបានយកទ្រព្យសម្បត្តិអ្នកដទៃដោយមិនត្រឹមត្រូវ(ខុសច្បាប់)?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បុគ្គល ណាដែលបានចូលឥស្លាម ហើយគេមានទ្រព្យទុច្ចរិតដែលគេទទួលបាន ពីការបោកប្រាស់មនុស្ស និងរំលោភបំពានលើពួកគេដោយការលួច ឬកេងបន្លំ និងអ្វី ផ្សេងទៀត គឺចាំបាច់លើគេត្រូវបង្វិលវាទៅឱ្យម្ចាស់ដើមវិញ ប្រសិន នបើគេស្គាល់ពួកគេ ហើយគេមានលទ្ធធភាពក្នុងការប្រគល់វាឱ្យពួកគេដោយគ មានគ្រោះថាននក់លើគេ។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ទោះបីជាវាបានកើតឡើងមុនពេលចូលឥស្លាមក៏ដោយ ក៏ទ្រព្យដែលស្ថិ តនៅ ក្នុងដៃរបស់ គេនោះ ក៏នៅតែជាទ្រព្យដែលទទួលបានដោយមិនត្រឹមត្រូវដែរ។ ដូចនេះចាំបាច់លើគេត្រូវបង្វិលត្រឡប់ទ្រព្យទាំងនោះវិញប្រសិន នបើគេមានលទ្ធធភាព។ អល់ឡោះបានមាន មានបន្ទូលថា៖ "ពិតប្រាកដណាស់ អល់ឡោះបញ្ជាពួកអ្នកឱ្យប្រគល់ បញ្ញើ ទាំងឡាយទៅឱ្យម្ចាស់របស់ គេវិញ"។ (គម្ពីរគួរអាន ៤ៈ៥៨)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នបើគេបានខិតខំស្វែងរកម្ចាស់វាហើយ នៅតែមិនជួបម្ចាស់របស់ វាទៀត នោះ ចូរបរិច្ចាគវា ទៅលើប្រក្សារដែលល្អ អ ឬផ្លូវសប្បុរស។ &gt; ព្យាការីបានដាក់បណ្តាសាលើអ្នកឱ្យសំណូក និងអ្នកដែលទទួលសំណូក។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 &gt; ល្បែងស៊ីសង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តើល្បែងស៊ីសងជាអ្វី?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ល្បែងស៊ីសង គឺជាការប្រកួតប្រជែង និងការលេងល្បែងដែលគេដាក់លក្ខខ ខណ្ឌឌ រវាងអ្នកលេងពីរភាគី ឬ អ្នកប្រកួ តពីរខាង ដោយភាគីដែលឈ នះនឹងទទួលបានប្រាក់ពី អ្នកចាញ់។ អ្នកដែលចូលរួម គឺស្ថិតនៅរវាង &gt; ល្បែងស៊ីសង ធ្វើឲ្យអ្នកដែល លេងវាក្លាយទៅជា ញៀន។ ការទទួលបានប្រាក់ពីម្ខាងទៀត ឬក៏ប្រគល់ប្រាក់ទៅឲ្យគេម ខាងទៀតវិញដែលឈ 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ច្បាប់របស់ 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ល្បែងស៊ីសង គឺត្រូវបានគេហា មឃាត់ ហើយមានសេចក្តីរាយការណ៍ជាច្រើន ដែលបញ្ជាក់ពីការហា ម ឃាត់យ៉ាងតឹងរឹងទាក់ទងនឹងល្បែងស៊ីសងនេះនៅក្នុងគម្ពីរ គួរអាន និងប្រសាសន៍របស់ ព្យាការី 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អល់ឡោះបានចាត់ទុកបាបកម្មមល្បែងស៊ីសង និងគ្រោះថ្នាក់របស់ វា គឺធំធេង ជាងផលប្ររ យោជន៍ ដែលទទួទល បានពីវា។ អល់ឡោះបានមាន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"ពួកគេនឹងសួរអ្នក(មូហាំម៉ាត់ )អំពីសុ រា និងល្បែងស៊ីសង។ ចូរអ្នកឆ្លើយថា៖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វាទាំងពីរនេះគឺមានបាបកម្មមធំ តែក៏មានផលប្ររ យោជន៍ខ្លះដល់មនុស្សលោក ដែរ។ ប៉ុន្ដែបាបកម្មមរបស់ វាទាំងពីរគឺធំធេងជាងផលប្ររ យោជន៍ របស់ វាទាំងពីរ ទៅទៀត"។ (គម្ពីរគួរអាន ២ៈ២១៩) អល់ឡោះបានចាត់ទុការលេងល្បែងស៊ីសង ជាប្រក្សារមិនស្អាតស្អំ ដោយសារ គ្រោះថ្នាក់របស់ វាបានប៉ះពាល់ដល់បុគ្គលនិ ងសង្គម និងប្រើឱ្យជៀសឆផងាយ។ ហើយវាជាមូលហេតុដែលនាំឲ្យកលាយទៅជាសត្រូវ និងការស្អប់ខ្ពើមគ្នា និងជា មូលហេតុបោះបង់ចោលការសឡាតនិងរំលឹកចំពោះអល់ឡោះ។ អល់ឡោះបាន មាន មានបន្ទូលថា៖ "ឱបណ្ដាអ្នកមានជំនឿ! ពិតប្រាកដណាស់សុរា ល្បែងស៊ីសង ការគោរពបូជារូបបដិមានិងជឿគ្រូទស សន៍ទាយវាសនា គឺជាអំពើដ៏កខ្វក់នៃ ទង្វើ របស់ ស្ហៃតន។ ដូចេនះ ចូរពួកអ្នកចៀសវាងឱ្យឆផងាយពីវា សង្ឃឹមថាពួកអ្នក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 នឹងទទួលបានជោគជ័យ។ ពិតប្រាកដណាស់ ស្ហៃតនចង់ធ្វើឱ្យពួកអ្នកក្លាយជា សត្រូវ ស្អប់ខ្ពើមគ្នាតាមរយៈសុរា និងល្បែងស៊ីសង ហើយវារារាំងពួកអ្នកអំពីការ រំលឹកទៅចំពោះអល់ឡោះ និងការសឡាត។ ហេតុនេះចូរពួកអ្នកឈប់ជាបន្ទាន់"។ (គម្ពីរគួរអាន ៥ៈ៩០-៩១)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ល្បែងស៊ីសងបង្កកគ្រោះថ្នាក់ដល់បុគ្គល និងសង្គម ល្បែងស៊ីសងបង្កកគ្រោះថ្នាក់យ៉ាងធផងន់ធផងងរទាំងទៅលើបុគ្គល និងសង្គមជាតិ 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វាធ្វើឱ្យមនុស្សក្លាយជាសត្រូវ និងស្អប់ខ្ពើមគ្នា។ ពិតណាស់ អ្នកដែលលេងល្បែង ស៊ីសង ភាគច្រើននៃពួកគេ គឺជាមិត្តតភក្តិនិងមនុស្សជាទីស្រឡាញ់ ប៉ុន្តែនៅពេល ណាដែលមាន នរណាម្នាក់ឈ្នះ ហើយយកប្រាក់ពួកគេ ច្បាស់ណាស់ពួកគេនឹង ខឹងសម្បានិងមានការអន់ចិត្តលើគេ ហើយនាំឱ្យពួកគេក្លាយជាសត្រូវនឹងគ្នា និងឈ នានីស គ្នា។ ហើយពួកគេបានធ្វើល បិចដើម្បីឱ្យគេធ្លាក់ក្នុងគ្រោះថ្នាក់ ដោយសាររូបគេបានធ្វើឱ្យពួកគេធ្លាក់ក្នុងភាពខាតបង់។ ទាំងនេះជាភាព ជាក់ស្តែងដែលមនុស្សទាំងអស់ បានដឹង ហើយវាបានបញ្ជាក់យ៉ាងពិតដោយ បន្ទូលអល់ឡោះថា៖ "ពិតប្រាកដណាស់ ស្ហៃតនចង់ធ្វើឱ្យពួកអ្នកក្លាយជាសត្រូវ និងស្អប់ខ្ពើមគ្នាតាមរយៈសុរា និងល្បែងស៊ីសង"។ ហើយវាបានរារាំងមនុស្ស អំពីកាតព្វកិច្ចសឡាត និងការរំលឹកចំពោះអល់ឡោះ។ ដូចដែលអល់ឡោះបាន រៀបរាប់ពីល បិចស្ហៃតនក្នុងការពង្វវក់មនុស្សឱ្យលេងល្បែងស៊ីសងថា៖ "ហើយ វារារាំងពួកអ្នកអំពីការរំលឹកទៅចំពោះអល់ឡោះ និងការប្រតិបត្តិសឡាត"។ (គម្ពីរគួរអាន ៥ៈ៩០-៩១) ល្បែងស៊ីសងបំផ្លាញប្រាក់និងទ្រព្យសម្បត្តិ និងបណ្តាលឱ្យអ្នកលេងល្បែង ទទួលរងការខាតបង់យ៉ាងធផងន់ធផងងរ។ ការលេងល្បែងស៊ីសង គឺបណ្តាលឲ្យញៀន។ នៅពេលដែលគេលេងឈ្នះ ភាព លោភលន់នឹងកើនឡើងក្នុងការបន្តតលេងល្បែងស៊ីសងទៀត ហើយគេនៅតែ ទទួលបានផលពី ប្រាក់ដែលគេហា មឃាត់។ តែប្រសិន នបើគេចាញ់ រូបគេនៅតែ សង្ឃឹមថានឹងលេងឈ្នះ វិញ និងត្រឡប់យកអ្វីដែលគេបានចាញ់នោះមកវិញ។ ទាំងពីរនេះ គឺជាឧបសគ្គគចំពោះការងារ និងបង្កើ តបានជាការវិនាសអន្ដ ដរាយដល់ សង្គម។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ប្រភេទនៃល្បែងស៊ីសង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រូបភាពនិងប្រភេទនៃល្បែងស៊ីសងទាំងពីរមុន មកដល់បច្ចុប្បន្នេះ គឺមាន ច្រើនទម្ររង់។ ក្នុងចំណោមប្រភេទរបស់ វានាសម័ យកាលបច្ចុប្បន្នមានដូចជា៖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រាល់ល្បែងទាំងអស់ ដែលគេដាក់លក្ខខខណ្ឌឌថា អ្នកដែលឈ នះត្រូវយកប្រាក់ ពីអ្នកដែលចាញ់។ឧទាហរណ៍៖ មនុស្សមួយករុមបានលេងបៀជាមួយគ្នា ហើយពួកគេម នាក់ៗត្រូវដាក់ប្រាក់ក្នុងចំនួនជាក់លាក់មួយ ដោយអ្នកឈ នះនឹង ត្រូវទទួលបានប្រាក់ទាំងអស់ នោះ។ ការភ្នាល់គ្នាលើក្រុមណាមួយឬអ្នកលេងនាម្នាក់ ដោយអ្នកដែលភ្នាល់គ្នា នោះ បានដាក់លុយកាក់មួយចំនួន ហើយម នាក់ៗបានភាននល់ថា ក្រុមរបស់ គេ ឬអ្នកលេង របស់ គេនឹងឈ្នះ។ ប្រសិន នបើក្រុមរបស់ គេឈ្នះ គេនឹងទទួលបាន លុយនោះ។ តែប្រសិន នបើ ក្រុម របស់ គេចាញ់ គេនឹងត្រូវបាត់បង់លុយនោះ។ ការផ្សងសំណាងនិងការចាក់ឆ្នោត។ ឧទាហរណ៍៖ គេទិញកាតមួយក្នុងតម្លៃ មួយដុល្លារដើម្បីចូលរួមកនុងការផ្សងសំណាងដើម្បីឈ្នះរង វាន់ ១០០០ដុល្លារ នៅពេលដែលគេចាប់ឆ្នោត្រូវ។ &gt; គ្រប់ប្រភេទនៃការលេងល្បែង ស៊ីសងទាំងឡាយដែលដំ ណើរក្សារ ដោយចលនា ថាមពលអគ្គិសនី និង អេឡិចត្រូ និក ឬដោយលក្ខណៈបែប ណាក៏ដោយគឺត្រូវបានហា មឃាត់ដែរ ហើយវាជាអំពើបាបដ៏ធំ។ គ្រប់ប្រភេទនៃការលេងល្បែងស៊ីសង ទាំងអស់ ដែលដំណើរការដោយចលនា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ថាមពលអគ្គិសនី និងអេឡិចត្រូ និកឬ បណ្តាញអិនធឺណិត ដែលនៅក្នុងនោះ អ្នកលេងត្រូវប្ររ ឈមមុខនឹងភាពមិន ច្បាស់លាស់ពីរ គឺចំណេញ ឬខាតបង់។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 សុជីវធម៌ដែលឥស្លាមបានសង្កកត់ធផងងន់ក្នុងទំនាក់ទំនង ប្រតិបត្តិការហិរញ្ញញវត្ថុ ដូចដែលឥស្លាមបានបកស្រាយយ៉ាងច្បាស់ពីច្បាប់ទាក់ទងនឹងប្រតិបត្តិការហិរញ្ញញវត្ថុ នោះដែរ ឥស្លាមក៏បានសង្កត់ធផងន់ចំពោះអ្នកប្រតិ បត្តិការនូវសុ ជីវធម៌ និងសីលធម៌ មួយចំនួនដូចជា៖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មានទំនុកចិត្ត ត្រូវមានភាពស្មោះត្រង់នៅក្នុងប្រតិបត្តិការ ឬទំនាក់ទំនងជាមួយអ្នកដទៃ សូម្បីតែគេ ជាអ្នកមូស្លីម ឬមិនមែន ជាមូស្លីមក៏ដោយ។ វាជាសុជីវធម៌សំខាន់សម្រាប់អ្នកមូស្លីម ដែលគោរពតាមច្បាប់អល់ឡោះ ដែលត្រូវសង្កកត់ធផងន់លើវានោះដូចខាងក្រោម៖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អល់ឡោះបានមាន មានបន្ទូលថា៖ "ពិតប្រាកដណាស់ អល់ឡោះបញ្ជាពួកអ្នកឱ្យប្រគល់ បញ្ញើ ទាំង ឡាយ ទៅឱ្យម្ចាស់របស់ គេវិញ"។ (គម្ពីរគួរអាន ៤ៈ៥៨) អ្នកនាំសារបានរាប់បញ្ចូ លការបាត់បង់ភាពស្មោះត្រង់ និងការក្បត់សន្យាគឺជា សញ្ញាសម្គាល់ របស់ ពួកពុត្បុត(មូណាហ្វិក) ដោយលោកបានមានប្រសាសន៍ថា៖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"សញ្ញាសម្គាល់អ្នកពុត្បុតមានបីគឺ នៅពេលដែលនិយា យ គេកុហក។ នៅពេលសន្យា គេមិនបំពេញតាមការសន្យា។ នៅពេលគេទុកចិត្តខ្លួន បែរជាបោកប្រាស់គេ"។ (ពូខរីៈ ៣៣ មូស្លីមៈ៥៩) ភាពស្មោះត្រង់ គឺជាលក្ខណៈសម្បត្តិដ៏សំខាន់សម្រាប់អ្នកមានជំនឿ។ អល់ឡោះ បានមាន មានបន្ទូលថា៖ "បណ្ដាអ្នកដែលមានជំនឿពិតជាទទួលបានជោគជ័យ"។ រហូតដល់បន្ទូលទ្រង់ថា៖ "ហើយនិងបណ្ដាអ្នកដែលថែរក្សានូវភាពស្មោះត្រង់ និង ការសន្យារបស់ ពួកគេ"។ ( គម្ពីរគួរអាន ២៣ៈ១-៨) ពិតណាស់ អ្នកនាំសារត្រូវបានគេឱ្យងា រលោកនៅម៉ាក្កះមុនពេលអល់ឡោះតែងតាំង លោកជាអ្នកនាំសារ ថា "ជាអ្នកស្មោះត្រង់" ពីព្រោះលោកជានិមិត្តរូបនៃភាពស្មោះត្រង់ ក្នុងទំនាក់ទំនង និងប្រតិ បត្តិការនានា របស់ លោក។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មានភាពទៀងត្រង់ ភាពទៀងត្រង់ និងភាពច្បាស់លាស់ជា លក្ខណៈពិសេសនិងសំខាន់បំផុតដែល ឥស្លាមបានសង្កត់ធផងន់ចំពោះវា។ អ្នកនាំសារលោកបានមានប្រសាសន៍ ចំពោះអ្នកលក់និងអ្នកទិញថា៖ "ប្រសិន នបើ 2 គេទាំងពីរមានភាពទៀងត្រង់និងច្បាស់លាស់ នោះគេនឹងផ្តល់ភាពចម្រុ ងចម្រើនដល់ គេទាំងពីរក្នុងការលក់ទិញរបស់ គេទាំងពីរនោះ។ តែប្រសិន នបើគេទាំងពីរលាក់លៀម និងកុហកនោះ គេនឹងបំបាត់ភាពចំរុងចម្រើននៃការលក់ទិញរបស់ គេទាំងពីរនោះ"។ (អាល់ពូខរីៈ១៩៧៣ មូស្លីមៈ១៥៣២) អ្នកនាំសារបានមានប្រសាសន៍ថា៖ "ចូរពួកអ្នកប្ររ កាន់នូវភាពទៀងត្រង់។ ពិតណាស់ ភាពទៀងត្រង់ នាំទៅរកទង្វើកុសល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ហើយទង្វើ កុសល នាំទៅរក ឋានសួគ៌។ បុគ្គលខ្លះនៅតែនិយា យទៀងត្រង់ រហូតដល់ត្រូវបានគេកត់ត្រានៅនឹង អល់ឡោះថា ជាមនុស្សទៀងត្រង់បំផុត"។ (មូស្លីមៈ២៦០៧)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ឥស្លាមចាត់ទុកអ្នកដែលស បថកុហកដើម្បីលើកស រសើរដល់របស់ ដែលខ្លួន លក់ថា ពិតណាស់ រូបគេបានប្រព្រឹ [ត្តតអំពើបាបយ៉ាងធំធេង។ អ្នកនាំសារបាន មានប្រសាសន៍ថា៖ "មនុស្សបីក្រុមដែលអល់ឡោះមិនមានបន្ទូលទៅកាន់ពួកគេ ទេនៅថ្ងៃបរលោក មិនមើលទៅកាន់ពួកគេ និងមិនសម្អាតពួកគេឡើយ ហើយ សម្រាប់ពួកគេ គឺទណ ឌកម្មមដ៏ឈឺផ្សាបំផុត" ក្នុងនោះគឺ "អ្នកស បថភូតកុហក ដើម្បីលក់ទំនិញរបស់ ខ្លួន"។ (មូស្លីម ១០៦)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មានជំនាញ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ចាំបាច់លើជនមូស្លីមិនថាជា អ្នកគ្រប់គ្ររង ឬជាបុគ្គលិ កគេនោះទេ គឺត្រូវ មានជំនាញច្បាស់លាស់ និងបំពេញការងារ ឱ្យមានប្រសិន ទ្ធធភាពទៅតាមគោលការណ៍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ប្រតិបត្តិការហិរញ្ញញវត្ថុរបស់អ្នក ក៏ដូចជាឯកសិ ទ្ធិរបស់ ខ្លួនដែលមិនមានការធ្លាក់ចុះនៃគុគុណភាពវាឡើយ។ អល់ឡោះជាម្ចាស់បានបញ្ជាឲ្យធ្វើអ្វីគ្រប់យ៉ាងដោយភាពហ្មមត់ចត់និងមានជំនាញ ហើយឱ្យពួកគេសង្កេតមើលរាល់ទិដ្ឋភាពនៃជីវិត សូម្បីតែជាអ្វីដែលមើលទៅ ហាក់មិនសូវសំខាន់ក៏ដោយ ដូចជាការប្រមាញ់ និងការសំទេះសត្វជាដើម។ អ្នកនាំសារបានមានប្រសាសន៍ថា៖ "ពិតណាស់អល់ឡោះបានដាក់បទបញ្ជាឱ្យធ្វើល្អ អ ចំពោះអ្វីៗទាំងអស់។ ហេតុនេះនៅពេលពួកអ្នកសម្លាប់សត្វ(ដែលបង្កកគ្រោះថ្នាក់) ចូរពួកអ្នកសម្លាប់ដោយល្អប្រសើរ។ ហើយនៅពេលពួកអ្នកសំទេះសត្វ ចូរពួក អ្នកសំទេះក្នុងលក្ខណៈល្អប្រសើរ។ ចូរឱ្យពួកអ្នកសំលៀងកាំបិតឱ្យមុត ហើយធ្វើយ៉ាងណាឱ្យសត្វនោះស្លាប់ដោយស្រួលបំ ផុត"។ (មូស្លីមៈ១៩៥៥) អ្នកនាំសារបានចូលរួមមរណទុក្ខខរបស់ មនុស្សម នាក់ លោកបានណែនាំសហ ការីរបស់ លោកអំពីការជីកផ្នូរ និងការបញ្ចុះសពឱ្យបានល្អប្រសើរ។ បន្ទាប់មក លោក៏ក្ររទេក ទៅមើលពួកគេ ហើយបានមានប្រសាសន៍ថា៖ "ទាំងនេះវាមិនបានផ្តតលផលប្ររ យោជន៍ ឬបង្កកគ្រោះថ្នាក់អ្វីដល់សពឡើយ។ ក៏ប៉ុន្តែអល់ឡោះទ្រង់ស្ររលាញ់បុគ្គល ណា ហើយដែលធ្វើកិច្ចចការអ្វីមួយនោះ គឺគេធ្វើបានយ៉ាងល្អប្រសើរ"។(អាល់ពៃហាគី ក្នុងស៊ូអាពូលអ៊ីម៉ានៈ៥៣១៥)។ នៅក្នុងពាក្យសម្តីមួយផ្សេងទៀត៖ "ពិតណាស់ អល់ឡោះស្ររលាញ់ចំពោះអ្នកណាដែលនៅក្នុងចំណោមពួកអ្នកដែលគេធ្វើកិច្ចចការ អ្វីមួយបានយ៉ាងល្អឥតខ្ចោះ"។ (អាពូយ៉ាក់ឡើៈ៤៣៨៦ ស៊ូអាពូលអ៊ីម៉ានៈ៥៣១២)។ (សូមមទីលទំព័រ ៣០៤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ចំណីអាហារ និងភេសជ្ជៈ របស់អ្នក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 ចំណីអាហារ និងភេសជ្ជៈរបស់ អ្នក ដំណាំ និងផលានុផល សុរា និងជាតិអាល់កុល គ្រឿងញៀន អាហារសមុទ្ររ សត្វរស់នៅលើដី ចំពោះចំណីអាហារហា ឡាល់(ចំណីអាហារដែលច្បាប់ឥស្លាមបាន អនុញ្ញាត) គឺមានតួនាទីយ៉ាងសំខាន់នៅក្នុងសាសនា ឥស្លាម ហើយ វា ជាមូលហេតុដែលនាំឲ្យគេទទួលយកការបួងសួង និងផ្តល់ភាព ចម្រុ ងចម្រើននៅក្នុងទ្រព្យសម្បត្តិ និងក្រុមគ្រួសារ។ ហើយអត្ថន័យ នៃអាហារដែលហា ឡាល់ គឺរាល់អាហារ ដែលគេអនុ ញ្ញាត និងទទួល បានតាមមធ្យោបាយត្រឹមត្រូវ ដោយគ មានការកេងប្រវ័ញ្ញញ និងរំលោភ បំពានលើសិទ្ធិអ្នកដទៃឡើយ។ ការសំទេះតាមច្បាប់ឥស្លាម ក្បួនច្បាប់ដែលទាក់ទងនឹងសាច់ក្នុងភោជនីយដ្ឋាន និងកន្លែងលក់ដូររបស់ អ្នកមិនមែនមូស្លីម ការប្រមាញ់ សត្វតាមច្បាប់ឥស្លាម សុជីវធម៌នៃការទទួលទានអាហារ និងភេសជ្ជៈ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ចំណីអាហារ និងភេសជ្ជៈ របស់អ្នក ចំណីអាហា និងភេសជ្ជៈ របស់អ្នក ដំណាំ និងផលានុផល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ច្បាប់ទូទៅទាក់ទងនឹងអាហារ និងភេសជ្ជៈ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ច្បាប់ទូទៅទាក់ទងនឹងចំណីអាហារ និងភេសជ្ជៈទាំងអស់ គឺត្រូវបានគេអនុញ្ញាត និងហា ឡាល់(អាចទទួលទានបាន) លើកលែងតែអាហារមួយចំនួនដែលត្រូវបាន ហា មឃាត់(ហារ៉ាំ) ដោយសារតែវាបង្កកឱ្យមានគ្រោះថ្នាក់ដល់មនុស្សចំពោះសុខភាព សីលធម៌ និងសាសនា របស់ គេ។ ហើយជាការពិតណាស់ អល់ឡោះបានផ្តល់ឱ្យមនុស្ស ដោយបង្កើ តសម្រាប់ពួកគេនូវអ្វីគ្រប់យ៉ាងដែលមាននៅលើភពផែនដីនេះ ដើម្បីឱ្យ ពួកគេទាញយកផលប្ររ យោជន៍អំពីវា លើកលែងតែរបស់ បន្តិចបន្តួចប៉ុណ្ណោះណោះដែល អល់ឡោះបានហា មឃាត់លើពួកគេ។ អល់ឡោះជាម្ចាស់បានមាន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"ទ្រង់គឺជាអ្នកដែលបានបង្កើ តអ្វីៗទាំងអស់ នៅលើផែនដីនេះសម្រាប់ពួកអ្នក"។ (គម្ពីរគួរអាន ២ៈ២៩)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គ្រប់រុក្ខខជាតិដែលមនុស្សដាំដុះ ឬបានវាពីក្នុងព្រៃ ឬវាលស្មៅ និងឱសថ ឬ ផ្សិតគ្រប់ប្រភេទាំងអស់ គឺត្រូវបានគេអនុញ្ញាតឱ្យបរិភោគ លើកលែងតែអ្វីដែល នាំឱ្យគ្រោះថ្នាក់ដល់ខ្លួនប្រាណ និងសុខភាព ឬធ្វើឱ្យបាត់បង់សតិសម្បជញ្ញៈ ដូចជាសុរា ឬគ្រឿងញៀនប៉ុណ្ណោះណោះ។ ពិតណាស់ វាត្រូវបានគេហា មឃាត់ដោយសារ វាមានគ្រោះថ្នាក់ និងធ្វើឲ្យបាត់បង់សតិសម្បជញ្ញៈ។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ចំណីអាហារ និងភេសជ្ជៈ 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គឺរាល់ៗអ្វីដែលធ្វើឱ្យវង្វេ ងវង្វាន់សតិ មានន័យថាធ្វើឱ្យវាច្ររបូកច្ររបល់ ឬគ្រប់ ដណ្ត តប់ បិទបាំង និងប៉ះពាល់ដល់វា។ ដូចដែលអ្នកនាំសារបានមានប្រសាសន៍ថា៖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"រាល់អ្វីដែលធ្វើឱ្យស្ររវឹងវង្វេ ងវង្វាន់គឺជាសុរា ហើយរាល់សុរាទាំងអស់ គឺត្រូវបាន ហា មឃាត់"។ (មូស្លីមៈ២០០៣)។ ទោះបីជាវាត្រូវបានគេផលិ តពីផ្លែឈើក៏ដោយ ដូចជា ទំពទាំងបាយជូ ល្មើស្រ រកៀល ផ្លែទីន និងទំពទាំងបាយជូក្រៀមជាដើម ឬធ្វើអំពី គ្រាប់ធញ្ញញជាតិ ដូចជា ស្រូវសាលី ស្រូវ ពោត និងអង្កករជាដើម ឬធ្វើអំពីសារធាតុផ្អែម ដូចជា ទឹកឃ្មុំ ជាដើម។ ដូចនេះ រាល់អ្វីៗ ដែលធ្វើឱ្យបាត់បង់សតិ វាគឺជាស្រាដែលត្រូវ បានគេហា មឃាត់ ទោះបីជាមានឈ្មោះជាអ្វី ឬមានលក្ខណៈ បែបណាក៏ដោយ រហូត សូម្បីតែគេយកវាទៅលាយជាមួយទឹកផ្លែ ឈើធម្មជាតិ ឬបង្អែ ម ឬសូកូឡាក៏ដោយ។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ការថែរក្សាសតិស្មារតី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ពិតប្រាកដណាស់ សាសនាដ៏ឧត្តុងឧត្តមមួយនេះបាននាំមកដើម្បីបញ្ជាក់យ៉ាង ច្បាស់ពីអ្វីដែលផ្តល់ផលប្ររ យោជន៍ដល់មនុស្ស នៅក្នុងជីវិតលោកិយ និងបរលោក របស់ ពួកគេ។ ហើយពិសេសជាងនេះទៅទៀត គឺការថែរក្សាប្រក្សារចាំបាច់ទាំងប្រាំគឺ សាសនា ខ្លួនប្រាណ សតិបញ្ញា ទ្រព្យសម្បត្តិ និងពូជអម្បូរ។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សតិបញ្ញា គឺជាមូលដ្ឋាននៃការទទួលខុសត្រូវផ្នែកច្បាប់ ហើយជាមូលហេតុ ចម្បងក្នុងការផ្តល់កិត្តិយស និងជាការជ្រើស របស់ ម្ចាស់ចំពោះមនុស្ស។ ហើយ ច្បាប់ឥស្លាមបានថែរក្សា និងការពារវាអំពីរាល់ប្រក្សារទាំងអស់ ដែលធ្វើឱ្យសតិបញ្ញា បាត់បង់ ឬចុះខ្សោយ។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ច្បាប់ឥស្លាមទាក់ទងនឹងសុរា សុរា គឺស្ថិតក្នុងចំណោមអំពើបាបដ៏ធំ និងខ្លាំងក្លាបំផុត ហើយការហា មឃាត់អំពីសុ រា និងការផ្តោតសំខាន់នៅក្នុងកិច្ចចការរបស់ វានោះ ត្រូវបានបញ្ជាក់ដោយគម្ពីរគួរអាន និងប្រសាសន៍របស់ ព្យាការី ដែលក្នុងនោះរួមមានដូចជា៖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ធសុរា និងជាតិអាល់កុល អល់ឡោះបានមាន មានបន្ទូលថា៖ "ឱបណ្តាអ្នកមានជំនឿ! ពិតប្រាកដណាស់ សុរា ល្បែងស៊ីសង ការគោរពបូជារូបបដិមានិងជឿព្រួញទស សន៍ទាយវាសនា គឺជាអំពើ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ចំណីអាហារ និងភេសជ្ជៈ របស់អ្នក ដ៏កខ្វក់នៃទង្វើ របស់ ស្ហៃតន។ ដូចនេះ ចូរពួកអ្នកជៀសវាងឱ្យឆផងាយពីវា ដើម្បីឱ្យពួក អ្នកទទួលបាន ជោគជ័យ"។ (គម្ពីរគួរអាន ៥ៈ៩០)។ អល់ឡោះបានឱ្យលក្ខណៈ របស់ វាថា ជាអំពើដ៏កខ្វវក់ ហើយពិតណាស់ វាជាទង្វើ របស់ ស្ហៃតន។ ហើយទ្រង់ ក៏បានប្រើឱ្យពួកយើងចៀសវាងឱ្យឆផងាយអំពីវា ប្រសិន នបើយើងចង់ទទួលបាន ជ័យជម្នះ និងជោគជ័យ។ អ្នកនាំសារបានមានប្រសាសន៍ថា៖ "រាល់អ្វីដែលធ្វើឱ្យស្ររវឹងគឺជាសុរា ហើយរាល់ អ្វីដែលធ្វើឱ្យស្ររវឹ ងគឺត្រូវបានហា មឃាត់(ហារ៉ាំ)។ ជនណាហើយដែលទទួលទាន សុរានៅក្នុងលោកិយនេះ ហើយ គេបានស្លាប់ក្នុងសភាពជាអ្នកញៀនសុរា នោះគេ នឹងមិនបានទទួលទានសុរាឡើយនៅថ្ងៃបរលោក"។ (មូស្លីមៈ២០០៣) អ្នកនាំសារលោកបានលើកឡើងពីភាពប្រឆាំងគ្នានៃការទទួលទានសុរានិងជំនឿ ក៏ដូចជាការថយចុះ របស់ ជំនឿថា៖ "គ្មានបុគ្គល នាម្នាក់ទទួលទានសុរាក្នុងខណៈ ពេលដែលរូបគេជាអ្នកមានជំនឿនោះឡើយ"។ (អាល់ពូខរីៈ៥២៥៦ មូស្លីមៈ៥៧) សាសនា ឥស្លាមបានបង្គាប់ឱ្យដាក់ទណ ឌកម្មមទៅលើអ្នកដែលទទួលទានសុរា។ ដូចនេះ វាធ្វើឲ្យ បាត់បង់សេចក្តីថ្លៃថ្នូររបស់ ពួកគេ និងការធ្លាក់ចុះនៃភាពជឿជាក់ របស់ ពួកគេនៅក្នុងសង្គម។ គេបានរៀបចំនូវទណ្ឌឌកម្មមយ៉ាងធផងន់ធផងងរបំផុតសម្រាប់អ្នកដែលនៅតែបន្តក្នុងការ សេពសុរា និងអ្វី ដែលស្ររដៀងនឹងវា រហូតដល់ស្លាប់ ដោយគេមិនបានសារភាព កំហុសនិងកែខ្លួន(មុនពេលស្លាប់)។ អ្នកនាំសារលោកបានមានប្រសាសន៍ថា៖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"ពិតណាស់ចំពោះអល់ឡោះ គឺមានការព្ររមានមួយសម្រាប់អ្នកដែលទទួលទាន សុរា គឺនឹងឱ្យពួកគេផឹកទីណាតុលខ៏ហ ពាល"។ (មូស្លីមៈ២០០២)។ "ទីណាតុល- ខ៏ហ ពាល" គឺជាសារធាតុរាវរបស់ អ្នកនៅឋាននរក សំដៅលើសារធាតុរាវដែលអាក្រក់ និងខ្ទុះដែលចេញពីរាងកាយអ្នកដែលបានវិនាស ដោយភ្លើងនរក។ ហើយគ្រប់បុគ្គល ដែលចូលរួម ឬជ្រោមជ្រែងទៅលើការសេពសុរា គឺចូលនៅក្នុង ការព្ររមាននេះទាំងអស់។ "ពិតណាស់ អ្នកនាំសារបានដាក់បណ្តាសាចំពោះបញ្ហា ពាក់ព័ន្ធនឹងសុរាគឺមាន១០ គឺអ្នកដែលផលិ តសុរា អ្នកដែលឱ្យគេផលិ តឱ្យគាត់ អ្នក ដែលផឹក វា អ្នកដែលដឹកជញ្ជូ នវា អ្នកដែលគេជញ្ជូ នឱ្យ អ្នកដែលចាក់ស្រាឲ្យគេផឹក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ចំណីអាហារ និងភេសជ្ជៈ របស់អ្នក អ្នកដែលលក់ស្រា អ្នកដែលទទួ លប្រយោជន៍ពីតម្លៃស្រា អ្នកដែលទិញវា និងអ្នក ដែលឲ្យគេទិញឲ្យ"។ (អាត់តៀរមីហ សីៈ១២៩៥) គ្រឿងញៀន អាហារសមុទ្ររ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ការប្រើប្រាស់គ្រឿងញៀនសូម្បីតែប្រភពដើមរបស់ វាជារុក្ខខជាតិ ឬជាផលិ តផល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ហើយសូម្បីតែការប្រើប្រាស់វាដោយការស្រូបហើយបញ្ចេញមកវិញ ឬការលេប ឬការ ចាក់ក៏ដោយ វាគឺជាអំពើបាប និង ជាអំពើដ៏ អាក្រក់បំផុត។ ជាមួយគ្នាផងដែរ វាធ្វើឱ្យ បាត់បង់សតិ ហើយវាបានបំផ្លាញប្រព័ន្ធធសរសៃប្រសាទរបស់ មនុស្ស ហើយធ្វើឱ្យអ្នក ដែលប្រើ ប្រាស់វាមានជំងឺសរសៃប្រសាទ និងវិកលចរិ តនានា ហើយប្រហែលជាអាច នាំឱ្យរូបគេស្លាប់ផងដែរ។ អល់ឡោះដែលជាម្ចាស់ដ៏មហា អាណិតស្ររលាញ់បំផុតទៅ ចំពោះខ្ញុំបម្រើរបស់ ទ្រង់បានមានបន្ទូថា៖ "ហើយចូរពួកអ្នកកុំសម្លាប់ខ្លួនឯង(ឬសម្លាប់ អ្នកដទៃ)ឱ្យសោះ។ ពិត ណាស់ អល់ឡោះអាណិតស្ររលាញ់បំផុតចំពោះពួកអ្នក"។ (គម្ពីរគួរអាន ៤ៈ២៩) អាហារសមុទ្ររគឺសំដៅលើអ្វីដែលមិនអាចរស់នៅបានឡើយលើកលែង តែនៅក្នុងទឹក ដោយវាមិនអាចរស់នៅលើគោកបាន ឡើយ។ ហើយពាក្យថា សមុទ្ររនៅត្រង់នេះ គឺមានន័យថា កន្លែង ដែលមានទឹកច្រើន ដែលរាប់បញ្ចូ ល ទន្លេ បឹង និងអ្វីដែលផ្សេងពីវាដែលមានទឹកច្រើន។ ហើយអាហារសមុទ្ររទាំងអស់ នោះ មិនថាវាជាសត្វ ឬជារុក្ខខជាតិដែលបាន ប្រមាញ់ វា ឬប្រទះ ឃើញវាស្លាប់ក៏ដោយ ពិតណាស់ ការបរិភោគវាគឺត្រូវបាន គេអនុញ្ញាត បើសិនជាវាមិនផ្តល់គ្រោះថ្នាក់។ អល់ឡោះបានមាន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"គេ(អល់ឡោះ)បានអនុញ្ញាត ឱ្យពួកអ្នកនេសាទសត្វសមុទ្របស់ និងយកសត្វ សមុទ្ររស្លាប់ មកធ្វើជាអាហារ"។ (គម្ពីរគួរអាន ៥ៈ៩៦)។</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ចំណីអាហារ និងភេសជ្ជៈ របស់អ្នក សត្វនៅលើគោក ការបរិភោគសត្វនៅលើគោកត្រូវបានអនុញ្ញាតក្នុងលក្ខខខណ្ឌឌចំនួនពីរ៖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 1 ជាប្រភេទសត្វដែលគេ អនុញ្ញាតឱ្យបរិភោគ ត្រូវបានប្រមាញ់ ឬសំទេះ ទៅ តាមកបួនច្បាប់ឥស្លាម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តើសត្វអ្វីខ្លះដែលគេអនុញ្ញាតឱ្យបរិភោគ?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ធាតុដើម សត្វទាំងអស់ គឺហា ឡាល់(អនុញ្ញាតឲ្យបរិភោគ) លើកលែងតែ អ្វីដែលមានភស្តុ តាងចង្អុលបង្ហាញអំពីគួរអាន និងប្រសាសន៍របស់ ព្យាការីលើការ ហា មឃាត់ចំពោះវា។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សត្វដែលគេហា មឃាត់មានដូចខាងក្រោម៖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សត្វជ្រូ ក៖ វាជាសត្វដែលគេហា មឃាត់ និងចាត់ទុកថាកខ្វក់នៅក្នុងសាសនា ឥស្លាម។ គ្រប់ផ្នែកទាំងអស់ របស់ វា និងអវយវៈរបស់ វា និងអ្វីដែលចេញពីវា ដូចដែលអល់ឡោះបានមាន មានបន្ទូលថា៖ "គេ(អល់ឡោះ)បានហា មឃាត់ ចំពោះពួកអ្នក(បរិភោគ)សត្វស្លាប់ ឈា ម សាច់ជ្រូក"។ (គម្ពីរគួរអាន ៥ៈ៣) ហើយអល់ឡោះបានមានបន្ទូលទៀតថា៖ "ឬសាច់ជ្រូក ព្រោះវា ជា របស់ ដែល កខ្វក់"។ (គម្ពីរគួរអាន ៦ៈ១៤៥) រាល់សត្វសាហាវដែលមានចង្កូម៖ មានន័យថា រាល់សត្វទាំងអស់ ដែលស៊ី សាច់ ជាអាហារ ទោះបីពួកវាមានទំហំធំដូចជាសត្វតោ និងសត្វខ្លា ឬតូចដូចជាសត្វ ឆ្មានិងអ្វីដែលផ្សេងពីវាក៏ ដោយ។ ហើយក៏ដូចនោះដែរ ចំពោះសត្វឆ្កែ។ រាល់សត្វបក្សីដែលមានក្ររញាំ៖ វាគឺរាល់បក្សីទាំងអស់ ដែលស៊ី សាច់ជាអាហារ ដូចជាសត្វស ទាំង សត្វឥន្ទ្រី សត្វទីទុ យ និងអ្វីផ្សេងពីនេះទៀត។ សត្វល អិត៖ រាល់សត្វល អិតទាំងអស់ នៅលើគោក គឺគេមិនអនុញ្ញាតឱ្យបរិភោគ វាឡើយ ពីព្រោះ គេមិន អាចសំទេះវាបានឡើយ លើកលែងតែកណ តូប គឺគេ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ចំណីអាហារ និងភេសជ្ជៈ របស់អ្នក អនុញ្ញាតឱ្យបរិភោគ ដូចអ្នកនាំសារ បានមានប្រសាសន៍ថា៖ "គេបានអនុញ្ញាតឲ្យ ពួកយើង(អាចទទួលទាន)នូវសត្វស្លាប់ពីរប្រភេទ(ដោយមិនចាំបាច់សំទេះ) នោះគឺ ត្រី និងកណ តូប"។ (អិពនូម៉ាហ្ជះៈ ៣២១៨) សត្វពស់ និងសត្វកណ្តុរ៖ គេហា មឃាត់មិនឱ្យបរិភោគវាឡើយ និងបានប្រើយើងឱ្យសម្លាប់ វា។ អ្នកនាំសារបានមានប្រសាសន៍ថា៖ "ប្រាំប្ររ ភេទនៃសត្វ អាក្រក់ដែលគេអាចសម្លាប់ពួកវាបានទាំងនៅក្នុងពេលដែលគេអនុញ្ញាត ឬពេលគេមិនអនុញ្ញាត(ពេលកាន់តំណមអៀហរ៉ម) គឺពស់ ក្អែក កណ តុរ ឆ្កែឆ្កួត និងសត្វខ លែងខ្មៅ"។ (អាល់ពូខរីៈ៣ ១៣៦ មូស្លីមៈ១១៩៨) សត្វលាស្រុក៖ វាគឺសត្វលាដែលគេប្រើប្រាស់វានៅក្នុងភូមិសម្រាប់ជាជំនិះ និងដឹកជញ្ជូ ន ឥវ៉ាន់។ 5 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ប្រភេទសត្វដែលគេអនុញ្ញាតឲ្យទទួលទាន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អ្វីដែលអល់ឡោះបានអនុញ្ញាតឲ្យទទួលទាននៃសត្វទាំងនេះ ត្រូវបានបែងចែក ជាពីរ៖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ប្រភេទសត្វដែលរស់នៅក្នុងព្រៃ ហើយរត់គេច ពីមនុស្សដោយមិនអាចាប់វាយកមកសំទេះ បានទេ៖ គេអនុញ្ញាតឱ្យយើងប្រមាញ់ វាទៅ តាមកបូនច្បាប់នៃការប្រមាញ់ របស់ ឥស្លាម។ ប្រភេទមួយទៀត គឺសត្វចិញ្ចឹ[មដែលគេអាចាប់ វា បាន៖ គេមិនអនុញ្ញាតឡើយ លើកលែងតែ សំទេះ វា ទៅ តាមកបួនច្បាប់ឥស្លាមជាមុនសិន។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អល់ឡោះបានអនុញ្ញាត ឲ្យយើងអាចទទួ លទាននូវ ចំណីអាហាររបស់ ពួកអះលី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គីតាប(ពួកជ្វីហ្វវនិងគ្រឹ[ស្ទាន) កាលណាពួកគេបានសំទេះ វាតាមរបៀបឥស្លាម។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ចំណីអាហារ និងភេសជ្ជៈ 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ការសំទេះសត្វតាមកបួនច្បាប់ឥស្លាម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វាជាការសំទេះសត្វដែលគ្រប់លក្ខខខណ្ឌឌនៃច្បាប់ឥស្លាម។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លក្ខខណ្ឌឌនៃការសំទេះសត្វតាមកបួនច្បាប់ឥស្លាមាន៖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អ្នកសំទេះ គឺជាអ្នកដែលគេអនុញ្ញាតឱ្យសំទេះសត្វបាន ពោលគឺ ត្រូវតែជា ជនមូស្លីម ឬអះលី គីតាប(ពួកជ្វីហ្វវនិងពួកគេរឹ [ស្ទាន) ដែលដឹងខុសត្រូវ និងមាន គោលបំណងនៅក្នុងការសំទេះ។ ឧបករណ៍ដែលប្រើ ដើម្បីសំទេះសត្វ ត្រូវតែជារបស់ ត្រឹមត្រូវដែលអាចធ្វើឱ្យ ហូរឈា ម និងមុត ដូចជាកាំបិតជាដើម។ ហើយគេហា មឃាត់មិនឱ្យប្រើអ្វីដែល សម្លាប់សត្វដោយដាក់សង្កត់ធផងន់ពីលើ និងវាយកបាលរបស់ វា ឬដោយការដុតវា និងការឆក់ដោយអគ្គិសនី ជាដើម។ រំលឹកនា មអល់ឡោះដោយសូត្រថា៖ بسم هللا (ពីស មិលឡះ) នៅពេលចាប់ផ្តើម សំទេះ។ កាត់ផ តាច់អ្វីដែលចាំបាច់ក្នុងការសំទេះ គឺបំពង់អាហារ បំពង់ក និងសរសៃឈា ម ពីរដែលនៅអមបំពង់កដែលជាសរសៃសំខាន់នៃបំពង់ក ឬកាត់បីនៅក្នុងចំណោម បួននេះ។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នបើលក្ខខខណ្ឌឌទាំងនេះត្រូវបានបំពេញ សាច់សត្វដែលបានសំទេះ គឺត្រូវ បានគេអនុញ្ញាត ឲ្យបរិភោគបាន។ តែប្រសិន នបើខ្វះលក្ខខខណ្ឌឌណាមួយក្នុងចំណោម លក្ខខខណ្ឌឌទាំងនេះ ពិតណាស់ សាច់សត្វដែលបាន សំទេះ នោះ គឺមិនត្រូវបានគេ អនុញ្ញាតឲ្យបរិភោនោះឡើយ។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ប្រភេទសាច់ដែលបម្រើនៅតាមភោជនីយដ្ឋាន និងហា ង សត្វដែលបានសំទេះដោយអ្នកមិនមែនមូស្លីម ឬអះលី គីតាប៖ ដូចជាអ្នកកាន់ ពុទ្ធធសាសនា ហិណ្ឌូសាសនា និងអ្នកគ្មានសាសនា គឺត្រូវបានគេហា មឃាត់។ ហើយក៏ចូលក្នុងចំណុចនេះផងដែរ អ្វីដែលមាននៅក្នុងភោជនីយដ្ឋាន ឬហា ងនៅក្នុងប្រទេស ដែលភាគច្រើននៃប្រជាជនរបស់ គេមិនមែនជាសាសនិក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ចំណីអាហារ និងភេសជ្ជៈ របស់អ្នក 2 3 4 ឥស្លាម និងអះលី គីតាប។ ដូចនេះ ច្បាប់ឥស្លាមិនអនុញ្ញាតឲ្យទទួលទាន នោះឡើយ លើកលែងតែមានការបញ្ជាក់ថា សាច់នោះគឺហា ឡាល់ (ដែលអាច បរិភោគបាន)។ សត្វដែលបានសំទេះដោយជនមូស្លីម ឬអះលី គីតាបដែលស្រប ទៅតាម ក្បួនច្បាប់ឥស្លាម៖ គឺត្រូវបានអនុញ្ញាត។ សត្វដែលបានសំទេះដោយជនមូស្លីម ឬអះលី គីតាប តែមិនអនុវត្តតទៅតាម ក្បួនច្បាប់ឥស្លាម៖ ដូចជាការឆក់ដោយអគ្គិសនី និងធ្វើឱ្យលង់ទឹកជាដើម គឺត្រូវបានហា មឃាត់ជាដាច់ខាត់។ សត្វដែលសំទេះដោយអះលី គីតាប ដោយមិនបានដឹងពីស្ថានភាពនៃការ សំទេះរបស់ ពួកគេ ក៏ដូចជាអ្វីដែលមាននៅក្នុងភោជនីយដ្ឋាននិងហា ងរបស់ ពួកគេ៖ ពិតណាស់ ធាតុដើមរបស់ វាគឺ ការសំទេះ របស់ ពួកគេដែលត្រឹមត្រូវ នោះ គឺត្រូវបានអនុញ្ញាតឱ្យបរិភោគ ជាមួយនឹងការសូត្រ "ពីស មិលឡះ" ក្នុង ពេលបរិភោគ។ តែជាការល្អបំផុតនោះ គឺស្វែងរកសាច់នៅកន្លែងដែលហា ឡាល់ ច្បាស់លាស់។ ការប្រមាញ់តាមកបួនច បាប់ឥស្លាម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ការប្រមាញ់ សត្វ គឺត្រូវបានអនុញ្ញាតចំពោះសត្វពាហនៈ និងបក្សីដែលគេ អនុញ្ញាតឱ្យបរិភោគវាបាន តែគេមិនអាចាប់វាយកមកសំទេះបាន មានដូចជា ប្រភេទសត្វស្លាបនៅជនបទ និងទីរហោស្ថានដែលជាប្រភេទសត្វមិនស៊ីសាច់ជា អាហារ ហើយក៏ដូចគ្នាដែរសត្វក្តាន់ និងទន្សាយព្រៃ និងអ្វីផ្សេងទៀត។ លក្ខខខណ្ឌឌក្នុងការបាញ់ដែលត្រូវបានអនុញ្ញាតមានដូចខាងក្រោម៖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អ្នកដែលបរបាញ់នោះ គឺជាអ្នកដែលមានប្រាជ្ញាស្មារតី មានបំណងក្នុងការ បរបាញ់ ជាជនមូស្លីម ឬអះលី គីតាប ហើយការបាញ់មិនអនុញ្ញាតឡើយ ចំពោះអ្នកដែលគោរពបដិមានិង មនុស្សដែលវិកលចរិ 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ចំណីអាហារ និងភេសជ្ជៈ របស់អ្នក សត្វដែលគេគ មានលទ្ធធភាពក្នុងការចាប់ យកមកសំទេះ ដោយសារតែវារត់គេច ចេញឆផងាយពីមនុស្ស។ ប្រសិន នបើគេមាន លទ្ធធភាពក្នុងការចាប់វាវាយកមកសំទេះ ដូចជា មាន់ ពពែ និងគោ ជាដើម នោះគឺ មិនអនុញ្ញាតឱ្យបរបាញ់ឡើយ។ ឧបករណ៍ក្នុងការប្រមាញ់ ចាំបាច់ត្រូវតែ មុត ដូចជា ព្រួញ និងគ្រាប់កាំភ្លើង ឬអ្វី 2 3 4 5 6 ផ្សេងទៀត។ ចំណែកឯការប្រមាញ់ ដោយឧបករណ៍ធផងន់ៗ ដូចជា ដុំថ្ម ឬអ្វី ផ្សេងទៀត គឺមិនអនុញ្ញាត ឱ្យបរិភោគសាច់វាឡើយ លើកលែងតែគេបានទៅ ទាន់សត្វនោះមុនពេលដែលវាស្លាប់ ហើយគេបាន យកវា មកសម្លេះទាន់។ រំលឹកនា មអល់ ឡោះដោយសូត្រថា៖ "ពីស មិលឡះ" មុនពេលដែលបាញ់ ឧបករណ៍ចេញនោះទៅ។ ប្រសិន នជាគេបានទៅទាន់សត្វ ឬបក្សីក្រោយពីបរបាញ់វា តែវាមិនទាន់ស្លាប់ទេ នោះ ចាំបាច់លើគេត្រូវតែសម្លេះវា។ ហា មឃាត់មិនឱ្យបរបាញ់សត្វដោយគ មានគោលបំណងដើម្បីបរិភោគជាដាច់ ខាត់ ដូចជាអ្នកដែលបរបាញ់សត្វដើម្បីការកម្សាន្ត និងការសប្បាយ បន្ទាប់មក គេមិនបរិភោគអ្វីដែលគេបានបរបាញ់នោះទេ។ សុជីវធម៌នៃការទទួ លទាន អាហារ និងភេសជ្ជៈ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អល់ឡោះជាម្ចាស់ទ្រង់បានដាក់ច្បាប់ជាច្រើនទាក់ទងនឹងសុជីវធម៌ក្នុង ការទទួលទានអាហារនិង ភេសជ្ជៈ ដើម្បីបញ្ជាក់យ៉ាងច្បាស់អំពីគោលបំណង និង គតិបណ្ឌិ តរបស់ ព្រះជាម្ចាស់ ដូចជាការរំលឹកអំពីឧបការគុណដែលអល់ឡោះបាន ប្រទានឱ្យមនុស្សលោក និង ជា ការក្សារពារអំពីជំងឺផ្សេងៗ ហើយនិងហា មឃាត់ពីការ ខ្ជះខ្ជាយជាដើម។ ក្នុងចំណោមសុជីវធម៌ទាំងនោះមានដូចជា៖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ចំណីអាហារ និងភេសជ្ជៈ របស់អ្នក ហា មឃាត់មិនឱ្យបរិភោគអាហារ និងភេសជ្ជៈនៅក្នុងវត្ថុប្រើប្រាស់ ដែលធ្វើពីមាសនិងប្រាក់ ឬស្រោប អំពីវាទាំងពីរ ពីព្រោះការធ្វើដូចនេះ គឺជាការខ្ជះខ្ជាយ និងលើសព្រំ ដែន និងជាការបំប្រាក់ទឹកចិត្តអ្នកក្រីក្ររ។ អ្នកនាំសារបានមានប្រសាសន៍ថា៖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"ចូរពួកអ្នកកុំផឹកទឹក នៅក្នុងឧបករណ៍ធ្វើអំពីមាស និង ប្រាក់ ហើយកុំទទួលទាន អាហារនៅក្នុងថាសធ្វើអំពីវាទាំងពីរនេះ។ ពិតណាស់ វាគឺសម្រាប់ពួកគេ(ពួកគេមាន ជំនឿ)នៅលើលោកិយ ហើយសម្រាប់ពួកអ្នក(អ្នកមានជំនឿ)នៅថ្ងៃបរលោក"។ (អាល់ពូខរីៈ៥១១០ មូស្លីមៈ២០៦៧) លាងសម្អាតដៃទាំងពីរ មុននិងក្រោយពេលបរិភោគអាហារ។ សូត្រ៖ "ពីស មិលឡះ" មុន ពេលចាប់ផ្តទីមទទួលទានអាហារនិ ង ភេសជ្ជៈ ហទីយ អត្ថន័យ របស់ វាគឺ ខ្ញុំសុំពរជ័យ និងសុំជំនួយនឹងព្រះនាមរបស់ អល់ ឡោះ។ ប្រសិន នបីគេភ្លេច ហទីយនឹកឃទីញវិញ ពេលកំពុងទទួលទាន នោះ ចូរសូត្រ ថា៖ "ពីស មិលឡះ ហ្វីអាវវ៉ាលីហ៊ី វ៉ាអាឃីរីហ៊ី" (ខ្ញុំចាប់ផ្តើមនឹងនាមរបស់ អល់ឡោះ និងបញ្ច ប់នឹងនាមរបស់ ទ្រង់)។ ពិតណាស់ ព្យាការីលោកបាន ឃទីញក្មេងតូចម្នាក់ ដែលមិនបានយល់ដឹងច្បាស់ពីសុ ជីវធម៌ នៃការទទួលទាន អាហារ លោក៏បានបង្រៀនក្មេង នោះថា៖ "ឱក្មេងប្រុស! ចូរអ្នកសូ ត្រ ពីស មិលឡះ បរិភោគអាហារនឹង ដៃស្តាំ និងបរិភោគអ្វីដែលនៅជិតអ្នក"។ (អាល់ពូខរីៈ៥០៦១ មូស្លីមៈ២០២២) បរិភោគអាហារ និងផឹកដោយដៃស្តាំ៖ អ្នកនាំសារបានមានប្រសាសន៍ថា៖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(ចូរពួកអ្នកកុំបរិភោគនឹង ដៃឆ្វេង។ ពិតណាស់ស្ហៃតនវាស៊ីអាហារនឹងដៃឆ្វេង"។ (មូស្លីមៈ២០១៩) គប្បីលើគេមិនត្រូវផឹកទឹក ឬបរិភោគអាហារដោយឈរឡើយ។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ចំណីអាហារ និងភេសជ្ជៈ របស់អ្នក បរិភោគអាហារដែលនៅជិតខ្លួន ហើយមិនត្រូវបរិភោគអំពីកន្លែងអ្នកដទៃឡើយ ព្រោះការបរិភោគអំពីកន្លែងអ្នកដទៃ វាគឺជាទង្វើ អសីលធម៌ មួយ។ ពិតណាស់ អ្នកនាំសារបានមានប្រសាសន៍ទៅកាន់ក្មេងប្រុស នោះថា៖ "ចូរបរិភោគនូវអ្វីដែល នៅជិតអ្នក"។ គប្បីរើសចំណែកអាហារដែលធ្លាក់ ហើយជូតអ្វីដែលប្ររ លាក់ចេញ ហើយបរិភោគវា នៅពេលណា ដែលយើងអាចយកនូវប្ររ ការមិនល្អចេញបាន។ ការធ្វើដូចនេះ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បញ្ជាក់អំពីការថែរក្សានូវឧបការគុណ របស់ អល់ឡោះ និងអាហារដែលទ្រង់បាន ប្រទានឲ្យ។ ហា មិនឱ្យបន្តុះបង្អាប់ រិះគន់ ឬមើលងា យអាហារឡើយ តែគប្បីស រសើរ ឬនៅ សផងៀម។ "ព្យាការីរបស់ ពួកយើងមិនធ្លាប់បន្តុះបង្អាប់ចំណីអាហារឡើយ។ ប្រសិន នបើ លោកចូលចិត្ត លោកទទួលទាន។ តែប្រសិន នបើលោកមិនពេញចិត្ត លោក៏ទុក វា"។ (អាល់ពូខរីៈ៥០៩៣ មូស្លីមៈ២០៦៤) ជៀសវាងការបរិភោគច្រើនហួសហេតុ ព្រោះថាការធ្វើដូចនេះ ជាទូទៅបណ្តាល ឲ្យមានជំងឺ និងខ្ជិល។ ដែលល្អ អប្រសើរ គឺគួរបរិភោគល្ម មៗបានហើយ(មិនឆ្អែត ពេក) ដូចដែលអ្នកនាំសារបានមានប្រសាសន៍ថា៖ "កូនចៅអាហ្ទាំមិនបានបំពេញ អ្វីមួយអាក្រក់ជាងការបំពេញពោះឡើយ។ គ្រប់គ្រាន់ហើយសម្រាប់កូនចៅអាហ្ទាំ នូវអាហារប៉ុន្មានម៉ាត់ដែលធ្វើឲ្យឆ្អឹ[ងខ្ននងរបស់ គេត្រង់នោះ។ ហើយប្រសិន នបើ ចាំបាច់ដោយខានមិនបាននោះ គឺ(ត្រូវទទួលទាន)មួយភាគបី(នៃក្ររពះ)សម្រាប់ អាហារ មួយភាគបីសម្រាប់ទឹក និងមួយភាគបីទៀតសម្រាប់ខ្យល់ដកដង្ហើ ម"។ (អាត់តៀរមីហ សីៈ២៣៨០ អិពនូម៉ាហ្ជះៈ៣៣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៤៩) នៅពេលបរិភោគរួច ត្រូវសូ ត្រង់ថា៖ "អាល់ហាំទូលិលឡះ" ថ្លែងអំណរ ទៅចំពោះ អល់ ឡោះលើឧបការគុណនេះដែលទ្រង់បានផ្តល់អាហារមកឲ្យគេបរិភោគ ខណៈ ដែលមនុស្សជាច្រើនមិនទួ លបានវា។ ហើយក៏អាចបន្ថែមពីលើនេះទៀតដោយ សូត្រថា៖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អាល់ហាំទូលិលឡើ ហ៊ិល ឡើហ្ស៊ី អាត់អាម៉ានី ហើហ្សើ វារ៉ហ្សើក៏នីហ៊ី មិន ហ្គ័យរី ហាវលិ ន មិននី វ៉ាលើគូវ៉ះ។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ចំណីអាហារ និងភេសជ្ជៈ របស់អ្នក (រាល់ការសរសើទាំងឡាយ គឺសម្រាប់អល់ឡោះដែលបានឱ្យខ្ញុំបានទទួលទាន អាហារនេះ និងបានផ្តល់លាភសក្កាការៈនេះដល់ខ្ញុំ ដោយវាមិនមែនដោយសារក្សារ ខំប្រឹងប្រែង ឬអានុ ភាព របស់ ខ្ញុំឡើយ)។ &gt; អ្នកនាំសារមូហាំម៉ាត់បានមានប្រសាសន៍ថា៖ "ប្រាកដណាស់ អល់ឡោះ ពេញចិត្តចំពោះខ្ញុំបម្រើរបស់ ទ្រង់ដែលគេទទួលទានចំណីអាហារ ហើយគេបាន ថ្លែងអំណរគុណទៅចំពោះទ្រង់ ឬទទួលទានទឹក ហើយរូបគេបានថ្លែងអំណរគុណ ចំពោះទ្រង់"។ (រាយការណ៍ដោយ មូស្លីម)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សម្លៀកបំ ពាក់របស់អ្នក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សម្លៀកបំពាក់ គឺជាឧបការគុណមួយក្នុងចំណោមឧបការគុណ ទាំងឡាយដែលអល់ឡោះបានផ្តល់មកឱ្យមនុស្ស ដូចដែលទ្រង់បាន មាន មានបន្ទូលថា៖ "ឱកូនចៅអាហ្ទាំ! យើងបានបញ្ចុះមកឱ្យពួកអ្នកនូវ សម្លៀកបំពាក់ដែលអាចបិទបាំងរាងកាយរបស់ ពួកអ្នក និងសម្លៀក បំពាក់សម្រាប់តែងលម្អអខ្លួន។ តែសម្លៀកបំពាក់កោតខ្លាច(ធ្វើអ្វី ដែលអល់ឡោះប្រើ និងជៀសវាងពីអ្វីដែលត្រូវបានហា មឃាត់) នោះវាប្រសើរជាងអ្វីៗទាំងអស់។ ទាំងនោះ គឺស្ថិតនៅក្នុងចំណោម ភស្តុ តាងរបស់ អល់ឡោះសង្ឃឹមថាពួកគេនឹងចាំ"។(គម្ពីរគួរអាន ៧ៈ២៦) មាតិកា សម្លៀកបំពាក់នៅក្នុងសាសនា ឥស្លាម ច្បាប់ទូទៅដែលទាក់ទងនឹងសម្លៀកបំពាក់ សម្លៀកបំពាក់ដែលគេបានហា មឃាត់ សម្លៀកបំពាក់ដែលលេចេញកេរខ្មាស សម្លៀកបំពាក់ដែលមានភាពស្ររដៀងគ្នារវាងប្រុសនិ ងស្រី សម្លៀកបំពាក់ដែលដូចនឹងសម្លៀកបំពាក់អ្នកគ្មានជំនឿ សម្លៀកបំពាក់ដែលធ្វើឱ្យមានភាពក្អេងក្អាង និងក្ររអឺតក្ររទម សម្លៀកបំពាក់ដែលមានសរសៃសូ ត្រ ឬមាសសម្រាប់បុរស សម្លៀកបំពាក់ដែលមានការខ្ជះខ្ជាយ និងហួសកម្រិត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សំលៀកបំពាក់របស់ អ្នក &gt; សម្លៀកបំ ពាក់នៅក្នុងសាសនាឥស្លាម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សម្លៀកបំពាក់របស់ អ្នកមានជំនឿចាំបាច់ត្រូវតែស្របស់ ស្អាត និងមានអនាម័យ ជាពិសេស ក្នុងពេលទំនាក់ទំនងជាមួយនឹងមនុស្ស និងក្នុងពេលប្រតិ បត្តិសឡាត ដូចដែលអល់ឡោះជាម្ចាស់បានមាន មានបន្ទូលថា៖ "ឱកូនចៅអាហ្ទាំ(មនុស្សលោក)! ចូរពួកអ្នកលម្អអសម្លៀកបំពាក់របស់ ពួកអ្នកនៅរាល់ម៉ាស្ជិទ(ពេលដែលសឡាត)"។ (គម្ពីរគួរអាន ៧ៈ៣១)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ហើយពិតណាស់ អល់ឡោះជាម្ចាស់បានបង្គាប់ប្រើដល់មនុស្សឱ្យសម្អាត សម្លៀកបំពាក់របស់ ពួកគេ និងរាងកាយរបស់ ពួកគេ ពីព្រោះធ្វើដូចនោះវាជាផ្នែកមួយ នៃការនឹករលឹកដល់ឧបការគុណដែលអល់ឡោះបានផ្តល់ឱ្យ។ អល់ឡោះបានមាន បន្ទូលថា៖ "ចូរអ្នកពោលថា តើអ្នកណាបានហា មឃាត់ពួកអ្នកនូវសម្លៀកបំពាក់ស្អាត និងលាភសក្កាការៈដែលល្អ អដែលអល់ឡោះបានផ្តល់ឱ្យបណ្តាខ្ញុំរបស់ ទ្រង់នោះ? ចូរ អ្នកពោលថា៖ វាគឺសម្រាប់បណ្តាអ្នកដែលមានជំនឿក្នុងការបស់នៅលើលោកិយនេះ ជាពិសស គឺ(សម្រាប់ពួកគេ)នៅថ្ងៃបរលោក។ ដូចនោះដែរ យើងបញ្ជាក់ភស្តុ តាង ជាច្រើន(ច្បាប់ឥស្លាម)យ៉ាងច្បាស់សម្រាប់ក្រុមដែលចេះដឹង)។ (គម្ពីរគួរអាន ៧ៈ៣២) សម្លៀកបំពាក់សម្រេ ចបាននូវអត្ថ ប្រយោជន៍ ជាច្រើនដល់មនុស្ស។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សម្លៀកបំពាក់សម្រេ ចបាននូវសេចក្ដី ត្រូវការជាច្រើនដូចជា៖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បិទបាំង ផ្នែកសំខាន់ៗនៃរាងកាយរបស់ មនុស្សពីការមើលឃើញរបស់ អ្នកដទៃ នៅក្រោមអារម្មមណ៍សុភាព ស្អាតស្អំទៅ ចំពោះមនុស្ស។ ការពាររាងកាយរបស់ មនុស្សអំពីភាព ក្តៅ ត្រជាក់ និងគ្រោះថ្នាក់។ ក្តៅនិងត្រជាក់ គឺជាការ ផ្លាស់ប្តូរនៃអាកាសធាតុ ហើយ គ្រោះថ្នាក់ គឺជាការបំពានទៅលើរាងកាយ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សំលៀកបំពាក់របស់ អ្នក &gt; ច្បាប់ទូទៅដែលទាក់ ទងនឹងសម្លៀកបំ ពាក់ របស់ មនុស្ស។ អល់ឡោះបានមានបន្ទូលអំពីល ក្ខណៈរបស់ សម្លៀកបំពាក់ថា៖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"ហើយទ្រង់បានធ្វើឱ្យមានសម្លៀកបំពាក់សម្រាប់ពួកអ្នកដើម្បីការពារពួកអ្នក ពីកម្ដៅ(ឬរងា )និងសម្លៀកបំពាក់ (អាវក្រោះ)ដើម្បីការពារពួកអ្នកក្នុងពេល សង្គ្រាម។ ដូចនោះហើយទ្រង់បំពេញឧបការគុណរបស់ ទ្រង់ដល់ពួកអ្នក ដើម្បី ឱ្យពួកអ្នកប្រគ ល់ខ្លួនទៅចំពោះទ្រង់"។ ( គម្ពីរគួរអាន ១៦ៈ៨១) &gt;សាសនា ឥស្លាមិនបានកំណត់ប្រភេទនៃសម្លៀកបំពាក់ដែលដាច់ដោយឡែក ពីគេឡើយ ហើយជាការល្អប្រសើរគឺត្រូវស្លៀកសម្លៀកបំពាក់ដែលស្រប ទៅតាម សម្លៀកបំពាក់របស់ ប្រជាជនដែលរស់នៅក្នុងប្រទេស របស់ ខ្លួន លើកលែងតែអ្វី ដែលជាករណីលើកលែងដែលឥស្លាមបានហា មឃាត់។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ឥស្លាមជាសាសនាស្អាតស្អំ ហើយមិនបានកំណត់ច្បាប់សម្រាប់មនុស្សក្នុង កិច្ចចការនៃជីវិតបស់នៅរបស់ ពួកគេទេ លើកលែងតែអ្វីដែលស មស្របទៅនឹងភាព ស្អាតស្អំ សន្តិភាព និងចិត្តគំនិតអាចទទួលយកបាន និងទូទៅសមហេតុសមផល។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សំលៀកបំពាក់របស់ 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ធាតុដើមនៃសម្លៀកបំពាក់របស់ អ្នកមូស្លីម និងការតុបតែងខ្លួនរបស់ ពួកគេ គឺ ត្រូវបានអនុញ្ញាត៖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 ឥស្លាមិនបានកំណត់សម្រាប់មនុស្សនូវប្ររ ភេទនៃសម្លៀកបំពាក់ ដោយឡែកពីគេឡើយ។ ប៉ុន្តែច្បាប់បានទទួលស្គាល់រាល់សម្លៀកបំពាក់ទាំងអស់ ដរាប ណាវាស្ថិតនៅក្នុងចំណោមប្រក្សារដែលគេត្រូវការ ដោយមិនមានការបំពាន និងលើសព្រំ ដែន។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អ្នកនាំសារលោកបានស្លៀកសម្លៀកបំពាក់ដែលមាននៅក្នុងសម័យកាលរបស់ លោក ហើយលោកមិនបានប្រើឱ្យស្លៀកសម្លៀកបំពាក់ជាក់លាក់ណាមួយឡើយ ហើយលោក៏មិនបានហា មឃាត់ការស្លៀកពាក់ជាក់លាក់ណាមួយដែរ ក៏ប៉ុន្តែលោក បានហា មឃាត់នូវលក្ខណៈជាក់លាក់នៃសម្លៀកបំពាក់មួយចំនួន។ ធាតុដើមនៃការ ទំនាក់ទំនងប្រចាំ ថ្ងៃដែលមានដូចជា សម្លៀកបំពាក់ ការបរិភោគ គឺគេអនុញ្ញាតដោយ មិនមាន ការហា មឃាត់ឡើយ លើកលែងតែមានភស្តុ តាងបញ្ជាក់ហា ម។ គោលការណ៍ នេះគឺផ្ទុយអំពីការគោរពសក្ការៈ ដែលធាតុដើមរបស់ វា គឺមិនត្រូវអនុវត្តតឡើយ ហើយ ច្បាប់ឥស្លាមក៏មិនបង្គាប់ប្រើឲ្យធ្វើវា នោះដែរ លើកលែងតែមានភស្តុ តាងបញ្ជាក់ប្រើ។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អ្នកនាំសារបានមានប្រសាសន៍ថា៖ "ចូរពួកអ្នកបរិភោគ ចូពួកអ្នកបរិច្ចាគ និងចូរពួកអ្នកស្លៀកសម្លៀកបំពាក់ចុះ ដោយមិនត្រូវមានការខ្ជះខ្ជាយ និងកំណាញ់ (ត្បិត្បៀត)ឡើយ"។ (អាន់ណាសាអ៊ីៈ ២៥៥៩) សម្លៀកបំពាក់ដែលគេបានហា មឃាត់ សម្លៀកបំពាក់ដែលលេចេញកេរខ្មាស(ផ្នែកនៃរាងកាយដែលចាំបាច់ត្រូវតែ បិទបាំង)៖ គឺចាំបាច់លើជនមូស្លីមត្រូវបិទបាំងកេរខ្មាសរបស់ ខ្លួនដោយ សម្លៀកបំពាក់ ដូចដែលអល់ឡោះបានមាន មានបន្ទូលថា៖ "យើងបានបញ្ចុះមក ឱ្យពួកអ្នកនូវសម្លៀកបំពាក់ដែលអាចបិទបាំងរាងកាយរបស់ ពួកអ្នក"។(គម្ពីរ គួរអាន ៧ៈ២៦)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 ឥស្លាមបានកំណត់ខ្នាតក្នុងការបិទបាំងកេរខ្មាសសម្រាប់បុរស និងស្ត្រី។ ចំពោះបុរសគឺ កេរខ្មាសរបស់ ពួកគេ គឺចាប់ពីផ្ចិតបហូតដល់ជង្គង់របស់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សំលៀកបំពាក់របស់ អ្នក គេ។ចំណែកឯកេរខ្មាសរបស់ ស្ត្រីពេលនៅមុខបុរសដែលអាចរៀបការជាមួយ បាន គឺរាងកាយទាំងមូលរបស់ នាង លើកលែងតែមុខនិងបាតដៃទាំងពីរ។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ហើយមិនអនុញ្ញាតចំពោះការបិទបាំងដោយប្រើសម្លៀកបំពាក់ដែល រឹបចង្អៀតដែលអាចកំណត់(មើលយល់)ផ្នែកៗនៃរាងកាយរបស់ គេនោះទេ ហើយក៏មិនត្រូវស្តើងពេកដែលអាចេញ(មើលឃើញ)ខ្លួនប្រាណ ខាងក្នុងនោះ ដែរ។ ជាការពិតណាស់ អល់ឡោះបានព្ររមានដល់អ្នកដែលស្លៀកសម្លៀកបំពាក់ ដែលអាចមើលឃើញកេរខ្មាសរបស់ ខ្លួននោះ ដោយអ្នកនាំសារមានប្រសាសន៍ ថា៖ "ពីរក្រុមស្ថិតក្នុងចំណោមអ្នកដែលចូលឋាននរក" មួយក្នុងចំណោមនោះគឺ៖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"ស្ត្រីដែស្លៀកពាក់ស្តើងចេញកេរខ្មាស"។ សម្លៀកបំពាក់ដែលប្រដូចទៅនឹងភេទាំងពីរ៖ មានន័យថាគឺការប្រដូចខ្លួន បុរសទៅនឹងស្ត្រីដោយការស្លៀកសម្លៀកបំពាក់ដែលសម្រាប់តែស្ត្រីប៉ុណ្ណោះណោះ។ ហើយក៏ដូចគ្នាផងដែរ ការប្រដូចស្ត្រី ទៅនឹងបុរស។ ទង្វើ បែបនេះគឺគេហា មឃាត់ ហើយវាជាបាបកម្មួយនៃបាបកម្មមកម្រិ តធផងន់។ ហើយគេរាប់បញ្ចូ លទៅក្នុងវា នោះដែរ គឺការប្រដូចរបស់ ពួកគេនៅក្នុងការនិយា យស្តី ការដើរ និងកាយវិការ។ "ពិតណាស់ អ្នកនាំសារ បានដាក់បណ្តាសាលើបុរសដែលស្លៀកសម្លៀកបំពាក់ របស់ ស្ត្រី និងស្ត្រីដែលស្លៀកសម្លៀកបំពាក់បុរស"។ (អាពូហ ទាវូទៈ៤០៩៨) ម្យ៉ាងទៀត៖ "អ្នកនាំសារបានដាក់បណ្តាសាលើបុរសដែលប្រដូចខ្លួនទៅនឹងស្ត្រី និងស្ត្រីដែលប្រដូចខ្លួនទៅនឹងបុរស"។ (អាល់ពូខរីៈ៥៥៤៦)។ ដាក់បណ្តាសា មានន័យថា បណ្តេញចេញឲ្យឆផងាយពីការអាណិតស្ររលាញ់របស់ អល់ឡោះ។ ឥស្លាមចង់ឱ្យទម្លាប់របស់ បុរស និងរូបរាងកាយរបស់ ពួកគេមានភាពខុសប្លែក ពីស្រ តី ហើយសម្រាប់ស្ត្រីក៏ដូចគ្នាដែរ។ នោះហើយជាអ្វីដែលមានពីធម្មជាតិនៃ កំណើតដ៏ស្អាតស្អំ និងជាប្រក្សារត្រឹមត្រូវស មហេតុផល។ សម្លៀកបំពាក់ដែលដូចនឹងអ្នកគ្មានជំនឿ ដោយវាជាសម្លៀកបំពាក់ជាក់លាក់ របស់ ពួកគេ៖ ដូចជាសម្លៀកបំពាក់លោកសង្ឃ និងអាចារ្យ ការពាក់រូបឈើឆ្កាង និងអ្វីដែលជាសញ្ញាជាក់លាក់របស់ សាសនា ណាមួយ។ សម្លៀកបំពាក់ទាំងនោះ ត្រូវបានគេហា មិនឱ្យពាក់វានោះទេ ដោយអ្នកនាំសារ បានមានប្រសាសន៍ថា៖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សំលៀកបំពាក់របស់ អ្នក "ជនណាហើយដែលប្រដូចខ្លួនទៅនឹងក្រុមណាមួយ ពិតណាស់ រូបគេស្ថិត ក្នុងចំណោមករុម នោះហើយ"។ (អាពូហ ទាវូទៈ ៤០៣១)។ រួមបញ្ចូ លទៅក្នុង ការប្រដូចនោះផងដែរ គឺការស្លៀកសម្លៀកបំពាក់ដែលមាននិមិត្តតសញ្ញាជាក់លាក់ ពីសាសនាដទៃ ឬនិកាយដែលវង្វេង។ ការប្រដូចនេះ ជាភស្តុ តាងបង្ហាញពីភាព អសីល ធម៌ និងការមិនស្មោះត្រង់នឹងខ្លួនលើអ្វីដែលជាសិទ្ធិរបស់ មនុស្ស។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មិនមែនជាការប្រដូចនោះទេ ប្រសិន នបើអ្នកមូស្លីមស្លៀកសម្លៀកបំពាក់ ដែលល បីសុះសាយនៅក្នុងប្រទេស របស់ ខ្លួន សូម្បីតែភាគច្រើនមនុស្សគ មានជំនឿ ស្លៀកពាក់វាក៏ដោយ។ ពិតណាស់ អ្នកនាំសារ លោកបានស្លៀកសម្លៀកបំពាក់ ដូចជាសម្លៀកបំពាក់អ្នកគ្មានជំនឿនៃក្រុមគូរ៉ស្ហដែរ លើកលែងតែអ្វីដែលមាន ភស្តុ តាងបញ្ជាក់ពីការហា មឃាត់ចំពោះវា។ សម្លៀកបំពាក់ដែលធ្វើឱ្យមានភាពក្អេងក្អាង និងក្ររអឺតក្ររទម៖ ពិតណាស់ អ្នកនាំសារលោកបានមានប្រសាសន៍ថា៖ "មិនបានចូលក្នុងឋានសួគ៌ឡើយ ជនណាហើយដែលមានភាពក្ររអឺតក្ររទមនៅក្នុងចិត្តរបស់ ខ្លួន សូម្បីតែទម្ងន់ ប៉ុនល្អងធូលីក៏ដោយ"។ (មូស្លីមៈ ៩១)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ដូចនេះហើយ ឥស្លាមបានហា មឃាត់អំពីការស្លៀកសារុង(ឬខោ)ហៀរ ផុតភ្នែកគោលសម្រាប់បុរស ដោយសារក្សារធ្វើដូចនោះជាមូលហេតុនាំឱ្យមានភាព ក្អេងក្អាង និងក្ររអឺតក្ររទម។ អ្នកនាំសារលោកបានមានប្រសាសន៍ថា៖ "ជនណា ស្លៀកសារុង(ឬខោ)ហៀរកែងជើងដោយកររអឺតក្ររទមនោះ អល់ឡោះនឹងមិន មើលទៅកាន់គេឡើយនៅថ្ងៃបរលោក"។ (អាល់ពូខរីៈ៣ ៤៦៥ មូស្លីមៈ២០៨៥)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ហើយឥស្លាមក៏ហា មឃាត់ពីការស្លៀកសម្លៀកបំពាក់ដែលល បីល្បាញ ពោលគឺសម្លៀកបំពាក់ ដែលធ្វើឱ្យមនុស្សមានការចាប់អារម្មមណ៍ខ្លាំងនៅពេល ដែលបុគ្គល នាម្នាក់ស្លៀកវា ហើយពួកគេនឹងជជែកគ្នាអំពីវា និងធ្វើឱ្យអ្នក ដែលស្លៀកវាមានភាពល្បីល្បាញ ដោយសារវាចម្លែក ឬមនុស្សស្អប់ខ្ពើមវាដោយ មូលហេតុរូបរាង និង ពណ៌ របស់ វាដែលខុសធម្មតា ឬធ្វើឱ្យអ្នកដែលស្លៀកវា ក្លាយជាអ្នកមានមោទនភាព និងក្អេងក្អាង។ អ្នកនាំសារ 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"ជនណាហើយស្លៀកសម្លៀកបំពាក់ដែលមានភាពល្បីល្បាញនៅក្នុងលោកិយ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សំលៀកបំពាក់របស់ អ្នក 6 5 នោះអល់ឡោះនឹងឱ្យរូបគេស្លៀកសម្លៀកបំពាក់ដែលធ្វើឱ្យគេមានភាពអាម៉ាស់ នៅថ្ងៃបរលោក"។ (អះម៉ាត់ៈ៥៦៦៤ អិពនូម៉ាហ្ជះៈ ៣៦០៧) សម្លៀកបំពាក់ដែលមានមាស ឬក៏មានសសៃសូ ត្រធម្មជាតិសម្រាប់បុរស៖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ពិតប្រាកដណាស់ សាសនា ឥស្លាមបានហា មឃាត់វាទាំងពីរមកលើបុរស ដូចដែលអ្នកនាំសារបានមានប្រសាសន៍អំពីមាស និងសូត្រថា៖ "ពិតណាស់ វាទាំងពីរនេះ គឺត្រូវបានហា មឃាត់មកលើបុរសៗនៃប្រជាជាតិខ្ញុំ ហើយអនុញ្ញាត សម្រាប់ស្ត្រី"។ (អិពនូម៉ាហ្ជះៈ៣៥៩៥ អាពូហ ទាវូទៈ៤០៥៧)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សូត្រដែលគេហា មឃាត់លើបុរសនោះ គឺសំដៅលើសូត្រធម្មជាតិដែលគេ ដកយកវាចេញពីដង កូវនា ង។ សម្លៀកបំពាក់ដែលមានការខ្ជះខ្ជាយ និងហួសកម្រិត៖ អ្នកនាំសារបាន មានប្រសាសន៍ថា៖ "ចូរពួកអ្នកបរិភោគ ចូរពួកអ្នកបរិច្ចាគ និងចូរពួកអ្នកស្លៀក សម្លៀកបំពាក់ចុះ តែមិនត្រូវមានការខ្ជះខ្ជាយ និងកំណាញ់ (ត្បិត្បៀត)នោះ ទេ"។ (អាន់ណាសាអ៊ីៈ ២៥៥៩)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វាមានភាពខុសគ្នាអាស្រ័យលើ ស្ថានភាពអ្នកដែស្លៀកពាក់វា។ សម្រាប់ អ្នកមាន គឺគេអាចទិញសម្លៀកបំពាក់ដែល អ្នកក្ររមិ នសក្តិសមនឹងទិញវា ដោយធៀប ទៅនឹង ទ្រព្យសម្បត្តិ ប្រាក់ចំណូលប្រចាំ ខែ និងការចំណាយនានា របស់ គេ ព្រមទាំង តម្រូវការដទៃទៀតដែលស្ថិ តនៅក្រោមការ គ្រប់គ្ររងរបស់ គេ។ សម្លៀកបំពាក់មួយ វាអាចជាការខ្ជះខ្ជាយសម្រាប់អ្នកក្ររ តែ វាមិនមែនជាការខ្ជះខ្ជាយឡើយសម្រាប់ អ្នកមាន។ &gt; គេបានហា មឃាត់អំពីការខ្ជះខ្ជាយទៅលើ សម្លៀកបំពាក់ ហើយវាខុសគ្នាទៅតាម ប្រាក់ចំណូល និងតម្រូវការដទៃទៀតដែល នៅស្ថិតក្រោមការគ្រប់គ្ររងរបស់ ជននោះ។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 ឥស្លាមបានផ្តល់សារៈសំខាន់យ៉ាងខ្លាំងចំពោះ គ្រួសារ ហើយជំរុញឲ្យមានលំនឹងនៅក្នុងគ្រួសារ និងថែរក្សាគ្រួសារ អំពីប្ររ ការដែលធ្វើឱ្យប៉ះពាល់ និងបំផ្លាញនូវសុ ភមង្គគលគ្រួសារ ពីព្រោះសុភមង្គគលនៅក្នុងក្រុមគ្រួសារ នឹងធានាបាននូវសុ ខសន្តិភាព សម្រាប់បុគ្គល និងសង្គមទាំងមូល។ មាតិកា ឋានៈគ្រួសារនៅក្នុងសាសនា ឥស្លាម ឋានៈស្ត្រីនៅក្នុងសាសនា ឥស្លាម ស្ត្រីត្រូវបានឥស្លាមយកចិត្តទុកដាក់ថែទាំនាង គ មានជម្លោះរវាងភេទាំងពីរ ប្រភេទស្ត្រី ចំពោះបុរស គោលការណ៍នៃទំនាក់ទំនងរវាងបុរសនិងស្ត្រីដែលអាច រៀបការជាមួយបាន ព្រំដែននៃហ៊ីហ ជាប អាពាហ៍ពិពាហ៍ក្នុងសាសនា ឥស្លាម សិទ្ធិនិងកាតព្វកិច្ចរបស់ ប្តីប្រពន្ធធនៅក្នុងសាសនា ឥស្លាម ពហុពន្ធធភាព ការលែងលះ សិទ្ធិរបស់ ឪពុកម្តាយ សិទ្ធិរបស់ កូន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&gt; ឋានៈគ្រួសារនៅក្នុងសាសនាឥស្លាម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 ឥស្លាមបានបង្ហាញពីការយកចិត្តទុកដាក់ចំពោះគ្រួសារ ដូចអ្វីដែល បានបង្ហាញខាងក្រោមនេះ៖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ឥស្លាមបានសង្កត់ធផងន់លើការចាប់ផ្តើមរៀបអាពាហ៍ពិពាហ៍ និងការបង្កើ តគ្រួសារ ហើយបានចាត់ទុកវាជាកិច្ចចការដ៏ឧត្តុងឧត្តម្ភ និងជាមាន គ៌ារបស់ បណ្តាអ្នកនាំសារ ទាំងឡាយ ដូចដែលអ្នកនាំសារបានមានប្រសាសន៍ថា៖ "ខ្ញុំបួសហើយខ្ញុំស្រាយ ខ្ញុំប្រតិបត្តិសឡាតហើយខ្ញុំគេង ហើយខ្ញុំរៀបការជាមួយស្ត្រី។ បុគ្គល ណាមិន ពេញចិត្តនឹងមាន គ៌ារបស់ ខ្ញុំ បុគ្គល នោះមិនស្ថិតនៅក្នុងក្រុមរបស់ ខ្ញុំឡើយ"។ (អាល់ពូខរីៈ៤៧៧៦ មូស្លីមៈ១៤០១) 1 គម្ពីរគួរអានបានចាត់ទុកថា វាជាការប្រោសប្ររ ទាន និងជាភស្តុ តាងដ៏អស្ចារ្យដែល អល់ឡោះបានបង្កើ តឱ្យមានការរួមរស់ ការស្ររលាញ់គ្នា ការអាណិតអាសូរគ្នា និង ការបស់នៅជាមួយគ្នារវាងស្វាមីនិងភរិយា។ អល់ឡោះបានមាន មានបន្ទូលថា៖ "ហើយ ក្នុងចំណោមភស្តុ តាងរបស់ ទ្រង់ គឺទ្រង់បានបង្កើ តឱ្យពួកអ្នកនូវភរិយាចេញពីខ្លួន ពួកអ្នក ដើម្បីឱ្យពួកអ្នកមានភាពកក់ក្តៅជាមួយនាង។ ហើយទ្រង់បានបង្កើ តឱ្យ មានការស្ររលាញ់ និងការអាណិតអាសូររវាងពួកអ្នក"។ (គម្ពីរគួរអាន ៣០ៈ២១) ឥស្លាមបានប្រើឱ្យផ្តល់ភាពងា យស្រួលក្នុងការបៀបអាពាហ៍ពិពាហ៍ និងជួយដល់ អ្នកដែលមានបំណងចង់រៀបអាពាហ៍ពិពាហ៍ដើម្បីទប់ស្កាត់តណ្ហារបស់ ខ្លួន ដូចដែលអ្នកនាំសារបានមានប្រសាសន៍ថា៖ "បីក្រុមដែលទទួលបានសិទ្ធិនៃការ ជួយពីអល់ ឡោះដល់ពួកគេ" ហើយក្នុងចំណោមនោះគឺ "អ្នករៀបអាពាហ៍ពិពាហ៍ ដែលមានបំណងដើម្បីទប់ស្កាត់តណ្ហារបស់ ខ្លួនកុំឱ្យប្រព្រឹ [ត្តតប្រក្សារដែលច្បាប់ហា ម ឃាត់"។ (អាត់តៀរមីហ សី ១៦៥៥) ឥស្លាមបានបង្គាប់ប្រើយុ វជនឱ្យរៀបអាពាហ៍ពិពាហ៍នៅក្នុងពេលដែលពួកគេមាន កំលទាំងមាំមួន និងមានសមត្ថថភាព ដែលជាហេតុធ្វើឱ្យពួកគេទទួលបានការរួមរស់ និងមានភាពនឹងនរ ហើយក៏ទទួលបានដំណោះស្រាយស្របច្បាប់ ដើម្បីទប់ស្កាត់ តណ្ហា និងចំណងផ្លូវភេដៃ៏ខ្លាំងក្លា។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2 3 ឥស្លាមបានផ្តល់ការគោរពយ៉ាងពេញលេញចំពោះសមាជិកគ្រប់រូបក្នុងគ្រួសារ ទោះបីជាបុរសឬស្ត្រីក៏ដោយ។ &gt; គម្ពីរគួរអានបានកំណត់ថា ការរួមរស់ ការស្ររ លាញ់ និងការ អាណិតអាសូររវាងប្តីប្រពន្ធធនោះ គឺជាឧបការគុណដ៏ធំធេងបំផុត។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ឥស្លាមបានចាត់ទុកឪពុកម្តាយជាអ្នកទទួ ល ខុសត្រូវខ្ពស់ បំផុតក្នុងការអប់រំកូនៗរបស់ ខ្លួន។ អំពី អាប់ទុលឡោះ កូន អ៊ូមើរ គាត់បានឮអ្នកនាំសារ បានមានប្រសាសន៍ថា៖ "ពួកអ្នកទាំងអស់ គឺជាអ្នក មើលការខុសត្រូវ ហើយនឹងត្រូវទទួ លខុសត្រូវលើអ្វី ដែលរូបគេមើលការខុសត្រូវនោះ។ មេដឹកនាំគឺជាអ្នក ដែលមើលការខុសត្រូវ ហើយត្រូវទទួលខុសត្រូវ ចំពោះអ្នកដែលនៅក្រោមការគ្រប់គ្ររងរបស់ ខ្លួន។ បុរសគឺ ជាអ្នកមើលការខុសត្រូវចំ ពោះគ្រួសារ របស់ ខ្លួន ហើយត្រូវទទួលខុសត្រូវលើអ្នកនៅ ក្រោមការគ្រប់គ្ររងរបស់ ខ្លួន។ ស្ត្រីគឺជាអ្នកមើល ការខុសត្រូវផ្ទះស្វាមីរបស់ នាង ហើយត្រូវទទួលខុសត្រូវអ្នកនៅក្រោមការគ្រប់គ្ររង របស់ ខ្លួន។ អ្នកបម្រើ គឺជាអ្នកមើលការខុសត្រូវចំពោះទ្រព្យសម្បត្តិចៅហ្វាយរបស់ ខ្លួន ហើយត្រូវទទួលខុសត្រូវចំពោះអ្វីដែលខ្លួនមើលការខុសត្រូវនោះ"។ (អាល់ពូខរីៈ ៨៥៣ មូស្លីមៈ១៨២៩) ឥស្លាមបានជំរុញយ៉ាងខ្លាំងទៅលើកូនចៅឲ្យពួកគេគោរពលើកតម្កើងចំពោះ ឪពុកម្តាយ មើលថែពួកគាត់ និងធ្វើតាមការបង្គាប់ប្រើរបស់ ពួកគាត់រហូតដល់ ពួកគាត់លាចាកលោកនេះទៅ។ ទោះបីជាកូនប្រុស ឬកូនស្រីស្ថិតក្នុងវ័យណាក៏ដោយ ក៏ចាំបាច់លើពួកគេត្រូវ គោរព និងធ្វើល្អ អទៅចំពោះពួកគាត់ដែរ។ ពិតប្រាកដណាស់ អល់ឡោះបានភ្ជាប់ ការធ្វើល្អ អចំពោះគាត់ទាំងពីរជាមួយនឹងការគោរពសក្ការៈទៅចំពោះទ្រង់ ហើយបាន ហា មឃាត់មិនឱ្យជ្រុលជ្រួ សពាក្យសំដី ឬកាយវិការទៅលើគាត់ទាំងពីរឡើយ សូម្បីតែការប្រើប្រាស់ពាក្យសំដី ឬសំទេងដែលបង្ហាញពីភាពធុញទ្រាន់ចំពោះ គាត់ទាំងពីរក៏ដោយ។ អល់ឡោះបានមាន មានបន្ទូលថា៖ "ហើយម្ចាស់របស់ 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បានបញ្ជាថា៖ ពួកអ្នកមិនត្រូវគោរពសក្ការៈ(ចំពោះអ្វី)ក្រៅពីទ្រង់ឡើយ ហើយ ចូរពួកអ្នកធ្វើល្អអទៅចំពោះឪពុកម្តាយ។ ប្រសិន នបើម្នាក់នៃគាត់ទាំងពីរ ឬក៏គាត់ ទាំងពីរមានវ័យចាស់ជរារស់នៅជាមួយអ្នក ចូរអ្នកកុំនិយា យទៅកាន់គាត់ទាំងពីរ នូវពាក្យសំដីមិនសមរម្យ ឬគំហកដាក់គាត់ទាំងពីរឱ្យសោះ។ តែអ្នកត្រូវនិយា យ ទៅកាន់គាត់ទាំងពីរនូវពាក្យសំដីណាដែលទន់ភ្លន់បំផុត"។ (គម្ពីរគួរអាន ១៧ៈ២៣) ឥស្លាមបង្គាប់ប្រើឱ្យថែរក្សាសិទ្ធិកូនប្រុសនិ ងកូនស្រី ហើយចាំបាច់ត្រូវឱ្យមាន ភាពយុត្តិធម៌រវាងពួកគេក្នុងការផ្គគត់ផ្គគង់ និងកិច្ចចការផ្នែកខាងក្រៅ។ ជនមូស្លីមត្រូវមានកាតព្វកិច្ចនៅក្នុងការភ្ជាប់ទំនាក់ទំនងជាមួយសាច់ញាតិ មានន័យថា ភ្ជាប់ទំនាក់ទំនងជាមួយមនុស្ស និងធ្វើល្អ អជាមួយនឹងសាច់ញាតិ របស់ ខ្លួន ទាំងខាងឪពុក និងខាងម តាយ 4 5 ដែលមានដូចជា បងប្អូនប្រុស និងប្អូន ស្រីរបស់ ខ្លួន មាមីងខាងឪពុក និងកូនៗ របស់ ពួកគាត់ មាមីងខាងម តាយ និងកូនៗ របស់ ពួកគាត់ ហើយគេបានចាត់ទុការ ធ្វើដូចនោះ ជាការបញ្ជិ តខ្លួននិងជាការគោរព ប្រណិ ប័តន៍ដ៏ធំធេងមួយ។ ត្រូវមាន ការប្រុងប្រយ័ ត្ននចំពោះការផ តាច់ទំនាក់ទំនង ជាមួយញាតិសណ្តាន ឬធ្វើប ររក្សារអាក្រក់ ទៅចំពោះពួកគេ ហើយគេចាត់ទុកទង្វើ បែបនោះជាបាបកម្មមធំ។ អ្នកនាំសារបាន មានប្រសាសន៍ថា៖ "មិនចូលឋានសួគ៌ ឡើយ អ្នកដែលកាត់ផ តាច់ចំណង សាច់សាលោហិតនោះ"។ (អាល់ពូខរីៈ ៥៦៣ ៨ មូស្លីម ២៥៥៦) ឥស្លាមបានជំរុញយ៉ាងខ្លាំងចំពោះ កូនចៅឲ្យ គោរព និងលើកតម្កើងចំពោះ ឪពុកម្តាយ។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&gt; ឋានៈស្ត្រីនៅក្នុងសាសនាឥស្លាម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 ឥស្លាមបានលើកតម្កើងស្ត្រី និងបានផ្តល់សិទ្ធិសេរីភាពដល់នាងឲ្យ រួចផុតពីភាពជាខ្ញុំបម្រើដាច់ថ្លៃរបស់ បុរស។ ម្យ៉ាងទៀត ឥស្លាមក៏បានផ្តល់សេរីភាព ដល់នាងរួចផុតពីការក្លាយជាទំនិញដ៏ថោកទាប ដែលគ្មានកិត្តិយសសម្រាប់នាង និង គ មានការគោរព។ ឧទាហរណ៍អំពីការលើកតម្កើងស្ត្រីនៅក្នុងសាសនា ឥស្លាមានដូចជា៖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 ឥស្លាមផ្តល់ឱ្យស្ត្រីនូវចំណែករបស់ នាងនៃកេរមរតកក្នុងការបែងចែក ដ៏យុត្តិធម៌ ដោយកន្លែងខ្លះទទួលបានស្មើគ្នារវាងបុរសនិងស្ត្រី ហើយកន្លែង ខ្លះទៀតក៏មានភាពខុសគ្នា អាស្រ័យ ទៅលើការជាប់សាច់ញាតិរបស់ នាង (ខ្សែជិត ឬឆផងាយ) និងការចំណាយចាយដែលជាបន្ទុកលើនាង។ បុរសនិងស្ត្រីមានភាពស្មើគ្នានៅក្នុងកិច្ចចការជាច្រើនខុសៗគ្នា រួមទាំងការ ទំនាក់ទំនងដែលពាក់ព័ន្ធធជាមួយនឹងហិរញ្ញញវត្ថុទាំងអស់ ផងដែរ រហូតដល់ អ្នកនាំសារបានមានប្រសាសន៍ថា៖ "ស្ត្រី គឺជាបងប្អូនបង្កើតនឹងបុរស"។ (អាពូហ ទាវូទៈ២៣៦) ផ្តល់សេរីភាពដល់ស្ត្រីក្នុងការជ្រើស វាមី ហើយដាក់កាតព្វកិច្ចលើនាង មួយផ្នែកធំនៃការទទួលខុសត្រូវក្នុងការអប់រំកូនៗ។ អ្នកនាំសារបានមាន ប្រសាសន៍ថា៖ "ស្ត្រីជាអ្នកមើលការខុសត្រូវផ្ទះស្វាមីរបស់ នាង ហើយត្រូវ ទទួលខុសត្រូវចំពោះអ្នកដែលនៅក្រោមការគ្រប់គ្ររងរបស់ នាង"។ (អាល់ពូខរីៈ ៨៥៣ មូស្លីមៈ១៨២៩) ថែរក្សាឈ្មោះរបស់ នាងឱ្យនៅដូចដើម និងផ្តល់កិត្តិយសឱ្យនាងយកត្រកូ ល តាមឪពុករបស់ នាង ដោយមិនមានការកែប្រែត្រកូលរបស់ នាងឡើយបន្ទាប់ពី រៀបអាពាហ៍ពិពាហ៍រួច។ ផ្ទុយទៅវិញ គឺបន្សល់ទុកឱ្យនាងនូវត្រកូ លតាមឪពុក របស់ នាង និងក្រុមគ្រួសាររបស់ នាងដដែល។ គេបានដាក់កាតព្វកិច្ចទៅលើបុរសត្រូវថែរក្សា និងផ្តល់ការចំណាយចាយទៅឱ្យ នាងដោយគ មានការនិយា យរំលើកគុគុណនោះឡើយ ប្រសិន នបើនាងជាអ្នកដែល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ច្បាប់ឥស្លាមដាក់កាតព្វកិច្ចតម្រូវឱ្យផ្គគត់ផ្គគង់ការចំណាយចាយលើនាង ដូចជា ប្រពន្ធធ ម តាយ និងកូនស្រី។ គេបានបញ្ជាក់យ៉ាងច្បាស់អំពីឧត្តមភាព និងអត្ថប្រយោជន៍នៃការមើលថែស្ត្រី ដែលទន់ខ្សោយដែលគ្មាននរនាម្នាក់ ឬសាច់ញាតិនាម្នាក់រស់នៅជាមួយគាត់ ហើយគេបានជំរុញឱ្យខិតខំបម្រើគាត់ និងបានចាត់ទុកទង្វើនោះ ជាកិច្ចចការដ៏ ប្រសើរបំផុតចំពោះអល់ឡោះ។ អ្នកនាំសារ បានមានប្រសាសន៍ថា៖ "អ្នកថែរក្សា ស្ត្រីមេម៉ាយនិងអ្នកក្រី ក្ររ គឺដូចជាអ្នកតស៊ូក្នុងផ្លូវអល់ឡោះ និងដូចជាអ្នកសឡាត រហូត ឬបួសរហូត"។ (អាល់ពូខរីៈ៥៦៦១ មូស្លីមៈ២៩៨២)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ស្ត្រីត្រូវបានសាសនា ឥស្លាមសង្កត់ធផងន់ចំពោះការយកចិត្តទុកដាក់ថែទាំនាង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 តាយ៖ អំពី អាពូហ៊ូរ៉យរ៉ោះ គាត់បាននិយា យថា៖ មានបុរសម្នាក់បានមកជួប អ្នកនាំសារ ហើយសួរ ថា៖ "ឱអ្នកនាំសារ! តើអ្នកណាដែលខ្ញុំត្រូវធ្វើល្អអចំពោះគាត់ ជាងគេ"? លោកបានឆ្លើយថា៖ "គឺម តាយ របស់ អ្នក"។ បុរសនោះបានសួរទៀតថា៖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"បន្ទាប់មក តើអ្នកណា"? លោកបានឆ្លើយថា៖ "គឺម តាយ របស់ អ្នក"។ បុរសនោះក៏បាន សួរទៀតថា៖ "បន្ទាប់មក តើអ្នកណាទៀត"? លោកបានឆ្លើយថា៖ "គឺម តាយ របស់ អ្នក។ បុរសនោះក៏សួរទៀតថា៖ "បន្ទាប់មក តើអ្នកណាទៀតទៅ"? លោកបានឆ្លើយថា៖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 ឪពុករបស់ អ្នក"។ (អាល់ពូខរីៈ៥៦២៦ មូស្លីមៈ២៥៤៨)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កូនស្រី៖ អំពី អ៊ុកហ្ពះ កូន អាមៀរ បាននិយា យថា៖ ខ្ញុំបានឮអ្នកនាំសារ បានមានប្រសាសន៍ថា៖ "ជនណាហើយដែលមានកូនស្រីបីនាក់ ហើយគេបាន អត់ធ្មត់ជាមួយពួកនា ង ផ្តល់ចំណីអាហារដល់ពួកនា ង ផ្តល់ទឹកផឹកដ ល់ពួកនា ង ផ្តល់សម្លៀកបំពាក់ដល់ពួកនា ង នោះការខិតខំប្រឹងប្រែងរបស់ គេនឹងក្លាយជារនទាំង ការពារអំពីភ លើងនរកនៅថ្ងៃបរលោក"។ (អិពនូម៉ាហ្ជះៈ ៣៦៦៩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ប្រពន្ធធ៖ អំពីលោកស្រី អាអ៊ីស្ហះ បាននិយា យថា៖ អ្នកនាំសារមានប្រសាសន៍ថា៖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"អ្នកដែលល្អ អជាងគេក្នុងចំណោមពួកអ្នក គឺអ្នកដែលធ្វើល្អអចំពោះគ្រួសាររបស់ ខ្លួន ជាងគេ ហើយខ្ញុំគឺជាអ្នកដែលធ្វើល្អអចំពោះគ្រួសាររបស់ ខ្ញុំជាងគេ"។ (អាត់តៀរមីហ 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៣៨៩៥)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 មានជម្លោះរវាងភេទាំងពីរ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គំនិតនៃជម្លោះរវាងបុរសនិងស្ត្រី ដោយការគ្រប់គ្ររងរបស់ បុរសលើស្ត្រី គឺបានបញ្ច ប់ ដូចជាមាននៅក្នុងសហគ មាន៍ដ៏លផងង់ខ្លៅមួយចំនួន ការបះបោររបស់ ស្ត្រី និងការចាកចេញរបស់ នាងពីទេ ពកោសល យ និងលក្ខណៈធម្មជាតិរបស់ ពួកនា ង ដែលគេបានបង្កើ តវាសម្រាប់នាង ក៏ដូចជានៅក្នុងសង្គមដទៃទៀតដែលចេញឆផងាយ ពីច្បាប់របស់ 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 បញ្ហាទាំងនោះនឹងមិនអាចកើតឡើងឡើយប្រសិន នបើគេមិនចេញ ឆផងាយពីច្បាប់ របស់ អល់ឡោះដែលប្រកប ដោយគតិបណ្ឌិ តនោះ ដោយអល់ឡោះ បានមាន មានបន្ទូលថា៖ "ចូរពួកអ្នកកុំទទូចចង់បានដូចអ្វីដែលអល់ឡោះបានប្រទាន ឱ្យ អ្នកខ្លះក្នុងចំណោមពួកអ្នក។ សម្រាប់បុរសនឹងទួ លផលពីអ វីដែលពួកគេបានសាង ហើយសម្រាប់ស្ត្រីក៏នឹងទទួលផលពីអ វីដែលពួកនា ងបានសាងដែរ។ ចូរពួកអ្នកសុំ ពី អល់ឡោះនូវការសន្តោសប្រណី របស់ ទ្រង់"។ (គម្ពីរគួរអាន ៤ៈ៣២)។ ដូចនេះ ទាំង បុរសនិងស្ត្រី គឺមានលក្ខណៈពិសេស មានតួនាទី និងការគោរពរៀងៗខ្លួន ហើយ ម នាក់ៗ ត្រូវខិតខំព្យាយា មដើម្បីទទួលបានការប្រោសប្ររ ទាន និងការពេញចិត្តពី អល់ឡោះជាម្ចាស់។ ជាការពិតណាស់ ច្បាប់ឥស្លាមិនបាននាំមកនូវការកាត់សេចក្តី ឬវិនិច្ឆ័យសម្រាប់បុរស ឬសម្រាប់ស្ត្រីនោះទេ ក៏ប៉ុន្តែគឺបាននាំមកនូវការកាត់សេចក្តី ឬវិនិច្ឆ័យសម្រាប់មនុស្សជាតិ និងសង្គមទាំងមូល។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 នៅក្នុងសាសនា ឥស្លាម គឺគ មានទេការប្រឆាំង ឬជម្លោះរវាងភេទ ទាំងពីរ ក៏មិនមែនជាការប្រកួតប្រជែងគ្នាក្នុងកិច្ចចការលោកិយ និងមិនមែនជា ការប៉ុនប៉ងធ្វើឱ្យប៉ះពាល់ មើលងា យ ឬរិះគន់ដល់នរនាម្នាក់ និងស្វែងរកកំហុស ឬចំណុចអ វិជ្ជមានរបស់ ពួកគេដែរ។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ទំនាក់ទំនងរវាងបុរស និងស្ត្រីក្នុងច្បាប់ឥស្លាម គឺជាទំនាក់ទំនងដ៏ ពេញលេញមួយ ដែលជួយបំពេញកង្វះខាតគ្នាទៅវិញទៅមកក្នុងការកសាង សង្គមឥស្លាម។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ទាំងអស់ នោះ គឺជាផ្នែកមួយដែលធ្វើឲ្យមានការភ័ន្តតច្ររឡំនិងយល់ខុសមកលើ សាសនា ឥស្លាម ហើយក៏ជាការយល់ខុសអំពីតួនាទីរបស់ ពួកគេរៀងៗខ្លួន។ ពួកគេ ម នាក់ៗមានចំណែកទៅតាមអ្វីដែលពួកគេបានទទួលទាំងសម្ភារៈ និងខាងវិញ្ញាណ។ ជំនួសឱ្យការប្រឆាំងគ្នាទៅវិញទៅមក ពួកគេត្រូវបានទាមទារឲ្យបួងសួងសុំពីអល់ឡោះ ដើម្បីទទួលបានការប្រោសប្ររ ទានបន្ថែមពីទ្រង់។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ប្រភេទស្ត្រី ចំពោះបុរស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ស្ត្រីចំពោះបុរសត្រូវបានបែងចែកជាច្រើនប្រភេដៃចជា៖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បើសិនស្ត្រីម នាក់នោះគឺជាប្រពន្ធធរបស់ ខ្លួន 1 2 បុរសនោះត្រូវបានអនុញ្ញាតឱ្យមើល និងទទួលភាពរីករាយពីប្ររ ពន្ធធរបស់ ខ្លួន ទៅតាមអ្វីដែលគេចង់ ហើយចំពោះស្ត្រីវិញក៏ត្រូវបានអនុញ្ញាតជាមួយនឹងប្តីរបស់ នាងដូចគ្នានេះដែរ។ ពិតណាស់អល់ឡោះបានឱ្យឈ្មោះថា ប្តីគឺជាសម្លៀកបំពាក់របស់ ប្រពន្ធធ ហើយប្រពន្ធធក៏ជាសម្លៀកបំពាក់របស់ ប្តីដែរ។ វាប្រៀបដូចជារូបភាពដ៏អស្ចារ្យ នៃការផ្សារភ្ជាប់រវាងផ្លូវកាយ និងផ្លូវចិត្តពួកគេទាំងពីរ។ អល់ឡោះបានមាន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"ពួកនា ង(ប្រពន្ធធ)គឺជាសម្លៀកបំពាក់សម្រាប់ពួកអ្នក ហើយពួកអ្នក(ប្តី) គឺជាសម្លៀក បំពាក់សម្រាប់ពួកនា ង"។ (គម្ពីរគួរអាន ២ៈ១៨៧)។ (ចូរមើលទំព័រ ២៨៦) បើសិនស្ត្រីម នាក់នោះគឺជាម៉ះរ៉មរបស់ ខ្លួន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ស្ត្រីដែលជាម៉ះរ៉មានអត្ថន័យថា គឺស្ត្រីទាំងឡាយដែលច្បាប់ឥស្លាមហា មឃាត់ ចំពោះបុរសមិនឱ្យរៀបការជាមួយនាងជារៀងរហូត។ ហើយស្ត្រីដែលជាម៉ះរ៉មនោះ 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 តាយបង្កើ ត ឬជីដូនខាងឪពុកនិងខាងម តាយ ដូចជាម តាយរបស់ ម តាយ ឬម តាយ របស់ ឪពុក និងខ្សែទៅលើទៀត។ 1 កូនស្រីបង្កើ ត ឬកូនស្រីរបស់ កូនប្រុស ឬកូនស្រីរបស់ កូនស្រី(ចៅបង្កើ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 និងខ្សែទៅ ខាងក្រោមហ្នឹ[ងទៀត។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បងប្អូនស្រីបង្កើ ត ឬបងប្អូនស្រីរួមឪពុក ឬបងប្អូនស្រីរួម តាយ 3 មីងខាងឪពុក គឺបងប្អូនស្រីបង្កើ តរបស់ ឪពុក ឬបងប្អូនស្រីរួម តាយឬរួមឪពុក របស់ ឪពុក។ ហើយរាប់បញ្ចូ លនៅក្នុង នោះដែរ គឺមីងខាងឪពុករបស់ ឪពុក និង មីងខាងឪពុករបស់ ម តាយ។ 4 មីងខាងម តាយ គឺបងប្អូនស្រីបង្កើ តរបស់ ម តាយ ឬបងប្អូនស្រីរួម តាយឬរួមឪពុក របស់ ម តាយ។ ហើយរាប់បញ្ចូ លនៅក្នុងនោះដែរ មីងខាងម តាយរបស់ ឪពុក និងមីងខាងម តាយរបស់ ម តាយ។ 5 កូនស្រីរបស់ បងប្អូនប្រុសបង្កើត ឬខាងឪពុក ឬខាងម តាយ(ក្មួយបង្កើ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 និងខ្សែទៅ ខាងក្រោមទៀត ដូចជាកូនស្រីរបស់ កូនបងប្អូនប្រុស (កូនរបស់ ក្មួយបង្កើ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 6 កូនស្រីរបស់ បងប្អូនស្រីបង្កើ ត ឬខាងឪពុក ឬខាងម តាយ (ក្មួយបង្កើ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 និងខ្សែទៅ ខាងក្រោមទៀត ដូចជា កូនស្រីរបស់ កូនបងប្អូនស្រី (កូនរបស់ ក្មួយបង្កើ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 7 ម តាយរបស់ ប្រពន្ធធ(ម តាយកមេក) ទោះបីជាប្រពន្ធធនោះនៅជាមួយប្តី ឬលែងលះ គ្នាហើយក៏ដោយ។ ម តាយរបស់ នាង គឺជាម៉ះរ៉មជារៀងរហូត ហើយក៏ដូចនោះដែរ ជីដូនរបស់ ប្រពន្ធធ។ 8 កូនស្រីរបស់ ប្រពន្ធធដែលមិនមែនជាកូនរបស់ ខ្លួន(កូនចុង)។ 9 ប្រពន្ធធរបស់ កូន(កូនប្រសារ) និងអ្នកនៅក្រោមទៀត ដូចជាប្រពន្ធធរបស់ ចៅ(ចៅប្រសារ)។ 10 ប្រពន្ធធរបស់ ឪពុក(ម តាយចុង) និងអ្នកនៅលើទៀត ដូចជាប្រពន្ធធរបស់ ជីតា។ 11 ម តាយដោយសារក្សារបំបៅ(ម៉ែដោះ)៖គឺជាស្ត្រីដែលបំបៅដោះគេនៅក្នុងពេល ពីរឆ្នាំដំបូងនៃការសម្រាលរបស់ គេដោយបំបៅឆ្អែតប្រាំដង។ ពិតណាស់ ឥស្លាម បានផ្តល់សិទ្ធិឱ្យស្ត្រីនោះដោយមូលហេតុការបំបៅរបស់ គាត់ចំពោះក្មេងនោះ។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បងប្អូនស្រីអំពីការបំបៅ(បងប្អូនរួមដោះ)៖ គឺកូនស្រីរបស់ ស្ត្រីដែលបំបៅគាត់ នៅពេលដែលគាត់ នៅក្មេងដូចដែលបានរៀបរាប់ខាងលើ។ ដូចនោះដែរ រាល់ សាច់ញាតិអំពីការបំបៅទាំងអស់ ត្រូវបានគេហា មឃាត់ដូចជាសាច់ញាតិនៃ ពូជអម្បូរដែរ ដូចជាមីងខាងឪពុក មីងខាងម តាយ កូនស្រីបងប្អូនប្រុស កូនស្រី បងប្អូនស្រី អំពីការបំបៅដោះ។</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មីងខាងឪពុក របស់ ឪពុក មីងខាងឪពុក បងប្អូនស្រី បងប្អូនប្រុស ប្រពន្ធធ កូនប្រុស កូនស្រី មីងខាងម តាយ ប្រពន្ធធឪពុក(ម តាយចុង) ឪពុក ម តាយ មីងខាងម តាយ របស់ ឪពុក មីងខាងឪពុក របស់ ម តាយ មីងខាងម តាយ របស់ ម តាយ ម តាយប្រពន្ធធ (ម តាយកមេក) កូនប្រុស របស់ បងប្អូនស្រី កូនស្រីរបស់ កូនប្រុស របស់ បងប្អូនស្រី កូនស្រីរបស់ កូនប្រុស របស់ បងប្អូនប្រុស ប្រពន្ធធរបស់ កូនប្រុស (កូនប្រសារ) កូនស្រីរបស់ បង ប្អូនស្រី(ក្មួយស្រី) កូនស្រីរបស់ បងប្អូនប្រុស (ក្មួយស្រី) កូនប្រុស របស់ បងប្អូនប្រុស កូនស្រីរបស់ ប្រពន្ធធ (កូនចុង) កូនស្រីរបស់ កូនប្រុស កូនប្រុស របស់ កូនប្រុស ប្រពន្ធធរបស់ គាត់ កូនស្រីរបស់ កូនស្រី(ចៅស្រី) កូនប្រុស របស់ កូនស្រី(ចៅប្រុស ) កូនស្រីរបស់ កូន ប្រុស របស់ កូនស្រី យា យ (ម តាយរបស់ ឪពុក) យា យ (ម តាយរបស់ ម តាយ) បុរស ខ្សែទៅខាងលើ ខ្សែទៅខាង ក្រោម អ្នកដែលជាម៉ះរ៉មសំរាប់បុរស (មិនអាចរៀបការជាមួយបាន) សញ្ញាសម្គាល់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អ្នកដែលជាម៉ះរ៉មទាំងនេះ ត្រូវបានអនុញ្ញាតឲ្យដើរចេញក្រៅឆ្លលងកាត់ខាងមុខ បុរសនោះដោយអាចបញ្ចេញអាវរ៉ាត់ដែលជាធម្មតាតែងតែលេចេញនៅពីមុខ សាច់ញាតិ ដូចជាការលេចេញកំភួនដៃ ក និងសក់ ហើយនិងកន្លែង ផ្សេងៗទៀត ដែលមានលក្ខណៈស្ររដៀងគ្នាក្នុងកម្រិ តដែលមិនហួសហេតុ ឬហួសព្រំ ដែន។ បើសិនស្ត្រីនោះជាស្ត្រីអាចចចណាពី យ៉ះ(ស្ត្រីដែលអាចរៀបការជាមួយបាន) 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ស្ត្រីអាចចចណាពី យ៉ះ គឺស្ត្រីទាំងឡាយដែលមិនមែនជាម៉ះរ៉មរបស់ បុរស ទោះបីនាងជាសាច់ញាតិរបស់ គេក៏ដោយ ដូចជា កូនស្រីរបស់ មាមីងខាងឪពុក ឬកូនស្រីរបស់ មាមី ង ខាងម តាយគេ(ជីដូនមួយ) ប្រពន្ធធរបស់ បងប្អូនប្រុស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(បងប្អូនថ្លៃ) ឬសាច់ញាតិរបស់ ក្រុមគ្រួសារ របស់ គេ ឬមិនមែនជាសាច់ញាតិរបស់ គេ និងមិនមានជាប់ទំនាក់ទំនងសាច់ញាតិជាមួយនាង ឬក្រុមគ្រួសាររបស់ នាងក៏ដោយ។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សាសនា ឥស្លាមបានដាក់នូវគោលការណ៍ និងច្បាប់ដើម្បីវិនិច្ឆ័យ លើការទំនាក់ទំនងរវាងជនមូស្លីមនិងស្ត្រីអាចចចណាពី យ៉ះ(ស្ត្រីដែលអាចរៀបការ ជាមួយបាន) ក្នុងគោលបំណងការពារកិត្តិយសនិងបិទទ្វាររបស់ ស្ហៃតនទៅចំពោះ មនុស្ស។ ជាការពិត ណាស់ ម្ចាស់ដែលបង្កើតមនុស្ស ទ្រង់ដឹងបំផុតនូវអ្វីដែលអអ ប្រសើរសម្រាប់ពួកគេ។ អល់ឡោះបានមាន មានបន្ទូលថា៖ "តើម្ចាស់ដែលបានបង្កើត(អ្វី ៗ ទាំងអស់ )មិនបានដឹងទេឬ? ហើយទ្រង់គឺជាអ្នកដែលទន់ភ្លន់ ដឹងជ្រួតជ្រាបំផុត"។ (គម្ពីរគួរអាន ៦៧ៈ១៤)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របាយការណ៍ និងស្ថិតិបានបង្ហាញជារៀងរាល់ថ្ងៃអំពីករណីនៃការរំលោភ សេពសន្ថវៈ និងទំនាក់ទំនងប្រុសស្រី ដែលខុសឆ្គគង ដោយវាបានបំផ្លាញក្រុម គ្រួសារនិងសហគ មាន៍ជាច្រើន។ ទាំងនេះគឺដោយសារតែការឃ្លាតឆផងាយពីការ អនុវត្តា មច្បាប់របស់ 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&gt; ឥស្លាមបានដាក់នូវក្បួនច្បាប់ដើម្បីកំណត់ទំនាក់ទំនងរវាងបុរសនិងស្ត្រី។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វិធីសាស្ត្រក្នុងការទំនាក់ទំនងរវាងបុរសនិងស្ត្រីអាចចចណាពី យ៉ះ(ស្ត្រីដែលអាច រៀបការជាមួយបាន) ដាក់ក្ររសែ ភ្នែកចុះ(ពីការសម្លឹ[ងមើល) 1 ចាំបាច់លើជនមូស្លីមិនត្រូវមើលកេរខ្មាស ហើយមិនត្រូវមើលទៅកាន់អ្វីដែលនាំ ឱ្យមានតណ្ហានៅក្នុងខ្លួន និងមិនត្រូវមើលស្ត្រី ក្នុងរយៈពេលយូ រដោយគ មានការចាំបាច់ 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អល់ឡោះបានបង្គាប់ប្រើឱ្យភេទាំងពីរ(ទាំងប្រុសទាំងស្រី)ដាក់ ក្ររសែ ភ្នែកចុះពីការសម្លឹ [ងមើល ពីព្រោះវាជាមធ្យោបាយមួយជួយរក្សាភាពបរិសុទ្ធធ និងការពារកិត្តិយស។ ម្យ៉ាងទៀត ជាទូទៅការសម្លឹ[ងមើលដោយគ មានព្រំដែននោះ វាគឺផ្លូវមួយឆ្ពោះទៅកាន់អំពើបាប និងអំពើអាក្រក់។ អល់ឡោះបានមាន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ចូរអ្នក(ព្យាការីមូហាំម៉ាត់)ពោលទៅកាន់បណ្តាបុរសដែលមានជំនឿឱ្យពួកគេដាក់ ក្ររសែ ភ្នែករបស់ ពួកគេចុះអំពីការសម្លឹ[ងមើល(ស្ត្រីនិងអ្វីដែលច្បាប់ឥស្លាមបាន ហា មឃាត់)ហើយឱ្យពួកគេថែរក្សានូវប្ររ ដាប់ភេទរបស់ ពួកគេ(ពីប្ររ ការហ្ស៊ីណា)។ នោះគឺជាប្រក្សារស្អាតស្អំបំផុតសម្រាប់ពួកគេ។ ពិតណាស់ អល់ឡោះដឹងជ្រួតជ្រាប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បំផុតនូវអ្វីដែលពួកគេប្រព្រឹ [ត្ត។ ចូរអ្នក(មូហាំម៉ាត់) ពោលទៅកាន់បណ្តាស្ត្រីដែល មានជំនឿឱ្យពួកនា ងដាក់ក្ររសែ ភ្នែកចុះពីការសម្លឹ[ងមើល(បុរសនិងអ្វីដែលច្បាប់ ឥស្លាមហា មឃាត់) ហើយឱ្យពួកនា ងថែរក្សាប្រដាប់ភេទរបស់ ពួកនា ង(ពីប្ររ ការ ហ្ស៊ីណា)។ (គម្ពីរគួរអាន ២៤ៈ៣០-៣១)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នជាវាបានកើតឡើងដោយការមើលឃើញដោយ ចៃដន្យ (អចេ តនា) ចាំបាច់លើគេត្រូវតែបង្វែរក្ររសែ ភ្នែកគេចេញអំពីប្ររ ការដែលគេហា មឃាត់ ហើយ ការដាក់ក្ររសែ ភ្នែកចុះពីការសម្លឹ[ងមើលនោះ រួមបញ្ចូ លទាំងអស់ ទាំងតាមប្រព័ន្ធធ ផ្សព្វផ្សាយ និងអ៊ីនធឺណេត។ ហើយការសម្លឹ[ងមើលអ្វីដែលនាំឱ្យកើតមានតណ្ហា និង ជំរុញឱ្យមានភាពត្រេកត្រអាលក៏ត្រូវបានហា មឃាត់ដូចគ្នា។ មានសីលធម៌ និងសុជីវធម៌នៅក្នុងការនិយា យស្តី 2 គឺនៅក្នុងការនិយា យសន្ទនា ជាមួយស្ត្រីអាចចចណាពី យ៉ះ(ស្ត្រីដែលរៀបការជាមួយ បាន) និងការទំនាក់ទំនង រវាងគេទាំងពីរដោយសីលធម៌ និងសុជីវធម៌ ជាមួយនឹងការ ជៀសឆផងាយអំពីអ្វីទាំងអស់ ដែលនាំឱ្យ កើតមាននូវភាពត្រេកត្រអាលដោយវិធីណាមួយ ក៏ដោយ។ អាស្រ័យហេតុនេះហើយទើប៖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អល់ឡោះបានហា មឃាត់ស្ត្រីចំពោះការនិយា យដោយស្ររទន់ និងម្ញ៉ិកម្ញ៉ក់ជាមួយ បុរសអាចចចណាពី(បុរសដែលអាចរៀបការជាមួយបាន) និងដាក់បទបញ្ជាចំពោះ វាផងដែរ។ អល់ឡោះមាន មានបន្ទូលថា៖ "ចូរពួកនា ងកុំប្រើពាក្យសំដីទន់ភ្លន់ម្ញ៉ិកម្ញ៉ក់ (ជាមួយបុរសដែលមិនមែនជាស្វាមី)ឱ្យសោះ ជាហេតុធ្វើឱ្យបុរសដែលមាន ជំងឺ(ចំណង់តណ្ហា)នៅក្នុងចិត្តរបស់ គេមានអារម្មមណ៍(ចំពោះពួកនា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ង)។ តែពួក នាងត្រូវនិយា យនូវពាក្យសំដីណាដែលល្អ អ"។ (គម្ពីរគួរអាន ៣៣ៈ៣២) ហា មឃាត់អំពីការបញ្ចេញសកម្មមភាពកាច់រាងក្នុងពេលដើរ និងការបង្ហាញនូវការ តុបតែងលម្អអ។ អល់ឡោះបានមាន មានបន្ទូលថា៖ "ដូចនោះដែរកុំឱ្យពួកនា ងដើរទនរ្ទាំ X ជើងបន្លឺសំទេង ដើម្បីឱ្យគេដឹងនូវអ្វីដែលពួកនា ងលាក់បទាំងអំពីការតុបតែងរបស់ ពួកនា ងឱ្យសោះ"។ (គម្ពីរគួរអាន ២៤ៈ៣១)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3 4 ហា មឃាត់នៅកន្លែងដែលសផងាត់ ការនៅកន្លែងសផងាត់ គឺសំដៅលើការនៅកន្លែងសផងាត់តែពីរនាក់រវាងបុរសនិង ស្ត្រីអាចចចណាពី យ៉ះ នៅកន្លែងដែលគ្មាននរនាម្នាក់មើលឃើញពួកគេ។ ជាការ ពិតណាស់ សាសនា ឥស្លាមបានហា មឃាត់ ការនៅកន្លែងសផងាត់ តែពីរនាក់ ពីព្រោះវាជា កន្លែងដែលស្ហៃតនអាចនឹងជំរុញពួកគេឲ្យប្រព្រឹ [ត្តតនូវរឿងដែលមិនគួរគប្បី។ អ្នកនាំសារ បានមានប្រសាសន៍ថា៖ "គ មានបុរសនាម្នាក់នៅកន្លែងសផងាត់(តែពីរនាក់)ជាមួយនឹង ស្ត្រី នោះឡើយ លើកលែងតែមានស្ហៃតនជាអ្នកទីបីនៃពួកគេទាំងពីរ"។ (អាត់តៀ រមីហ ស៊ីៈ២១៦៥) ហ៊ីហ ជាប(របស់ ដែលច្បាប់បានបង្គាប់ប្រើឲ្យយកមកបិទបាំងរាងកាយ) អល់ឡោះបានដាក់កាតព្វកិច្ចហ៊ី ហ ជាបចំពោះស្ត្រី ដោយមិនបានបង្គាប់ប្រើលើ បុរសដោយសារតែស្ត្រីមានការស្តែងចេញនូវសម្របស់ និងកត្តាទាក់ទាញច្រើន ដែល អាចបង្កកឱ្យមានចលាចល ឬភាពវឹកវរ(ហ្វិតណះ)ដល់បុរស ច្រើនជាងដែលបុរសធ្វើឱ្យ មានចលាចល ឬភាពវឹកវរដល់ស្ត្រី។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អល់ឡោះបានបង្គាប់ប្រើលើស្ត្រីឲ្យ ពាក់ហ៊ីហ ជាប ដោយសារតែ មូលហេតុ ជាច្រើនដូចជា៖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ដើម្បីឲ្យស្ត្រីអាចអនុវត្តកិច្ចចការរបស់ នាងនៅក្នុងជីវិតបស់នៅ និងសង្គម នៅក្នុង ការសិក្សា និងការប្រកប ការងារឲ្យមានភាពល្អប្រសើរ ជាមួយនឹងការថែរក្សានូវ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សេចក្តីថ្លៃថ្នូរ និងភាពបរិសុទ្ធធរបស់ នាង។ កាត់បន្ថថយនិងសម្រាលឱកាសនៃការប្រព្រឹ [ត្តតកំហុស និងការរំលោភបំពាន ដើម្បី ធានាដល់ភាពជ្រះស្អាតនៃសង្គម និងមួយផ្នែកទៀតគឺដើម្បីថែរក្សាសេចក្តីថ្លៃថ្នូរ របស់ ស្ត្រី។ ជួយដល់បុរសក្នុងការគ្រប់គ្ររងខ្លួនឯងអំពីការសម្លឹ[ងមើលទៅកាន់ស្ត្រីបានកាន់តែ ច្រើន។ ហើយពួកគេត្រូវប្រាស្រ័យទាក់ទងជាមួយនាងប្រកប ដោយកររមសីលធម៌ និងចំណេះដឹង ពោលគឺនាងមិនមែនជាវត្ថុសម្រាប់បម្រើតណ្ហា និងជាឧបករណ៍ សម្រាប់លេងសើចសប្បាយឡើយ។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ព្រំដែននៃហ៊ីហ ជាប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អល់ឡោះបានដាក់កាតព្វកិច្ចលើស្ត្រីពេលនៅមុខបុរសអាចចចណាពី(បុរសដែល អាចរៀបការជាមួយ បាន) គឺត្រូវបិទបាំងទាំងអស់ ខ្លួនប្រាណរបស់ នាង លើកលែងតែ មុខនិងប្រអប់ដៃរបស់ នាងប៉ុណ្ណោះណោះ ដូចអល់ឡោះបានមាន មានបន្ទូលថា៖ "ហើយកុំឱ្យពួក នាងបង្ហាញសម្របស់ របស់ នាង លើកលែងតែអ្វីដែលស្តែ ងចេញជាធម្មតា"។ (គម្ពីរគួរ អាន ២៤ៈ៣១)។ អ្វីដែលស្តែ ងចេញជាធម្មតានោះគឺ មុខ និងប្រអប់ដៃ លើកលែងតែ នៅពេលណាដែលជួបនឹងភាពវឹកវរដោយសារ តែការបង្ហាញមុខនិងប្រអប់ដៃ នោះ ចាំបាច់ត្រូវបិទបាំងវាទាំងពីរនៅខណៈពេលនោះ។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បដៃឋាននៃហ៊ីហ ជាបដែលត្រឹមត្រូវ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អនុញ្ញាតចំពោះស្ត្រីអាចពាក់ហ៊ីហ ជាបទៅតាមអ្វីដែលនាងចង់ មិនថាមានរូបរាង និងពណ៌អ្វីក៏បាន តែត្រូវស្រប តាមលក្ខខខណ្ឌដូចខាងក្រោមនេះ៖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&gt; ហ៊ីហ ជាបការពារកិត្តិយសស្ត្រី និងផ្តល់ ឱកាសឱ្យពួកនា ងបំពេញសកម្មមភាពនៅក្នុង សង្គមនៅក្នុងរូបភាពសមរម្យបំផុត ដែល មនុស្សជាតិធ្លាប់បានឃើញ។ ហ៊ីហ ជាបនោះត្រូវគ្របដណ្ត តប់ លើកន្លែងដែលចាំ បាច់ត្រូវ បិទបាំង។ ត្រូវមានទំហំធំទូលាយ មិនចង្អៀ តដែលអាចកំណត់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ផ្នែកនៃរាងកាយបាន។ មិនត្រូវឱ្យស្តើងពេក ដែលនាំ ឲ្យមើលឃើញផ្នែកខាងក្នុង នៃរាង កាយ។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&gt; អាពាហ៍ពិពាហ៍នៅក្នុងសាសនាឥស្លាម &gt; ការបៀបអាពាហ៍ពិពាហ៍ គឺជាទំនាក់ទំនងដ៏រឹងមាំបំផុតមួយដែលសាសនា ឥស្លាមបានសង្កត់ធផងន់។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ការបៀបអាពាហ៍ពិពាហ៍ គឺជាទំនាក់ទំនងដ៏រឹងមាំបំផុតមួយដែលសាសនា ឥស្លាមបានសង្កត់ធផងន់ ក៏ដូចជាបានជំរុញជាខ្លាំង និងបានចាត់ទុកវាជាមាន គ៌ារបស់ បណ្តាអ្នកនាំសារ។ (សូមើលទំព័រ ២៦៨)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 ឥស្លាមបានយកចិត្តទុកដាក់យ៉ាងខ្លាំងនៅក្នុងច្បាប់អាពាហ៍ពិពាហ៍ និងសីលធម៌ ព្រមទាំងសិទ្ធិប្តីប្រពន្ធធ នៅក្នុងគោលបំណងដើម្បីរក្សាទំនាក់ទំនងនេះ ឱ្យនៅមានស្ថេរភាព ក៏ដូចជាកសាងគ្រួសារមួយដែលទទួលបានជោគជ័យ ដែល ជាកន្លែងដែលកុមាន ររីកដុះដាល មានស្ថេរភាពផ្លូវចិត្ត មានសីលធម៌ និងស្ថិតនៅលើ សាសនា និងឧត្តមភាពក្នុងផ្នែកទាំងអស់ នៃជីវិត។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ច្បាប់ទាំងនោះមានដូចខាងក្រោម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ឥស្លាមបានដាក់លក្ខខខណ្ឌឌចាំបាច់សម្រាប់ប្តីនិងប្រពន្ធធក្នុងការបៀបអាពាហ៍ ពិពាហ៍ដើម្បីឲ្យបានត្រឹមត្រូវ ដូចខាងក្រោម៖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លក្ខខណ្ឌឌដែលសាសនា ឥស្លាមកំណត់ចំពោះប្រពន្ធធ ប្រពន្ធធ គឺជាត្រូវតែជាអ្នកមូស្លីម(កាន់សាសនា ឥស្លាម) ឬជាអះលី គីតាប (អ្នកកាន់ សាសនាយូ ដា ឬសាសនាគ្រឹ[ស្ត)មានជំនឿនឹងសាសនា របស់ នាង។ ក៏ប៉ុន្តែ ឥស្លាមបានជំរុញឲ្យជ្រើស ត្រីមូស្លីមដែលប្ររ កាន់ខ្ជាប់នឹងសាសនា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ពីព្រោះនាងនឹងក្លាយជាម តាយអប់រំកូនៗ របស់ អ្នក ជួយដល់អ្នកលើសេចក្ដីល្អ និងភាពត្រឹមត្រូវ ដូចដែលអ្នកនាំសារបានមានប្រសាសន៍ថា៖ "ចូរអ្នកជ្រើស យកស្ត្រី ដែលមានសាសនា នោះអ្នកនឹងមានភាពសុខសាន្ត"។ (អាល់ពូខរីៈ ៤៨០២ មូស្លីមៈ១៤៦៦) ជាស្ត្រីដែលល្អ អបរិសុទ្ធធ ហើយគេហា មឃាត់មិនឱ្យរៀបការជាមួយនឹងស្ត្រីដែល ប្រព្រឹ [ត្តអំពើមិនគប្បី និងអំពើហ្ស៊ីណានោះទេ ដូចដែលអល់ឡោះជាម្ចាស់បាន មាន មានបន្ទូលថា៖ "ហើយ(គេអនុញ្ញាតឱ្យពួកអ្នករៀបអាពាហ៍ពិពាហ៍ផងដែរ) ជាមួយស្ត្រីបរិសុទ្ធក្នុងចំណោមស្ត្រី ដែលមានជំនឿ និងស្ត្រីបរិសុទ្ធធនៃពួកដែលគេ ផ្តល់គម្ពីរឱ្យ(ពួកអះលីគី តាប)មុនពួកអ្នក"។ (គម្ពីរគួរអាន ៥ៈ៥) ស្ត្រីនោះមិនមែនជាម៉ះរ៉មរបស់ បុរសនោះឡើយ។ គេបានហា មឃាត់មិនឱ្យ រៀបការជាមួយនឹងពួកនា ង ជាដាច់ខាត ដូចដែលបានបញ្ជាក់ពីមុន។ ហើយក៏ មិនត្រូវរៀបការជាមួយបងប្អូនស្រីបង្កើ តពីរនាក់ ឬរៀបការជាមួយនាងនិងមីង ខាងឪពុកឬមីងខាងម តាយរបស់ នាងក្នុងពេលតែមួយនោះដែរ។ 1 2 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លក្ខខណ្ឌឌដែលសាសនា ឥស្លាមកំណត់ចំពោះប្តី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គេបានដាក់កំណត់លក្ខខខណ្ឌឌសម្រាប់ប្តី គឺត្រូវតែជាអ្នកមូស្លីម(កាន់សាសនា ឥស្លាម)។ ហើយនៅក្នុងសាសនា ឥស្លាម គឺបានបានហា មឃាត់មិនឱ្យស្ត្រីមូស្លីម រៀបការជាមួយនឹងបុរសគ្មានជំនឿឡើយ សូម្បីតែបុរសនោះជាអ្នកកាន់សាសនា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 គីតាប ឬមិនមែនក៏ដោយ។ ហើយសាសនា ឥស្លាមបានជំរុញឲ្យស្ត្រីទទួលយក អាពាហ៍ពិពាហ៍ ប្រសិន នបើបុរសនោះមានពីរលក្ខណៈដូចខាងក្រោមនេះ៖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ជាអ្នកប្ររ កាន់ខ្ជាប់នឹងសាសនា (ឥស្លាម) មានសុជីវធម៌ល្អ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អ្នកនាំសារបានមានប្រសាសន៍ថា៖ "ប្រសិន នបើមានគេមកស្តី ដណ្តឹ[ង(កូនស្រីពួកអ្នក) ដែលពួកអ្នកពេញចិត្តនឹងសាសនា និងសុជីវធម៌ល្អរបស់ គេនោះ ចូរពួកអ្នករៀបការឱ្យ គេចុះ"។ (អាត់តៀរមីហ ស៊ីៈ១០៨៤ អិពនូម៉ាហ្ជះៈ១៩៦៧)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សិទ្ធិ និងកាតព្វកិច្ចរបស់ប្តីប្រពន្ធ ធនៅក្នុងសាសនាឥស្លាម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អល់ឡោះបានកំណត់នូវសិ ទ្ធិជាច្រើនទៅចំពោះប្តីនិងប្រពន្ធធ និងជំរុញពួកគេឲ្យ ធ្វើនូវរាល់កិច្ចចការទាំងឡាយណាដែលជួយដល់ការអភិវឌ្ឍទំនាក់ទំនងអាពាហ៍ពិពាហ៍ និងរក្សាការពារវាឲ្យមានស្ថេរភាព។ ជាការពិតណាស់ ទំនួលខុសត្រូវ គឺស្ថិតនៅលើ ភាគីទាំងពីរ(ទាំងប្តី ទាំងប្រពន្ធធ)។ ចាំបាច់លើប្តីនិងប្រពន្ធធ គឺមិនត្រូវទាមទារនូវអ្វី ដែលភាគីម្ខាងទៀតគ មានលទ្ធធភាពផ្តល់ឲ្យនោះឡើយ។ អល់ឡោះបានមានបន្ទូ 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"ហើយពួកនា ងមានសិទ្ធិទៅលើប្តីដូចសិ ទ្ធិរបស់ ប្តីទៅលើពួកនា ងដោយស្របច្បាប់ ដែរ"។ (គម្ពីរគួរអាន ២ៈ២២៨)។ ដូចនេះ ចាំបាច់ត្រូវមានការអធ្យាស្រ័យ និងមាន ភាពសប្បុរស ដើម្បីទទួលបានភាពសុខសាន្តតនៅក្នុងឆាកជីវិត និងកសាងគ្រួសារមួយ ដែលមានសុភមង្គគល។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សិទ្ធិរបស់ ប្រពន្ធធ ទទួលបានការផ្គគត់ផ្គគង់ជីវភាព និងទីជម្ររក 1 ចាំបាច់លើប្តី ត្រូវផ្គគត់ផ្គគង់ទៅលើប្រពន្ធធរបស់ ខ្លួននូវចំនីអាហារ ភេសជ្ជៈ សម្លៀក បំពាក់ និងកិច្ចចការចាំបាច់ទាំងឡាយទៀតរបស់ នាង។ ត្រូវផ្តល់ឱ្យនាងនូវទីជម្ររក ដែលស មរម្យសម្រាប់នាងអាចស្នាក់នៅបាន សូម្បីតែនាងជាអ្នកមានក៏ដោយ។ បរិមាន ណនៃការផ្គគត់ផ្គគង់៖ បរិមាន ណនៃការផ្គគត់ផ្គគង់ត្រូវផ្តល់ឱ្យសមរម្យទៅតាម ចំណូលរបស់ ប្តី ដោយមិនមាន ការខ្ជះខ្ជាយ និងខ្វះខាត(ត្បិត្បៀត) ដូចដែល អល់ឡោះបានមាន មានបន្ទូលថា៖ "អ្នកដែលមាន ទ្រព្យសម្បត្តិច្រើន ចូរឱ្យគេ បរិច្ចាគឱ្យបានសមរម្យអំពីទ្រព្យសម្បត្តិរបស់ គេ។ រីឯអ្នកដែលទ្រព្យសម្បត្តិ របស់ គេមានកំណត់ ចូរឱ្យគេបរិច្ចាគទៅតាមអ្វីដែលអល់ឡោះបានផ្តល់ឱ្យគេ"។ (គម្ពីរគួរអាន ៦៥ៈ៧) ចាំបាច់ក្នុងការផ្គគត់ផ្គគង់នោះ មិនត្រូវមានការរំលើក និងបំប្រាក់មុខឡើយ ផ្ទុយ ទៅ វិញ ដូចដែលអល់ឡោះបានបញ្ជាក់ប្រាប់ គឺដោយសមរម្យ មានន័យថាដោយល្អ ប្រសើរ ហើយ វាមិនមែនដើម្បីយកចិត្តប្រពន្ធធនោះទេ ប៉ុន្តែជាសិទ្ធិរបស់ ប្រពន្ធធ ទៅលើប្តីរបស់ នាង ដែលត្រូវតែផ្តល់ឱ្យនាងនូវសិ ទ្ធិរបស់ នាងដោយសម រម្យ។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&gt; ចាំបាច់លើបុរសត្រូវផ្គគត់ផ្គគង់ដល់ប្រពន្ធធ និងកូនៗរបស់ ខ្លួនដោយសមរម្យ។ ការផ្គគត់ផ្គគង់ទៅលើប្រពន្ធធនិងគ្រួសារក្នុងសាសនា ឥស្លាម គឺទទួលបាននូវផលបុ ណ្យ ដ៏ធំធេង។ អ្នកនាំសារ បានមានប្រសាសន៍ថា៖ "នៅពេលដែលអ្នកមូស្លីម នាក់ ផ្គគត់ផ្គគង់ទ្រព្យសម្បត្តិទៅឱ្យគ្រួសាររបស់ ខ្លួនដោយរំពឹងចង់បានផលបុ ណ្យនោះ ទ្រព្យនោះគឺប្រៀបដូចជាទ្រព្យបរិច្ចាគទានសម្រាប់រូបគេ"។ (ពូខរីៈ៥០៣៦ 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១០០២)។ ហើយអ្នកនាំសារក៏បានមានប្រសាសន៍ទៀតថា៖ "ទ្រព្យសម្បត្តិ ណាមួយដែលអ្នកបានបរិច្ចាគដើម្បីអល់ឡោះ អ្នកនឹងត្រូវគេផ្តល់ផលបុ ណ្យ ឱ្យសូម្បីតែចំណីអាហារដែលអ្នកបញ្ចូលក្នុងមាត់ប្រពន្ធធរបស់ អ្នកក៏ដោយ"។ (អាល់ពូខរីៈ៥៦ មូស្លីមៈ១៦២៨)។ ជនណាហើយដែលគេមិនផ្គគត់ផ្គគង់ ទ្រព្យសម្បត្តិ ឬផ្តល់បន្តិចបន្តួចអំពីវា ខណៈដែលគេមានលទ្ធធភាពក្នុងការផ្តល់ ឲ្យលើសពីនោះ ពិតណាស់ គេកំពុងតែប្រព្រឹ [ត្តតអំពើបាបកម្មមដ៏ធំមួយ ដូចដែល អ្នកនាំសារបានមានប្រសាសន៍ថា៖ "បុគ្គល ណាដែលបោះបង់ចោលការផ្គគត់ផ្គគង់ អាហារដល់អ្នកដែលគេមានកាតព្វកិច្ចត្រូវផ្គគត់ផ្គគង់នោះ គឺគេនឹងទទួលបាបកម្ម។ (អាពូហ ទាវូទៈ១៦៩២)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រួមរស់ជាមួយនាងដោយល្អប្រសើរ 2 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ការបស់នៅប្រកប ដោយភាពល្អប្រសើរ គឺសំដៅលើការមានសុជីវធម៌ល្អ សុភាព រាបសា សំដីទន់ភ្លន់ និងមានការទទួលខុសត្រូវរាល់កំហុសឆ្គគង និងការធ្វេ សប្រហែស ទាំងឡាយ។ ពិតណាស់ គ មាននរនាម្នាក់អាចគេចផុតពីវាបាននោះ។ អល់ឡោះបាន មាន មានបន្ទូលថា៖ "ចូរពួកអ្នករួមរស់ជាមួយពួកនា ងដោយគុណធម៌។ ប្រសិន នបើពួកអ្នក មិនពេញចិត្តពួកនា ង(ចូរអត់ធ្មត់) ជួនកាលការមិនពេញចិត្តរបស់ ពួកអ្នកលើអ្វីមួយ នោះ អល់ឡោះអាចនឹងធ្វើឱ្យវាល្អប្រសើរលើសល ប់វិញ"។ (គម្ពីរគួរអាន ៤ៈ១៩)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អ្នកនាំសារបានមានប្រសាសន៍ថា៖ "អ្នកដែលមានជំនឿពេញលេញជាងគេ គឺ អ្នកដែលមានសីលធម៌ ល្អអជាងគេ ហើយអ្នកដែលល្អ អជាងគេនៃពួកអ្នក គឺអ្នកដែលធ្វើល្អអ ជាងគេចំពោះភរិយា របស់ ខ្លួនដោយសីលធម៌ល្អ"។ (អាត់តៀរមីហ សីៈ១១៦២)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អ្នកនាំសារក៏បានមានប្រសាសន៍ទៀតថា៖ "អ្នកដែលមានជំនឿពេញលេញ ជាងគេ គឺអ្នកដែលមានសីលធម៌ ល្អអជាងគេ និងមានភាពទន់ភ្លន់ជាងគេជាមួយនឹង ភរិយា របស់ ខ្លួន"។ (អាត់តៀរមីហ ស៊ីៈ២៦១២ អះម៉ាត់ៈ២៤៦៧៧)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ហើយអ្នកនាំសារបានមានប្រសាសន៍ទៀតថា៖ "អ្នកដែលល្អ អជាងគេនៃពួកអ្នក គឺអ្នកដែលធ្វើល្អអជាងគេចំពោះភរិយា របស់ ខ្លួន ហើយខ្ញុំជាអ្នកដែលធ្វើល្អអជាងគេចំពោះ ភរិយា របស់ ខ្ញុំ"។(អាត់តៀរមីហ ស៊ីៈ៣៨៩៥)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មានមិត្តតភក្តិម្នាក់របស់ ព្យាការីបានសួរលោកថា៖ "ឱអ្នកនាំសារ! តើសិទ្ធិ របស់ ប្រពន្ធធមកលើពួកយើង(ជាប្តី)មានអ្វីខ្លះ? លោកតបថា៖ "អ្នកត្រូវផ្តល់ ចំណីអាហារដល់នាងពេលអ្នកទទួលទាន ត្រូវផ្តល់សម្លៀកបំពាក់ដល់នាងនៅពេល អ្នកស្លៀកពាក់ មិនត្រូវវាយមុខ មិនត្រូវជេរប្រមាថ និងមិនត្រូវបំបែកនាងពីទីដំ ណេក ឡើយ លើកលែងតែនៅក្នុងផ្ទះ"។ (អាពូហ ទាវូទៈ២១៤២) អត់ឱន និងអត់ធ្មត់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ចាំបាច់ត្រូវយល់ដឹងអំពីធម្មជាតិរបស់ ស្ត្រីដែលមានភាពខុសគ្នាពីធម្មជាតិរបស់ បុរស និងព្យាយា មពិនិត្យមើលពីជីវិតបស់នៅគ្រប់ផ្នែកទាំងអស់ របស់ នាង។ ជាការពិត ណាស់ គ មាននរនាម្នាក់គេចផុតពីកំហុសឆ្គគង នោះទេ។ ដូចនេះ ចាំបាច់លើយើងត្រូវ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4 5 មានការអត់ធ្មត់ និងពិចារណានៅក្នុងផ្លូវវិជ្ជមាន។ អល់ឡោះបានរំលឹកដល់ប្តីប្រពន្ធធ ឲ្យពិចារណានៅក្នុងផ្លូវវិជ្ជមាន ដោយទ្រង់បានមាន មានបន្ទូលថា៖ "ហើយចូរពួកអ្នកកុំ ភ្លេចនូវអំពើសប្បុរសរវាងពួកអ្នក"។ (គម្ពីរគួរអាន ២ៈ២៣៧)។ ហើយអ្នកនាំសារ បានមានប្រសាសន៍ថា៖ "អ្នកមានជំនឿមិនត្រូវស្អ អប់ភរិយា របស់ ខ្លួនដែលជាអ្នកមាន ជំនឿឡើយ។ ប្រសិន នជាគេមិនពេញចិត្តនូវចរិតលក្ខណៈណាមួយរបស់ នាង គេនឹង ពេញចិត្តនូវចរិតលក្ខណៈផ្សេងៗទៀតរបស់ នាង"។ (មូស្លីមៈ១៤៦៩)) អ្នកនាំសារបានបញ្ជាក់យ៉ាងច្បាស់លើការយកចិត្តទុកដាក់ចំពោះស្ត្រី និងការរួមរស់ ជាមួយនាង ដោយល្អអនិងសមរម្យ ជាមួយនឹងការកត់សំគា ល់ទៅលើធម្មជាតិរបស់ ស្ត្រី ទាំងផ្លូវកាយ និងផ្លូវចិត្តដែលមានភាពខុសគ្នាអំពីបុរស ហើយភាពខុសគ្នានេះនឹង បំពេញបន្ថែមឲ្យគ្នា។ មិនត្រូវឱ្យភាពខុសគ្នានោះជាមូលហេតុនាំឱ្យមានការបែកបាក់ និងលែងលះគ្នាឡើយ ដូចអ្នកនាំសារ បានមានប្រសាសន៍ថា៖ "ចូរពួកអ្នកធ្វើល្អអចំពោះ ស្ត្រី។ ការពិត ស្ត្រីត្រូវបានគេបង្កើ តពីឆ្អឹ[ងជំនី។ នាងមិនអាចតម្ររង់តាមផ្លូវរបស់ អ្នក ឡើយ។ ប្រសិន នបើអ្នកចង់រីករាយជាមួយនាង អ្នកអាចរីករាយជាមួយនាង ជាមួយនឹង ភាពវៀចវេររបស់ នាង។ ប្រសិន នបើអ្នកព្យាយា មពត់នាង អ្នកនឹងធ្វើឱ្យនាងប្រាក់ ហើយការប្រាក់នោះ គឺ ការលែងលះ"។ (អាល់ពូខរីៈ៣ ១៥៣ មូស្លីមៈ១៤៦៨) គេងនៅជាមួយនាង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គប្បីលើបុរសត្រូវគេងជាមួយភរិយា របស់ ខ្លួន ហើយមិនត្រូវគេងនៅជាមួយនាង តិចជាងមួយថ្ងៃក្នុងចំណោមបួនថ្ងៃឡើយ។ ម្យ៉ាងទៀត ចាំបាច់លើបុរសជាស្វាមីផង ដែរត្រូវបែងចែកវេនគ្នារវាងប្រពន្ធធទាំងឡាយរបស់ ខ្លួនដោយយុត្តិធម៌ ប្រសិន នបើគេមាន ប្រពន្ធធលើសពីមួយនាក់។ ការពារនាង ពីព្រោះនាងជាកិត្តិយស និងជាទំនួលខុសត្រូវរបស់ 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នៅពេលដែលបុរសម្នាក់រៀបការជាមួយស្ត្រីម នាក់ នាងបានក្លាយជា "ទំនួល ខុសត្រូវ"របស់ គេ ដែលចាំបាច់លើគេត្រូវតែការពារកិត្តិយសនេះ ទោះបីជាឈា ន ដល់ស្លាប់ក៏ដោយ ដូចដែលអ្នកនាំសារបានមានប្រសាសន៍ថា៖ "អ្នកដែលត្រូវ គេសម្លាប់ដោយសារតែការពារគ្រួសាររបស់ ខ្លួន គឺជាអ្នកពលី(ស្ហាហ៊ីទ)"។ (អាត់តៀរមីហ ស៊ីៈ១៤២១ អាពូហ ទាវូទៈ៤៧៧២)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មិនត្រូវបញ្ចេញរឿងសមផងាត់រវាងប្តីប្រពន្ធធឡើយ 6 7 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គេមិនអនុញ្ញាតឱ្យបុរសនិយា យអំពីរឿងសមផងាត់ប្រពន្ធធរបស់ ខ្លួន និងអ្វីដែលកើតឡើងរវាងប្ដីប្រពន្ធធ ហើយផ្សព្វផ្សាយនៅក្នុងចំណោមមនុស្សឡើយ ដូចដែលអ្នកនាំសារបានមានប្រសាសន៍ថា៖ "ពិតណាស់ នៅក្នុងចំណោមមនុស្ស ដែលស្ថិ តនៅក្នុងលំដាប់ដែលអាក្រក់បំផុតចំពោះអល់ឡោះនៅថ្ងៃបរលោកនោះ គឺ បុរសដែលរួមដំណេកជាមួយស្ត្រីជាភរិយា របស់ ខ្លួន ហើយនាងក៏បានរួមដំណេក ជាមួយ គេវិញដែរ បន្ទាប់មក គេផ្សព្វផ្សាយនូវប្ររ ការអាថ៌កំបាំងរបស់ នាង"។ (មូស្លីមៈ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១៤៣៧) មិនត្រូវរំលោភបំពានទៅលើនាងឡើយ សាសនា ឥស្លាមបានដាក់ចេញក្បួនច្បាប់មួយចំនួនដើម្បីដោះស្រាយបញ្ហា ក្នុងគ្រួសារ ក្នុងនោះមានដូចជា៖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គប្បីដោះស្រាយដោយការសន្ទនា គ្នា ក៏ដូចជាផ្តល់ដំបូន្មាន និងការប្រៀនប្រដៅ ដើម្បីកែនូវកំហុស។ ប្តីអាចឈប់និយា យរកប្ររ ពន្ធធ ប៉ុន្តែមិនត្រូវលើសពីបីថ្ងៃឡើយ។ បន្ទាប់មក គេអាច បោះបង់ ការរួមដំណេកជាមួយនាង ប៉ុន្តែមិនត្រូវចាកចេញពីផ្ទះឡើយ។ អ្នកស្រី អាអ៊ីស្ហះ បាននិយា យថា៖ "អ្នកនាំសារមិនដែលវាយអ្នកនាម្នាក់នឹងដៃ របស់ លោកឡើយ លើកលែងតែក្នុងការប្រយុ ទ្ធក្នុងផ្លូវអល់ឡោះប៉ុណ្ណោះណោះ ហើយ លោក៏មិនដែលវាយស្ត្រី ឬខ្ញុំបម្រើនាម្នាក់ដែរ"។ (មូស្លីមៈ២៣២៧៨) បង្រៀន និងផ្តល់ដំបូន្មានដល់នាង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ចាំបាច់លើបុរសជាស្វាមីត្រូវបង្គាប់ប្រើ និងហា មឃាត់ភរិយា របស់ ខ្លួន និង ត្រូវយកចិត្តទុកដាក់លើប្រក្សារទាំងឡាយដែលនាំពួកគេទៅកាន់ឋានសួគ៌ និង ការពារពួកគេពីភ លើងឋាននរក តាមរយៈការជួយសម្រួ លក្នុងការអនុវត្តនូវបទបញ្ជា ទាំងឡាយរបស់ អល់ឡោះ និងជំរុញនាងទៅលើវា ហើយត្រូវរារាំងមិនឱ្យប្រព្រឹ [ត្ត នូវទង្វើទាំងឡាយដែលទ្រង់បានហា មឃាត់ និងគេចេញឱ្យឆផងាយអំពីវា។ ហើយ ចំពោះស្ត្រីវិញក៏ដូចគ្នាដែរ គឺត្រូវយកចិត្តទុកដាក់លើការផ្តល់ដំបូន្មានដល់ប្តីរបស់ ខ្លួន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9 និងចង្អុលបង្ហាញស្វាមីទៅរកផ្លូវដែលល្អ អ និងអប់រំកូនៗឲ្យបានល្អត្រឹមត្រូវ។ អល់ឡោះ បានមាន មានបន្ទូលថា៖ "ឱបណ្តាអ្នកដែលមានជំនឿ! ចូរពួកអ្នកការពារខ្លួនប្រាណរបស់ ពួកអ្នកនិងក្រុមគ្រួសាររបស់ ពួកអ្នកឱ្យផុតពីភ លើងនរក ដែលវត្តុសម្រាប់ដុតវានោះ គឺមនុស្សនិងដុំថ្ម"។ (គម្ពីរគួរអាន ៦៦ៈ៦)។ ហើយអ្នកនាំសារបានមានប្រសាសន៍ ថា៖ "ហើយបុរស គឺជាអ្នកគ្រប់គ្ររងលើក្រុមគ្រួសាររបស់ ខ្លួន ហើយត្រូវទទួលខុសត្រូវ ចំពោះអ្វីដែលគេគ្រប់គ្ររង នោះ"។ (អាល់ពូខរីៈ២៤១៦ មូស្លីមៈ១៨២៩) គោរពលក្ខខខណ្ឌឌដែលកំណត់ដោយប្រពន្ធធ</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នបើប្រពន្ធធបានដាក់លក្ខខខណ្ឌឌសម្រាប់ខ្លួនរបស់ នាងលើកិច្ចចការដែល គេអនុញ្ញាតនៅក្នុងពេលរៀបអាពាហ៍ពិពាហ៍ ដូចជា ត្រូវតែមានលំនៅឋាន ត្រូវ ផ្គគត់ផ្គគង់ការចំណាយ ហើយប្តីយល់ព្ររមតាមលក្ខខខណ្ឌឌបែបនេះ គឺចាំបាច់លើបុរស ជាប្តីត្រូវតែបំពេញតាមលក្ខខខណ្ឌឌរបស់ ប្រពន្ធធជាដាច់ខាត ពីព្រោះថាការបៀបអាពាហ៍ ពិពាហ៍រវាងប្តីប្រពន្ធធ ស្ថិតក្នុងចំណោមកិច្ចសន យាដ៏ធំធេងមួយដែលគេចាំបាច់ ត្រូវតែបំពេញវាជាដាច់ខាត។ ដូចដែលអ្នកនាំសារបានមានប្រសាសន៍ថា៖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"អ្វីដែលពួកអ្នកសក្តិស មបំពេញវាបំផុតអំពីល ក្ខខណ្ឌឌនោះ គឺអ្វីដែលគេអនុញ្ញាត វាឱ្យពួកអ្នកក្នុងការទំនាក់ទំនងជាមួយការបៀបអាពាហ៍ពិពាហ៍"។ (អាល់ពូខរីៈ៤៨៥៦ មូស្លីមៈ១៤១៨) &gt; ចាំបាច់លើស្វាមី ត្រូវគោរពលក្ខខខណ្ឌឌដែលលកំណត់ដោយប្រពន្ធធដែលបាន រៀបរាប់នៅក្នុងកិច្ចសន យាអាពាហ៍ពិពាហ៍។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សិទ្ធិរបស់ ប្តី ចាំបាច់ត្រូវគោរពប្តីដោយល្អប្រសើរ អល់ឡោះបានផ្តល់ឱ្យបុរសនូវភាពជាអ្នកគ្រប់គ្ររងលើស្ត្រី មានន័យថា ទទួលខុសត្រូវលើកិច្ចចការ របស់ នាង ចង្អុលបង្ហាញនាង និងការថែរក្សានាង ដូចជាអ្នកគ្រប់គ្ររងត្រូវទទួលខុសត្រូវលើអ្នកនៅក្នុងបន្ទុករបស់ គេដែរ។ អល់ឡោះបានផ្តល់នូវលក្ខណៈពិសេស និងឋានៈមួយចំនួនដល់បុរសគឺ ដោយសារតែគេបានដាក់កាតព្វកិច្ចលើបុរសនូវកាតព្វកិច្ចផ្នែកហិ រញ្ញញវត្ថុ។ អល់ឡោះបានមាន មានបន្ទូលថា៖ "បុរសទាំងឡាយជាអ្នកគ្រប់គ្ររងលើស្ត្រី ដោយសារអល់ឡោះបានលើកតម្កើងពួកគេឱ្យមានលក្ខណៈពិសេសជាងគ្នា និងដោយសារតែបុរសមានភារកិច្ចផ្គត់ផ្គគង់ទ្រព្យសម្បត្តិរបស់ ពួកគេ(ដល់ ប្រពន្ធធ)"។ (គម្ពីរគួរអាន ៤ៈ៣៤) ផ្តល់តម្រូវការជូនប្តីដើម្បីទទួលបានភាពរីករាយជាមួយខ្លួន ក្នុងចំណោមសិទ្ធិរបស់ ប្តីទៅលើប្រពន្ធធ គឺការផ្តល់តម្រូវការជូនប្តីដើម្បី អាចទទួលបានភាពរីករាយ និងការរួមដំណេកជាមួយខ្លួន ហើយគប្បីលើ ភរិយាត្រូវតុបតែងខ្លួន និងរៀបចំខ្លួនសម្រាប់ប្តី។ ប្រសិន នបើប្រពន្ធធបាន បដិសេធមិនរួមដំណេកជាមួយស្វាមី(ដោយគ មានមូលហេតុសមរម្យ)ទេនោះ នាងនឹងធ្លាក់ក្នុងប្រក្សារដែលគេហា មឃាត់ និងបានប្រព្រឹ [ត្តតអំពើបាបកម្មមដ៏ធំ លើកលែង តែមានមូលហេតុស្របច្បាប់(ដែលអាចបដិសេធបាន) 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មករដូវ បួស(កាតព្វកិច្ច) មានជំងឺ និងអ្វីដែលស្ររដៀងនេះជាដើម។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អ្នកនាំសារមានប្រសាសន៍ថា៖ "នៅពេលដែលបុរសបានហៅប្រពន្ធធ របស់ ខ្លួនមករួមដំណេកជាមួយ តែនាងបានបដិសេធ ហើយគេក៏គេងទាំងខឹង ចំពោះនាងនោះ ម៉ាឡាអ៊ីកាត់នឹង ដាក់បណ្តាសាចំពោះនាងរហូតដល់ភ្លឺ"។ (អាល់ពូខរីៈ៣ ០៦៥ មូស្លីមៈ១៤៣៦)</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3 4 5 ស្ត្រីមិនត្រូវអនុញ្ញាតឱ្យអ្នកដែលប្តីមិនចូលចិត្តចូលក្នុងផ្ទះឡើយ ក្នុងចំណោមសិទ្ធិរបស់ ប្តីលើប្រពន្ធធរបស់ ខ្លួនដែរនោះ គឺមិនត្រូវឱ្យអ្នក ដែលប្តីមិនពេញចិត្តចូលផ្ទះខ្លួនឡើយ។ អ្នកនាំសារបានមានប្រសាសន៍ថា៖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"ស្ត្រីមិនអាចបួសស៊ូ ណិត (បួសស្ម័គ្រចិត្ត)បានឡើយ ខណៈពេលដែលប្តីរបស់ នាងនៅមានវត្តមានជាមួយនាង ហើយនាងក៏មិនត្រូវអនុញ្ញាតឱ្យអ្នកនាម្នាក់ ចូលផ្ទះប្តីរបស់ នាងឡើយ លើកលែងតែមានការអនុញ្ញាតអំពីប្តីរបស់ នាង"។ (អាល់ពូខរីៈ៤៨៩៩) មិនត្រូវចេញពីផ្ទះឡើយ លើកលែងតែមានការអនុញ្ញាតពីប្តីរបស់ នាង ក្នុងចំណោមសិទ្ធិរបស់ ប្តីលើប្រពន្ធធរបស់ ខ្លួនផងដែរនោះ គឺប្រពន្ធធមិនអាច ចេញពីផ្ទះឡើយ លើកលែងតែមានការអនុញ្ញាតពីប្តីរបស់ នាង ទោះបីជា ការអនុញ្ញាតដោយឡែក្នុងការចេញទៅកន្លែងណាមួយច្បាស់លាស់ ឬការ អនុញ្ញាតទូទៅក្នុងការចេញពីផ្ទះទៅកន្លែងធ្វើការរបស់ នាង ឬទៅបំពេញ កិច្ចចការរបស់ នាងក៏ដោយ។ បម្រើប្តី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គប បីលើប្រពន្ធធត្រូវប ម្រើប្តីឲ្យបានសមរម្យក្នុងការបៀបចំ ម្ហូបអាហារ និងកិច្ចចការផ្ទះទាំងឡាយ។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ពហុ ពន្ធ ធភាព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ជាគោលការណ៍រួមនៅក្នុងសាសនា ឥស្លាម គឺបុរសត្រូវរៀបការនឹងស្ត្រីម នាក់(ឯក ពន្ធធភាព)ប៉ុណ្ណោះណោះដើម្បីឲ្យអ្នកទាំងពីរក្លាយជាគ្រួសារមួយដែលមានក្តីស្រឡាញ់ចំពោះ គ្នា និងសុខសន្តិភាពជាមួយគ្នា។ ក៏ប៉ុន្តែ សាសនា ឥស្លាមក៏អនុញ្ញាតឲ្យបុរសរៀបការ នឹងស្ត្រីច្រើន(ពហុពន្ធធភាព)ផងដែរ(ដូចដែលមាននៅក្នុងច្បាប់បញ្ញញត្តិដែលបញ្ចុះ ពីលើមេឃកាលពីមុនផងដែរ) ព្រោះវាមានហេតុផល និងផលប្ររ យោជន៍ជាច្រើន ចំពោះបុគ្គលនិ ងសង្គម។ តែទោះជាបែបនេះក្តី ក៏សាសនា ឥស្លាមិនបានទុកចោល កិច្ចចការនេះដោយមិនមានគោលការណ៍ និងព្រំដែនកំណត់នោះដែរ។ ផ្ទុយទៅវិញ សាសនានេះបានដាក់ចេញនូវគោលការណ៍ និងលក្ខខខណ្ឌឌជាច្រើនដែលរារាំងមិនឲ្យ មានការបំពាន និងអំពើអយុ ត្តិធម៌ទៅលើស្ត្រី ព្រមទាំងថែរក្សានូវសិ ទ្ធិនានារបស់ ស្ត្រី ផងដែរ ក្នុងចំណោមនោះគឺ៖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ភាពយុត្តិធម៌ ចាំបាច់ត្រូវមានភាពយុត្តិធម៌រវាងភរិយាទាំងឡាយចំពោះបញ្ហាដែលទាក់ទង នឹងសម្ភារៈខាងក្រៅ ដូចជាការផ្គគត់ផ្គគង់ជីវភាព និងផ្ទះសម បែងជាដើម។ ជន ណាដែលគ្មានសមត្ថថភាពក្នុងការផ្តល់ភាពយុត្តិធម៌រវាងភរិយាទាំងឡាយរបស់ ខ្លួនទេនោះ គឺគេមិនអនុញ្ញាតឲ្យយកប្ររ ពន្ធធច្រើនឡើយ ដោយយោងតាម បន្ទូលរបស់ អល់ឡោះជាម្ចាស់ដែលទ្រង់បានមាន មានបន្ទូលថា៖ "តែប្រសិន នបើពួក អ្នកមិនអាចផ្ដែល់ភាពយុត្ដិធម៌(រវាងពួកនា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ង)បានទេនោះ ចូរពួកអ្នករៀបការ តែម នាក់បានហើយ"។ (គម្ពីរគួរអាន ៤ៈ៣)។ ការគ មានភាពយុត្តិធម៌រវាងភរិយា ទាំងឡាយ គឺជាបាបកម្មមដ៏អាក្រក់បំផុតមួយផងដែរ ដូចដែលព្យាការីលោក បានមានប្រសាសន៍ថា៖ "ជនណាដែលមានភរិយាពីរនាក់ ហើយលម្អៀងទៅ រកនរនាម្នាក់ក្នុងចំណោមគេទាំងពីរ នៅថ្ងៃបរលោក រូបគេនឹងមកដល់ដោយ ចំហៀងខ្លួនម ខាងរបស់ គេផ្អៀង"។ (អាពូទើវូទៈ២១៣៣ ) ចំណែកឯភាពយុត្តិធម៌ចំពោះក្តីស្រឡាញ់ផ្នែកខាងក្នុង គឺពុំមែនជាកាតព្វកិច្ច ចាំបាច់នោះឡើយ ព្រោះគេគ មានសមត្ថថភាពគ្រប់គ្ររងវាឡើយ។ នេះហើយជា អត្ថន័យនៃបន្ទូលរបស់ អល់ឡោះ៖ "ហើយពួកអ្នក(ស្វាមី)នឹងមិនអាចផ្ដែល់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2 4 3 ភាពយុតិដដធម៌រវាងបណ្ដាស្រីដ(ជាភរិយា )ទាំងនោះឡើយ បើទោះជាពួកអ្នក ព្យាយា មយ៉ាងណាក៏ដោយ"។ (គម្ពីរគួរអាន ៤ៈ១២៩)។ លទ្ធធភាពក្នុងការចំណាយទៅលើភរិយាទាំងឡាយ ចាំបាច់លើបុរសជាស្វាមីត្រូវតែជាអ្នកដែលមានលទ្ធធភាពក្នុងការចំណាយទៅលើ ភរិយាទាំងអស់ របស់ ខ្លួន ពីព្រោះនេះគឺជាលក្ខខខណ្ឌឌមួយនៅក្នុងការបៀបការ លើកទីមួយ។ ដូចនេះ ចំពោះការបៀបការលើកទីពីរ គឺរឹតតែចាំបាច់ថែមទៀត។ មិនត្រូវរៀបការលើសពីបួននាក់នោះឡើយ នេះជាចំនួនច្រើនបំផុតដែលច្បាប់អនុញ្ញាតឲ្យរៀបការ ដូចដែលអល់ឡោះ ជាម្ចាស់ទ្រង់បានមាន មានបន្ទូលថា៖ "ហើយប្រសិន នបើពួកអ្នកខ្លាចក្រែងមិនអាច ផ្ដែល់ភាពយុត្ដិធម៌ចំពោះកេមមងកំព្រាបាននោះ ចូរពួកអ្នករៀបអាពាហ៍ពិពាហ៍ ជាមួយនារីណាដែលជាទីពេញចិត្ដដសម្រាប់ពួកអ្នកចំនួនពីរ ឬបី ឬបួននាក់។ តែប្រសិន នបើពួកអ្នកមិនអាចផ្ដែល់ភាពយុត្ដិធម៌(ដល់ពួកនា</w:t>
      </w:r>
    </w:p>
    <w:p>
      <w:pPr>
        <w:spacing w:line="324" w:lineRule="auto" w:after="120" w:before="0"/>
        <w:jc w:val="left"/>
      </w:pPr>
      <w:r>
        <w:t>ង)បាននោះ ចូរពួក អ្នករៀបការតែម នាក់ ឬ(រួមរស់ជាមួយ)ស្ត្រីបម្រើដាច់ថ្លៃរបស់ ពួកអ្នក"។ (គម្ពីរ គួរអាន ៤ៈ៣)។ ជនណាដែលបានចូលឥស្លាម ហើយគេមានភរិយា ច្រើនលើស ពីបួននាក់ ចាំបាច់លើគេត្រូវជ្រើសភរិ យាបួននាក់ ហើយលែងលះអ្នកដែល នៅសល់។ មិនត្រូវរៀបការក្នុងពេលតែមួយជាមួយស្ត្រីមួយចំនួនដើម្បីការពារកុំឲ្យ ទំនាក់ទំនងរវាងសាច់ញាតិត្រូវបានបំផ្លាញ ដែលមានដូចជា៖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 មឃាត់មិនឲ្យរៀបការជាមួយបងផង ជាមួយប្អូនផងក្នុងពេលតែមួយ ហា មឃាត់មិនឲ្យរៀបការជាមួយកមួយផង ជាមួយមីងបង្កើ តខាងម តាយរបស់ នាងផងក្នុងពេលតែមួយ។ ហា មឃាត់មិនឲ្យរៀបការជាមួយកមួយផង ជាមួយមីងបង្កើ តខាងឪពុករបស់ នាងផងក្នុងពេលតែមួយ។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&gt; ការលែងលះ &gt;សាសនា ឥស្លាមបានជំរុញឲ្យរក្សា ទំនាក់ទំនងអាពាហ៍ពិពាហ៍ ហើយឲ្យ ពួកគេព្យាយា មឲ្យអស់ ពីស មត្ថថភាព ដើម្បីរក្សាវាឲ្យនៅគង់វង្ស។ តែប្រសិន ន បើមានតម្រូវការលែងលះ នោះសាសនា ឥស្លាមតម្រូវឲ្យពួកគេអនុវត្តា មច្បាប់ មួយចំនួនអំពីរឿងនេះផងដែរ។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 ឥស្លាមបានជំរុញឱ្យរក្សានូវកិច្ចសន យាអាពាហ៍ពិពាហ៍ជានិច្ច ហើយ ត្រូវបន្តតទំនាក់ទំនងអាពាហ៍ពិពាហ៍ឲ្យគង់វង្សរវាងប្តីប្រពន្ធធទាំងពីរ រហូតដល់ស្លាប់។ ហើយអល់ឡោះបានឱ្យឈ្មោះអាពាហ៍ពិពាហ៍ថា ជាកិច្ចសន យាដ៏ថ្លៃថ្លា ហើយមិន អនុញ្ញាតឱ្យកំណត់ពេលវេលាបញ្ច ប់អាពាហ៍ពិពាហ៍នោះឡើយ។ សាសនា ឥស្លាមបានសង្កត់ធផងន់លើរឿងទាំងអស់ នេះ។ ពិតណាស់ ការដាក់ នូវច្បាប់ទាំងឡាយគឺសម្រាប់មនុស្ស ដើម្បីរស់នៅលើផែនដីនេះ។ ពួកគេមានចំណុច ទន់ខ្សោយជាលក្ខណៈធម្មជាតិរបស់ ពួកគេ។ ដូចនេះហើយបានជាគេដាក់ច្បាប់លើ ពួកគេនូវរបៀបជម្រះអំពីកិច្ចសន យានេះ ប្រសិន នបើមានការពិបាក្នុងការបស់នៅ ជាមួយគ្នា បន្ទាប់ពីបានព្យាយា មផ្សះផ្សាអស់ ហើយ និងគ មានជម្រើសផ្សេងទៀត គឺគេត្រូវតែអនុវត្តតទៅតាមវិធីជាក់ស្តែង និងយុត្តិធម៌រវាងពួកគេទាំងពីរ។ នៅពេលដែលការមិនពេញចិត្ត និងជម្លោះរវាងប្តីប្រពន្ធធជាប់រហូតក្លាយជា បញ្ហាដែលមិនអាចផ្សះផ្សាទៀតបាន ការលែងលះក្លាយជាកត្តាចាំបាច់សម្រាប់ ភាពរុងរឿង និងស្ថិរភាពគ្រួសារ និងសង្គមសម្រាប់ពួកគេទាំងពីរ។ ពីព្រោះ ចំណងអាពាហ៍ពិពាហ៍របៀបនេះ វាមិនបានផ្តល់នូវអត្ថន័យពិតប្រាកដរបស់ វា នោះទេ ហើយការរំលាយអាពាហ៍ពិពាហ៍(ដែលមានសភាពបែបនេះ) ជាប្រក្សារ ដែលល្អ អដែលនាំឱ្យមានការខូចខាតិចជាងការបស់នៅជាមួយគ្នា។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ហេតុនេះហើយបានជាគេអនុញ្ញាតឱ្យមានការលែងលះដែលជាវិធីសាស្ត្រ ដើម្បីចាកចេញពីស្ថានភាពនេះ ហើយក៏ផ្តល់សេរីភាពឲ្យពួកគេទាំងពីរអាចរៀបការ ផ្សេងទៀត ដែលសង្ឃឹមថានឹងទទួលបានជាមួយនឹងអ្នកថ្មីនូវអ្វីដែលអ្នកមុនមិនមាន ហើយបានបញ្ជាក់ដូចនេះដោយបន្ទូលអល់ឡោះថា៖ "ប៉ុន្តែប្រសិន នបើគេទាំងពីរ បែកបាក់គ្នា(លែងលះគ្នា)នោះ អល់ឡោះនឹងផ្គគត់ផ្គគង់ដល់គេម នាក់ៗនូវលាភសក្កាការៈ ដ៏ទូលំទូលាយរបស់ ទ្រង់។ អល់ឡោះជាម្ចាស់មហាទូលំទូលាយ មហាគតិ បណ្ឌិ ត"។ (គម្ពីរគួរអាន ៤ៈ១៣០) ក៏ប៉ុន្តែឥស្លាមបានដាក់ច្បាប់ និងវិន័យជាច្រើនដើម្បីគ្រប់គ្ររងលើបញ្ហានេះ ដែលក្នុង នោះមានដូចជា៖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ធាតុដើមរបស់ វា ការលែងលះគឺនៅក្នុងដៃរបស់ បុរស មិនមែននៅក្នុងដៃស្ត្រីទេ។ ចំពោះស្ត្រី នៅពេលដែលនាងមិនអាចបន្តតបួមរស់ជាមួយនឹងប្តីរបស់ ខ្លួនបាន ហើយ ប្តីក៏មិនព្ររមលែងលះនាងទៀត នោះ នាងអាចស្នើសុំ លែងលះពីចៅក្ររម ហើយ ចៅក្ររមអាចលែងលះឱ្យនាងបាន ប្រសិន នបើមានហេតុផលស មរម្យ។ គេអនុញ្ញាតឱ្យប្តីអាចត្រឡប់ ប់ទៅរកប្ររ ពន្ធធរបស់ ខ្លួនវិញបានបន្ទាប់ពីការលែងលះពីរ ដងរួច តែប្រសិន នបើ គេលែងលះនាងជាលើកទីបីហើយនោះ គឺប្តីមិនអាចត្រឡប់ ប់ទៅ រស់នៅជាមួយនាងបានទេ រហូតទាល់តែនាងបានរៀបការជាមួយបុរសដទៃទៀត ដោយការបៀបការដែលត្រឹមត្រូវ។ ហើយការលែងលះតាមច្បាប់ឥស្លាមនោះ គឺ បុរសត្រូវលែងលះប្រពន្ធធរបស់ ខ្លួននៅក្នុងពេលនាងជ្រះស្អាត ដោយមិនទាន់បាន រួមដំណេកជាមួយនាង។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&gt; សិទ្ធិរបស់ឪពុកម្តាយ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គេចាត់ទុកភាពកតញ្ញូចំពោះឪពុកម្តាយ និងការធ្វើល្អ អទៅចំពោះគាត់ទាំងពីរ ជាកិច្ចចការដែលល្អ អប្រសើរបំផុត ហើយទទួលបានផលបុ ណ្យច្រើនអំពីអល់ឡោះ។ ពិតណាស់ អល់ឡោះបានភ្ជាប់ការធ្វើល្អ អចំពោះឪពុកម្តាយជាមួយនឹងការគោរពសក្ការៈ ទៅចំពោះទ្រង់ និងជំនឿទៅចំពោះទ្រង់។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ហើយបានចាត់ទុកភាពកតញ្ញូ និងការធ្វើល្អ អទៅចំពោះគាត់ទាំងពីរ ជាមូលហេតុ ដ៏ចម្បងមួយ ដែលនាំឲ្យចូលឋានសួគ៌។ អ្នកនាំសារបានមានប្រសាសន៍ថា៖ "ឪពុក ម តាយ គឺជាទ្វារឋានសួគ៌ដែលល្អ អជាងគេ។ ហេតុនេះ ប្រសិន នបើអ្នកចង់បោះបង់ទ្វារនោះ ឬក៏ចង់ថែរក្សាវា គឺអាស្រ័យលើអ្នក"។ (អាត់តៀរមីហ ស៊ីៈ១៩០០)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គ្រោះថ្នាក់នៃទង្វើ អកតញ្ញូចំពោះឪពុកម្តាយ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ការអកតញ្ញូចំពោះឪពុកម្តាយ គឺស្ថិតក្នុងចំណោមអំពើបាបដ៏ធំបំផុតដែល ច្បាប់ឥស្លាមបានឯកភាពថា ត្រូវបានហា មឃាត់និងឱ្យប្រុងប្រយ័ ត្ននអំពីវា ដូចដែល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អ្នកនាំសារបានមានប្រសាសន៍ទៅកាន់មិត្តតភក្តិរបស់ លោកថា៖ "តើពួកអ្នកចង់ឱ្យខ្ញុំ ប្រាប់ពីបាបកម្មមដ៏ធំបំផុតឬទេ"? ពួកគេបានឆ្លើយថា៖ "ឱអ្នកនាំសារ! ពួកយើងចង់"។ លោកបានមានប្រសាសន៍ថា៖ "គឺការធ្វើ ស្ហីរិក(ពហុទេពនិយម)ចំពោះអល់ឡោះ និងអកតញ្ញូចំពោះឪពុកម្តាយ"។ (អាល់ពូខរីៈ ៥៩១៨)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ប្រតិបត្តិតាមគាត់ទាំងពីរ លើកលែងតែប្រក្សារដែលប្រឆាំងនឹងអល់ឡោះ ចាំបាច់ត្រូវគោរពប្រតិបត្តិតាមគាត់ទាំងពីរចំពោះប្រក្សារទាំងឡាយណាដែល គាត់ទាំងពីរបានបញ្ជាប្រើ លើកលែងតែវាជាប្រក្សារដែលប្រឆាំងនឹងអល់ឡោះ មិនត្រូវគោរពតាមគាត់ទាំងពីរឡើយ ពីព្រោះគ្មានទេការ គោរពធ្វើតាមមនុស្ស លោកដែលត្រូវបានគេបង្កើ តក្នុងប្រក្សារដែលប្រឆាំងនឹងអល់ឡោះដែលជា អ្នកបង្កើតនោះ។ អល់ឡោះបានមាន មានបន្ទូលថា៖ "ហើយយើងបានបង្គាប់ប្រើ មនុស្សលោកឱ្យធ្វើល្អ អចំពោះឪពុកម្តាយរបស់ ខ្លួន។ តែប្រសិន នបើគាត់ទាំងពីរបង្ខំអ្នក ឱ្យធ្វើ ស្ហីរិកចំពោះយើងនូវអ្វីដែលអ្នកគ្មានចំណះដឹងនឹងវាទេនោះ ចូរអ្នកកុំប្រតិបត្តិ តាមពួកគាត់ទាំងពីរឱ្យសោះ"។ (គម្ពីរគួរអាន ២៩ៈ៨)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ធ្វើល្អ អជាមួយគាត់ទាំងពីរ ជាពិសេសក្នុងពេលគាត់ទាំងពីរចាស់ជរា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អល់ឡោះបានមាន មានបន្ទូលថា៖ "ហើយម្ចាស់របស់ អ្នកបានបញ្ជាថា ពួកអ្នក មិនត្រូវគោរពសក្ការៈក្រៅពីទ្រង់ឡើយ ហើយត្រូវតែធ្វើល្អ អទៅចំពោះឪពុកម្តាយ។ ប្រសិន នបើម នាក់នៃគាត់ទាំងពីរ ឬគាត់ទាំងពីរមានវ័យចាស់ជរានៅជាមួយអ្នក ចូរអ្នក កុំនិយា យទៅកាន់គាត់ទាំងពីរនូវពាក្យសំដីមិនសមរម្យ ឬគំហកដាក់គាត់ទាំងពីរ ឱ្យសោះ។ តែអ្នកត្រូវនិយា យទៅកាន់គាត់ទាំងពីរនូវពាក្យសម្ដីណាដែលទន់ភ្លន់ បំផុត"។ (គម្ពីរគួរអាន ១៧ៈ២៣)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ក្នុងវាក្យខណ្ឌឌនេះបានបញ្ជាក់ថា ទ្រង់បានដាក់កាតព្វកិច្ចលើមនុស្សលោក ឱ្យ គោរពប្រតិបត្តិតាម ឪពុកម្តាយរបស់ ខ្លួន ហើយមិនត្រូវប្រើ ពាក្យសំដីមិនសមរម្យ ឬគំហកដាក់គាត់ទាំងពីរឡើយ ជាពិសេស ក្រោយពេលគាត់ទាំងពីរចាស់ជរា និង ទន់ខ្សោយ សូម្បីវាគ្រាន់តែជាកាយវិការមិនសមរម្យ ដោយមិនបានប្រើពាក្យសម្តី ក៏ដោយ។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ឪពុកម្តាយជាអ្នកគ្មានជំនឿ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ចាំបាច់លើជនមូស្លីមត្រូវកតញ្ញូចំពោះឪពុកម្តាយ គោរពតាមពួកគាត់ និងធ្វើ ល្អចំពោះគាត់ សូម្បីតែគាត់ជាអ្នកគ្មានជំនឿក៏ដោយ។ អល់ឡោះបានមាន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"ហើយប្រសិន នបើគាត់ទាំងពីរ(ឪពុកម្តាយ)ព្យាយា មជំរុញឱ្យអ្នកធ្វើស្ហីរិកជាមួយ យើង(អល់ឡោះ)នូវអ្វី ដែលអ្នកមិនបានដឹងអំពីវាទេនោះ ចូរអ្នកកុំស្តាប់បង្គាប់គាត់ ទាំងពីរឱ្យសោះ។ តែអ្នកត្រូវកតញ្ញូចំពោះគាត់ទាំងពីរនៅក្នុងលោកិយនេះដោយ អំពើល្អ"។ (គម្ពីរគួរអាន ៣១ៈ១៥) &gt; សិទ្ធិរបស់កូន ជ្រើសភរិ យាដ៏ល្អម នាក់ដើម្បីក្លាយជាម តាយសម្រាប់កូនៗ ព្រោះវាជាអំណោយដ៏ ធំធេងបំផុតដែលឪពុកផ្តល់ជូនឱ្យកូនៗរបស់ ខ្លួន។ ដាក់ឈ្មោះដែលពិរោះ និងល្អឲ្យពួកគេ ពីព្រោះវានឹងក្លាយជាសញ្ញាយ៉ាងជាក់លាក់ សម្រាប់កូន។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ត្រូវអប់រំពួកគេឱ្យបានល្អ និងបង្រៀនពួកគេអំពីគោលគ្រឹះ[នៃសាសនា និងធ្វើឱ្យ ពួកគេស្ររលាញ់ ទៅចំពោះវា។ អ្នកនាំសារបានមានប្រសាសន៍ថា៖ "ពួកអ្នកគ្រប់គ្នា សុទ្ធធតែជាអ្នកគ្រប់គ្ររង ហើយពួកអ្នកនឹងត្រូវទទួលខុសត្រូវនូវអ្វីដែលអ្នកគ្រប់គ្ររង នោះ។ មេដឹកនាំគឺជាអ្នកគ្រប់គ្ររងលើប្រជាជន ហើយ គេត្រូវទទួលខុសត្រូវចំពោះ ពួកគេ។ បុរសគឺជាអ្នកគ្រប់គ្ររងលើក្រុមគ្រួសាររបស់ ខ្លួន ហើយគេជាអ្នកទទួល ខុសត្រូវចំពោះពួកគេ។ ស្ត្រីគឺជាអ្នកគ្រប់គ្ររងលើផ្ទះប្តីរបស់ នាង និងកូនៗរបស់ គេ ហើយនាងជាអ្នកទទួលខុសត្រូវចំពោះពួកគេ។ ហេតុនេះ ពួកអ្នកទាំងអស់ គ្នា ជាអ្នកគ្រប់គ្ររង ហើយពួកអ្នកទាំងអស់ គ្នា នឹងត្រូវទទួលខុសត្រូវចំពោះអ្នកដែល នៅក្រោមការគ្រប់គ្ររងរបស់ ខ្លួន"។ (អាល់ពូខរីៈ២៤១៦ មូស្លីមៈ១៨២៩)។ ឪពុកម្តាយត្រូវចាប់ផ្តើមបង្រៀនកូនៗរបស់ ខ្លួនពីប្ររ ការណាដែលសំខាន់ជាងគេ បំផុតនោះ ហើយប្រក្សារសំខាន់បំផុតដែលត្រូវចាប់ផ្តើមអប់រំពួកគេមុនគេនោះ គឺអំពីគោលជំនឿដ៏ត្រឹមត្រូវជ្រះស្អាតអំពីស្ហី រិក(ពហុទេពនិយម) និងប្រក្សារ បង្កើ តថ្មីក្នុងសាសនា (ពិទអះ)។ បន្ទាប់មក បង្រៀនអំពីការគោរពសក្ការៈ ជាពិសេសការប្រតិបត្តិសឡាត។ បន្ទាប់មកទៀត បង្រៀនពួកគេអំពីសុ ជីវធម៌ និងសីលធម៌ដែលគេកោតសសើរ និងរាល់អ្វី ដែលមានតម្លៃ និងល្អប្រសើរ សម្រាប់ជីវិតបស់នៅ។ ទាំងនេះគឺក្នុងគោលបំណងបម្រើឲ្យការគោរពប្រតិបត្តិទៅ ចំពោះអល់ឡោះ។ ផ្គគត់ផ្គគង់ជីវភាព៖ ចាំបាច់លើឪពុកត្រូវផ្គគត់ផ្គគង់ប្រាក់ដល់កូនៗទាំងប្រុសទាំងស្រី ហើយមិនអនុញ្ញាត ឱ្យគេកាត់បន្ថថយ ឬបោះបង់ចោឡើយ។ ប៉ុន្តែចាំបាច់លើ ឪពុកត្រូវផ្គគត់ផ្គគង់ដល់កូនៗឲ្យ បានល្អអត្រឹមត្រូវ ទៅតាមសមត្ថថភាព និងលទ្ធធភាព របស់ ខ្លួន។ អ្នកនាំសារបានមានប្រសាសន៍ថា៖ "បុគ្គល ណាដែលបោះបង់ ចោលការផ្គគត់ផ្គគង់អាហារដល់អ្នកដែលគេមានកាតព្វកិច្ចត្រូវផ្គគត់ផ្គគង់នោះគឺគេ នឹងទទួលបាបកម្ម"។ (អាពូហ ទាវូទៈ១៦៩២)។ ហើយអ្នកនាំសារលោកបាន មានប្រសាសន៍ចំពោះការគ្រប់គ្ររង និងការផ្គគត់ផ្គគង់លើកូនស្រីដោយឡែកថា៖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"បុគ្គល ណាហើយដែលមានកូនស្រីច្រើននៅក្រោម ការគ្រប់គ្ររងរបស់ ខ្លួន ហើយ គេអប់រំពួកនា ងបានល្អនោះ ពួកនា ងនឹងក្លាយជារបទាំងការពារគេពីភ លើងនរក"។ (អាល់ពូខរីៈ៥៦៤៩ មូស្លីមៈ២៦២៩)</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 មានភាពយុត្តិធម៌រវាងកូនៗ ទាំងប្រុសទាំងស្រី ដូចដែលអ្នកនាំសារបានមាន ប្រសាសន៍ថា៖ "ចូរពួកអ្នកកោតខ្លាចទៅចំពោះអល់ឡោះ ហើយចូរពួកអ្នក ផ្តល់ភាពយុត្តិធម៌រវាងកូនៗរបស់ ពួកអ្នក"។ (អាល់ពូខរីៈ២៤៤៧ 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១៦២៣)។ ដូចនេះ គេមិនអនុញ្ញាតឱ្យលើកតម្កើង ឬស្រឡាញ់កូនស្រីជាង កូនប្រុស នោះទេ ហើយក៏មិនអនុញ្ញាតឱ្យលើកតម្កើង ឬស្រឡាញ់កូនប្រុស ជាង កូនស្រីនោះដែរ ពីព្រោះធ្វើដូចនោះនឹងនាំឱ្យមានវិនាសកម្ម។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គ្រួសាររបស់អ្នក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 សីលធម៌ និងសុជីវធម៌ គឺជាផ្នែកមួយនៃសាសនា ឥស្លាម ដែលភ្ជាប់ទៅនឹងទិដ្ឋភាព ទាំងអស់ នៃជីវិតរបស់ គេ។ វាមានតម្លៃឧត្តុងឧត្តម និងឋានៈខ្ពពស់បំផុត ហើយទាំងអស់ នេះ គឺមាននៅក្នុងបទប ញ្ញញត្តិ និងច្បាប់នៃសាសនា ឥស្លាម។ ម្យ៉ាងវិញទៀត ព្យាការី មូហាំម៉ាត់ត្រូវបានតែងតាំងមក គឺដើម្បីបំពេញសីលធម៌ដ៏ល្អឥតខ្ចោះនេះឯង។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 ឋានៈនៃសីលធម៌នៅក្នុងសាសនា ឥស្លាម សីលធម៌ល្អជាគោលបំណងចម្បងនៃការតែងតាំងព្យាការី មូហាំម៉ាត់មកកាន់មនុស្សលោក សីលធម៌ជាផ្នែកមួយនៃជំនឿ និងការជឿជាក់ សីលធម៌មានទំនាក់ទំនងនឹងការគោរពសក្ការៈគ្រប់ប្រភេទ គុណសម្បត្តិដ៏អស្ចារ្យ និងផលបុ ណ្យយ៉ាងធំធេងដែល អល់ឡោះបានត្រៀមទុកសម្រាប់អ្នកដែលមានសីលធម៌ល្អ លក្ខណៈពិសេសនៃសីលធម៌ល្អក្នុងសាសនា ឥស្លាម សីលធម៌ល្អ គឺមិនមែនចំពោះតែលើប្រភេទមនុស្សណាមួយ ជាក់លាក់ឡើយ សីលធម៌ល្អមិនមែនចំពោះតែជាមួយមនុស្សលោកនោះឡើយ សីលធម៌ល្អត្រូវមានគ្រប់ទិដ្ឋភាពទាំងអស់ នៃជីវិត សីលធម៌ល្អត្រូវមាននៅគ្រប់កាលៈទេសៈទាំងអស់ ទិដ្ឋភាពនៃជីវិតព្យាការី និងសីលធម៌ដ៏ល្អរបស់ លោក ឱនលំទោន មេត្ដាករុណា យុត្តិធម៌ សប្បុរស និងចិត្ដដទូលាយ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 ឋានៈនៃសីលធម៌ល្អអនៅក្នុងសាសនាឥស្លាម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 ល្អជាគោលបំ ណងចម បង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នៃការតែងតាំងព្យាការីមូហាំម៉ាត់មក កាន់មនុស្សលោក អល់ឡោះបានមាន មានបន្ទូលថា៖ "ទ្រង់គឺជា អ្នកដែលបានចាត់តទាំងអ្នកនាំសារម នាក់អំពី ពួកគេក្នុងចំណោមពួកអវិជ្ជា ដោយគេសូត្រ វាក្យខណ្ឌឌទាំងឡាយ របស់ ទ្រង់ឱ្យពួកគេស្តាប់ និងសម្អាតពួកគេ(ពីប្ររ ការស្ហីរិក)"។ (គម្ពីរ គួរអាន ៦២ៈ២)។ អល់ឡោះបានផ្តល់ឱ្យអ្នក ដែលមានជំនឿដោយតែងតាំងអ្នកនាំសារម 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&gt;ការបំពេញសីលធម៌ល្អ គឺជាគោលដៅដ៏ ចម្បងនៃការតែងតាំងព្យាការីមូហាំម៉ាត់។ ដើម្បីបង្រៀនគួរអានដល់ពួកគេនឹងសម្អាតពួកគេ។ ការជម្រះ សម្អាតនោះមានន័យថា ជម្រះ ចិត្តពួកគេអំពីប្ររ ការពហុទេពនិយម និងសីលធម៌អាក្រក់ ដូចជាការនិយមជ្រុល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និងការឈ នានីស ហើយនិងជម្រះ សម្អាត ពាក្យសំដី ទង្វើ និងទម្លាប់មិនល្អ។ ព្យាការី បានមានប្រសាសន៍យ៉ាងច្បាស់ថា៖ "ពិតប្រាកដណាស់ គេបាន ចាត់តទាំងខ្ញុំមក គឺដើម្បីបំពេញនូវសី លធម៌ ដ៏ល្អឥតខ្ចោះ"។ (អាល់ពៃហាគីៈ២១៣០១)។ ដូចនេះ មួយក្នុងចំណោមហេតុផលចម បងនៃការតែងតាំងនេះ គឺជាការលើកតម្កើង និង ភាព ខ្ពពង់ខ្ពពស់ នៃសីលធម៌បុគ្គល និងសង្គម។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សីលធម៌ជាផ្នែកមួយនៃជំនឿ និងការជឿជាក់ នៅពេលដែលគេសួរអ្នកនាំសារថា៖ "តើអ្នកដែលមានជំនឿបែបណាដែលល្អ អ ជាងគេនោះ"? លោកបានមានប្រសាសន៍ថា៖ "គឺអ្នកដែលមានសីលធម៌ល្អជាងគេ"។ (អាត់តៀរមីហ ស៊ីៈ១១៦២ អាពូហ ទាវូទៈ៤៦៨២)។ អល់ឡោះបានឲ្យឈ្មោះជំនឿថា ជាអំពើល្អ ដោយអល់ឡោះបានមាន មានបន្ទូលថា៖ "ការតម្ររង់មុខរបស់ ពួកអ្នកឆ្ពោះទៅ ទិសខាងលិចនោះមិនចាត់ទុកជាអំពើល្អឡើយ។ ប៉ុន្តែអំពើល្អនោះគឺអ្នកណា ដែលមាន ជំនឿលើអល់ឡោះ និងថ្ងៃបរលោក បណ្តាម៉ាឡាអ៊ីកាត់របស់ ទ្រង់ ព្រះគម្ពីរទាំងឡាយ និងបណ្តាព្យាការី"។ (គម្ពីរគួរអាន ២ៈ១៧៧)។ អំពើល្អគឺជាពាក្យដ៏ទូលំទូលាយដែល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 ក្តោបលើប្រក្សារល្អអគ្រប់ប្រភេទអំពីសីល ធម៌ ពាក្យសំដី និងកាយវិការ។ ដូចនេះហើយ បានជាអ្នកនាំសារមានប្រសាសន៍ថា៖ "អំពើល្អ គឺសីលធម៌ល្អ"។ (មូស្លីមៈ២៥៥៣)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វាបានបង្ហាញយ៉ាងច្បាស់ នៅក្នុងប្រសាសន៍របស់ អ្នកនាំសារថា៖ "ជំនឿមាន ច្រទីនជាង៦០ផ្នែក។ លំដាប់ខ្ពពស់បំផុត នោះ គឺការ ពោលពាក្យ "ឡើអ៊ីឡើហា អិលល ល់ ឡោះ" (គ មានទេម្ចាស់ ដែលត្រូវគេគោរពសក្ការៈដ៏ ត្រឹមត្រូវ គឺមានតែអល់ឡោះ) ហើយ លំដាប់ក្រោមបំផុត គឺការយកអ្វីដែលបង្កករបញ្ហាដល់អ្នកធ្វើដំណើរចេញពីផ្លូវ ហើយការ ខ្មាសអៀន ក៏ជាផ្នែកមួយនៃជំនឿដែរ"។ (មូស្លីមៈ លេខ៣៥) សីលធម៌មានទំនាទំនងនឹងការគោរពសក្ការៈគ្រប់ប្រភេទ អល់ឡោះមិនបានបញ្ជាប្រើឱ្យធ្វើការគោរពសក្ការៈអ្វីមួយឡើយ លើកលែងតែទ្រង់ បានណែនាំអំពីគោលដៅរបស់ វា គឺសីលធម៌ល្អ ឬផលបុ ណ្យរបស់ វាមកលើខ្លួនឯង ផ ទាល់ ឬសង្គម។ ឧទាហរណ៍ដែលបញ្ជាក់ដូចនេះ គឺមាន ច្រើន ក្នុងនោះមានដូចជា៖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ការសឡាត៖ អល់ឡោះបានមាន មានបន្ទូលថា៖ "ចូរអ្នកប្រតិ បត្តិសឡាត។ ពិតប្រាកដណាស់ សឡាតអាចហា មឃាត់អំពីការប្រព្រឹ [ត្តតអសីលធម៌ និងអំពើទុច្ចរិត"។ (គម្ពីរគួរអាន ២៩ៈ៤៥) ការបរិច្ចាគទាន៖ អល់ឡោះបានមាន មានបន្ទូលថា៖ "ចូរអ្នក(ព្យាការីមូហាំម៉ាត់) យកការបរិច្ចាគពីទ្រព្យសម្បត្តិរបស់ ពួកគេមួយចំនួនដើម្បីជម្រះ និងសំអាត(បាបកម្ម) ពួកគេដោយការបរិច្ចាគនេះ"។ (គម្ពីរគួរអាន ៩ៈ១០៣)។ ការបរិច្ចាគទានពិតប្រាកដ នោះ គឺការធ្វើអំពើល្អចំពោះមនុស្ស និងចូលរួមរំលែកទុក្ខពួកគេ ហើយវាក៏ជាការអប់រំ ខ្លួន និងជម្រះ សម្អាតអំពីសីល ធម៌អាក្រក់ផងដែរ។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ការបួស៖ អល់ឡោះជាម្ចាស់បានមាន មានបន្ទូលថា៖ "អល់ឡោះបានដាក់ កាតព្វកិច្ចបួសមកលើពួកអ្នក ដូចដែលទ្រង់ បាន ដាក់កាតព្វកិច្ចបួសនេះទៅលើ ពួកអ្នកជំនាន់មុនៗដែរ ដើម្បីឱ្យពួកអ្នកកោតខ្លាចអល់ឡោះ"។(គម្ពីរគួរអាន ២ៈ១៨៣)។ មានអត្ថន័យថា៖ ការកោតខ្លាចំពោះអល់ឡោះដោយធ្វើតាមអ្វី ដែលទ្រង់ បានបង្គាប់បញ្ជាប្រើ និងជៀសឆផងាយពីអ្វីដែលទ្រង់បានហា មឃាត់។ អ្នកនាំសារបានមានប្រសាសន៍ថា៖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"នរណាហើយដែលមិនបោះបង់ចោលនូវ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 ពាក្យសំដីអាក្រក់ហើយនៅតែធ្វើវានោះ សម្រាប់អល់ឡោះគឺរូបគេគ មានបានផល ប្រយោជន៍អ្វីអំពីការបោះបង់អាហារ និងភេសជ្ជៈរបស់ គេនោះឡើយ"។ (អាល់ពូខរីៈ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១៨០៤)។ នរណាហើយដែលការបួសរបស់ គេមិនបានជះឥទ្ធិពលអ្វីដល់ខ្លួនរបស់ គេ និងសីលធម៌ របស់ គេជាមួយមនុស្សទេនោះ ពិតណាស់ រូបគេមិនបានទៅដល់ គោលដៅពិតប្រាកដនៃការបួសតមឡើយ។ គុណសម្បត្តិដ៏អស្ចារ្យនិងផលបុ ណ្យយ៉ាងធំធេងដែលអល់ឡោះបានរៀបចំ សម្រាប់អ្នកដែលមានសីលធម៌ល្អ មានភស្តុ តាងជាច្រើនអំពីគម្ពីរគួរអាន និងប្រសាសន៍របស់ ព្យាការីដែលទាក់ទង នឹងវាដូចជា៖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វាគឺជាទង្វើ កុសល ដែលធផងងន់ជាងគេនៅលើជញ្ជី ងនៅថ្ងៃបរលោក៖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ព្យាការីលោកបានមានប្រសាសន៍ថា៖ "គ មានអ្វីមួយដែលមានទម្ងន់លើជញ្ជី ង(នៅ ថ្ងៃបរលោក)ធផងន់ជាងសីលធម៌ល្អនោះឡើយ។ សម្រាប់ អ្នកដែលមានសីលធម៌ល្អា ច នឹងឈា នទៅដល់ឋានៈរបស់ អ្នកបួស និងអ្នកសឡាត"។ (អាត់តៀរមីហ ស៊ីៈ២០០៣) វាជាមូលហេតុដ៏ចម្បងមួយ ដែលនាំឱ្យបានចូលឋានសួគ៌៖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ព្យាការីបានមានប្រសាសន៍ថា៖ "ប្រក្សារដែលធ្វើឱ្យមនុស្សចូលឋានសួគ៌ច្រើន ជាងគេ គឺការកោតខ្លាចអល់ឡោះ និងសីលធម៌ល្អ"។ (អាត់តៀរមីហ ស៊ីៈ២០០៤ អិពនូម៉ាហ្ជះៈ៤២៤៦) អ្នកដែលមានសីលធម៌ល្អ ជាមនុស្សដែលមានឋានៈជិតទៅចំពោះអ្នកនាំសារបំផុត នៅថ្ងៃបរលោក៖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អ្នកនាំសារបានមានប្រសាសន៍ថា៖ "ពិតប្រាកដណាស់ អ្នកដែលខ្ញុំស្ររលាញ់ ជាងគេបំផុតក្នុងចំណោមពួកអ្នក និងនៅជិតខ្ញុំជាងគេនៅថ្ងៃបរលោកនោះ គឺអ្នក ដែលមានសីលធម៌ល្អជាងគេក្នុងចំណោមពួកអ្នក"។ (អាត់តៀរមីហ ស៊ីៈ២០១៨) រូបគេនឹងបានចូលនៅក្នុងឋានសួគ៌លំដាប់ខ្ពពស់ជាងគេដោយមានការធានា និងការ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បញ្ជាក់ពីអ្នកនាំសារ៖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ព្យាការីបានមានប្រសាសន៍ថា៖ "ខ្ញុំជាអ្នកធានានូវផ្ទះមួយនៅក្នុងឋានសួគ៌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 លំដាប់ទាបជាងគេសម្រាប់ជនណាហើយដែលបោះបង់ចោលការឈ្លោះប្រកែកគ្នា សូម្បីតែខ្លួនត្រូវក៏ដោយ។ ខ្ញុំក៏ធានានូវផ្ទះមួយ នៅចំកណ្តាលនៃឋានសួគ៌សម្រាប់ អ្នកដែលបោះបង់ការភូតកុហក សូម្បីតែនៅក្នុងការ លេងសើចក៏ដោយ។ ហើយខ្ញុំ ក៏ធានានូវផ្ទះមួយទៀតនៅក្នុងឋានសួគ៌លំដាប់ខ្ពពស់ជាងគេ សម្រាប់អ្នកដែលមាន សីលធម៌ល្អ"។ (អាពូហ ទាវូទៈ៤៨០០) លក្ខណៈពិសេសនៃសីលធម៌ល្អអក្នុងសាសនាឥស្លាម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សីលធម៌ល្អនៅក្នុងសាសនា ឥស្លាមានលក្ខណៈពិសេស និងចំណុចសំខាន់ មួយចំនួនដែលមានតែនៅក្នុងសាសនាដ៏ឧត្តុងឧត្តមនេះមួយគត់ 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សីលធម៌ល្អ គឺមិនមែនចំពោះតែលើប្រភេទមនុស្សណាមួយជាក់លាក់ឡើយ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អល់ឡោះបានបង្កើ តមនុស្សឲ្យមានមុខមាត់ ពណ៌សម្បុរ និងភាសាខុសៗ គ្នា។ តែពួកគេនៅលើជញ្ជី ងរបស់ អល់ឡោះ គឺមានលក្ខណៈស្មើភាពគ្នាដោយមិន មាននរនាម្នាក់អំពីពួកគេល្អជាងនរនាម្នាក់ឡើយ លើកលែងតែសេចក្តីជំនឿ ការ កោតខ្លាច និងអំពើល្អរបស់ ពួកគេប៉ុណ្ណោះណោះ ដូចដែលអល់ឡោះបានមាន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"មនុស្សលោកទាំងឡាយ! ពិតប្រាកដណាស់ យើងបានបង្កើ តពួកអ្នកពីបុរសនិង ស្ត្រី ហើយយើងធ្វើឲ្យពួកអ្នកមានជនជាតិនិងកុលសម្ព័ន្ធធជាច្រើនដើម្បីឱ្យពួកអ្នក ស្គាល់គ្នាទៅវិញទៅមក។ ពិតប្រាកដណាស់ អ្នកដែលថ្កុំថ្កើងជាងគេចំពោះអល់ឡោះ ក្នុងចំណោមពួកអ្នក គឺអ្នកដែលកោតខ្លាចអល់ឡោះជាងគេក្នុងចំណោមពួកអ្នក"។ (គម្ពីរគួរអាន ៤៩ៈ១៣)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សីលធម៌ល្អ បញ្ជាក់ពីទំនាក់ទំនងល្អរវាងអ្នកមូស្លីមនិងមនុស្សដទៃទៀតដោយ មិនមានភាពខុសគ្នាឡើយរវាងអ្នកមាននិងអ្នកក្ររ អ្នកឋានៈខ្ពពង់ខ្ពពស់និងអ្នកមានឋានៈ តូចទាប អ្នកស បែកខ្មៅនិងអ្នកស បែកស ឬជនជាតិអារ៉ាប់និងជនជាតិដទៃទៀតនោះ 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សីលធម៌ជាមួយនឹងអ្នកមិនមែនមូស្លីម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អល់ឡោះបានប្រើឱ្យធ្វើអំពើល្អទៅចំពោះអ្វីគ្រប់យ៉ាងទាំងអស់។ ភាពយុត្តិធម៌ សប្បុរសធម៌ និងក្តីមេត្តាករុណា គឺជាសីលធម៌របស់ អ្នកមូស្លីម ដែលគេត្រូវយកចិត្ត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 ទុកដាក់ទាំងឥរិយាបទ និងពាក្យសំដីរបស់ គេជាមួយនឹងអ្នកមូស្លីម និងអ្នកមិនមែន មូស្លីម ហើយចាំបាច់ត្រូវតែថែរក្សាសីលធម៌ល្អនោះ ដោយសារវាជាមាន គ៌ាសម្រាប់ អំពាវនាវអ្នកមិនមែនមូស្លីមឱ្យចូលក្នុងសាសនាដ៏ថ្កុំថ្កើងនេះ។ អល់ឡោះបានមាន បន្ទូលថា៖ "អល់ឡោះមិនហា មឃាត់ពួកអ្នកក្នុងការធ្វើល្អ អ និងផ្តល់ភាពយុត្តិធម៌ចំពោះ ពួកដែលមិនបានធ្វើ សង្គ្រាមប្រឆាំងនឹងពួកអ្នកនៅក្នុងសាសនា និងមិនបានបណ្តេញ ពួកអ្នកចេញពីលំ នៅឋានរបស់ ពួកអ្នកឡើយ។ ពិតប្រាកដណាស់ អល់ឡោះស្ររលាញ់ បណ្តាអ្នកដែលប្រកាន់ខ្ជាប់នូវភាពយុត្តិធម៌"។ (គម្ពីរគួរអាន ៦០ៈ៨)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ប៉ុន្តែអល់ឡោះបានហា មឃាត់ពួកយើងមិនឱ្យគាំទ្ររអ្នកដែលមិនមែនមូស្លីម និងស្ររលាញ់អ្វីដែលពួកគេកំពុងប្រព្រឹ [ត្តតប្រឆាំងនឹងសាសនា របស់ យើងឡើយ ដូចដែលអល់ឡោះបានមាន មានបន្ទូលថា៖ "ពិតប្រាកដណាស់ អល់ឡោះបានហា មឃាត់ ពួកអ្នកមិនឱ្យបង្កើ តមិត្តតភាពជាមួយពួកដែលបានធ្វើ សង្គ្រាមប្រឆាំងនឹងពួកអ្នកនៅ ក្នុងសាសនា និងបានបណ្តេញពួកអ្នកចេញពីលំ នៅឋានរបស់ ពួកអ្នក ហើយពួកគេ ជួយអ្នកដទៃបណ្តេញពួកអ្នកទៀតនោះឡើយ។ អ្នកណាហើយដែលយកពួកគេធ្វើ ជាមិត្ត អ្នកទាំងនោះគឺជាអ្នកដែលបំពាន"។ (គម្ពីរគួរអាន ៦០ៈ៩) អ្នកមូស្លីមានទំនាក់ទំនងប្រកប ដោយសីលធម៌ល្អជាមួយមនុស្សគ្រប់រូប បើ ទោះបីជាជាតិសាសន៍ ឬសាសនាខុសគ្នាក៏ដោយ។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សីលធម៌ល្អ គឺមិនមែនតែជាមួយមនុស្សលោកនោះឡើយ ធ្វើល្អ អជាមួយសត្វធាតុ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អ្នកនាំសារបានប្រាប់យើងអំពីស្ត្រី ម នាក់ដែលចូលឋាននរកដោយសារតែនាង បានឃុំឃាំងឆ្មាមួយកបាលរហូតទាល់តែស្លាប់ដោយសារក្សារស្រេកឃ្លាន។ ហើយ លោកបានប្រាប់យើងអំពីបុរសម្នាក់ ដែលអល់ឡោះបានជម្រុះចោលនូវបាបកម្មមរបស់ គេដោយសារគេបានផ្តល់ទឹកដល់សត្វឆ្កែនៅពេលដែលវាស្រេកទឹកខ្លាំង។ ព្យាការីបាន មានប្រសាសន៍ថា៖ "ស្ត្រីម នាក់បានចូលឋាននរកដោយសារឆ្មាមួយកបាលព្រោះតែ នាងបានឃុំឃាំងវាទុកដោយមិនឱ្យចំណីវាស៊ី ហើយក៏មិនដោះលែងវាឱ្យដើររក ចំណីនៅលើផែនដីដោយខ្លួនឯងដែរ"។ (អាល់ពូខរីៈ៣ ១៤០ មូស្លីមៈ២៦១៩)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ហើយព្យាការីក៏មានប្រសាសន៍ផងដែរថា៖ "នៅពេលដែលបុរសម្នាក់កំពុង ដើរតាមផ្លូវមួយ ស្រាប់តែគេស្រេកទឹកយ៉ាងខ្លាំង។ ពេលនោះ គេក៏បានឃើញអណ្តូង មួយ ហើយក៏បានចុះទៅផឹកទឹកអណ្តូ ងនោះ។ បន្ទាប់មក គេក៏បានចេញមកវិញ។ ខណៈពេលនោះ គេបានឃើញសត្វឆ្កែមួយកបាលកំពុងតែយកអណ្តាតរបស់ វាលិទ្ធធ ដីភក់ដោយការស្រេកទឹកខ្លាំង។ បុរសនោះក៏គិតថា ឆ្កែនេះកំពុងតែស្រេកទឹក ខ្លាំងដូចខ្ញុំមុននេះអញ្ចឹ[ង រួចបុរសនោះក៏បានចុះទៅក្នុងអណ្តូងម្តតងទៀត និងបាន ដួសទឹក ដាក់ពេញស្បែកជើង បន្ទាប់មក ខាំវានឹងមាត់របស់ គេ រហូតឡើងផុតពី អណ្តូង ហើយក៏ យកវាឱ្យឆ្កែនោះផឹក។ អល់ឡោះបានថ្លែងអំណរគុណទៅចំពោះ បុរសនោះ និងបានអភ័យទោស ឱ្យរូបគេ។ ពួកគេបានសួរថា៖ "ឱអ្នកនាំសារ! តើពួកយើងធ្វើល្អ អចំពោះសត្វធាតុបានទទួលផលបុ ណ្យដែរឬ"? លោកបាន ឆ្លើយថា៖ "រាល់ការជួយសត្វទាំងអស់ ដែលមានជីវិត គឺទទួលបានផលបុ ណ្យ"។ (អាល់ពូខរីៈ៥៦៦៣ មូស្លីមៈ២២៤៤)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ថែរក្សានិងការពារបរិស្ថាន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 ឥស្លាមបានបង្គាប់ប្រើឱ្យយើងខិតខំថែរក្សាផែនដីនេះឱ្យប្រសើរជាង មុនដោយប្រើប្រាស់ធនធានធម្មជាតិរបស់ ផែនដី ដើម្បីកសាងអារ្យធម៌ និងចូលរួម ការអភិវឌ្ឍន៍ បង្កើ នផលិ តផលសម្រាប់សុខុមាល ភាពទូទៅរបស់ មនុស្ស។ ទន្ទឹ[ម នឹងនោះ ក៏ព្យាយា មរក្សាធនធានទាំងនោះ និងការពារពីការបំពាន ឬខ្ជះខ្ជាយក្នុងការ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 ធ្វើអាជីវកម្មមលើធនធានទាំងនោះ សូម្បីតែការបំផ្លាញនោះគឺដោយសារតែមនុស្ស សត្វ ឬរុក្ខខជាតិក៏ដោយ។ ពិតប្រាកដណាស់ វាជាការងារដែលសាសនា ឥស្លាមច្រានចោល និងស្អប់ខ្ពើមជាទីបំផុត ហើយអល់ឡោះមិនស្រឡាញ់ការបំផ្លាញនៅគ្រប់ទិដ្ឋភាព ទាំងអស់ នៃជីវិត ដូចដែលអល់ឡោះបានមាន មានបន្ទូលថា៖ "ហើយអល់ឡោះមិន ស្ររលាញ់អំពើវិនាសកម្ម ឡើយ"។ (គម្ពីរគួរអាន ២ៈ២០៥) ជាការពិតណាស់ សាសនា ឥស្លាមបានខ្វវល់ខ្វាយអំពីបញ ហានេះជាខ្លាំងរហូត ដល់ព្យាការីមូហាំម៉ាត់លោកបានផ្តែផ្តាំមកលើអ្នកមូស្លីមទាំងអស់ ឱ្យប្រព្រឹ [ត្តតអំពើល្អ និងចូលរួមកនុងការដាំដុះលើផែនដី សូម្បីតែនៅក្នុងក្នុងគ្រាដែលមានចលាចល យ៉ាង ខ្លាំង ឬក្នុងកាលៈទេសៈដែលគួរឲ្យភ័យខ្លាចយ៉ាងណាក៏ដោយ ដូចជាកើតមាន ថ្ងៃបរលោកជាដើម។ លោកបានមានប្រសាសន៍ថា៖ "ប្រសិន នបើថ្ងៃបរលោកបាន មកដល់ហើយនៅក្នុងដៃរបស់ ពួកអ្នកមានកូនរុក្ខខជាតិ ប្រសិន នបើអ្នកអាចដាំវាមុន ថ្ងៃបរលោកើតឡើងនោះ ចូរអ្នកដាំវាចុះ"។ (អះម៉ាត់ៈ១២៩៨១)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សីលធម៌ល្អត្រូវមានគ្រប់ទិដ្ឋភាពទាំងអស់ នៃជីវិត ក្នុងគ្រួសារ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 ឥស្លាមបានបញ្ជាក់ពីសារៈសំខាន់នៃសីលធម៌ចំពោះសមាជិកគ្រួ សារ ទាំងអស់។ ព្យាការីបានមានប្រសាសន៍ថា៖ "អ្នកដែលល្អ អជាងគេក្នុងចំណោមពួក អ្នកគឺអ្នកដែលបានធ្វើល្អ អជាងគេចំពោះភរិយា របស់ ខ្លួន ហើយខ្ញុំជាអ្នកធ្វើល្អអជាងគេ ចំពោះភរិយា របស់ ខ្ញុំ"។ (អាត់តៀរមីហ ស៊ីៈ ៣៨៩៥) ពិតណាស់ អ្នកនាំសារគឺជាមនុស្សដែលល្អ អជាងគេបំផុត។ លោកបានជួយធ្វើកិច្ចចការ ផ្ទះ និងជួយសម្រួ លការងារដល់គ្រួសាររបស់ លោកមិនថាក្មេងឬចាស់ ដូចដែលភរិយា របស់ លោក គឺលោកស្រី អាអ៊ីស្ហះ បានរាយការណ៍មកថា៖ "លោកតែងជួយកិច្ចចការ គ្រួសាររបស់ លោក"។ (អាល់ពូខរីៈ៥០៤៨)។ មានន័យថា លោកបានជួយពួកគេ និងធ្វើរាល់កិច្ចចការផ្ទះដែលគ្រួ សារលោកបានធ្វើ។ ហើយពេលខ្លះ លោក៏លេងសើចជាមួយករុមគ្រួសាររបស់ លោកផងដែរ ដូចដែល ភរិយា របស់ លោក អ្នកស្រី អាអ៊ីស្ហះ បានរាយការណ៍មកថា៖ "ខ្ញុំបានរួមដំណើរជាមួយ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 នឹងអ្នកនាំសារក្នុងការធ្វើដំណើរមួយ របស់ លោកនៅពេលដែលខ្ញុំនៅក្មេងនិងស្គគម។ លោកបានសុំឱ្យមនុស្សធ្វើដំណើរទៅមុន ពួកគេក៏បានធ្វើដំណើរទៅមុន។ បន្ទាប់មក លោក៏បាននិយា យមកកាន់ខ្ញុំថា៖ "សូមអញ្ជើញមកនេះ ខ្ញុំនឹងទៅឱ្យដល់មុន អ្នក"។ ខ្ញុំបានចេញដំណើរយ៉ាងលឿនហើយខ្ញុំបានទៅដល់មុនលោក។ ហើយលោកមិនបាន និយា យពីហេតុការណ៍នេះទៀតទេ។ ក្រោយពេលដែលខ្ញុំបានឡើងទម្ងន់ ហើយខ្ញុំ បានភ្លេចអំពីហេតុការណ៍នោះ ខ្ញុំបានអមដំណើរជាមួយលោកម្តតងទៀត នៅក្នុងការ ធ្វើដំណើរមួយរបស់ លោក។ លោកបានសុំឱ្យមនុស្សធ្វើដំណើរទៅមុន។ ពួកគេក៏បាន ធ្វើដំណើរទៅមុន។ បន្ទាប់មក លោក៏បាននិយា យមកកាន់ខ្ញុំថា៖ "សូមអញ្ជើញ មកនេះ ខ្ញុំនឹងទៅឱ្យដល់មុនអ្នក"។ ខ្ញុំបានធ្វើដំណើរយ៉ាងលឿនមុនលោក ប៉ុន្តែ លោកបានទៅដល់មុនខ្ញុំ។ ពេលនោះ លោក៏បានសើចហើយនិយា យថា៖ "នេះគឺ ដើម្បីស ងវិញចំពោះការបរាជ័យពីមុនរបស់ ខ្ញុំ"។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ក្នុងពាណិជ្ជកម្ម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ដោយសារក្សារស្រឡាញ់របស់ មនុស្សចំពោះទ្រព្យសម្បត្តិ ទើបធ្វើឱ្យមនុស្ស ចង់បានហួសហេតុ និងធ្វើឱ្យពួកគេធ្លាក់ចូលទៅក្នុងប្រក្សារហា មឃាត់។ សាសនា ឥស្លាមបានសង្កត់ធផងងន់ពីសារៈសំខាន់នៃការគ្រប់គ្ររងវាប្រកប ដោយសីលធម៌ល្អ ដើម្បី កុំឱ្យពួកគេធ្លាក់ចូលទៅប្រក្សារទាំងនោះ។ ខាង ក្រោមនេះ ជា ឧទាហរណ៍មួយចំនួន នៃ ចំណុចដែលឥស្លាម បានសង្កត់ធផងងន់លើ 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ឥស្លាមបានហា មឃាត់មិនឱ្យមានការគេងបន្លំ ឬរំលោភបំពានលើភ្នែកជញ្ជីង ឡើយ ហើយបានព្ររមានដល់អ្នកដែលបានធ្វើទង្វើនេះនូវទណ្ឌឌកម្មមយ៉ាងធផងន់ធផងងរ បំផុត ដូចដែលអល់ឡោះបានមាន មានបន្ទូលថា៖ "ភាពវិនាសអន្ត តបាយគឺសម្រាប់ពួក អ្នកដែលគេងបន្លំ។ ជាពួកដែលទាមទារចង់បានគ្រប់ចំនួននៅពេលដែលពួកគេថ្លឹ[ង ឬវាល់ពីអ្នកដទៃ តែនៅពេលដែលពួកគេវាស់ឬវាល់ឬថ្លឹ[ងឱ្យអ្នកដទៃវិញ គឺពួកគេធ្វើឱ្យខ្វះ"។ (គម្ពីរគួរអាន ៨៣ៈ១-៣) ជំរុញឲ្យមានការអធ្យាស្រ័យ និងភាពទន់ភ្លន់ក្នុងការលក់និងទិញ៖ ព្យាការីបាន មានប្រសាសន៍ថា៖ "អល់ឡោះអាណិតស្ររលាញ់បុរសម្នាក់ដែលអធ្យាស្រ័យក្នុង ពេលលក់ ពេលទិញ និងពេលទារបំណុល "។ (អាល់ពូខរីៈ១៩៧០)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ក្នុងឧស្សាហកម្ម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 ឥស្លាមបានសង្កត់ធផងន់ចំពោះឧស្សាហករនូវគោលការណ៍និងសីលធម៌ ជាច្រើនរួមមានដូចជា៖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ត្រូវធ្វើកិច្ចចការឱ្យល្អឥតខ្ចោះ និងបង្កើ តផលិ តផល ឲ្យបានល្អប្រណិ ត ដូចដែល ព្យាការីបានមានប្រសាសន៍ថា៖ "ពិតប្រាកដណាស់ អល់ឡោះស្ររលាញ់ទៅចំពោះ អ្នកណាដែលធ្វើកិច្ចចការបានយ៉ាងល្អឥតខ្ចោះ ក្នុងចំណោមពួកអ្នក"។ (អាពូយ៉ាក់ឡាៈ ៤៣៨៦ អាល់ពៃហាគី នៅក្នុងហ្សុកអាពូល អ៊ីម៉ានៈ៥៣១៣) គោរពពេលវេលា និងកិច្ចសន យាដែលបានកំណត់។ ព្យាការីមានប្រសាសន៍ថា៖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"សញ្ញាសម្គាល់ពួកពុត្បុត(មូណាហ្វិក)មានបី៖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មួយក្នុងចំណោមនោះគឺ៖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"នៅពេលសន្យា គឺគេមិនបំពេញតាមសន្យា"។ (អាល់ពូខរីៈ៣៣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 សីលធម៌ល្អត្រូវមាននៅគ្រប់កាលៈទេសៈទាំងអស់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 មានករណីលើកលែងឡើយនៅក្នុងសាសនា ឥស្លាមចំពោះការប្រកាន់ខ្ជាប់ នូវសី លធម៌ ល្អ។ ជនមូស្លីមត្រូវអនុវត្តា មកបួនច្បាប់របស់ អល់ឡោះ និងប្រកាន់នូវ សីលធម៌ល្អ ទោះបីជានៅក្នុងពេលធ្វើសង្គ្រាម ឬក្នុងកាលៈទេសៈលំបាកយ៉ាងណា ក៏ដោយ។ ហើយទោះមានគោលបំណងល្អត្រឹមត្រូវ តែមធ្យោបាយអាក្រក់ឬអយុ ត្តិធម៌ ក្នុងការធ្វើអ្វីមួយ គឺមិនអាចទទួលយកបានឡើយ ទោះបីជាលទ្ធធផល នៃសកម្មមភាព នោះល្អ ឬវិជ្ជមានក៏ដោយ។ ដោយសារបែបនេះហើយទើបសាសនា ឥស្លាមបាន ដាក់ចេញនូវច្បាប់ និងលក្ខណៈវិនិច្ឆ័យដែលគ្រប់គ្ររងអាកប្បកិរិយា របស់ អ្នកមូស្លីម សូម្បីតែក្នុងគ្រាមានសង្គ្រាមក៏ដោយ ដើម្បីកុំឱ្យឈា នទៅរកកំហឹង គ មានការអត់ឱន ស្អប់ខ្ពើម មានទំនោរព្យាបាទ និងអាត្មានិយម។ សីលធម៌ឥស្លាមកនុងពេលធ្វើសង្គ្រាម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ឥស្លាមប្រើឱ្យមានភាពយុត្តិធម៌ជាមួយនឹងសត្រូវ និងហា មឃាត់មិនឱ្យ ប្រព្រឹ [ត្តតអយុត្តិធម៌ និងរំលោភបំពានទៅលើពួកគេ អល់ឡោះបានមាន មានបន្ទូលថា៖ "ហើយចូរកុំបណ្តោយឱ្យការស្អប់ខ្ពើមរបស់ ក្រុមួយធ្វើឱ្យពួកអ្នកប្រព រឹ[ត្តតអំពើអយុ ត្តិធម៌ឱ្យសោះ។ ចូរពួកអ្នកប្ររ កាន់ខ្ជាប់នូវ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 ភាពយុត្តិធម៌ ព្រោះវាជិតបំផុតក្នុងការកោតខ្លាចអល់ឡោះ"។ (គម្ពីរគួរអាន ៥ៈ៨)។ មានន័យថា ចូរពួកអ្នកកុំធ្វើឱ្យការស្អប់ខ្ពើមរបស់ ពួកអ្នកទៅលើសត្រូវរបស់ ពួកអ្នក បញ្ជាឱ្យអ្នករំលោភបំពាន និងប្រព្រឹ [ត្តតអំពើអយុ ត្តិធម៌ទៅលើសត្រូវរបស់ ពួកអ្នកឲ្យ សោះ។ ប៉ុន្តែចាំបាច់ពួកអ្នកត្រូវតែប្រកាន់ខ្ជាប់នឹងភាពយុត្តិធម៌នៅក្នុងពាក្យសំដី និង ទង្វើ របស់ ពួកអ្នក។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ហា មឃាត់មិនឱ្យកបត់សន្យា និងបោកប្រាស់ខ្មទាំងសត្រូវ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ការក្បត់សន្យានិងការបោកប្រាស់ ជាប្រក្សារដែលត្រូវបានគេហា មឃាត់ សូម្បីតែ ជាមួយសត្រូវក៏ដោយ ដូចដែលអល់ឡោះបានមាន មានបន្ទូលថា៖ "ពិតប្រាកដណាស់ អល់ ឡោះមិនចូលចិត្តពួកដែលក្បត់កិច្ចសន យាឡើយ"។ (គម្ពីរគួរអាន ៨ៈ៥៨)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ហា មឃាត់មិនឱ្យធ្វើទារុណកម្ម ឬកម្ទេចសាកស ពសត្រូវ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គេបានហា មឃាត់មិនឱ្យកម្ទេចសាកស ពឡើយ ដូចដែលអ្នកនាំសារបាន មានប្រសាសន៍ថា៖ "ចូរពួកអ្នកកុំកម្ទេចមនុស្ស"។ (មូស្លីមៈ១៧៣១)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 ហា មឃាត់ចំពោះការសម្លាប់ជនស៊ីវិលដែលមិនបានចូលរួមកនុងសង្គ្រាម ក៏ដូចជាការបង្កកវិនាសកម្ម នៅលើផែនដី និងបរិស្ថាន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អាពូហ ពាកើរ អាស្ស៊ីទ្ទីក ដែលជាមេដឹកនាំឥស្លាម ហើយជាមនុស្សដែលល្អ អ បំផុតក្នុងចំណោមិត្តតភក្តិរបស់ ព្យាការីបានផ្តែផ្តាំទៅចំពោះលោក អូសាម៉ះ កូន ហ្ស៊េទ ខណៈពេលដែលគាត់ត្រូវបានគេតែងតាំងធ្វើជាមេទ័ពទៅឯប្រទេស ស្ហាមថា៖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"ចូរពួកអ្នកកុំសម្លាប់កូនក្មេង មនុស្សចាស់ និងស្ត្រី ហើយមិនត្រូវដក ដើមល្មើ និងដុត បំផ្លាញវាចោឡើយ ហើយក៏មិនត្រូវកាប់ដើមឈើណាដែលផ្តល់ផ្លែផ្កានោះដែរ។ មិនត្រូវសម្លាប់សត្វពពែ សត្វគោ ឬសត្វអូដ្ឋឋឡើយ លើកលែងតែសម្រាប់បរិភោគ។ ហើយអ្នកនឹងឆ្លលង កាត់ ក្រុមដែលគោរពសក្ការៈនៅក្នុងទីសក្កាការៈរបស់ ពួកគេ។ ដូចនេះ ចូរទុកឲ្យពួកគេគោរពសក្ការៈតាមជំនឿរបស់ គេទៅចុះ"។ (អិពនូអាសាកៀរៈ២/៥០)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 ទិដ្ឋភាពនៃជីវិតព្យាការី និងសីលធម៌ដ៏ល្អអរបស់លោក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 លោកគឺជាគំរូនៃ សីលធម៌ដ៏ល្អឥតខ្ចោះរបស់ មនុស្ស ជាតិ។ ដូចនេះហើយទើបគម្ពីរគួរអានរៀបរាប់ អំពីសីល ធម៌ដ៏អស្ចារ្យរបស់ លោក ហើយ ភរិយា របស់ លោកអ្នកស្រី អាអ៊ីស្ហះ ក៏បាន រៀបរាប់ពីសីល ធម៌របស់ លោកដូចគ្នាដែរ ដោយបាននិយា យ ថា៖ "សីលធម៌របស់ ព្យាការីមូហាំម៉ាត់ គឺជាមនុស្សដែលមាន សីលធម៌ដ៏ល្អឥតខ្ចោះ លោក គឺគម្ពីរគួរអាន" មានន័យ ថា សីលធម៌និងការអនុវត្តតជាក់ស្តែងរបស់ លោក គឺយកគំរូតាមអ្វីដែលមាននៅក្នុងគម្ពីរគួរអាន។ ឱនលំទោន អ្នកនាំសារមិនអនុញ្ញាតឱ្យនរនាម្នាក់ក្រោកឈរឡើងក្នុងន័យលើកតម្កើង លោកនោះឡើយ។ ផ្ទុយទៅវិញ លោកបានហា មឃាត់មិត្តតភក្តិរបស់ លោកមិន ឱ្យធ្វើដូចនោះទេ។ ទោះបីជាពួកគេស្ររលាញ់ព្យាការីខ្លាំងយ៉ាងណាក៏ដោយ ក៏ ពួកគេមិននាំគ្នាក្រោកឈរឡើងនៅពេលដែលពួកគេបានឃើញព្យាការីមកដល់ នោះដែរ ដោយពួកគេបានដឹង ថា ព្យាការីមិនចូលចិត្តបែបនេះនោះទេ។ (អះម៉ាត់ៈ ១២៣៤៥ អាល់ពើសហ សើរៈ៦៦៣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៧) លោក អាទី កូន ហាទីម ដែលជាអ្នកមានមុខមានមាត់ម នាក់នៃជនជាតិអារ៉ាប់ គាត់ចង់ដឹងអំពីការពិតនៃការអំពាវនាវរបស់ ព្យាការី។ គាត់បានទៅជួបព្យាការី មុនពេលគាត់ចូលឥស្លាម។ គាត់បាននិយា យថា៖ "ខ្ញុំបានទៅជួបព្យាការី មូហាំម៉ាត់ ដែលពេលនោះនៅជាមួយនឹងលោក គឺមានស្ត្រី ចំណាស់ម នាក់ ឬកូនក្មេងម នាក់" ដោយគាត់បានរំលឹកថា៖ ពួកគេនៅជិតនឹងព្យាការីមូហាំម៉ាត់ និងនិយា យប្រាប់ពីតម្រូវការរបស់ គេទៅកាន់លោកយ៉ាងយូរ ហើយខ្ញុំក៏បាន និយា យមកកាន់ខ្លួនឯងថា៖ លោកមិនមែនជាស្តេចដែលអស្ចារ្យ ឬព្រះចៅ អធិរាជអ្វីនោះឡើយ"។ (អះម៉ាត់ៈ១៩៣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៨១)។ ការឱនលំទោន ជាសីលធម៌ របស់ បណ្តាព្យាការីទាំងអស់។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 លោកអង្គុយជាមួយមិត្តតភក្តិរបស់ លោកដូចជាពួកគេដែរ ដោយលោកមិនបាន អង្គុយកន្លែងពិសេសណាដើម្បីឱ្យខុសប្លែកពីអ្នកដទៃដែលនៅជុំវិញលោកឡើយ រហូតដល់មានមនុស្សប្លែកដែលមិនដែលស្គាល់លោកសោះ នៅពេលដែលមក ចូលរួមជាមួយលោក គឺគេមិនអាចកំណត់បានថា ម នាក់ណា ជាព្យាការី ម នាក់ណា ជាមិត្តតភក្តិលោកឡើយ ហើយគេក៏បានសួរថា៖ តើម នាក់ណាជាមូហាំម៉ាត់ទៅ? (អាល់ពូខរីៈ៦៣ ) លោក អាណាស កូន ម៉ាលិក បាននិយា យថា៖ "ទាសករគ្រប់គ្នាដែលរស់នៅ ក្នុងទឹកដីម៉ាទីណះអាចកាន់ដៃរបស់ ព្យាការីមូហាំម៉ាត់ ហើយនាំលោកទៅគ្រប់ ទីកន្លែង ដែលគេប្រាថ្នា"។ (អាល់ពូខរីៈ៥៧២៤)។ អត្ថន័យរបស់ "អាចកាន់ដៃ របស់ ព្យាការី" គឺជាការបង្ហាញពីភាពសប្បុរស និងការឆ្លើយតបភ្លាមៗរបស់ លោក ចំពោះកូនក្មេងនិងមនុស្សទន់ខ្សោយ។ វាបានបង្ហាញឲ្យឃើញពីភាពឱនលំទោន ទាំងស្រុងរបស់ លោក ដោយបានរៀបរាប់អំពីការបំពេញតម្រូវការ និងការចូលរួម ដោះស្រាយរាល់បញ្ហានៃអ្នកដែលងា យរងគ្រោះបំផុត ជាពិសេសស្ត្រី និងទាសករ។ ព្យាការីបានមានប្រសាសន៍ថា៖ "មិនបានចូលឋានសួគ៌ឡើយ ជនណាហើយ ដែលមានក្នុងចិត្តរបស់ គេនោះនូវភាពក្ររអឺតក្ររទម សូម្បីតែប៉ុនល្អងធូលី ក៏ដោយ"។ (មូស្លីមៈ ៩១) មេត្ដាករុណា ព្យាការីបានមានប្រសាសន៍ថា៖ "អ្នកដែលមានក្តីមេត្ដាករុណាចំពោះអ្នកដទៃ គឺ អល់ឡោះនឹងអាណិតស្ររលាញ់ចំពោះពួកគេវិញ។ ចូរពួកអ្នកមានក្តីមេត្ដាករុណា ចំពោះអ្នកដែលនៅលើផែនដី នោះអ្នកដែលនៅលើមេឃនឹងមានក្តីមេត្ដាករុណា ចំពោះពួកអ្នកវិញ"។ (អាត់តៀរមីហ ស៊ីៈ១៩២៤ អាពូហ ទាវូទៈ៤៩៤១)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ក្តីមេត្ដាករុណារបស់ ព្យាការីមូហាំម៉ាត់មានច្រើនរាប់មិនអស់ ដែលមានដូចជា៖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ការមេត្តាករុណារបស់ លោកទៅចំពោះកុមាន រ មានបុរសជនបទម្នាក់បានមកជួបព្យាការីមូហាំម៉ាត់ ហើយបាននិយា យទៅកាន់ លោកថា៖ "តើពួកអ្នកថើបកូនៗរបស់ ពួកអ្នកឬ? ពួកយើងមិនដែលបានថើប ពួកគេសោះឡើយ"។ ព្យាការីក៏បានតបទៅ វិញថា៖ "ខ្ញុំមិនអាចដាក់ក្តីមេត្តាករុណា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 នៅក្នុងចិត្តរបស់ អ្នកបានឡើយ ប្រសិន នបើអល់ឡោះបានដកវាចេញពីចិត្តរបស់ ពួកអ្នកនោះ"។ (អាល់ពូខរីៈ៥៦៥២ មូស្លីមៈ២៣១៧)។ មានពេលមួយនោះ បុរសម្នាក់ទៀត បានឃើញព្យាការីថើប ហូសេន កូន អាលី ហើយក៏បាននិយា យ ថា៖ "ខ្ញុំមានកូនដល់ទៅ១០នាក់ តែខ្ញុំមិនដែលបានថើបពួកគេម នាក់ណាឡើយ"។ ព្យាការីក៏បានមានប្រសាសន៍ថា៖ "ជនណាដែលគ្មានក្តីមេត្តាករុណាលើអ្នកដទៃ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នោះគេក៏គ មានក្តីមេត្តាករុណាលើជននោះវិញដូចគ្នា"។ (មូស្លីមៈ២៣១៨) មានពេលមួយ ព្យាការីបានពរចៅស្រីរបស់ លោក អ៊ូម៉ាម៉ះ កូន ហ្សៃណាប់ ខណៈ ពេលដែលលោកំពុងសឡាត។ នៅពេលដែលលោកស៊ូ ជោទ លោកបានដាក់ នាងចុះ។ ហើយនៅពេលដែលលោក្រោកឈរវិញ លោក៏ពរនាងឡើង។ (អាល់ពូខរីៈ៤៩៤ មូស្លីមៈ៥៤៣) នៅពេលលោកសឡាត ហើយបានឮសំទេងក្មេងយំ គឺលោកប្រញា ប់ប្រញា ល់ និងសូត្រខ្លីៗនៅក្នុងសឡាតនោះ។ អំពី អាពូក៏តាហ្ទះ ពិតណាស់ ព្យាការីបាន មានប្រសាសន៍ថា៖ "ជាការពិតណាស់ ពេលខ្លះខ្ញុំសឡាត ហើយខ្ញុំចង់សឡាត ឱ្យបានយូរ ប៉ុន្តែខ្ញុំបានឮសំទេងក្មេងយំ ខ្ញុំក៏សឡាតខ្លីវិញ ដោយខ្ញុំមិនចង់បង្ការ លំបាកដល់ម តាយរបស់ ក្មេងនោះឡើយ"។ (អាល់ពូខរីៈ៦៧៥ មូស្លីមៈ៤៧០) ក្តីមេត្តាករុណារបស់ លោកចំពោះស្ត្រី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ព្យាការីមូហាំម៉ាត់បានជំរុញឱ្យថែរក្សាក្មេងស្រីនិងមានចិត្តសប្បុរសទៅ ចំពោះពួកនា ង ហើយលោកបានមានប្រសាសន៍ថា៖ "បុគ្គល ណាដែលត្រូវបាន គេសាកល បងដោយឱ្យរូបគេមានកូនស្រីច្រើន ហើយរូបគេបានធ្វើល្អ អចំពោះ កូនៗទាំងនោះ ពួកនា ងគឺជារនទាំងការពាររូបគេពីភ លើងឋាននរក។ (អាល់ពូខរីៈ ៥៦៤៩ មូស្លីមៈ២៦២៩)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ហើយលោកបានសង្កត់ធផងន់ក្នុងការផ្តែផ្តាំឱ្យធ្វើល្អ អជាមួយប្រពន្ធធនិងមាន ការចាប់អារម្មមណ៍ក្នុងកិច្ចចការ របស់ ពួកនា ង ហើយយកចិត្តទុកដាក់លើបញ្ហារបស់ ពួកនា ង ហើយលោក៏បានប្រើឱ្យអ្នកមូស្លីមផ្តែផ្តាំគ្នាទៅវិញទៅមកអំពីបញ ហានេះ ផងដែរ ដោយលោកបានមានប្រសាសន៍ថា៖ "ចូរពួកអ្នកធ្វើល្អអទៅចំពោះស្ត្រី"។ (អាល់ពូខរីៈ៤៨៩០)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ហើយព្យាការីមូហាំម៉ាត់បានបង្ហាញនូវគំរូដ៏អស្ចារ្យនៃភាពទន់ភ្លន់ជាមួយនឹង សមាជិកគ្រួ សាររបស់ លោក។ នៅពេលលោកអង្គុយនៅក្បែរសត្វអូដ្ឋឋរបស់ លោក លោកបាន ដាក់ជង្គង់ របស់ លោកសម្រាប់ ឱ្យសហ្វី យ៉ះដាក់ជើងរបស់ នាងនៅលើជង្គង់ របស់ លោក ដើម្បីឡើងទៅលើសត្វអូដ្ឋឋ។ (អាល់ពូខរីៈ២១២០)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នៅពេលណាដែលកូនស្រីរបស់ លោក គឺហ្វាទីម៉ះ បានចូលមកលេងលោកនោះ លោកបានទទួលស្វាគមន៍នាងដោយចាប់ដៃរបស់ នាង ហើយថើបនា ង និងផ្តល់ឱ្យ នាងអង្គុយកន្លែងដែលលោកបានអង្គុយ។ (អាពូហ ទាវូទៈ៥២១៧) ក្តីមេត្តាករុណារបស់ លោកចំពោះអ្នកទន់ខ្សោយ ព្យាការីបានជំរុញឲ្យមើលថែរក្សាក្មេងកំព្រា ដោយលោកមានប្រសាសន៍ 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"ខ្ញុំនិងអ្នកថែរក្សាក្មេងកំព្រា នឹងស្ថិតនៅក្នុងឋានសួគ៌ក្បែរគ្នាដូចនេះ"។ លោកបាន បង្ហាញម្រាមដៃចង្អុលនឹងម្រាមដៃកណ្តាល ហើយញែកវាចេញពីគ្នាបន្តិច។ (អាល់ ពូខរីៈ៤៩៩៨) លោកចាត់ទុកអ្នកដែលជួយដល់ស្ត្រីមេម៉ាយនិងជនក្រីក្ររ ប្រៀបដូចជាអ្នក ដែលច្បទាំងក្នុងផ្លូវអល់ឡោះ ឬក៏ដូចជាអ្នកដែលបួសនៅពេលថ្ងៃ និងសឡាតនៅ ពេលយប់។ (អាល់ពូខរីៈ៥៦៦១ មូស្លីមៈ២៩៨២) លោកបានចាត់ទុការផ្តល់ក្ដីមេត្តាករុណាចំពោះអ្នកដែលទន់ខ្សោយនៅក្នុង សង្គម និងការផ្តល់ជូនពួកគេនូវសិ ទ្ធិរបស់ ពួកគេ គឺជាមូលហេតុក្នុងការទទួលបាន នូវលាភសក្កាការៈ និងជ័យជម្នះលើខ្មទាំងសត្រូវ។ ព្យាការីបានមានប្រសាសន៍ថា៖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"ចូរពួកអ្នកស្វែងរកជំនួយតាមរយៈអ្នកទន់ខ្សោយក្នុងចំណោមពួកអ្នក។ ការពិត ពួកអ្នកត្រូវបានគេជួយ និងត្រូវបាន គេផ្តល់លាភសក្កាការៈដោយសារអ្នកទន់ខ្សោយ ក្នុងចំណោមពួកអ្នក"។ (អាពូហ ទាវូទៈ២៥៩៤)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 ក្តីមេត្តាករុណារបស់ លោកចំពោះសត្វធាតុ ព្យាការីបានជំរុញឱ្យមានក្ដីសប្បុរសចំពោះសត្វធាតុទាំងឡាយ ហើយមិនត្រូវ ប្រើប្រាស់ពួកវាលើសពីស មត្ថថភាពរបស់ ពួកវា និងមិនត្រូវធ្វើបាបពួកវានោះ ឡើយ។ ព្យាការីបានមានប្រសាសន៍ថា៖ "ពិតណាស់ អល់ឡោះបានដាក់ បទបញ្ជាឱ្យធ្វើល្អ អចំពោះអ្វីៗទាំងអស់។ ហេតុនេះ នៅពេលដែលពួកអ្នកសម្លាប់ សត្វ(ដែលបង្កកគ្រោះថ្នាក់) ចូរពួកអ្នកសម្លាប់ដោយវិធីសាស្ត្រដ៏ល្អ ហើយនៅពេល ណាពួកអ្នកសំទេះសត្វ(ដើម្បីទទួលទាន) ចូរពួកអ្នកសំទេះដោយវិធីសាស្ត្រដ៏ ល្អ។ ចូរសំលៀងកាំបិតរបស់ ពួកអ្នកឱ្យមុត ហើយធ្វើយ៉ាងណាឱ្យសត្វនោះស្លាប់ ដោយងា យស្រួលបំ ផុត"។ (មូស្លីមៈ១៩៥៥) មិត្តតភក្តិរបស់ ព្យាការីម នាក់បាននិយា យថា៖ ព្យាការីបានឃើញសំបុកស្ររមោ ចមួយ កន្លែងត្រូវបានពួកយើងដុត។ ពេលនោះ លោក៏បានមានប្រសាសន៍ថា៖ "តើ អ្នកណាជាអ្នកដុត"? ពួកយើងបានឆ្លើយថា៖ "គឺពួកយើងជាអ្នកដុត"។ លោក៏ មានប្រសាសន៍ថា៖ "ជាការពិតណាស់ គ មាននរនាម្នាក់មានសិទ្ធិប្រើភ្លើងសម្រាប់ ដាក់ទណ ឌកម្មមឡើយ លើកលែងតែព្រះជាម្ចាស់របស់ ភ្លើង(អល់ឡោះ)ប៉ុណ្ណោះណោះ"។ (អាពូហ ទាវូទៈ២៦៧៥) &gt; ព្យាការីមូហាំម៉ាត់បានចាត់ទុកអ្នកដែលធ្វើល្អអចំពោះស្ត្រីមេម៉ាយនិងអ្នកក្រី ក្ររ ដូចជាអ្នកដែលទៅធ្វើស ង្គ្រាមកនុងផ្លូវអល់ឡោះ។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 នៅពេលដែលព្យាការីបានឃើញបក្សីខ្នះខ្នែង និងជ្រួលច្រាល់ក្នុងការស្វែងរក កូនៗរបស់ វាដែលមិត្តតភក្តិមួយចំនួនរបស់ លោកចាប់យកវាទៅ លោក៏បាន មានប្រសាសន៍ថា៖ "តើនណារធ្វើឱ្យមានការភ័យរន្ធធត់នេះដល់ម តាយរបស់ វា? ចូរ ត្រឡប់ ប់ពួកគេទៅឱ្យម តាយរបស់ ពួកគេវិញ"។ យុត្តិធម៌ ពិតណាស់ ព្យាការីមូហាំម៉ាត់ គឺជាមនុស្សដែលមានភាពយុត្តិធម៌បំផុត ដោយ លោកអនុ វត្តតច្បាប់ របស់ អល់ឡោះ សូម្បីតែត្រូវប្រឆាំងនឹងសាច់ញាតិ ជិតស្និទ្ធធបំផុតរបស់ លោក៏ដោយ ដោយគោរពតាមបទបញ្ជារបស់ អល់ឡោះថា៖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"ឱបណ្តាអ្នកដែលមានជំនឿទាំងឡាយ! ចូរពួកអ្នកប្ររ កាន់ឱ្យបានខ្ជាប់ខ្ជួន នូវភាពយុត្តិធម៌ ដូចជាការធ្វើសាក្សីចំពោះអល់ឡោះ សូម្បីតែ(ធ្វើសាក្សី)លើ ខ្លួនឯង ឬឪពុកម្តាយ និងញាតិសន្តានក៏ដោយ"។ (គម្ពីរគួរអាន ៤ៈ១៣៥) នៅពេលដែលមិត្តតភក្តិរបស់ ព្យាការីមួយចំនួនមកសុំ ឱ្យលោកជួយធ្វើអន្តតបាគម៍ ដោយមិនឱ្យដាក់ទោស ទៅលើស្ត្រីម នាក់ដែលមានឋានៈខ្ពពស់នៅក្នុងកុលសម្ព័ន្ធធ ដោយនាងបានលួចគេ ព្យាការីលោកបានមានប្រសាសន៍ថា៖ "ខ្ញុំសូមស្បថនឹងអ្នក ដែលជីវិតរបស់ ខ្ញុំស្ថិតនៅលើដៃរបស់ ទ្រង់ថា៖ ប្រសិន នបើ ហ្វាទីម៉ះ កូនស្រីរបស់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មូហាំម៉ាត់(កូនស្រីខ្ញុំ) លួចគេ ខ្ញុំប្រាកដជានឹងកាត់ដៃរបស់ នាងជាមិនខាន"។ (អាល់ពូខរីៈ៤០៥៣ មូស្លីមៈ១៦៨៨)</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 នៅពេលដែលគេហា មឃាត់មនុស្សមិន ឲ្យយកការប្រាក់ អ្នកដែលលោកចាប់ផ្តើម ព្យាការីមូហាំម៉ាត់ជាមនុស្សដែលមាន ភាពយុត្តិធម៌បំផុតមិនថាជាមួយនឹង សាច់ញាតិ ឬក៏សត្រូវឡើយ។ ដំបូងគេ គឺជាអ្នកដែលនៅជិតនឹងលោក បំផុត។ ដូចនេះ លោកបានរំលាយចោលមុន គេ គឺឪពុកមាន របស់ លោក អាល់អាប់ហ ពាស ព្យាការីបានមានប្រសាសន៍ថា៖ "ការប្រាក់ ដែលខ្ញុំបានរំលាយចោលមុនគេបង្អអស់នៅ ក្នុងចំណោមពួកយើងនោះ គឺការប្រាក់របស់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អាល់អាប់ហ ពាស កូន អាប់ទុលមូតល់ឡឹប។ ពិតប្រាកដណាស់ វាត្រូវបានគេរំលាយ ចោលទាំងអស់ "។ (មូស្លីមៈ១២១៨) ផ្តល់ភាពស្មើគ្នានៅក្នុងសង្គម ដោយអ្នកទន់ខ្សោយអាចទាមទារកម្មសិ ទ្ធិរបស់ ខ្លួនពីអ្នកដែលមានអំណាចដោយគ មានការភ័យខ្លាច ឬស្ទាក់ស្ទើរ។ ព្យាការី បានមានប្រសាសន៍ថា៖ "គ មានការជ្រះស្អាតឡើយចំពោះក្រុមណាហើយដែល មិនបានផ្តល់ឱ្យអ្នកទន់ខ្សោយនូវកម្មមសិទ្ធិរបស់ គេឲ្យបានពេញលេញនោះ"។ (អិពនូម៉ាហ្ជះៈ២៤២៦) សប្បុរស និងចិត្ដដទូលាយ ជាការពិតណាស់ ព្យាការីជាមនុស្សដែលមានចិត្តសប្បុរសបំផុត ហើយពេលដែល លោកមានចិត្តសប្បុរសបំផុតនោះ គឺនៅក្នុងខែរ៉ម៉ាហ្ទទន នៅពេលដែល ម៉ាឡាអ៊ីកាត់ ជីព្រីល មកជួបលោក។ ម៉ាឡាអ៊ីកាត់ជីព្រីល បានមកជួបលោកជារៀងរាល់យប់ ក្នុងខែរ៉ម៉ាហ្ទទន រហូតដល់ចប់ ហើយបង្រៀនលោកនូវគម្ពីរគួរអាន។ ពេលដែល លោកបានជួបគាត់ លោករួសរាន់បំផុតចំពោះភាពសប្បុរសជាងខ្យល់ដែលបក់នាំ អ្វីៗទៅទៀត។ (អាល់ពូខរីៈ១៨០៣ មូស្លីមៈ២៣០៨) លោកមិនដែលបដិសេធសំណើរបស់ អ្នកនាម្នាក់ឡើយ។ មានពេលមួយ បុរស ម នាក់បានមកជួបលោកដើម្បីសុំពីលោក ហើយលោក៏បានផ្តល់ឱ្យបុរសនោះនូវ សត្វពពែពេញចន្លោះភ្នំទាំងពីរ។ ពេលបុរសនោះត្រឡប់ ប់ទៅជួបក្រុមរបស់ ខ្លួនវិញ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សីលធម៌របស់អ្នក បុរសនោះក៏បាននិយា យថា៖ "ឱក្រុមរបស់ យើង! ចូរពួកអ្នកចូលឥស្លាមចុះ! ពិត ណាស់ មូហាំម៉ាត់ធ្វើការបរិច្ចាគដោយមិនខ្លាចក្ររ ឡើយ"។ (មូស្លីមៈ២៣១២) មានគេយកប្រាក់ ៨០ពាន់ទៀរហាំ(លុយអារ៉ាប់សម័យដើម)មកឱ្យលោក ហើយ លោក៏បានដាក់ចំនួនទឹកប្រាក់នោះនៅលើគ្រែ។ បន្ទាប់មក លោក៏បានបែងចែក ប្រាក់ទាំងនោះ ហើយគ មានអ្នកសុំ នាម្នាក់ចាកចេញឡើយ លើកលែងតែប្រាក់នោះ បានចែកអស់ (ទទួលបានគ្រប់គ្នា)។ (អាល់ហាគីមៈ៥៤២៣) មានបុរសម្នាក់មកជួបលោកហើយបានសុំលោក លោក៏បានមានប្រសាសន៍ថា៖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"ពេលនេះ ខ្ញុំគ មានអ្វីនោះទេ។ ក៏ប៉ុន្តែ អ្នកអាចទិញអ្វីដែលអ្នកត្រូវការដោយដាក់ឈ្មោះ របស់ ខ្ញុំ ហើយខ្ញុំនឹងទូទាត់សងគេនៅពេលដែលខ្ញុំមានប្រាក់"។ ពេលនោះ អ៊ូមើរ បាននិយា យថា៖ "ឱអ្នកនាំសារ! អល់ឡោះមិនបានបង្ខំលោកដើម្បីធ្វើអ្វីមួយ ដែលហួ សពីស មត្ថថភាពរបស់ លោកឡើយ"។ ពេលនោះ ព្យាការីក៏មានការអន់ចិត្ត នឹងសំដីនេះ ហើយបុរសនោះក៏បាននិយា យថា៖ "ចូរអ្នកបរិច្ចាគទានចុះ ហើយ អ្នកកុំខ្លាចភាពក្រីក្ររ។ អល់ឡោះមិនធ្វើឱ្យទ្រព្យសម្បត្តិរបស់ អ្នកថយចុះឡើយ" ពេលនោះ ព្យាការីលោកញញឹម ហើយទឹកមុខរបស់ លោកពោរពេញដោយកតី សប្បាយរីករាយ។ (អាល់អាហាទីស អាល់មូខតើរ៉ោះៈ៨៨) ពេលដែលព្យាការីត្រឡប់ ប់មកពីស មរភូមិ ហ៊ូណែន ពួកុលសម្ព័ន្ធធ ហ ពាវ៉ាទី ដែល ទើបចូលឥស្លាមថ្មី បានមកទាមទារពីព្យាការីនូវចំណែករបស់ ពួកគេអំពីជ័យភណ ឌឌ សង្គ្រាម។ ពួកគេបានរុំព័ទ្ធជុំវិញលោក ហើយនាំលោកទៅកន្លែងដើមឈើ និងបាន ចាប់កន្ត្រាក់យកអាវធំរបស់ លោក។ ព្យាការីបានក្រោកឈរ ហើយមានប្រសាសន៍ ថា៖ "សូមឱ្យអាវធំរបស់ ខ្ញុំត្រឡប់ ប់មកវិញមក។ ប្រសិន នបើខ្ញុំមានសត្វអូដ្ឋឋច្រើនដូចជា ដើមឈើ(នៅជុំវិញនេះ) ខ្ញុំនឹងចែកឱ្យពួកអ្នកទាំងអស់ គ្នា ដើម្បីឱ្យអ្នកដឹងថា ខ្ញុំ មិនមែនជាមនុស្សកំណាញ់ ឬភូតកុហក ឬកំសាកឡើយ"។ (អាល់ពូខរីៈ២៩៧៩)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ព្យាការីមូហាំម៉ាត់បានធ្វើជាគំរូដ៏អស្ចារ្យនៃសីលធម៌ល្អលើគ្រប់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ផ្នែកទាំងអស់ នៃជីវិត។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មាតិការបៀបចូលសាសនា ឥស្លាម ការសារភាពកំហុសដោយស្មោះ(តាវហ្ពាត់) ការបង្ហាញនូវការដឹងគុណទៅកាន់អល់ឡោះជាម្ចាស់ចំពោះ ការចង្អុលបង្ហាញរបស់ ទ្រង់ ការអំពាវនាវទៅកាន់សាសនា ឥស្លាម ឧត្តមភាពនៃការអំពាវនាវទៅកាន់អល់ឡោះ របៀបនៃអំពាវនាវដែលត្រឹមត្រូវ ការអំពាវនាវក្រុមគ្រួសារ និងសាច់ញាតិ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បរិស្ថានរបស់ អ្នក និងគ្រួសាររបស់ អ្នក ជីវិតគ្រួសារបន្ទាប់ពីចូលឥស្លាម តើគប្បីផ្លាស់ប្តូរឈ្មោះដែរឬទេ បន្ទាប់ពីចូលសាសនា ឥស្លាម? ការអនុវត្តនូវអនាម័ យពីធម្មជាតិ (ស៊ូណិតហ្វិត្រោះ) ពិតណាស់ ពេលដែលមនុស្សម នាក់បានចូលសាសនា ឥស្លាម វាជាពេលវេលាដ៏អស្ចារ្យបំផុតនៅក្នុងជីវិតរបស់ គេ ព្រោះវាបង្ហាញពី កំណើតពិតរបស់ គេ តាមរយៈការយល់ដឹងអំពីមូលហេតុពិតប្រាកដ នៃការមានវត្តមានរបស់ គេនៅក្នុងជីវិតនេះ និងរបៀបនៃការដឹកនាំ ជីវិត និងការបស់នៅឲ្យបានស្របទៅនឹងច្បាប់សាសនា ឥស្លាមដ៏ អស្ចារ្យនេះ។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&gt; របៀបចូលសាសនាឥស្លាម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ដើម្បីចូលសាសនា ឥស្លាម ចាំបាច់ត្រូវពោលពាក្យសច្ចា ជាមួយនឹងការយល់ពី អត្ថន័យ និងមានការជឿជាក់ទៅលើពាក្យនេះ ព្រមទាំងអនុវត្តតទៅតាមកបួនច្បាប់របស់ វា។ ហើយពាក្យសច្ចានេះមានចំនួនពីរឃ្លានោះគឺ៖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أشهد أن ال إله إال هللا (អាស្ហាទូ អាល់ទទី អ៊ីទទីហ៊ើ អិលល ល់ឡោះ) មានន័យថា៖ ខ្ញុំ សូមសច្ចា និងជឿជាក់ថា គ មានទេព្រះជាម្ចាស់ដែលត្រូវគោរពសក្ការៈដ៏ពិតប្រាកដ លើកលែងតែអល់ឡោះតែមួយគត់។ហើយខ្ញុំគោរពសក្ការៈចំពោះទ្រង់តែមួយគត់ ដោយមិនធ្វើ ស្ហីរិក(ពហុទេពនិយម)ជាមួយនឹងទ្រង់ឡើយ។ وأشهد أن حممدًاً رسول هللا (វ៉ាអាស្ហាទូ អាន់ណា មូហាំម៉ាតាន់ រ៉ស៊ូលុលឡោះ) មានន័យថា៖ ខ្ញុំធ្វើសច្ចា ចាថា ព្យាការីមូហាំម៉ាត់ គឺជាអ្នកនាំសាររបស់ អល់ឡោះ មកកាន់មនុស្សទាំងអស់ ដោយគោរពប្រតិបត្តិតាមបទបញ្ជាទាំងឡាយរបស់ លោក ក៏ដូចជាជៀសវាងអំពីប្ររ ការទាំងឡាយដែលលោកហា មឃាត់ ហើយខ្ញុំ គោរពសក្ការៈទៅចំពោះអល់ឡោះ ដោយអនុវត្តា មច្បាប់ដែលលោកបានបង្គាប់ ប្រើ និងបាននាំមក។ (សូមើលក្នុងទំព័រ ២៧-៥១) ការងូតទឹកសម្រាប់អ្នកចូលឥស្លាមថ្មី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ពេលដែលមនុស្សម នាក់ បានចូលសាសនា ឥស្លាមវាជាពេលវេលាដ៏ អស្ចារ្យបំផុតនៅក្នុងជីវិតរបស់ គេ ព្រោះវា បង្ហាញពីកំណើតពិតរបស់ គេ តាមរយៈការ យល់ដឹងអំពីមូលហេតុពិតប្រាកដនៃការមាន វត្តមានរបស់ គេនៅក្នុងជីវិតនេះ។ ហើយ នៅពេលដែលចូលសាសនា ឥស្លាមនេះផងដែរ គឺតម្រូវឲ្យគេងូតទឹកដោយស្រោចឱ្យសព្វវពេញ ខ្លួនប្រាណ។ ដូចដែលគេបានសម្អាតចិត្តរបស់ គេអំពីប្ររ ការពហុទេពនិយម និងប្រក្សារអាក្រក់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&gt; ការសារភាពកំ ហុសដោយស្មោះ(តាវហ្ពាត់) ទាំងឡាយ នោះគេគប្បីត្រូវសំអាតខ្លួនប្រាណរបស់ គេដោយការងូតទឹកផងដែរ ហើយព្យាការី នៅពេលដែលនរនាម្នាក់ចង់ចូលសាសនា ឥស្លាម លោកបានប្រើឱ្យគេ ទៅងូតទឹក។ (អាល់ពៃហើគីៈ៨៣៧)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ការសារភាពកំហុស គឺជាការត្រឡប់ ប់ទៅរកអល់ឡោះជាម្ចាស់។ រាល់បុគ្គល ទាំងឡាយណាដែលបានប្រព្រឹ [ត្តតអំពើ អាក្រក់ ឬប្រឆាំងនឹងទ្រង់ ហើយវិលត្រឡប់ ប់ទៅ រកអល់ឡោះវិញដោយស្មោះចេញពីចិត្តរបស់ គេ នោះហើយជាការសារភាពកំហុសទៅ ចំពោះអល់ឡោះ។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ជនមូស្លីមគ្រប់រូបចាំបាច់ត្រូវសារភាពកំហុស និងសុំការអភ័យទោស នៅគ្រប់ ដំណាក់កាលនៃជីវិតរបស់ គេ ដោយសារតែធម្មតារបស់ មនុស្សតែងតែធ្វើខុស ហើយ រាល់ពេលដែលគេប្រព្រឹ [ត្តតខុស ច្បាប់បានបង្គាប់ឱ្យរូបគេសុំការអភ័យទោសពីអ ល់ឡោះ និងសារភាពកំហុសទៅចំពោះទ្រង់។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តើមានលក្ខខខណ្ឌឌអ្វីខ្លះដើម្បីឱ្យការទទួលសារភាពកំហុសបានត្រឹមត្រូវ?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ដើម្បីឱ្យការសារភាពកំហុសអំពីបាបកម្មមទាំងអស់ ដូចជា ការប្រឆាំងទៅនឹង អល់ឡោះ និងអំពើពហុទេពនិយមជាដើមនោះបានត្រឹមត្រូវ និងត្រូវបានអល់ឡោះ ទទួលយក គឺចាំបាច់ត្រូវបងគ្រប់រាល់លក្ខខខណ្ឌឌខាងក្រោមដែលមានដូចជា៖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ត្រូវបញ ឈប់ការប្រព្រឹ [ត្តតអំពើបាប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ការសារភាពកំហុស គឺមិនត្រឹមត្រូវទេបើការប្រព្រឹ [ត្តតអំពើបាបកម្មមនៅតែបន្តក្នុង ពេលដែលគេសារភាពកំហុសនោះ។ រីឯការត្រឡប់ ប់ទៅប្រព្រឹ [ត្តតអំពើបាបកម្មមបន្ទាប់ពីការ កំហុសបានត្រឹមត្រូវហើយនោះ ការសារភាពកំហុសពីមុននោះមិនត្រូវបានខូចខាតនោះ ទេ។ ក៏ប៉ុន្តែចាំបាច់លើ គេ ត្រូវធ្វើការសារភាពកំហុសសាជាថ្មី។ 1 សោកស្តាយចំពោះអំពើបាបដែលបានប្រព្រឹ [ត្តតកន្លលងមក 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មិនទាន់ចាត់ទុកថាជាការសារភាពកំហុសដ៏ត្រឹមត្រូវនោះទេ លើកលែងតែ មានអារម្មមណ៍សោកស្ដាយ ទុក្ខព្រួ យ និងសុំអភ័យទោសពីអ ល់ឡោះចំពោះអំពើបាប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3 ប្តេជ្ញាចិត្តមិនវិលត្រឡប់ ប់ទៅប្រព្រឹ [ត្តតវាម្តតងទៀត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ការសារភាពកំហុសមិនទាន់ត្រឹមត្រូវនោះទេ ដរាប ណាបុគ្គល នោះនៅតែ មានបំណងត្រឡប់ ប់ទៅប្រព្រឹ[ត្តតអំពើបាបសាជាថ្មីក្រោយពីរូបគេបានសារភាពកំហុស ហើយនោះ។ ជំហា នដើម្បីសម្រេ ចបាននូវការប្តេជ្ញាចិត្ត សន្យាជាមួយនឹងខ្លួនឯងថា នឹងមិនវិលត្រឡប់ ប់ទៅប្រព្រឹ [ត្តតអំពើដែលបានធ្វើ កន្លលងមក ទោះបីនៅក្នុងកាលៈទេសៈ និងឧបសគ្គគបែបណាក៏ដោយ។ ពិតប្រាកដ ណាស់ ព្យាការីបានមានប្រសាសន៍ថា៖ "បីប្រក្សារ ជនណាហើយមានបីប្រក្សារនេះ នឹងទទួលបាននូវរសជាតិ នៃជំនឿ (ដោយលោកបានលើកឡើងនៅក្នុងនោះគឺ) ការស្អប់ខ្ពើមិនចង់វិលត្រឡប់ ប់ ទៅរកភាពគ្មានជំនឿ វិញបន្ទាប់ពីអល់ឡោះបាន រំដោះគេពីវាហើយ បីដូចជាគេស្អប់ខ្ពើមិនចង់ឱ្យគេបោះបញ្ចូ លទៅក្នុងភ្លើងនរក ដូចនោះដែរ"។ (អាល់ពូខរីៈ២១ មូស្លីមៈ៤៣) ចេញឱ្យឆផងាយពីមនុស្ស ឬទីកន្លែងដែលធ្វើឱ្យជំនឿរបស់ គេចុះខ្សោយ និងល្បួង រូបគេឱ្យប្រព្រឹ [ត្តតអំពើបាប។ បង្កើ ននូវការបួងសួងទៅចំពោះអល់ឡោះឱ្យរូបគេមានភាពនឹងនរក្នុងសាសនា របស់ ខ្លួន(សាសនា ឥស្លាម) រហូតដល់ស្លាប់ ទោះបីជានៅក្នុងទម្ររង់ ណា និង ភាសាណាមួយក៏ដោយ។ ឧទាហរណ៍អំពីការបួងសួងដែលមាននៅក្នុងគម្ពីរ គួរអាន និងប្រសាសន៍របស់ ព្យាការីដូចជា៖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ឱព្រះជាម្ចាស់របស់ ពួកយើង! សូមទ្រង់មេត្តាកុំបង្វែរចិត្តរបស់ ពួកយើង ក្រោយពេលដែលទ្រង់បានចង្អុលបង្ហាញដល់ពួកយើងហើយនោះឲ្យសោះ។ (គម្ពីរគួរអាន ៣ៈ៨) ដែលបានប្រព្រឹ [ត្តតកន្លលងមក។ គេមិនរាប់ថាជាការសុំអភ័យទោស ឡើយ បើគ្រាន់តែ គេបាននិយា យពីអំពើបាបពីអតីតកាលរបស់ ខ្លួនដោយគ្មានអារម្មមណ៍សោកស្តាយ នោះ។ ដូចនេះហើយបានជាអ្នកនាំសារបានមានប្រសាសន៍ថា៖ "ការសោកស្តាយ គឺជាការសារភាពកំហុស"។ (អិពនូម៉ាហ្ជះៈ៤២៥២)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តើមានអ្វីកើតឡើងបន្ទាប់ពីការសារភាពកំហុស(តាវហ្ពាត់)?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នៅពេលដែលមនុស្សម នាក់បានសារភាពកំហុសនិងផ្លាស់ប្ដូរចិត្ត ពិតប្រាកដ ណាស់ អល់ឡោះនឹងអភ័យទោសនូ វបាបកម្មមរបស់ គេទាំងអស់ ទោះបីជាបាបកម្មមនោះ ធំយ៉ាងណាក៏ដោយ។ ក្តីមេត្តាករុណារបស់ អល់ឡោះទូលំទូលាយលើអ្វីៗទាំងអស់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ដូចដែលអល់ឡោះបានមាន មានបន្ទូលថា៖ "ចូរអ្នក(ព្យាការីមូហាំម៉ាត់)ពោលថា៖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ឱខ្ញុំបម្រើទាំងឡាយរបស់ យើងដែលបានបំពានលើខ្លួនឯង! ចូរពួកអ្នកកុំអស់ សង្ឃឹម ចំពោះក្តីមេត្តាករុណារបស់ អល់ឡោះឱ្យសោះ។ ពិតប្រាកដណាស់ អល់ឡោះនឹង អភ័យទោសនូ វរាល់ទោសកំ ហុសទាំងអស់។ ពិតប្រាកដណាស់ អល់ឡោះជាម្ចាស់ មហាអភ័ យទោស មហាអាណិតស្ររ ឡាញ់"។ (គម្ពីរគួរអាន ៣៩ៈ៥៣)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ជនមូស្លីមបន្ទាប់ពីបានសារភាពកំហុសដោយស្មោះនិងត្រឹមត្រូវរួចមក គឺ រូបគេគ មានបាបកម្មមអ្វី នៅ ជាប់នឹងខ្លួនទៀតនោះទេ។ ជាការពិតណាស់ អល់ឡោះ បានប្រទានរង វាន់ដល់បណ្តាអ្នកដែលសច្ចៈ ក៏ដូចជាបណ្តាអ្នកដែលគោរពប្រតិបត្តិ និងបណ្តាអ្នកដែលសោកស្តាយយ៉ាងពិតប្រាកដ(ចំពោះបាបកម្មមរបស់ ខ្លួន)នូវរង វាន់ ដ៏អស្ចារ្យ ដោយផ្លាស់ប្តូរអំពើអាក្រក់របស់ ពួកគេទៅជាអំពើល្អអវិញ។ អល់ឡោះបាន មាន មានបន្ទូលថា៖ "លើកលែងតែអ្នកណាដែលបានសារភាពកំហុស និងមានជំនឿ ព្រមទាំងបានសាងនូវអំពើល្អត្រឹមត្រូវ គឺអ្នកទាំងនោះហើយដែលអល់ឡោះនឹង ប្តូរអំពើអាក្រក់របស់ ពួកគេទៅជាអំពើល្អវិញ។ ហើយអល់ឡោះមហាអភ័ យទោស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 អាណិតស្ររលាញ់"។ (គម្ពីរគួរអាន ២៥ៈ៧០)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ជនណាហើយដែលស្ថិ តនៅក្នុងស្ថានភាពនេះ ចូរខិតខំប្រឹងប្រែងក្នុងការថែទាំ ការសារភាពកំហុសនោះ និងខិតខំព្យាយា មឱ្យកាន់តែខ្លាំងក្លាដើម្បីជៀសវាងពីការធ្លាក់ ចូលក្នុងអន្ទាក់របស់ ស្ហៃតនដែលនាំឱ្យបរាជ័យ។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ភាពផ្អែមល្ហែមនៃជំនឿ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ជនណាហើយដែលក្តីស្ររលាញ់របស់ គេចំពោះអល់ឡោះនិងអ្នកនាំសាររបស់ ទ្រង់ ធំធេងជាងក្តីស្រឡាញ់របស់ គេចំពោះអ្វីៗទាំងអស់ នោះ គឺរូបគេនឹងភាពផ្អែមល្ហែម ឱអ្នកដែលបង្វែរដួងចិត្ត! សូមទ្រង់ធ្វើឲ្យចិត្តរបស់ ខ្ញុំនៅនឹងនរក្នុងសាសនា របស់ ទ្រង់ផងចុះ។ (អាត់តៀរមីហ ស៊ីៈ២១៤០)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នៃជំនឿ និងភាពនឹងនរក្នុងការគោរពតាមច្បាប់របស់ ទ្រង់។ គេនឹងស្ររលាញ់អ្នកដទៃ ទៅតាមកម្រិ តដែលបុគ្គល នោះបញ្ជិ តខ្លួនពួកគេទៅចំពោះអល់ឡោះ និងភាពត្រឹមត្រូវ នៃសាសនា របស់ ពួកគេ។ ហើយស្អប់ខ្ពើមការត្រឡប់ ប់ទៅរកអ្វីដែលគេបានធ្វើកាលពីមុន នៃភាពគ មានជំនឿ ការធ្វើ ស្ហីរិក(ពហុទេពនិយម) និងការវង្វេ ង(ចេញពីផ្លូវពិត) ដូចដែល រូបគេមិនពេញចិត្តឲ្យគេដុតក្នុងភ្លើងនរកដូចនោះដែរ។ អ្នកនាំសារបានមានប្រសាសន៍ ថា៖ "បីប្រក្សារ ជនណាមានបីប្រក្សារនេះ គេនឹងទទួលបានរសជាតិនៃជំនឿ គឺការ ស្ររលាញ់អល់ឡោះនិងអ្នកនាំសារ របស់ ទ្រង់ជាងអ្នកដទៃ ស្ររលាញ់រាប់អានបុគ្គល នាម្នាក់គឺគ មានដើម្បីអ្វីក្រៅពីអល់ឡោះ និងការស្អប់ខ្ពើមិនចង់វិលត្រឡប់ ប់ទៅជាអ្នក គ មានជំនឿវិញបន្ទាប់ពីអល់ឡោះបានរំដោះគេ(ពីភាពគ មានជំនឿ) ដូចជាគេស្អប់ខ្ពើមិន ចង់អោយគេបោះបញ្ចូ លក្នុងឋាននរក"។ (អាល់ពូខរីៈ២១ មូស្លីមៈ៤៣) បង្ហា ញនូវការដឹងគុណទៅកាន់អល់ ឡោះចំពោះ ការចង្អុលបង្ហាញ របស់ទ្រង់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ក្នុងចំណោមសកម្មមភាពដ៏ធំធេងដែលជនមូស្លីមត្រូវធ្វើដើម្បីបង្ហាញនូវការ ដឹងគុណចំពោះអល់ឡោះដែលជួយឱ្យរូបគេបានសារភាពកំហុស និងទទួលបានការ ចង្អុលបង្ហាញនោះគឺ៖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ជនណាដែលមានទ្រព្យសម្បត្ដិដែលមានតម្លៃ គឺគេនឹង ប្រុងប្រយ័ ត្ននក្នុងការថែរក្សាវាមិនឱ្យវាធ្លាក់ទៅក្នុងដៃពួកដែល រំលោភបំពាន ឬពពួកចោរនោះឡើយ។ គេនឹងការពារវាពីអ្វី គ្រប់យ៉ាងដែលបង្ការប៉ះពាល់។ សាសនា ឥស្លាម ជាអំណោយ ដ៏ធំធេងបំផុតសម្រាប់មនុស្សលោកទាំងអស់ ហើយវាមិនមែន គ្រាន់តែជាការផ្តល់នូវផ្ននត់គំនិតមួយ ឬចំណង់ចំណូលចិត្ត ដែលមនុស្សចង់អនុវត្តតនៅពេលណាក៏បាននោះទេ ប៉ុន្តែវា ជាសាសនា និងជារបៀបរស់នៅដែលគ្រប់គ្ររងជីវិតរបស់ ជនមូស្លីមគ្រប់ទិដ្ឋភាពទាំងអស់។ 1 ប្រកាន់ខ្ជាប់នឹងសាសនា ហើយអត់ធ្មត់ចំពោះប្រក្សារលំបាកផ្សេងៗ</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 អល់ឡោះបានមានបន្ទូលទៅកាន់អ្នកនាំសាររបស់ ទ្រង់ដោយប្រើឱ្យ គាត់ប្រកាន់ឲ្យបានខ្ជាប់ខ្ជួននឹងសាសនា ឥស្លាម ក៏ដូចជាការបង្រៀននៃគម្ពីរគួរអាន និងត្រូវស្ថិ តនៅលើមាន គ៌ាដ៏ត្រឹមត្រូវ៖ "ចូរអ្នកកាន់ឱ្យបានខ្ជាប់ខ្ជួននូវអ្វី (គម្ពីរគួរអាន) ដែលគេបានបញ្ចុះឱ្យអ្នក។ ពិតប្រាកដណាស់ អ្នកកំពុងស្ថិតនៅលើផ្លូវដ៏ត្រឹមត្រូវ"។ (គម្ពីរគួរអាន ៤៣ៈ៤៣) ជនមូស្លីមិនគួរមានការព្រួយបារម្ភភពេកនោះឡើយ ប្រសិន នបើរូបគេបានជួប ប្រទះ ការសាកល បងណាមួយបន្ទាប់ពីខ្លួនបានចូលឥស្លាម ព្រោះនេះគឺជាផែនការ របស់ អល់ឡោះដើម្បីសាកល បងចំពោះរូបគេ។ មានអ្នកដែលល្អ អប្រសើជាងពួក យើងជាច្រើនដែលត្រូវបានអល់ឡោះជាម្ចាស់សាកល បងនូវការលំបាកយ៉ាងធផងន់ធផងងរ តែពួកគេបានអត់ធ្មត់ និងពុះពាររាល់ឧបសគ្គគទាំងនោះ។ ពួកគេនោះគឺជាបណ្តា ព្យាការី(អ្នកនាំសារ)ទាំងឡាយរបស់ អល់ឡោះ ដែលអល់ឡោះបានប្រាប់យើងអំពី រឿងរ៉ាវរបស់ ពួកគាត់។ ហេតុអ្វីបានជាពួកគាត់ជួបប្រទះទុ ក្ខលំ បាកច្រើនលើសល ប់ ពីសំណាក់សាច់ញាតិខ្លួនឯង មុននឹងអ្នកដែលមិនមែនជាសាច់ញាតិ ប៉ុន្តែពួកគាត់ មិនបានប្រាក់ទឹកចិត្តនូវអ្វីដែលបានកើតឡើងចំពោះខ្លួនក្នុងមាន គ៌ារបស់ អល់ឡោះ ឡើយ ហើយពួកគាត់មិនមានការ ផ្លាស់ប្តូរ និងប្រែប្រួឡើយ។ វាគឺជាការសាកល បង អំពីអល់ឡោះដើម្បីពិសោធន៍ អំពីសេចក្តីជំនឿដ៏ស្មោះសរ និងការជឿជាក់យ៉ាងមុតមាំ របស់ អ្នក។ ចូរអត់អ្មមត់ទៅលើការសាកល បង ហទីយប្រកាន់ឲ្យបានខ្ជាប់ខ្ជួននឹងសាសនា នេះ។ ចូរបួងសួង ទៅចំពោះអល់ឡោះ ដូចដែលព្យាការីមូហាំម៉ាត់បានបួងសួងថា៖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«اي مقلب القلوب ثبت قليب على دينك» (យ៉ាមូកល់ លីហ ពាល់ គូលូប សាប់ពីត គល់ពី អា ឡើ ទីនីក) មានន័យថា៖ "ឱអ្នកដែលបង្វែរដួងចិត្ត! សូមទ្រង់ធ្វើឲ្យចិត្តរបស់ ខ្ញុំនៅនឹង នរកក្នុងសាសនា របស់ ទ្រង់ផងចុះ"។ (អាត់តៀតបមីហ ស៊ីៈ២១៤០)។ នៅក្នុងន័យនេះ ដែរ អល់ឡោះបានមាន មានបន្ទូលថា៖ "តើមនុស្សលោកគិតថា ពួកគេត្រូវគេបណ្តោយ ឱ្យនិយា យថា៖ ពួកយើងបានជឿហើយ ដោយពួកគេមិនត្រូវបានគេសាកល បងឬ? ហើយជាការពិតណាស់ យើងបានសាកល បងអ្នកជំនាន់មុនពួកគេរួចមកហើយ។ ហើយអល់ឡោះដឹងបំផុតបណ្តាអ្នកដែលទៀងត្រង់ និងដឹងបំផុតចំពោះពួកដែល ភូតកុហក"។ (គម្ពីរគួរអាន ២៩ៈ២-៣)</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ការចូលរួមកនុងកិច្ចចការអំពាវនាវមនុស្សទៅរកឥស្លាម គឺជាមាន គ៌ាដ៏ប្រសើរបំផុត មួយនៅក្នុងការបង្ហាញនូវការដឹងគុណទៅចំពោះអល់ឡោះ និងជាមធ្យោបាយដ៏ ប្រសើរបំផុតដែលធ្វើឱ្យគេមានភាពនឹងនរនៅក្នុងសាសនា របស់ ទ្រង់។ ប្រសិន នបើ មនុស្សម នាក់មានជំងឺដែលគំរាមកំហែងដល់អាយុជីវិតដែលធ្វើឱ្យគេមានទុក្ខខវេទនា ជាខ្លាំង បន្ទាប់មក គេបានរកឃើញវិធីព្យាបាលត្រឹមត្រូវសម្រាប់ជំងឺរបស់ គេឲ្យបាន ធូរស្បើយយ៉ាងពិតប្រាកដនោះ គេនឹងផ្សព្វផ្សាយនូវវិធីព្យាបាលនេះទៅកាន់មនុស្ស ដទៃទៀត ជាពិសេសគ្រួ សារ សាច់ញាតិ និងមិត្តតភក្តិជិតស្និទ្ធធបំផុតរបស់ គេ។ ហើយ ចំណុចនេះត្រូវបានបកស្រាយដូចតទៅ៖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 ព្យាយា មកនុងការអំពាវនាវមនុស្សទៅរកឥស្លាមដោយប្រាជ្ញា និងប្រៀនប្រដៅ តាមវិធីសាស្ត្រដ៏ល្អ 1 2 &gt; ការអំពាវនាវអ្នកផ្សេ ងទៀតទៅកាន់សាសនាឥស្លាម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គុគុណតម្លៃនៃការអំពាវនាវអ្នកផ្សេងទៀតទៅកាន់សាសនា 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ការអំពាវនាវទៅកាន់សាសនា ឥស្លាម គឺជាកិច្ចចការដ៏ល្អប្រសើរមួយ ហើយក៏ ត្រូវបានជំរុញជាខ្លាំងនៅក្នុងគម្ពីរគួរអាន និងប្រសាសន៍របស់ ព្យាការីដូចតទៅនេះ៖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ការអំពាវនាវទៅកាន់សាសនា ឥស្លាម គឺជាមាន គ៌ាដែលនាំទៅរកភាពជោគជ័យ ទាំងនៅលើលោកិយ និងនៅថ្ងៃបរលោក។ អល់ឡោះបានមាន មានបន្ទូលថា៖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"ហើយចូរឱ្យមានក្រុមួយក្នុងចំណោមពួកអ្នក អំពាវនាវទៅរកផ្លូវល្អ អ និងប្រើគ្នា ឱ្យធ្វើប ររក្សារដែលត្រឹមត្រូវ(តាមច្បាប់ឥស្លាម)និងហា មឃាត់គ្នាពីប្រ រក្សារ អាក្រក់។ អ្នកទាំងនោះហើយ គឺជាអ្នកដែលទទួលជោគជ័យ"។ (គម្ពីរគួរអាន ៣:១០៤) ពាក្យសំដីរបស់ អ្នកអំពាវនាវ គឺជាពាក្យសំដីដែលល្អ អប្រសើរបំផុត និងជាពាក្យ សំដីដែលអល់ឡោះស្ររលាញ់ជាងគេ ដូចដែលអល់ឡោះបានមានបន្ទូល សរសើរទៅចំពោះពាក្យសំដីរបស់ អ្នកអំពាវនាវថា៖ "ហើយគ មានអ្នកនាម្នាក់ ដែលមានពាក្យសំដីល្អ អប្រសើរជាងអ្នកដែលបានអំពាវនាវទៅកាន់អល់ឡោះ និងបានសាងអំពើល្អត្រឹមត្រូវ ព្រមទាំងនិយា យថា៖ ពិតណាស់ ខ្ញុំជាមនុស្សម 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3 ក្នុងចំណោមអ្នកមូស្លីមទាំងឡាយនោះឡើយ"។ (គម្ពីរគួរអាន ៤១ៈ៣៣ ) នេះបញ្ជាក់ថា គ មានពាក្យសំដីណាដែលល្អ អប្រសើរជាងពាក្យសំដីរបស់ អ្នក ដែលអំពាវនាវទៅ រកសាសនា ឥស្លាមនោះឡើយ ព្រោះវាជាគឺការណែនាំ មនុស្ស និងការនាំផ្លូវពួកគេទៅរកការគោរពសក្ការៈចំពោះម្ចាស់របស់ ពួកគេ អ្នកបង្កើតពួកគេ អ្នកគ្រប់គ្ររងពួកគេ អ្នកបញ្ចេញពួកគេពីភាពងងឹតនៃប្រក្សារ ស្ហីរិក ទៅរកភាពមានពន្លឺនៃសេចក្តីជំនឿ។ ការអំពាវនាវ គឺជាការអនុវត្តតទៅតាមបទបញ្ជារបស់ អល់ឡោះ ដូចដែល អល់ឡោះបានមាន មានបន្ទូលថា៖ "ចូរអ្នក(មូហាំម៉ាត់)អំពាវនាវ(មនុស្សលោក) ទៅកាន់មាន គ៌ានៃម្ចាស់របស់ អ្នកដោយប្រាជ្ញានិងប្រៀនប្រដៅតាមវិធីសាស្ត្រដ៏ ល្អចុះ ហើយចូរអ្នកជជែកជាមួយពួកគេតាមមធ្យោបាយណាដែលល្អ អបំផុត"។ (គម្ពីរគួរអាន ១៦ៈ១២៥)។ ដូចនេះ ចាំបាច់លើអ្នកដែលអំពាវនាវទៅរក សាសនា ឥស្លាម ត្រូវអំពាវនាវដោយប្រាជ្ញា ហើយនិងចាត់ចែងកិច្ចចការឱ្យចំ កន្លែងរបស់ វា និងដឹងអំពីស្ថានភាពអ្នកដែលត្រូវអំពាវនាវ អ្វីដែលសក្តិសម សម្រាប់ពួកគេ និងអ្វីដែលពួកគេត្រូវការ ដោយការប្រៀនប្រដៅតាមវិធីសាស្ត្រ ដ៏ល្អ ហើយនិងសន្ទនា ជាមួយពួកគេតាមាន គ៌ាដែលល្អ អបំផុត និងប្រណី សន្តោស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ដើម្បីចង្អុលបង្ហាញភាពត្រឹមត្រូវដល់ពួកគេ។ ពិតប្រាកដណាស់ ការអំពាវនាវគឺ ជាកាតព្វកិច្ចរបស់ បណ្តាអ្នកនាំសារគ្រប់រូប ហើយអ្នកដែលសំខាន់ ជាងគេនោះ គឺអ្នកនាំសាររបស់ យើង ព្យាការីមូហាំម៉ាត់ ដែលអល់ឡោះបានបញ្ជូ នគាត់ មកដើម្បីធ្វើជាសាក្សីទៅលើមនុស្សលោក និងជាអ្នកផ្តល់ដំណឹងរីករាយសម្រាប់អ្នកដែលមានជំនឿអំពីឋានសួគ៌ និងផលបុ ណ្យ ហើយក៏ជាអ្នកដាស់តឿនព្ររមានសម្រាប់ពួកដែលគ្មានជំនឿ និងអ្នកដែលប្រឆាំងអំពីឋាននរកនិងទណ ឌកម្ម។ ហើយលោកគឺជាអ្នកអំពាវនាវ ទៅកាន់អល់ឡោះ និងផ្សព្វផ្សាយពន្លឺទៅដល់មនុស្សជាតិទាំងអស់។ អល់ឡោះ បានមាន មានបន្ទូលថា៖ "ឱព្យាការី(មូហាំម៉ាត់)! ពិតប្រាកដណាស់ យើងបានបញ្ជូន អ្នកធ្វើជា សាក្សី និងជាអ្នកផ្តល់ដំណឹងរីករាយ ហើយនិងជាអ្នកដាស់តឿនព្ររមាន ហើយក៏ជាអ្នកអំពាវនាវ(មនុស្សលោក)ទៅកាន់អល់ឡោះដោយការអនុញ្ញាត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5 6 របស់ ទ្រង់ និងជាពន្លឺដើម្បីបំភ្លឺ។ ហើយចូរអ្នកផ្តល់ដំណឹងរីករាយដល់បណ្តា អ្នកមានជំនឿថា ពិតណាស់ សម្រាប់ពួកគេ គឺទទួលបានការប្រោសប្ររ ទានដ៏ ធំធេងពីអល់ឡោះ"។ (គម្ពីរគួរអាន ៣៣ៈ៤៥-៤៧) ការអំពាវនាវ គឺជាប្រភពនៃអំពើល្អដែលគ្មានដែនកំណត់។ ចំពោះបុគ្គល ណា ម នាក់ដែលទទួ លយកការអំពាវនាវរបស់ អ្នក ហើយទទួលបានការចង្អុលបង្ហាញ ដោយដៃរបស់ អ្នកនោះ សម្រាប់អ្នកនឹងទទួលបានផលបុ ណ្យដូចជារូបគេដែរ។ មិនថាជាការសឡាតរបស់ គេ ការគោរពសក្ការៈរបស់ គេ ឬការបង្រៀនរបស់ គេ ទៅចំពោះអ្នកដទៃនោះឡើយ។ នេះជាផលបុ ណ្យដ៏អស្ចារ្យ ដែលអល់ឡោះ បានផ្តល់ដល់អ្នកអំពាវនាវ។ ព្យាការីបានមានប្រសាសន៍ថា៖ "បុគ្គល ណា ចង្អុលបង្ហាញផ្លូវល្អ អដល់គេ នោះរូបគេនឹងទទួលផលបុ ណ្យដូចជាផលបុ ណ្យនៃ អ្នកដែលអនុវត្តា មគេដែរ ដោយគេមិនកាត់បន្ថថយផលបុ ណ្យរបស់ អ្នកដែល អនុវត្តា មគេបន្តិចណាឡើយ"។ (មូស្លីមៈ ២៦៧៤) ផលបុ ណ្យនៃអ្នកដែលអំពាវនាវទៅកាន់អល់ឡោះ ល្អប្រសើរជាងទ្រព្យសម្បត្តិ ទាំងអស់ ដែលមានលើលោកិយនេះទៅទៀត ហើយផលបុ ណ្យអ្នកអំពាវនាវ គឺ នៅលើអល់ឡោះ ដោយគេមិនយកពីនរណាម្នាក់ឡើយ។ ដូចនេះហើយ ទើប ផលបុ ណ្យរបស់ វា គឺធំធេង។ ពិតណាស់ ម្ចាស់ដ៏ មហាសប បុរស ទ្រង់មិនផ្តល់ឱ្យ អ្នកណាដែលទ្រង់ស្ររលាញ់នោះទេ លើកលែងតែជារបស់ ដែលអស្ចារ្យ ដូចអល់ ឡោះបានមាន មានបន្ទូលថា៖ "ប៉ុន្តែ ប្រសិន នបើពួកអ្នកបានបែរចេញ(ពីការអំពាវនាវ របស់ ខ្ញុំ) ខ្ញុំពិតជាមិនស្នើ សុំកម្រៃពីពួកអ្នកឡើយ។ កម្រៃរបស់ ខ្ញុំ គឺកម្រៃពីអល់ ឡោះតែមួយគត់ ហើយខ្ញុំត្រូវបានគេបង្គាប់ឱ្យកលាយជាអ្នកដែលស្ថិ តក្នុងចំណោម អ្នកមូស្លីម"។ (គម្ពីរគួរអាន ១០ៈ៧២)។ ហើយព្យាការីក៏បានមានប្រសាសន៍ ដែរថា៖ "ប្រសិន នបើអល់ឡោះចង្អុលបង្ហាញនរនាម្នាក់(ឱ្យចូលឥស្លាម) តាមរយៈអ្នក គឺល្អប្រសើរសម្រាប់ អ្នកជាងសត្វអូដ្ឋឋពណ៌ក្ររហ មទៅទៀត"។ (អាល់ពូខរីៈ២៨៤៧ មូស្លីមៈ២៤០៦)</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របៀបអំពាវនាវដែលត្រឹមត្រូវ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អល់ឡោះបានរៀបរាប់ពីរបៀបនៃការអំពាវនាវដែលត្រឹមត្រូវ និងលក្ខណៈ សម្បត្ដិមួយចំនួនដែលមានភាពខុសប្លែកពីគេ ដោយមានដូចខាងក្រោម៖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មានការយល់ដឹង និងចំណេះដឹងច្បាស់លាស់ 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ចាំបាច់ទៅលើអ្នកអំពាវនាវ គឺត្រូវតែជាអ្នកមានចំណេះដឹងចំពោះអ្វីដែលខ្លួន អំពាវនាវទៅរកនោះ ត្រូវមានភស្តុ តាងច្បាស់លាស់ និងដឹងច្បាស់នូវអ្វីដែលខ្លួនកំពុង និយា យ ដូចអល់ឡោះមាន មានបន្ទូលថា៖ "ចូរអ្នក(មូហាំម៉ាត់)ពោលថា៖ នេះគឺជាមាន គ៌ា របស់ ខ្ញុំ ដែលខ្ញុំអំពាវនាវទៅកាន់អល់ឡោះ ដោយចំនេះដឹងច្បាស់លាស់ ខ្ញុំនិងអ្នក ដែលបានដើរតាមខ្ញុំ(ត្រូវអំពាវនាវអ្នកផ្សេងទៀតទៅកាន់អល់ឡោះ)"។ (គម្ពីរគួរ អាន ១២ៈ១០៨) ហើយការអំពាវនាវទៅកាន់អល់ឡោះ មិនចាំបាច់សម្រាប់តែអ្នកមូស្លីម ដែលមានចំណេះដឹងច្រើននោះទេ។ នៅពេលដែលគេដឹងអ្វីមួយថ្មី គឺគេចាំបាច់ ត្រូវតែបង្រៀនវាទៅកាន់អ្នកដទៃ។ ប្រសិន នបើគេបានរៀនដឹងអំពីការដែលមិនអាចធ្វើ ស្ហីរិកនៅក្នុងការគោរពសក្ការៈទៅចំពោះអល់ឡោះ នោះគេត្រូវប្រាប់ដំណឹងនេះ ទៅកាន់អ្នកដទៃផងដែរ។ ប្រសិន នបើគេបានសិក្សាអំពីទិដ្ឋភាពនៃភាពស្របស់ ស្អាត នៃសាសនា ឥស្លាម គឺគេត្រូវតែបង្ហាញរឿងនេះដល់អ្នកដទៃ។ និយា យដោយសង្ខេ ប នៅពេលដែលអ្នកដឹងអំពីប្ររ ការល្អរបស់ សាសនា ឥស្លាម ចាំបាច់ អ្នកត្រូវតែផ្សព្វផ្សាយ វាទៅកាន់មនុស្ស សូម្បីតែវានោះមួយឃ្លាអំពីគម្ពីរគួរអានក៏ដោយ ដូចព្យាការី បាន មានប្រសាសន៍ថា៖ "ចូរពួកអ្នកផ្សព្វផ្សាយអំពីខ្ញុំ ទោះបីជាមួយប្រយោគក៏ដោយ"។ (អាល់ពូខរីៈ៣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២៧៤)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បណ្តាមិត្តតភក្តិព្យាការី ដែលបានចូលឥស្លាមដោយដៃរបស់ ព្យាការី ផ ទាល់ ពួកគេបានរៀនពីគោលការណ៍នៃសាសនា ឥស្លាមនិងគោលគ្រឹះ[របស់ វានៅក្នុង ពេលប៉ុន្មានថ្ងៃប៉ុណ្ណោះណោះ។ បន្ទាប់មក ពួកគេក៏ត្រឡប់ ប់ទៅរកក្រុមរបស់ ពួកគេ ហើយក៏ អំពាវនាវពួកគេឱ្យចូលឥស្លាម ជាពិសេសសី លធម៌ ដ៏ល្អខ្ពពង់ខ្ពពស់របស់ ពួកគេ ធ្វើឱ្យ មនុស្សមានចំណាប់អារម្មមណ៍ក្នុងការចូលសាសនា 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អំពាវនាវដោយប្រាជ្ញា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អល់ឡោះបានមាន មានបន្ទូលថា៖ "ចូរអ្នក(មូហាំម៉ាត់)អំពាវនាវ(មនុស្ស លោក) ទៅកាន់មាន គ៌ានៃម្ចាស់របស់ អ្នកដោយប្រាជ្ញា និងប្រៀនប្រដៅតាមវិធីសាស្ត្រដ៏ល្អចុះ ហើយចូរអ្នកជជែកជាមួយពួកគេតាមមធ្យោបាយណាដែលល្អ អបំផុត"។ (គម្ពីរគួរអាន ១៦:១២៥)។ គតិបណ្ឌិ ត គឺជាសមត្ថថភាពក្នុងការសម្រេ ចិ ត្តតដែលស មហេតុផល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និងការផ្តល់ដំបូន្មានដែលល្អ អ ជាមួយនឹងការជ្រើស ពេលវេលា និងទីកន្លែងសមរម្យ ដោយយោងទៅតាមបទពិសោធន៍ និងចំណេះដឹងដែលខ្លួនមាន។ ដោយសារភាពខុសគ្នារវាងមនុស្សទាក់ទងនឹងចរិតលក្ខណៈ និងកម្រិ តនៃ ការយល់ដឹងរបស់ ពួកគេ អ្នកអំពាវនាវត្រូវតែជ្រើស វិធីសាស្ត្រដែលស មស្រប ដើម្បីចូលរួមកនុងការងារនេះ ហើយរង់ចាំឱកាសស មស្របដើម្បីយកឈ នះចិត្តរបស់ ពួកគេ។ ត្រូវចូលទៅជិតពួកគេដោយភាពស្លូតបូត និងក្តីសន្តោស ហើយចូលរួមកនុង ការសន្ទនា ដ៏សផងងប់សផងាត់ និងមានតុល្យភាព ដែលមិនបង្កកឱ្យមានអារម្មមណ៍មិនល្អ និងការ ស្អប់ខ្ពើម។ ដោយសារហេតុផលនេះ ហើយ ទើបអល់ឡោះបានរំលឹកអ្នកនាំសាររបស់ ទ្រង់អំពីឧបការគុណដែលទ្រង់បានប្រទានដល់លោក ដោយធ្វើឱ្យលោកមានភាពស្លូត បូត ភាពទន់ភ្លន់ និងការអធ្យាស្រ័យជាមួយមនុស្ស ដូចដែលអល់ឡោះបានមានបន្ទូល ថា៖ "ដោយសារមានក្តីអាណិតស្ររលាញ់ពីអល់ឡោះ អ្នក(ព្យាការីមូហាំម៉ាត់) បានធ្វើ ទន់ភ្លន់ចំពោះមនុស្ស។ តែបើអ្នកមានអាកប្បកិរិយា កោងកាចនិងរឹងរូសវិញនោះ គឺ ពួកគេនឹងចាកចេញពីអ្នកជាមិនខាន"។ (គម្ពីរគួរអាន ៣ៈ១៥៩) 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អំពាវនាវក្រុមគ្រួសារ និងសាច់ញាតិ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ចាំបាច់លើអ្នកដែលអល់ឡោះបានប្រទានការចង្អុលបង្ហាញដល់គេឱ្យបាន ចូលក្នុងសាសនា ឥស្លាម គឺត្រូវមានការព្យាយា មឲ្យអស់ ពីល ទ្ធធភាពក្នុងការអំពាវនាវ ក្រុមគ្រួសារ និងសាច់ញាតិរបស់ ខ្លួន ព្រោះពួកគេ គឺជាមនុស្សដែលនៅជិតស្និទ្ធធ និង ជាអ្នកដែលគេស្រឡាញ់បំផុត។ គេត្រូវមានការអត់ធ្មត់នឹងឧបសគ្គគដែលខ្លួនជួបប្រទះ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និងស្វែងរកគ្រប់វិធីសាស្ត្រដែលអាចធ្វើទៅបាន ដើម្បីបង្ហាញការពិដែល់ពួកគេ ដូច អល់ឡោះបានមាន មានបន្ទូលថា៖ "ហើយចូរអ្នក(ព្យាការីមូហាំម៉ាត់)បង្គាប់ឱ្យករុមគ្រួសារ របស់ អ្នកប្រតិ បត្តិសឡាត និងអត់ធ្មត់ចំពោះវា "។ (គម្ពីរគួរអាន ២០ៈ១៣២)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មានអ្នកអំពាវនាវមួយចំនួន អ្នកដែលទទួលយកការអំពាវនាវរបស់ គេ គឺជាអ្នកដែលមិនមែនជាសាច់ញាតិរបស់ ខ្លួន ខណៈដែលអ្នកជិតខ្លួនគេបំផុតនោះ បែរជាបដិសេធទៅវិញ។ នេះគឺជារឿងដ៏ឈឺចាប់ និងជា រឿងដ៏សោកសង្វេកមួយ។ ប៉ុន្តែត្រូវដឹងថា អ្នកអំពាវនាវដែលទទួលបានជោគជ័យ គឺជាអ្នកដែលខិតខំព្យាយា ម ស្វែងរកមូលហេតុ ប្រើវិធីសាស្ត្រនិងបច្ចេកទេសនានា និងបួងសួងដល់អល់ឡោះផ្តល់ នូវការចង្អុលបង្ហាញភាពត្រឹមត្រូវដល់ពួកគេ ហើយគេមិនត្រូវអស់ សង្ឃឹម សូម្បីស្ថិតនៅ ក្នុងកាលៈទេសៈដ៏អាក្រក់បំផុតក៏ដោយ។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ដូចដែលអ្នកនាំសារបានធ្វើជាមួយនឹងឪពុកមាន ររបស់ លោក អាពូត៏ឡឹប ដែលជាអ្នកដែលតែងតែជួយនិងការពារលោកប្ររ ឈមមុខជាមួយនឹងកុលសម្ព័ន្ធធ គូរ៉័ស្ហ ហ ក៏ប៉ុន្តែគាត់មិនបានចូលឥស្លាមឡើយ។ ហើយអ្នកនាំសារនៅតែបន្តកិច្ចខិតខំ ប្រឹងប្រែងក្នុងការអំពាវនាវទៅចំពោះគាត់ រហូតដល់ពេលចុងក្រោយនៃជីវិត របស់ គាត់។ ព្យាការីបានមានប្រសាសន៍ថា៖ "ឱ!ឪពុកមាន របស់ ខ្ញុំ! សូមាន ពោលថា៖ ឡើ អ៊ីឡើហា អិលល ល់ឡោះ (គ មានទេម្ចាស់ដែលត្រូវគេគោរពសក្ការៈដ៏ត្រឹមត្រូវ មានតែ អល់ឡោះមួយគត់)។ តាមរយៈ ពាក្យនេះ ខ្ញុំប្រហែលជាអាចជួយអន្តតបាគមន៍ដល់ មានៅពេលជួបអល់ឡោះបាន"។ (អាល់ពូខរីៈ៣៦៧១ មូស្លីមៈ២៤)។ ក៏ប៉ុន្តែ គាត់មិនបានទទួលយកការអំពាវនាវរបស់ ព្យាការីនោះឡើយ ហើយក៏ បានស្លាប់ នៅលើភាពគ មានជំនឿ។ ពេលនោះអល់ឡោះបានបញ្ចុះនូវបន្ទូលរបស់ ទ្រង់ថា៖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"ពិតប្រាកដណាស់ អ្នកមិនអាចចង្អុលបង្ហាញចំពោះអ្នកណាដែលអ្នកស្ររ លាញ់បានឡើយ ក៏ប៉ុន្តែអល់ឡោះអាចចង្អុលបង្ហាញចំពោះអ្នកណាដែលទ្រង់មានចេតនា។ ហើយទ្រង់ដឹង បំផុតចំពោះបណ្តាអ្នកដែលបានទទួលការចង្អុលបង្ហាញ"។ (គម្ពីរ គួរអាន ២៨ៈ៥៦)។ នៅពេលដែលអ្នកមូស្លីមថ្មីចូលកាន់សាសនា ឥស្លាម គេត្រូវកសាងទំនាក់ទំនង ឲ្យបានល្អ និងរឹងមាំជាមួយសាច់ញាតិ និងអ្នកស្គាល់គ្នា។ មូស្លីម និងមិនមែនមូស្លីម គឺដូចគ្នា គឺគេត្រូវតែគោរព និងប្រកាន់សីលធម៌ឲ្យបានខ្ពពស់នៅពេលទាក់ទងជាមួយ ពួកគេ ត្បិតឥស្លាមិនមែនជាការអំពាវនាវឱ្យនៅតែឯកឯង និងដកខ្លួនចេញពីជីវិត សង្គមនោះទេ។ &gt; បរិស្ថានរបស់អ្នក និងគ្រួសាររបស់អ្នក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&gt; ជីវិតគ្រួសារបន្ទាប់ពីចូលឥស្លាម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នបើស្វាមីភរិយាចូលឥស្លាមទាំងពីរនាក់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នបើស្វាមីភរិយាចូលឥស្លាមទាំងពីរនាក់ ចំណងអាពាហ៍ពិពាហ៍របស់ ពួកគេទាំងពីរក្សាលពីមុនត្រូវបានចាត់ទុកថាត្រឹមត្រូវដោយមិនចាំបាច់រៀបចំអាពាហ៍ ពិពាហ៍សាជាថ្មីឡើយ។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ក៏ប៉ុន្តែត្រូវបានលើកលែងក្នុងករណីដូចខាងក្រោម៖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ប្រសិន នបើគេទាំងពីរបៀបការជាមួយនឹងអ្នកដែលជាម៉ះរ៉មរបស់ ខ្លួន៖ ដូចជា រៀបការជាមួយម តាយខ្លួនឯង ឬបងស្រីបង្កើ តខ្លួនឯង ឬមីងបង្កើ តខ្លួនឯង។ ក្នុងករណីនេះ ចាំបាច់ត្រូវផ្តាច់ចំណងអាពាហ៍ពិពាហ៍ទាំងពីរពេលដែលអ្នក ទាំងពីរចូលឥស្លាម។ ប្រសិន នបើគេរៀបការនឹងប្អូនស្រីពីរនាក់ក្នុងពេលតែមួយ ឬរវាងប្អូនស្រី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តទៅនេះ គឺជាក្បួនច្បាប់ឥស្លាមួយចំនួនដែលអ្នកមូស្លីមថ្មីត្រូវការនៅក្នុង គ្រួសាររបស់ ខ្លួន។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ពិតប្រាកដណាស់ ការបង្ហាញក្តីសប្បុរសចំពោះមនុស្ស និងការប្រកាន់ នូវសី លធម៌ ល្អនៅពេលទំនាក់ទំនងជាមួយពួកគេ គឺជាវិធីដ៏ល្អបំផុតដើម្បីណែនាំ ពួកគេទៅកាន់សាសនា ឥស្លាម ដោយព្យាការីមូហាំម៉ាត់ត្រូវបានបញ្ជូ នមក គឺដើម្បី បំពេញនូវចរិតដ៏ថ្លៃថ្នូរ និងល្អឥតខ្ចោះនេះឯង។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ការប្រកាន់ខ្ជាប់នូវសី លធម៌ ថ្លៃថ្នូរ និងការប្រាស្រ័យទាក់ទងល្អត្រូវតែចាប់ផ្តើម នៅក្នុងផ្ទះជាមួយសមាជិកគ្រួ សារជាពិសេស។ (សូមើលទំព័រ ២៧៧)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3 ជាមួយនឹងម តាយមីងរបស់ នាងក្នុងពេលតែមួយ៖ ក្នុងករណីនេះ ចាំបាច់ត្រូវ លែងលះម នាក់ក្នុងចំណោមអ្នកទាំងពីរ។ ប្រសិន នបើស្វាមី និងភរិយាទាំងឡាយរបស់ គេចូលឥស្លាមទាំងអស់ គ្នា ហើយ បុរសនោះមានភរិយាលើសពីបួននាក់៖ ក្នុងករណីនេះ គេមិនអនុញ្ញាតឲ្យបន្ត ចំណងអាពាហ៍ពិពាហ៍ទាំងអស់ គ្នាដូចនេះបានទេ។ ដូចនេះ ចាំបាច់លើបុរស នោះត្រូវជ្រើសភរិ យា ត្រឹមតែបួននាក់ប៉ុណ្ណោះណោះក្នុងចំណោមពួកនា ង។ ក្រៅពី នេះ គឺត្រូវលែងលះ។ តើច្បាប់ចែងយ៉ាងដូចម្តេចប្រសិន នបើស្វាមីចូលឥស្លាម តែភរិយាមិនចូលឥស្លាម?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ក្នុងករណីនេះ យើងត្រូវពិនិត្យមើលលើសាសនា របស់ ភរិយា។ ភរិយា នោះអាច ជាពួកអះលីគី តាប ពោលគឺកាន់សាសនាយូ ដា ឬសាសនាគ្រឹ[ស្ត ឬក៏មិនមែនជាអះលី គីតាប ដូចជាកាន់សាសនា ព្រះពុទ្ធធ ហិណ្ឌូ ឬអ្នកគ្មានសាសនា ជាដើម។ ភរិយា ជាអះលី គីតាប ប្រសិន នបើស្វាមីចូលឥស្លាម តែភរិយាមិនចូលឥស្លាម ហើយនាងជាពួកអះលី</w:t>
      </w:r>
    </w:p>
    <w:p>
      <w:pPr>
        <w:spacing w:line="324" w:lineRule="auto" w:after="120" w:before="0"/>
        <w:jc w:val="left"/>
      </w:pPr>
      <w:r>
        <w:t>គីតាប(កាន់សាសនាយូ ដា ឬសាសនាគ្រឹ[ស្ត ទោះជានិកាយអ្វីក៏ដោយ) ចំណង អាពាហ៍ពិពាហ៍នោះនៅរក្សាដែល ព្រោះគេអនុញ្ញាតឲ្យអ្នកឥស្លាមអាចរៀបការ នឹងពួកអះលីគី តាបាន។ ដូចនេះ ការបន្តតបក្សាចំណងអាពាហ៍ពិពាហ៍ដែល មានស្រាប់ គឺកាន់តែគ មានបញ្ហា។ អល់ឡោះជាម្ចាស់បានមាន មានបន្ទូលថា៖ "ថ្ងៃនេះ គេបានអនុញ្ញាតឱ្យពួកអ្នកនូវអ្វី ដែលល្អ អ(ហា ឡាល់)។ ចំណីអាហាររបស់ ពួកដែលគេផ្ដែល់គម្ពីរឱ្យ(អះលី គីតាប) ពួកអ្នកអាចបរិភោគបាន ហើយចំណីអាហាររបស់ ពួកអ្នក ក៏ពួកគេអាចបរិភោគ បានដែរ។ ហើយ(គេអនុញ្ញាតឱ្យពួកអ្នករៀបអាពាហ៍ពិពាហ៍ផងដែរ)ជាមួយស្ត្រី បរិសុទ្ធក្នុងចំណោមស្ត្រីដែលមានជំនឿ និងស្ត្រីបរិសុទ្ធធនៃពួកដែលគេផ្ដែល់គម្ពីរឱ្យ មុនពួកអ្នក"។ (គម្ពីរគួរអាន ៤៖៥) ក៏ប៉ុន្តែ ចាំបាច់លើបុរសជាស្វាមីត្រូវព្យាយា មអូសទាញ អំពាវនាវភរិ យា របស់ ខ្លួន តាមគ្រប់មធ្យោបាយ។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341 ---</w:t>
      </w:r>
    </w:p>
    <w:p>
      <w:pPr>
        <w:spacing w:line="324" w:lineRule="auto" w:after="120" w:before="0"/>
        <w:jc w:val="left"/>
      </w:pPr>
      <w:r>
        <w:t>ជីវិតថ្មីរបស់អ្នក ភរិយាមិនមែនជាពួកអះលីគី តាប ប្រសិន នបើស្វាមីចូលឥស្លាម តែភរិយា របស់ ខ្លួនបដិសេធមិនព្ររមចូលឥស្លាម ហើយ នាងក៏មិនមែនជាពួកអះលីគី តាប(កាន់សាសនាយូ ដា ឬសាសនាគ្រឹ[ស្ត ) ឡើយ។ ផ្ទុយទៅវិញ នាងកាន់សាសនា ព្រះពុទ្ធធ ហិណ្ឌូ ឬសាសនាដទៃទៀត៖ ករណីនេះ គឺគេត្រូវទុកពេលឲ្យនាងដូចរយៈពេលរង់ចាំអិតហ្ទះរបស់ ស្ត្រីដែលត្រូវប្តីលែងលះ ដូចដែលមានលម្អិតក្នុងតារាងខាងក្រោមនេះ។ ប្រសិន នបើភរិយា នោះចូលឥស្លាមកនុងអំឡុងពេលនេះ នាងនៅតែជាភរិយា របស់ បុរសនោះដែលដោយមិនត្រូវការបៀបការសាថ្មីឡើយ។ តែប្រសិន នបើភរិយា នោះបដិសេធមិនព្ររមចូលឥស្លាម រហូតដល់ផុតបយៈពេលនេះ ចំណងអាពាហ៍ពិពាហ៍នោះត្រូវដាច់។ ហើយពេលណាដែលស្ត្រី នោះចូលឥស្លាម គឺស្វាមីនា ងអាចសុំ នាងរៀបការម្តតងទៀតបាន ប្រសិន នបើគេចង់ ដោយយោងតាម បន្ទូលរបស់ អល់ឡោះជាម្ចាស់ដែលទ្រង់បានមាន មានបន្ទូលថា៖ "ហើយចូរពួកអ្នកកុំ រក្សាទុកស្ត្រី ដែលគ្មានជំនឿធ្វើជាភរិយា របស់ ពួកអ្នកទៀតឱ្យសោះ"។ (គម្ពីរគួរអាន ៦០ៈ១០)។ ពោលគឺ ចូរពួកអ្នកកុំរក្សាទុកស្ត្រី ដែលគ្មានជំនឿក្រៅពីស្រ តីដែលជាអះ លីគីតាបធ្វើជាភរិយា របស់ ពួកអ្នកទៀតឱ្យសោះបន្ទាប់ពីពួកអ្នកបានចូលឥស្លាម។ 2 ស្ត្រីដែលបានរៀបការដោយការចុះកិច្ចសន យាអាពាហ៍ពិពាហ៍រួច តែមិនទាន់ បានរួមដំណេក(ពោលគឺមិនទាន់បានផ្សំដំណេកជាមួយនាង ឬនៅសផងាត់តែ ពីរនាក់នាងនោះឡើយ បានត្រឹមតែចុះកិច្ចសន យាអាពាហ៍ពិពាហ៍ប៉ុណ្ណោះណោះ)៖</w:t>
      </w:r>
    </w:p>
    <w:p>
      <w:pPr>
        <w:spacing w:line="324" w:lineRule="auto" w:after="120" w:before="0"/>
        <w:jc w:val="left"/>
      </w:pPr>
      <w:r>
        <w:t>ក្នុងករណីនេះ ចំណងអាពាហ៍ពិពាហ៍របស់ គេទាំងពីរត្រូវដាច់តាមរយៈ ការលែងលះគ្នានេះ។ ចំណែកករណីរបស់ យើងវិញ ចំណងអាពាហ៍ពិពាហ៍ របស់ គេទាំងពីរត្រូវដាច់តាមរយៈការចូលឥស្លាម។ អល់ឡោះជាម្ចាស់បាន មាន មានបន្ទូលថា៖ "ឱបណ្ដាអ្នកដែលមានជំនឿ! នៅពេលដែលពួកអ្នកបានរៀប អាពាហ៍ពិពាហ៍ជាមួយបណ្ដាស្ត្រីដែលមានជំនឿ ក្រោយមក ពួកអ្នកបាន 1 អិតហ្ទះស្ត្រីដែលត្រូវប្តីលែងលះ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342 ---</w:t>
      </w:r>
    </w:p>
    <w:p>
      <w:pPr>
        <w:spacing w:line="324" w:lineRule="auto" w:after="120" w:before="0"/>
        <w:jc w:val="left"/>
      </w:pPr>
      <w:r>
        <w:t>ជីវិតថ្មីរបស់អ្នក លែងលះពួកនា ងមុនពេលរួមដំណេកជាមួយពួកនា ង នោះពួកអ្នកមិនចាំបាច់ រាប់អិតហ្ទះរបស់ ពួកនា ងឡើយ"។ (គម្ពីរគួរអាន ៣០ៈ៤៩) អិតហ្ទះស្ត្រីមានផ្ទៃពោះ៖ ត្រូវបញ្ចចប់នៅពេលឆ្លលងទន្លេ ទោះរយៈពេលរបស់ វា វែងឬខ្លីក៏ដោយ ដូចដែលអល់ឡោះជាម្ចាស់បានមាន មានបន្ទូលថា៖ "ចំណែកឯស្ត្រី ដែលមានគភ៌វិញ ពេលកំណត់របស់ ពួកនា ង គឺរហូតដល់ពួកនា ងសម្រាលកូន រួច"។ (គម្ពីរគួរអាន ៦៥ៈ៤) 2 ស្ត្រីដែលគ្មានផ្ទៃពោះ តែនាងមករដូវ៖ អិតហ្ទះរបស់ នាង គឺរយៈពេលជ្រះ ស្អាតពីរដូវចំនួនបីដងពេញបន្ទាប់ពីលែងលះ ឬបន្ទាប់ពីស្វាមីចូលឥស្លាម។ មានន័យថា ស្ត្រីនោះមានរដូវ រួចជ្រះស្អាតពីរដូវ។ បន្ទាប់មក នាងមករដូវ ហើយ ជ្រះស្អាតពីរដូវនោះ។ ក្រោយមក នាងមករដូវជាលើកទីបី ហើយជ្រះស្អាតពី រដូវនោះទៀត។ នេះចាត់ទុកថា នាងជ្រះស្អាតពីរដូវបីដ ងពេញ ទោះបីជាគម្លាត ពេលពីរដូវមួយទៅរដូវមួយទៀត យូរឬឆាប់ក៏ដោយ។ ដូចនេះ ប្រសិន នបើស្ត្រី បានងូតទឹកសម្អាតកាយករោយពេលជ្រះស្អាតពីរដូវជាលើកទីបីហើយនោះ អិតហ្ទះរបស់ នាងត្រូវបញ្ចចប់ ដូចដែលអល់ឡោះជាម្ចាស់បានមាន មានបន្ទូលថា៖</w:t>
      </w:r>
    </w:p>
    <w:p>
      <w:pPr>
        <w:spacing w:line="324" w:lineRule="auto" w:after="120" w:before="0"/>
        <w:jc w:val="left"/>
      </w:pPr>
      <w:r>
        <w:t>"ហើយស្ត្រីដែលត្រូវបានប្ដីលែងលះ ពួកនា ងត្រូវរង់ចាំរហូតដល់ជ្រះស្អាតពី ឈា មរដូវ ឬមានឈា មរដូវចំនួនបីដងសិន"។ (គម្ពីរគួរអាន ២ៈ២២៨) 3 ស្ត្រីដែលមិនមករដូវ៖ ទោះជាដោយសារតែនៅក្មេងពេក(មិនទាន់មករដូវ) ឬ ចាស់ពេក(អស់ រដូវ) ឬដោយសារតែជំងឺប្រចាំ កាយរ៉ាំរ៉ៃក៏ដោយ។ ក្នុងករណី នេះ អិតហ្ទះរបស់ នាង គឺមានរយៈពេលបីខែរាប់ចាប់ពីពេលប្តីលែង ឬចាប់ ពីពេលដែលប្តីរបស់ នាងចូលឥស្លាម ដូចដែលអល់ឡោះជាម្ចាស់បានមាន បន្ទូលថា៖ "ហើយបណ្ដាស្ត្រីដែលអស់ ឈា មរដូវ(ដោយសារវ័យចំណាស់) ក្នុងចំណោមភរិយា របស់ ពួកអ្នក(ដែលបានលែងលះ) ប្រសិន នបើពួកអ្នក សង្ស័យ(អំពីពេលកំណត់នៃការលែងលះដាច់ស្ររឡះ )នោះ គឺពេលកំណត់ របស់ ពួកនា ងចំនួនបីខែ។ ហើយចំពោះស្ត្រីដែលមិនទាន់មានឈា មរដូវក៏ ដូចនោះដែរ"។ (គម្ពីរគួរអាន ៦៥ៈ៤)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តើនាងជាអះលី គីតាប(យូដា ឬគ្រឹ[ស្ទាន)? ប្រសិន នបើនាងមិនមែនជាអះលី គីតាប គឺត្រូវអំពាវនាវនា ងទៅកាន់សាសនា ឥស្លាម។ បន្ទាប់មក ត្រូវពិនិត្យមើលថា តើនាងបានចូលឥស្លាមកនុងអំឡុងពេល អិតហ្ទះដែរឬទេ(សូមើលតារាងខាងលើ)។ ទេ ទេ បាទ បាទ ចំណងអាពាហ៍ពិពាហ៍នោះនៅរក្សាដែល ដោយមិនត្រូវការបៀបអាពាហ៍ ពិពាហ៍សាថ្មីនោះឡើយ ហើយចាំបាច់លើស្វាមីត្រូវអំពាវនាវភរិ យា របស់ ខ្លួន តាមគ្រប់មធ្យោបាយសមស្រប។ នាងជាភរិយាស្រប ច្បាប់របស់ គេក្នុងឥស្លាម ហើយមិនត្រូវការបៀបអាពាហ៍ ពិពាហ៍សាថ្មីនោះឡើយ។ ប្រសិន នបើនាងបដិសេធមិនចូលឥស្លាម រហូតដល់ផុតអិតហ្ទះ ត្រូវផ្តាច់ចំណង អាពាហ៍ពិពាហ៍នោះ ហើយនៅពេលណាដែលនាងចូលឥស្លាម ច្បាប់អនុញ្ញាតឲ្យ គេទាំងពីរត្រឡប់ ប់មករួមរស់ជាមួយគ្នាវិញដោយត្រូវរៀបអាពាហ៍ពិពាហ៍សាថ្មី។ ប្រសិន នបើភរិយាមិនចូលឥស្លាម៖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តើច្បាប់ចែងយ៉ាងដូចម្តេចប្រសិន នបើភរិយាចូលឥស្លាម តែស្វាមីមិនចូលឥស្លាម? ប្រសិន នបើស្វាមីភរិយា ដែលជាអ្នកគ្មានជំនឿ(កាហ្វៀរ)ចូលឥស្លាមទាំងពីរនាក់ ចំណងអាពាហ៍ពិពាហ៍របស់ ពួកគេទាំងពីរក្សាលពីមុនត្រូវបានចាត់ទុកថាត្រឹមត្រូវ ដរាប ណាគេទាំងពីរមិនមែនជាអ្នកដែលច្បាប់ឥស្លាមហា មិនឲ្យរៀបការជាមួយគ្នា ដោយសារតែគេទាំងពីរជាម៉ះរ៉មនឹងគ្នា ដូចជា បងប្អូនបង្កើ ត ឪពុកមាបង្កើត ជាដើម(សូមើលទំព័រ២៧៤)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ក៏ប៉ុន្តែប្រសិន នបើភរិយាចូលឥស្លាម តែស្វាមីបដិសេធមិនចូលឥស្លាមវិញ៖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ក្នុងករណីនេះ ភរិយាមានជម្រើស៖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ត្រូវរង់ចាំស្វាមីចូលឥស្លាម ហើយត្រូវព្យាយា មតាមគ្រប់មធ្យោបាយ និង វិធីសាស្ត្រពន្យល់ពីសាសនា ឥស្លាម និងធាតុពិតនៃសាសនានេះដល់ស្វាមី របស់ ខ្លួន ហើយនិងបួងសួងពីអល់ឡោះឲ្យផ្តល់ការចង្អុលបង្ហាញដល់ស្វាមី។ ប្រសិន នបើស្វាមីចូលឥស្លាម ទោះជាក្រោយពីមួយរយៈពេលយូ រក៏ដោយ គឺ នាងត្រូវវិលទៅរួមរស់ជាមួយស្វាមីវិញដោយរក្សាចំណងអាពាហ៍ពិពាហ៍របស់ ពួកគេនៅដែល ដរាប ណានាងនៅតដឹង់ចាំស្វាមី ហើយគេមិនអនុញ្ញាតឲ្យ នាងប្រគល់ខ្លួនឲ្យស្វាមីរួមេត្រីជាមួយខ្លួនឡើយ ដរាប ណាស្វាមីមិនទាន់ចូល ឥស្លាម។ ប្រសិន នបើនាងចង់ គឺនាងមានសិទ្ធិសុំលែងលះ និងផ តាច់ចំណងអាពាហ៍ពិពាហ៍ បាននៅពេលណាដែលនាងចង់ ប្រសិន នបើនាងយល់ថា គ មានសង្ឃឹមនឹងរង់ចាំ ស្វាមីរបស់ ខ្លួនចូលឥស្លាម។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នៅក្នុងករណីទាំងពីរនេះ គេហា មឃាត់ភរិយាមិនឲ្យប្រគល់ខ្លួនឲ្យស្វាមីរបស់ ខ្លួនដែលជាអ្នកគ្មានជំនឿនោះរួមេត្រីជាមួយខ្លួនឡើយទាំងពីរពេលដែលនាងចូល ឥស្លាម ដូចដែលអល់ឡោះបានមាន មានបន្ទូលថា៖ "ប្រសិន នបើពួកអ្នកបានដឹងថា ពួកនា ង ជាអ្នកមានជំនឿ ចូរពួកអ្នកកុំឱ្យពួកនា ងវិលទៅរកពួកគេមានជំនឿ(ស្វាមីរបស់ ពួកនា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ង) វិញឱ្យសោះ។ ពួកនា ងមិនត្រូវបានអនុញ្ញាត(ហា ឡាល់)សម្រាប់ពួកគេ(ស្វាមី)ឡើយ ហើយពួកគេក៏មិនត្រូវបានអនុញ្ញាតសម្រាប់ពួកនា ងដែរ"។ (គម្ពីរគួរអាន ៦០ៈ១០)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ក្នុងករណីនេះ ចាំបាច់លើស្ត្រីជាភរិយា ចាប់ទាំងពីរពេលដែលនាងចូលឥស្លាមត្រូវ ធ្វើដូចខាងក្រោម៖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ចាប់ទាំងពីរពេលដែលនាងចូលឥស្លាមភ្លាម ចាំបាច់លើស្ត្រីជាភរិយាត្រូវអំពាវនាវ ស្វាមីរបស់ ខ្លួនទៅកាន់ឥស្លាមតាមគ្រប់មធ្យោបាយប្រកប ដោយគតិបណ្ឌិ ត និង ការទូន្មានដ៏ល្អ។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2 3 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ឥស្លាមរបស់ កុមាន 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យោងទៅតាមការបង្រៀនរបស់ ឥស្លាម មនុស្សទាំងអស់ គឺកើតមកជាមូស្លីម ដោយមានទំនោរពីកំណើត(ហ្វីត្រោះ)នៅក្នុងការជឿលើអល់ឡោះ។ ហើយពួកគេ ក៏បានធ្វើតាមសាសនា ផ្សេងទៀតក៏ព្រោះតែឪពុកម្តាយរបស់ ពួកគេបង្រៀន និងចិញ្ចឹ[ម ពួកគេ។ អ្នកនាំសារបានមានប្រសាសន៍ថា៖ "រាល់ទារកដែលបានកើតមក គឺកើតនៅ លើភាពស្អាតស្អំ (ស្ថិតនៅលើសាសនា ឥស្លាម)។ ប៉ុន្តែឪពុកម្តាយរបស់ គេទេដែលធ្វើឱ្យ រូបគេក្លាយជាអ្នកកាន់សាសនាយូ ដា ឬកាន់សាសនាគ្រឹ[ស្ត ឬកាន់សាសនា គោរពអគ្គី"។ (អាល់ពូខរីៈ១២៩២ មូស្លីមៈ ២៦៥៨)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ក៏ប៉ុន្តែ ចំពោះកុមាន រដែលបានស្លាប់ក្នុងគ្រួសារ ឬឪពុកម្តាយដែលជាអ្នកគ្មាន ជំនឿ គឺយើងចាត់ទុកថាពួកគេស្លាប់ក្នុងនាមជាអ្នកគ្មានជំនឿនៅក្នុងលោកិយនេះ ប្រសិន នបើស្វាមីបដិសេធមិនព្ររមចូលឥស្លាម ហើយនាងក៏មិនអាចបញ្ចុះបញ្ចូ ល អូសទាញស្វាមីខ្លួនឲ្យចូលឥស្លាមដែរក្រោយពីបានព្យាយា មអស់ ពីល ទ្ធធភាព ព្រមទាំងមិនសង្ឃឹមថា ស្វាមីរបស់ ខ្លួននឹងចូលឥស្លាមដែរនោះ គឺនាងអាចរៀបចំ បែបបទផ្តាច់ចំណងអាពាហ៍ពិពាហ៍នោះ និងស្នើ សុំ លែងលះគ្នាបាន។ ក្នុងអំឡុងពេលបំពេញបែបបទលែ ងលះនេះ បើទោះជាត្រូវចំណាយពេលយូ រ ក៏ដោយ ដរាប ណាស្វាមីចូលឥស្លាមកនុងអំឡុងពេលនេះ ទោះបីជាក្រោយពេល ផុតអិតហ្ទះក៏ដោយ គឺស្វាមីអាចត្រឡប់ ប់ទៅរួមរស់ជាមួយភរិយាខ្លួនវិញដោយ រក្សាចំណងអាពាហ៍ពិពាហ៍របស់ ពួកគេនៅដែល។ តែប្រសិន នបើផុតបយៈពេល បំពេញបែបបទលែ ងលះហើយនោះ ចំណងអាពាហ៍ពិពាហ៍នោះនឹងត្រូវដាច់។ គេអនុញ្ញាតឲ្យភរិយាបន្តតស្នាក់នៅក្នុងផ្ទះជាមួយស្វាមីក្នុងអំឡុងពេលរង់ចាំ បំពេញបែបបទលែ ងលះនេះ តែគេហា មឃាត់ភរិយាមិនឲ្យប្រគល់ខ្លួនឲ្យស្វាមី របស់ ខ្លួនដែលជាអ្នកគ្មានជំនឿនោះរួមេត្រីជាមួយខ្លួនឡើយទាំងពីរពេលដែល នាងចូលឥស្លាម។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ហើយអល់ឡោះទ្រង់ដឹងពីប្ររ ការអាថ៌កំបាំងបំផុត ទ្រង់មិនបំពានទៅលើជនណា ម នាក់ឡើយ។ គេនឹងសាកល បង(ធ្វើ តេស្ត)ពួកគេនៅថ្ងៃបរលោក។ ជនណាហើយ ដែលស្តាប់បង្គាប់ នឹងបានចូលឋានសួគ៌ ហើយជនណាហើយដែលប្រឆាំង នឹងបាន ចូលឋាននរក។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នៅពេលដែលមានគេមកសួ រអ្នកនាំសារអំពីកូនៗរបស់ អ្នកដែលគ្មានជំនឿ លោកបានមានប្រសាសន៍ថា៖ "អល់ឡោះជាម្ចាស់ នៅពេលដែលទ្រង់បង្កើ តពួកគេ ទ្រង់ដឹងបំផុតនូវអ្វីដែលពួកគេនឹងប្រព្រឹ [ត្ត"។(អាល់ពូខរីៈ១៣១៧)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ក៏ប៉ុន្តែ តើនៅពេលណាទើបយើងអាចកំណត់ថា កុមាន រដែលគ្មានជំនឿជា អ្នកមានជំនឿវិញនៅក្នុងលោកិយនេះ?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ដើម្បីបញ្ជជ ក់អំពីរឿងនេះ គឺមានករណីជាច្រើនខុសៗគ្នា រួមមាន៖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នបើឪពុកម្តាយ ឬម នាក់ក្នុងចំណោមពួកគេទទួលយកសាសនា ឥស្លាមនោះ កុមាន រដែលកើតមក ពួកគេនឹងត្រូវបានកំណត់ថា ជា អ្នកកាន់ តាម សាសនា របស់ ឪពុកម្តាយដែលមានសាសនាប្រសើរ ជាង សាសនាដទៃទៀត នោះគឺ ឥស្លាម។ ប្រសិន នបើកុមាន រដែលអាចបែងចែករវាងត្រូវនិងខុស តែគេមិនទាន់ពេញវ័យ (គ្រប់អាយុ)បានចូលឥស្លាម នោះគេត្រូវបានចាត់ទុកថាជាអ្នកឥស្លាម ទោះបី ឪពុកម្តាយរបស់ គេមិនចូលឥស្លាមក៏ដោយ។ ពិតណាស់ មានក្មេងប្រុស យូដាម នាក់ដែលធ្លាប់បម្រើព្យាការី ហើយនៅថ្ងៃមួយគេបានធ្លាក់ខ្លួនឈឺ។ ព្យាការីក៏បានទៅសួរសុខទុក្ខខគេ ហើយបានអង្គុយជិតក្បាលរបស់ គេ ហើយក៏ មានប្រសាសន៍ទៅកាន់គេថា៖ "សូមអ្នកចូលឥស្លាម"។ ពេលនោះ ក្មេងនោះ ក៏បានសម្លឹ[ងមើលទៅឪពុករបស់ ខ្លួនដែលនៅជាមួយនោះ។ ពេលនោះ ឪពុក របស់ ក្មេងនោះ ក៏បាននិយា យទៅកាន់កូនគេថា៖ "ចូរឯងស្តាប់បង្គាប់តាម អាពូអាល់កសឹ ម(ព្យាការី)ចុះ"។ ពេលនោះ ក្មេងនោះក៏បានចូលឥស្លាម។ ព្យាការីក៏បានចាកចេញហើយលោក៏បានមានប្រសាសន៍ថា៖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"រាល់ការ សរសើរទាំងឡាយ គឺសម្រាប់អល់ឡោះដែលបានរំដោះរូបគេអំពីឋាននរក"។ (អាល់ពូខរីៈ១២៩០)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តើឪពុកម្តាយរបស់ គេ ឬម នាក់ក្នុងចំណោមពួកគេបានចូលឥស្លាមឬទេ? ទេ ទេ បាទ បាទ ច្បាប់កំណត់ថាគេជាមូស្លីម ហើយទំនាក់ទំនងជាមួយគេនឹងច្បាប់អ្នកមូស្លីម។ តើគេចូលឥស្លាម ប៉ុន្តែគ្រួសាររបស់ គេមិនចូលទេឬ? ច្បាប់កំណត់ថាគេជាមូស្លីម បើសិនជាគេចេះបែងចែកខុសត្រូវ និងយល់ នូវអ្វីដែលគេនិយា យ។ ហើយវានឹងជួយសង្គ្រោះរូបគេនៅថ្ងៃបរលោក។ ចំពោះកុមាន រដែលបានស្លាប់ក្នុងគ្រួសារ ឬឪពុកម្តាយដែលជាអ្នកគ្មានជំនឿ គឺយើងចាត់ទុកថាពួកគេស្លាប់នៅក្នុងនាមជាអ្នកគ្មានជំនឿនៅក្នុងលោកិយនេះ ហើយអល់ឡោះទ្រង់ដឹងពីប្ររ ការអាថ៌កំបាំងបំផុត ទ្រង់មិនបំពានទៅលើជនណា ម នាក់ឡើយ។ គេនឹងសាកល បង(ធ្វើ តេស្ត)ពួកគេនៅថ្ងៃបរលោក។ ជនណាហើយ ដែលស្តាប់បង្គាប់ នឹងបានចូលឋានសួគ៌ ហើយជនណាហើយដែលប្រឆាំង នឹងបាន ចូលឋាននរក។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&gt; តើគប បីផ្លាស់ប្តូរឈ្មោះដែរឬទេ បន្ទាប់ពីចូលសាសនាឥស្លាម?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ធាតុដើមរបស់ វា គឺអ្នកមូស្លីមថ្មី អាចរក្សាឈ្មោះដើមរបស់ ខ្លួនក្រោយពី ចូលឥស្លាមដោយមិនចាំបាច់ផ្លាស់ប្តូរ ឈ្មោះឡើយ។ ជាក់ស្តែងការផ្លាស់ប្តូរ ឈ្មោះពុំត្រូវបានគេដឹង(អនុ វត្ត)នៅ ក្នុងសម័ យកាលមិ ត្តតភក្តិរបស់ ព្យាការី ឡើយ។ ពិតណាស់ មនុស្សជាច្រើន បានចូលសាសនា ឥស្លាម ហើយក៏បាន រក្សាឈ្មោះរបស់ ពួកគេដែលមិនមែនជា ឈ្មោះភាសាអារ៉ាប់ដែល លើកលែង តែវាមានអត្ថន័យមិនល្អប៉ុណ្ណោះណោះ។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ហើយចាំបាច់ត្រូវប្តូរឈ្មោះក្នុងករណីដូចខាងក្រោម៖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នបើវាបង្ហាញពីភាពជាខ្ញុំបម្រើទៅចំពោះអ្វីផ្សេងអំពីអល់ឡោះ ឬមាន អត្ថន័យដែលផ្ទុយពីជំនឿរបស់ 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ដូចជាឈ្មោះថា អាប់ទុលម៉ាសៀហ (ខ្ញុំរបស់ អាល់ម៉ាសៀហ) អាប់ទុនណាពី (ខ្ញុំរបស់ ព្យាការី) ឬឈ្មោះ ដែលចូលក្នុងអត្ថន័យនេះ ឬឈ្មោះមានអត្ថន័យផ្ទុយពី ជំនឿដូចជាឈ្មោះ សានូហ្ទះ ដែលមានន័យថា៖ "បុត្ររបស់ អល់ឡោះ" ជាដើម។ អល់ឡោះមហាខ្ពពង់ខ្ពពស់បំផុតលើសអ្វីៗទាំងអស់។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ឬក៏ដាក់ឈ្មោះទាំងឡាយណាដែលបង្ហាញពីល ក្ខណៈសម បត្តិរបស់ ទ្រង់តែម នាក់ គត់ គឺមិនត្រូវបានអនុញ្ញាតឡើយ។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ដូចជា ការឱ្យលក្ខណៈអ្វីម្យ៉ាងទៅខ្ញុំបម្រើរបស់ អល់ឡោះដែលវាជាលក្ខណៈ សម្បត្តិសម្រាប់តែទ្រង់ប៉ុណ្ណោះណោះ ដូចជា ដាក់ ឈ្មោះថា៖ ម៉ាលីគុគុលមូលូក (ស្តេចនៃស្តេច ទាំងអស់ )ជាដើម។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ឈ្មោះដែលបង្កកប់នូវន័យអាក្រក់ ជាការប្រមាថ ឬមនុស្សជាតិទូទៅចាត់ទុកថា វាជារឿងអសីល ធម៌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ហើយអល់ឡោះបានដាក់បម្រាមលើយើងនូវអ្វីដែលអាក្រក់មិនថាចំណីអាហារ ភេសជ្ជៈ ឬកិច្ចចការទាំងអស់ នៅក្នុងជីវិតឡើយ។ ដូចនេះ មិនត្រូវដាក់ឈ្មោះដែលមាន អត្ថន័យអាក្រក់ ឬបង្ហាញទៅលើអ្វីដែលអាក្រក់ បន្ទាប់ពីប្តូរមកសាសនា ឥស្លាមហើយ នោះឡើយ។ អល់ឡោះបានមាន មានបន្ទូលថា៖ "ការដាក់ងា រមិនល្អក្រោយពីមានជំនឿ ហើយនោះ គឺអាក្រក់បំផុត"។ (គម្ពីរគួរអាន ៤៩ៈ១១)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ការលើកទឹកចិត្តនៅក្នុងការផ្លាស់ប្តូរឈ្មោះ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 នបទី ឈ្មោះថ្មីនោះ គឺជាឈ្មោះដែលអល់ ឡោះស្ររលាញ់ ដូចជាផ្លាស់ប្តូរ ឈ្មោះទៅជា អាប់ទុលឡោះ(ខ្ញុំបម្រើរបស់ អល់ឡោះ) និង អាប់ទុលរ៉ោះម៉ាន(ខ្ញុំបម្រើ របស់ ម្ចាស់មហាសប បុរស) និងអ្វីដែលសំដៅលើភាពជាខ្ញុំបម្រើរបស់ អល់ឡោះ គឺ សុទ្ធធតែជាឈ្មោះដែលគេលើកទឹកចិត្ត ក៏ប៉ុន្តែទាំងអស់ នោះ វាមិនពាក់ព័ន្ធធអ្វីជាមួយនឹង ការចូលសាសនា ឥស្លាមរបស់ គេឡើយ។ 2 អ្នកមូស្លីមថ្មីអាចប្តូរឈ្មោះរបស់ ខ្លួនដោយមិនចាំបាច់ទាល់តែមានហេតុផល នោះ ឡើយ ដូចជា ការប្តូរឈ្មោះរបស់ គេដែលមិនមែនជាភាសាអារ៉ាប់ ឱ្យទៅជាឈ្មោះ ជាភាសាអារ៉ាប់។ ក៏ប៉ុន្តែទាំងនេះ វាមិនមែនជាប្រក្សារដែលគេជំរុញឲ្យធ្វើនោះឡើយ ហើយក៏មិនពាក់ព័ន្ធធអ្វីជាមួយនឹងការចូលសាសនា ឥស្លាមរបស់ គេនោះដែរ។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350 ---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តើឈ្មោះនោះមានអត្ថន័យផ្ទុយពីសាសនា ឬជំនឿដែរឬទេ?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បើសិនជាមិនមានអត្ថន័យដូចបានរៀបរាប់ខាងលើទេ គឺមិនចាំបាច់ផ្លាស់ប្តូរវាឡើយ។ ពិតណាស់ អ្នកមូស្លីមជាច្រើនបានរក្សាឈ្មោះដើមរបស់ ខ្លួនដែលមិនមែនជាភាសាអារ៉ាប់ ដោយមិនបានផ្លាស់ប្តូរឡើយ ក្នុងពេលដំបូងដែលពួកគេបានចូលសាសនា 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គេអាចប្តូរឈ្មោះរបស់ ខ្លួនដោយមិនចាំបាច់ត្រូវតែមានហេតុផល នោះឡើយ និងត្រូវបាន លើកទឹកចិត្តនៅក្នុងការផ្លាស់ប្តូរឈ្មោះប្រសិន នបទី ឈ្មោះនោះ គឺជាឈ្មោះដែលអល់ ឡោះស្ររលាញ់ ដូចជា ផ្លាស់ប្តូរឈ្មោះទៅជា អាប់ទុលរ៉ោះម៉ាន(ខ្ញុំបម្រើរបស់ ម្ចាស់មហាសប បុរស)ជាដើម។ តើឈ្មោះនោះបង្ហាញពីសាសនា ផ្សេងពីឥស្លាម ឬមានសារៈសំខាន់ខាងសាសនា ក្នុងចំណោមអ្នកកាន់សាសនាដទៃដែរឬទេ? តើវាមានបង្កកប់ន័យអាក្រក់ ឬមនុស្សចាត់ទុកថាវាជារឿងអសីល ធម៌ ដែរឬទេ? ចាំបាច់ត្រូវតែផ្លាស់ប្តូរឈ្មោះដែលមានអត្ថន័យបែបនេះ។ ចាំបាច់ត្រូវតែផ្លាស់ប្តូរ ដើម្បីបំបាត់ការសង្ស័យ និងជៀសវាងអំពីការប្រដូចខ្លួនតាមអ្នកមិនមែនឥស្លាម។ គប្បីផ្លាស់ប្តូរវាទៅជាឈ្មោះដែលមានអត្ថន័យល្អ។ បាទ ទេ បាទ ទេ បាទ 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351 ---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 ការអនុ វត្តតនូវអនាម័យពីធម្មជាតិ(ស៊ូណិតហ្វិត្រោះ)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 ឥស្លាមបាន លើកទឹកចិត្តឱ្យមូស្លីមរក្សា រូបរាងខាងក្រៅឱ្យល្អបំផុត។ តើ ស៊ូណិតហ្វិត្រោះ មានអត្ថន័យដូចម្តេច?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ស៊ូណិតហ្វិត្រោះ សំដៅលើបណ ដុំនៃការថែរក្សានូវភាពស្អាតស្អំ ឬការអនុវត្ត នូវអនាម័ យដែលត្រូវបានជំរុញដោយសាសនា ឥស្លាមដោយស្របតាមធម្មជាតិ ដែលអល់ឡោះបានបង្កើ តមនុស្សជាតិ។ ហើយវាជួយដល់ការលើកកម្ពពស់រូបរាង របស់ ពួកគេឲ្យបានស្របស់ ស្អាត និងពេញលក្ខណៈទាំងខាងក្នុង និងខាងក្រៅ។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អ្នកនាំសារបានមានប្រសាសន៍ថា៖ "ស៊ូណិតហ្វិត្រោះមានប្រាំយ៉ាងគឺ កាត់ ស្បែកចុងលិង្គគ កោររោមប្រដាប់ភេទ កាត់ពុកមាត់ កាត់ក្ររចក និងការដករោ មកលៀក"។ (អាល់ពូខរីៈ៥៥៥២ មូស្លីមៈ២៥៧)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កាត់ស្បែកចុ ងលិង្គគ៖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គឹការយកចេញនៃស្បែក ដែលនៅខាងចុងនៃ លិង្គគ(ស្បែកដែលគ្របក្បាលលិ ង្គគ) ហើយជាធម្មតា គេធ្វើវាបន្ទាប់ពីទារកកើតមក បានមួយរយៈពេលខ្លី។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ហើយវាជាប្រក្សារដែលត្រូវបានណែនាំ និងជាស៊ូណិតហ្វិត្រោះសម្រាប់បុរស។ ហើយវាមានអត្ថប្រយោជន៍ជាច្រើនសម្រាប់សុខភាព ក៏ប៉ុន្តែវាមិនមែនជាលក្ខខខណ្ឌឌ ដែលចាំបាច់សម្រាប់ចូលឥស្លាមនោះឡើយ។ សម្រាប់ជនមូស្លីមដែលមិនបានកាត់ ស្បែកចុងលិង្គគ ដោយសារតែគេមានការភ័យខ្លាច ឬដោយសារហេតុផល ផ្សេងទៀត ក៏មិនទទួលផល បាបនោះដែរ។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កោររោមប្រដាប់ភេទ៖ ការយកចេញនៃសក់រដុប(រោម)នៅប្រដាប់ភេដៃយ ការកោរ ឬដោយ វិធីសាស្ត្រផ្សេងទៀត។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352 ---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ជីវិតថ្មីរបស់អ្នក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កាត់ពុកមាត់៖ ការរក្សាទុកពុកមាត់ជាប្រក្សារដែលត្រូវបានអនុញ្ញាត ក៏ប៉ុន្តែ មិនមែនជាប្រក្សារលើកទឹកចិត្តនោះឡើយ។ តែប្រសិន នបើចង់ទុកវា គឺគេមិនត្រូវទុក វែងពេកឡើយ ហើយត្រូវកាត់ ឬតម្រឹ[មវាឲ្យបានទៀងទាត់។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ថែរក្សាពុកចង្កា៖ សាសនា ឥស្លាមជំរុញឱ្យបុរសថែរក្សាពុកចង្កា។ វាគឺជារោម ដែលដុះនៅលើចង្កានិងថ្ពាល់បុរស។ ការថែរក្សាវា គឺជាការទុកវាដោយមិនកោរវាចោល ដោយអនុវត្តា មស៊ុណ្ណះ(លំអាន) របស់ ព្យាការីមូហាំម៉ាត់។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កាត់ក្ររចក៖ ចាំបាច់លើអ្នកមូស្លីមត្រូវកាត់ក្ររចក ជាប្រចាំ ដើម្បីកម្ចាត់មេរោគ ភាពកខ្វក់ និងកម្ទេចកម្ទីដែលជាទូទៅមាននៅក្នុងក្ររចក។ ដករោ មឃ្លៀក៖ ចាំបាច់លើអ្នកមូស្លីមត្រូវជម្រុះចេញនូវរោ មដែលដុះនៅត្រង់ ក្លៀក ដោយដកវា ឬ ដោយ វិធីជម្រុះផ្សេងទៀតដើម្បីការពារមិនឱ្យមានក្លិនអាក្រក់ចេញ មកក្រៅ។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353 ---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សេចក្តីសន្និដ្ឋាន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តើអ្វីជាជំហា នបន្ទាប់របស់ អ្នក?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នៅពេលដែលអ្នកបានបញ្ច ប់ការអានសៀវភៅនេះ នោះមានន័យថាអ្នកបាន បំពេញនូវជំហា នទី១នៅក្នុងការសិក្សាអំពីមូលដ្ឋានទាក់ទងនឹងសាសនា របស់ អ្នក។ ហើយរឿងបន្ទាប់នោះ គឺអ្នកចាំបាច់ត្រូវយកចិត្តទុកដាក់អនុវត្តា មអ្វីដែលអ្នកបាន រៀនសូត្រមករួច ហើយធ្វើឱ្យវាក្លាយជាការពិតនៅក្នុងជីវិត ត្បិតចំណេះដឹងដែលគ្មាន ការអនុវត្តនឹងក្លាយជាប្រភពនៃការសោកស្តាយយ៉ាងខ្លាំងនៅថ្ងៃបរលោក។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ម្យ៉ាងទៀត អ្នកចាំបាច់ត្រូវប្រឹងប្រែងឱ្យអស់ ពីស មត្ថថភាពដើម្បីបន្តបៀនអំពី រឿងផ្សេងទៀតដែលអ្នកត្រូវការក្នុងជីវិតប្រចាំ ថ្ងៃរបស់ អ្នកតាមរយៈប្រភពដែលអាច ជឿជាក់បានដែលមិនបានលើកឡើងនៅក្នុងសៀវភៅនេះ។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ហើយជនមូស្លីម ទោះបីជំនឿរបស់ គេខ្លាំងក្លាដល់កម្រិ តណាក៏ដោយ ក៏រូបគេ នៅតែត្រូវការ ការចង្អុលបង្ហាញបន្ថែមទៀត។ ហេតុដូចនេះហើយ ទើបនៅក្នុងជំពូក អាល់ហ្វាទីហះ(ជំពូកទីមួយ នៃគម្ពីរគួរអាន) ដែលជាជំពូកធំធេងជាងគេនៅក្នុងគម្ពីរ ហើយក៏ជាជំពូកដែលអ្នកមូស្លីមសូត្រវាជាប្រចាំ ថ្ងៃនៅក្នុងសឡាតរបស់ ខ្លួនជាច្រើន ដងនោះ គឺមានវាក្យខណ្ឌឌមួយថា៖ "សូមទ្រង់មេត្តាចង្អុលបង្ហាញដល់ពួកយើងនូវ មាន គ៌ាដែលត្រឹមត្រូវផងចុះ"។ (គម្ពីរគួរអាន ១ៈ៥)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ចូរកោតខ្លាចំពោះអល់ឡោះឱ្យបានច្រើនបំផុតាមដែលអ្នកអាចធ្វើបាន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ទាំងនៅក្នុងសៀវភៅនេះ ឬក៏នៅក្នុងសៀវភៅផ្សេងទៀតនឹងមិនផ្តល់ឱ្យ អ្នកនូវព័ត៌មានលម្អិតអំពីស្ថានភាព និងហេតុការណ៍ដែលអ្នកអាចជួបប្រទះ នោះ ឡើយ។ ដូចនេះហើយ បន្ថែមពីលើការសាកសួ រអ្នកចេះដឹង គឺអ្នកត្រូវប្រឹងប្រែងដើម្បី គោរពកោតខ្លាចំពោះអល់ឡោះ និងរឮកដល់ទ្រង់ទៅតាមលទ្ធធភាពរបស់ អ្នកនៅក្នុង រឿងរ៉ាវដែលកើតឡើងជាបន្តបន្ទាប់ និងទំនាក់ទំនងប្រចាំ ថ្ងៃដែលអ្នកមិនអាចត្រឡប់ ទៅរកអ្នកចេះដឹងបាន។ អល់ឡោះដែលទ្រង់បានមាន មានបន្ទូលថា "ចូរពួកអ្នកកោតខ្លាច អល់ឡោះតាម ទៅតាមលទ្ធធភាពរបស់ ពួកអ្នក"។ (គម្ពីរគួរអាន ៦៤ៈ១៦)</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354 ---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ព្យាយា មានៅជិត និងប្រាស្រ័យទាក់ទងនឹងសហគ មាន៍មូស្លីម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ព្យាយា មានៅជិតនិងប្រាស្រ័យទាក់ទងនឹងសហគ មាន៍មូស្លីម និងមជ្ឈមណ្ឌឌល ឥស្លាមឲ្យបានញឹកញាប់ ហើយរួមសុខ រួមទុក្ខខជាមួយពួកគេ។ ទោះបីព្យាការីមូហាំម៉ាត់ គឺជាមនុស្សម នាក់ដែលមានជំនឿរឹងមាំបំផុតក៏ដោយ ក៏អល់ឡោះបង្គាប់ប្រើឲ្យ លោក ស៊ូទ្រាំ និងប្រឹងប្រែងក្នុងការសេពគប់អ្នកសាងអំពើល្អផងដែរ ដូចដែលទ្រង់បានមាន បន្ទូលថា៖ "ចូរអ្នកខ្លួនឯងអត់ធ្មត់ជាមួយនឹងបណ្តាអ្នកដែលគោរពសក្ការៈចំពោះម្ចាស់ របស់ ពួកគេទាំងព្រឹ[កទាំងលផងាច ដោយពួកគេចង់បានការពេញចិត្តពីទ្រង់"។ (គម្ពីរ គួរអាន ១៨ៈ២៨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ម្យ៉ាងទៀត ព្យាការីមូហាំម៉ាត់បានព្ររមានមិនឲ្យឃ្លាតឆផងាយអំពីក្រុមអ្នកមូស្លីម នោះឡើយ ព្រោះ ថា វាជាមូលហេតុដែលអាចនាំឲ្យវង្វេ ង និងប្រាស់ចាក ប្រៀបីដូច ជាសត្វពពែដែលឃ្លាតឆផងាយអំពីហ្វូ ងរបស់ វាដែលអាចទទួលរងគ្រោះថ្នាក់បំផុត ពីសំណាក់សត្វចចក។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អ្នកនាំសារបានមានប្រសាសន៍ថា៖ "ចាំបាច់លើពួកអ្នកត្រូវស្ថិ តនៅជាមួយករុម អ្នកមូស្លីម។ ជាការពិតណាស់ សត្វចចកវាស៊ីសត្វពពែណាដែលបែកចេញពីហ្វូ 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 ការបញ្ជិ តខ្លួននឹងប្អូន(រួមជំនឿ)របស់ គេ និងនៅ ជាប់លាប់ ជាមួយ ពួកគេនោះ គឺជាមូលហេតុដ៏ធំធេងដែលនាំមកនូវផលល្អ អ ទទួលបានការចង្អុលបង្ហាញ និងបន្តតដើរលើផ្លូវដែលត្រឹមត្រូវ។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ចុះយ៉ាងណាទៅវិញ ចំពោះអ្នកមូស្លីមថ្មីដែលទើបចាប់ផ្តើមដំណើររបស់ ខ្លួន គឺច្បាស់ជាត្រូវការជំនួយ និងការយកចិត្តទុកដាក់ជាខ្លាំង។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សូមឲ្យអល់ឡោះជាម្ចាស់ចង្អុលបង្ហាញដល់អ្នក ហើយរក្សាអ្នកឲ្យនៅ ឋិតឋេរ នៅលើ សាសនា ឥស្លាម និងប្រទានពរជ័យដល់អ្នក ទាំងផ្លូវកាយ និងផ្លូវចិត្ត៕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355 ---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K.S.A Tel : +966114486000 U.K -Brmngham B11 1AR Tel : +441214399144 www.newmuslmgude.com www.gude-muslm.com nfo@modern-gude.com</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356 ---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sectPr w:rsidR="00FC693F" w:rsidRPr="0006063C" w:rsidSect="00034616">
      <w:headerReference w:type="default" r:id="rId9"/>
      <w:footerReference w:type="defaul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after="0" w:before="0"/>
      <w:jc w:val="center"/>
    </w:pPr>
    <w:r>
      <w:rPr>
        <w:rFonts w:ascii="Leelawadee UI" w:hAnsi="Leelawadee UI"/>
        <w:b w:val="0"/>
        <w:i w:val="0"/>
        <w:color w:val="94A3B8"/>
        <w:sz w:val="19"/>
        <w:rFonts w:ascii="Leelawadee UI" w:hAnsi="Leelawadee UI" w:cs="Leelawadee UI"/>
        <w:cs/>
        <w:lang w:val="km-KH" w:bidi="km-KH"/>
      </w:rPr>
      <w:t xml:space="preserve">CamQuran E-Library  |  ទំព័រទី </w:t>
    </w:r>
    <w:r>
      <w:rPr>
        <w:rFonts w:ascii="Leelawadee UI" w:hAnsi="Leelawadee UI"/>
        <w:b/>
        <w:i w:val="0"/>
        <w:color w:val="10B981"/>
        <w:sz w:val="19"/>
        <w:rFonts w:ascii="Leelawadee UI" w:hAnsi="Leelawadee UI" w:cs="Leelawadee UI"/>
        <w:cs/>
        <w:lang w:val="km-KH" w:bidi="km-KH"/>
      </w:rPr>
      <w:fldSimple w:instr="PAGE"/>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after="80" w:before="0"/>
      <w:jc w:val="right"/>
    </w:pPr>
    <w:r>
      <w:rPr>
        <w:rFonts w:ascii="Leelawadee UI" w:hAnsi="Leelawadee UI"/>
        <w:b w:val="0"/>
        <w:i/>
        <w:color w:val="64748B"/>
        <w:sz w:val="19"/>
        <w:rFonts w:ascii="Leelawadee UI" w:hAnsi="Leelawadee UI" w:cs="Leelawadee UI"/>
        <w:cs/>
        <w:lang w:val="km-KH" w:bidi="km-KH"/>
      </w:rPr>
      <w:t>📖 មគ្គុទ្ទេសក៍មូស្លីមថ្មី</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eelawadee UI" w:hAnsi="Leelawadee UI"/>
      <w:sz w:val="24"/>
      <w:rFonts w:ascii="Leelawadee UI" w:hAnsi="Leelawadee UI" w:cs="Leelawadee UI"/>
      <w:cs/>
      <w:lang w:val="km-KH" w:bidi="km-KH"/>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