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24" w:lineRule="auto" w:after="80" w:before="200"/>
        <w:jc w:val="center"/>
      </w:pPr>
      <w:r>
        <w:rPr>
          <w:rFonts w:ascii="Leelawadee UI" w:hAnsi="Leelawadee UI"/>
          <w:b/>
          <w:i w:val="0"/>
          <w:color w:val="10B981"/>
          <w:sz w:val="20"/>
          <w:rFonts w:ascii="Leelawadee UI" w:hAnsi="Leelawadee UI" w:cs="Leelawadee UI"/>
          <w:cs/>
          <w:lang w:val="km-KH" w:bidi="km-KH"/>
        </w:rPr>
        <w:t>📚 វិទ្យាសាស្ត្រ &amp; គួរអាន  •  CAMQURAN DIGITAL LIBRARY</w:t>
      </w:r>
    </w:p>
    <w:p>
      <w:pPr>
        <w:spacing w:line="324" w:lineRule="auto" w:after="120" w:before="80"/>
        <w:jc w:val="center"/>
      </w:pPr>
      <w:r>
        <w:rPr>
          <w:rFonts w:ascii="Leelawadee UI" w:hAnsi="Leelawadee UI"/>
          <w:b/>
          <w:i w:val="0"/>
          <w:color w:val="047857"/>
          <w:sz w:val="44"/>
          <w:rFonts w:ascii="Leelawadee UI" w:hAnsi="Leelawadee UI" w:cs="Leelawadee UI"/>
          <w:cs/>
          <w:lang w:val="km-KH" w:bidi="km-KH"/>
        </w:rPr>
        <w:t>វិទ្យាសាស្ត្រ និងគម្ពីរគួរអាន</w:t>
      </w:r>
    </w:p>
    <w:p>
      <w:pPr>
        <w:spacing w:line="324" w:lineRule="auto" w:after="280" w:before="0"/>
        <w:jc w:val="center"/>
      </w:pPr>
      <w:r>
        <w:rPr>
          <w:rFonts w:ascii="Leelawadee UI" w:hAnsi="Leelawadee UI"/>
          <w:b w:val="0"/>
          <w:i/>
          <w:color w:val="475569"/>
          <w:sz w:val="25"/>
          <w:rFonts w:ascii="Leelawadee UI" w:hAnsi="Leelawadee UI" w:cs="Leelawadee UI"/>
          <w:cs/>
          <w:lang w:val="km-KH" w:bidi="km-KH"/>
        </w:rPr>
        <w:t>Science and the Quran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ប្រភេទ៖ វិទ្យាសាស្ត្រ &amp; គួរអាន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ចំនួនទំព័រ៖ 23 ទំព័រ</w:t>
            </w:r>
          </w:p>
        </w:tc>
        <w:tc>
          <w:tcPr>
            <w:tcW w:type="dxa" w:w="3120"/>
          </w:tcPr>
          <w:p>
            <w:pPr>
              <w:spacing w:line="264" w:lineRule="auto" w:after="40" w:before="0"/>
              <w:jc w:val="center"/>
            </w:pPr>
            <w:r>
              <w:rPr>
                <w:rFonts w:ascii="Leelawadee UI" w:hAnsi="Leelawadee UI"/>
                <w:b/>
                <w:i w:val="0"/>
                <w:color w:val="0F766E"/>
                <w:sz w:val="20"/>
                <w:rFonts w:ascii="Leelawadee UI" w:hAnsi="Leelawadee UI" w:cs="Leelawadee UI"/>
                <w:cs/>
                <w:lang w:val="km-KH" w:bidi="km-KH"/>
              </w:rPr>
              <w:t>អក្ខរាវិរុទ្ធ៖ ត្រឹមត្រូវ ១០០%</w:t>
            </w:r>
          </w:p>
        </w:tc>
      </w:tr>
    </w:tbl>
    <w:p>
      <w:pPr>
        <w:spacing w:line="324" w:lineRule="auto" w:after="360" w:before="0"/>
        <w:jc w:val="center"/>
      </w:pPr>
      <w:r>
        <w:rPr>
          <w:rFonts w:ascii="Leelawadee UI" w:hAnsi="Leelawadee UI"/>
          <w:b w:val="0"/>
          <w:i w:val="0"/>
          <w:color w:val="10B981"/>
          <w:sz w:val="24"/>
          <w:rFonts w:ascii="Leelawadee UI" w:hAnsi="Leelawadee UI" w:cs="Leelawadee UI"/>
          <w:cs/>
          <w:lang w:val="km-KH" w:bidi="km-KH"/>
        </w:rPr>
        <w:t>❖  ❖  ❖</w:t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វិទ្យាសាស្ត្រ និងគម្ពីរអាល់គួរអាន (ភាគទី១)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Scence and the Holy Quran (Part 1)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បកប្រែសម្រួលពីសៀវភៅជាភាសាអង់គ្លេស របស់បណ្ឌិត ហ្សាគៀរ ណៃក (Dr. akr Nak)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ក្រុមការងារបកប្រែរួមមាន៖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១. លោក សឹម រ៉ទី (អនុបណ្ឌិតវិទ្យាសាស្ត្រនយោបាយនៃរាជបណ្ឌិត្យសភាកម្ពុជា ឆ្នាំទី១)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២. លោក ម៉ូត មូហាំម៉ាត់ (បរិញ្ញាបត្រនៃសាកលវិទ្យាល័យនៃរដ្ឋគុយវ៉ែត)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អារម្ភកថា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តើអាល់គួរអាន និងវិទ្យាសាស្ត្រមានអ្វីពាក់ព័ន្ធនឹងគ្នា? ហេតុអ្វីបានជាអ្នកវិទ្យាសាស្ត្រសម័យទំនើបជាពិសេសពួកលោកខាងលិច នៅពេលដែលពួកគេរកឃើញនូវរបកគំហើញវិទ្យាសាស្ត្រមួយដែលពួកគេគិតថា ថ្មីស្រឡាងទី១មុនគេបង្អស់ ប៉ុន្តែនៅពេលដែលពួកគេបានអានពីអត្ថន័យនៅក្នុងគម្ពីរអាល់គួរអានរួចពាក់ព័ន្ធនឹងអ្វីដែលពួកគេរកឃើញ ពួកគេក៏ផ្លាស់ប្តូរមកកាន់សាសនាអ៊ីស្លាម តើអ្វីជាមូលហេតុដែលធ្វើឱ្យពួកគេផ្លាស់ប្តូរមកកាន់សាសនាអ៊ីស្លាម?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ជាមួយគ្នានេះផងដែរសាសនិកអ៊ីស្លាមបាននិយាយអះអាងថាសាសនាអ៊ីស្លាមជាសាសនាដ៏ត្រឹមត្រូវ និងជាសាសនាវិទ្យាសាស្ត្រ។ មូលហេតុដែលពួកគេនិយាយយ៉ាងដូច្នេះ ដោយសារតែនៅក្នុងគម្ពីរអាល់គួរអានដែលជាគម្ពីរនៃសាសនាអ៊ីស្លាមដែលព្រះអល់ឡោះជាម្ចាស់ផ្តល់ជូនសាហារី មហាំម៉ាត់ កាលពីជាង ១៤០០ឆ្នាំមុនមកម្ល៉េះ។ នៅក្នុងគម្ពីរនេះបានបកស្រាយអំពីសញ្ញាណ និងការលើកឡើងអំពីភស្តុតាងវិទ្យាសាស្ត្រ ដែលមនុស្សនៅសម័យ១៤០០ឆ្នាំមុន មិនមែនឧបករណ៍វិទ្យាសាស្ត្រទំនើបៗ បែរជាអាចលើកឡើង និងបកស្រាយបានអំពីបាតុភូត ក៏ដូចជារឿងរ៉ាវវិទ្យាសាស្ត្រនានា។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វិទ្យាសាស្ត្រជាច្រើនបានចូលកាន់សាសនាអ៊ីស្លាមដោយសារតែក្រោយពីពួកគេបានរកឃើញនូវរបកគំហើញវិទ្យាសាស្ត្រដែលពួកគេខិតខំប្រឹងប្រែង និងរកឃើញ តែក្រោយពីបានអានអាល់គួរអានរួច ពួកគេភ្ញាក់ផ្អើលនូវអ្វីដែលពួកគេរកឃើញស្របទៅនឹងអ្វីដែលមានលើកឡើងនៅក្នុងអាល់គួរអាន ដែលមានអាយុកាលមុនប្រមាណ ១៤០០ឆ្នាំមកម្ល៉េះ។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សៀវភៅវិទ្យាសាស្ត្រ និងអាល់គួរអាន (ភាគទី១) នេះ បានបកប្រែសម្រួលពីសៀវភៅជាភាសាអង់គ្លេស របស់បណ្ឌិត ហ្សាគៀរ ណៃក ដែលជាវាគ្មិនល្បីល្បាញបំផុតរបស់ពិភពលោក ដែលលោកមានជំនាញ និងទន្ទេញចាំរត់មាត់ ទាំងគ្រប់ទំព័រ គ្រប់ឃ្លានៃគម្ពីរសាសនាទាំង៣ ក្នុងនោះរួមមានគម្ពីរសាសនាអ៊ីស្លាម អាល់គួរអាន គម្ពីរប៊ីបនៃសាសនាគ្រិស្ត និងគម្ពីរនៃសាសនាហិណ្ឌូ។ នៅក្នុងសៀវភៅដែលជាស្នាដៃរបស់គាត់មួយក្បាលនេះ បានបកស្រាយយ៉ាងច្បាស់លាស់នៃជំពូកៗ និងឃ្លាៗច្បាស់ៗតែម្ដងស្ដីពីរបកគំហើញវិទ្យាសាស្ត្រ និងអាល់គួរអាន។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សម្រាប់សៀវភៅភាគទី១ ដែលពួកយើងខ្ញុំបានខិតខំបកប្រែជាភាសាខ្មែរនេះ នឹងមានការបង្ហាញអំពី ការបង្កើតចក្រវាឡ ប្រព័ន្ធកាឡាក់ស៊ី ការបកស្រាយអំពីពន្លឺរបស់ព្រះចន្ទ វដ្តរបស់ទឹក ប្រភពរបស់ទឹកភ្លៀង ស្នូលរបស់ភ្នំ សណ្ឋានលំនឹងរបស់ភពផែនដី ការមិនចូលគ្នារវាងមហាសមុទ្រពីរ សារធាតុរ៉ែនៅក្នុងអាចម៍ផ្កាយ និងភព ការបំបែករបស់អាតូម និងរលកក្រោមបាតមហាសមុទ្រ និងមានផ្សេងៗទៀត។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ប៉ុន្តែនេះសម្រាប់តែភាគទី១ប៉ុណ្ណោះ រីឯការសង្ខេបបន្ត ក៏ដូចជាព័ត៌មានអំពីវិទ្យាសាស្ត្រ និងអាល់គួរអានជាច្រើនទៀតប្រមាណ២០ប្រធានបទផ្សេងទៀត អ៊ិនស៊ាអល់ឡោះក្រុមយើងខ្ញុំនឹងបញ្ចប់សម្រាប់ការបកប្រែសៀវភៅវិទ្យាសាស្ត្រ និងអាល់គួរអានភាគបញ្ចប់របស់បណ្ឌិត ហ្សាគៀរ ណៃក សូមរង់ចាំអានទាំងអស់គ្នា។ សម្រាប់សៀវភៅ វិទ្យាសាស្ត្រ និងអាល់គួរអានភាគទី១នេះ ពួកយើងខ្ញុំបានខិតខំអស់ពីកម្លាំងកាយចិត្តដើម្បីរៀបចំសម្រាប់ការប្រែ...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សម្រួលមកជាភាសាខ្មែរ ដើម្បីផ្តល់នូវភាពងាយស្រួលដើម្បីសិក្សាស្វែងយល់ជាភាសាជាតិរបស់យើងតែម្ដង តែទោះជាយ៉ាងនេះក្ដី បើសិនជានៅក្នុងសៀវភៅនេះមានចំណុចខ្វះខាត្រង់ចំណុចណាមួយដោយអចេតនា យើងខ្ញុំរីករាយស្វាគមន៍ចំពោះមតិរិះគន់ស្ថាបនានានាដើម្បីធ្វើឱ្យសៀវភៅនេះកាន់មានសុក្រឹតភាព ត្រឹមត្រូវច្បាស់កាន់តែខ្លាំងបន្ថែមទៀត។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យើងខ្ញុំសង្ឃឹមថា សៀវភៅវិទ្យាសាស្ត្រ និងអាល់គួរអាននេះភាគទី១នេះ នឹងក្លាយជាប្រភពដ៏សំខាន់មួយសម្រាប់ការស្វែងយល់ ក៏ដូចជាការសិក្សាស្រាវជ្រាវអំពីសាសនាអ៊ីស្លាម និងវិទ្យាសាស្ត្រ ទំនាក់ទំនងរវាងគ្នានឹងគ្នា សម្រាប់អ្នកសិក្សា និងប្អូនជនរួមជាតិទាំងឡាយ។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សូមអរគុណ.......!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ក្រុមការងារបកប្រែរួមមាន៖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១. លោក សឹម រ៉ទី (អនុបណ្ឌិតវិទ្យាសាស្ត្រនយោបាយនៃរាជបណ្ឌិត្យសភាកម្ពុជា ឆ្នាំទី១)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២. លោក ម៉ូត មូហាំម៉ាត់ (បរិញ្ញាបត្រនៃសាកលវិទ្យាល័យនៃរដ្ឋគុយវ៉ែត)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----------------------------------------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មាតិកា (Table of Contents)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----------------------------------------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តារាវិទ្យា៖ ការបង្កើតចក្រវាឡសកលលោក “បន្ទុះមហិមារ” ....................... ទំព័រ ១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វត្តមាននៃម៉ាសឧស្ម័នដ៏មហិមាមុននឹងការបង្កើតនូវកាឡាក់ស៊ី .................... ទំព័រ ២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ផែនដីមានរាងជាស្វ៊ែរមូល .............................................................. ទំព័រ ៤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ពន្លឺព្រះច័ន្ទគឺជាពន្លឺចំណាំងផ្លាតពីព្រះអាទិត្យ (មិនមែនពន្លឺចេញពីព្រះច័នផ្ទៃល់នោះទេ) .......................................................................... ទំព័រ ៨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រង្វិលជុំរបស់ព្រះអាទិត្យ ................................................................. ទំព័រ ១០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ពន្លឺព្រះអាទិត្យនឹងត្រូវរលត់នៅក្នុងអំឡុងពេលមួយនាអនាគត ............ ទំព័រ ១៤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វត្តមាននៃសារធាតុរ៉ែនៅក្នុងអាចម៍ផ្កាយ និងភព ................................ ទំព័រ ១៦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ការលាតសន្ធឹងរបស់សកលលោក ................................................... ទំព័រ ១៧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រូបវិទ្យា (អាតូម និងការបំបែកជាធាតុនៃអាតូម) ................................. ទំព័រ ២០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វដ្តរបស់ទឹក (ប្រភពនៃទឹកភ្លៀង) ..................................................... ទំព័រ ២៣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ភូមិសាស្ត្រលើផ្ទៃផែនដី (ការកកើតរបស់ភ្នំ) ........................................ ទំព័រ ២៦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ការមិនចូលគ្នារវាងទឹកសាប និងទឹកប្រៃ ............................................ ទំព័រ ២៩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- រលកក្រោមមហាសមុទ្រ ......................................................... ទំព័រ ៣៣ - ៣៩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តារាវិទ្យា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ការបង្កើតចក្រវាឡសកលលោក “បន្ទុះដ៏មហិមារ” (The Bg Bang)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ការបង្កើតចក្រវាឡ សកលលោកត្រូវបានពន្យល់ថាគឺកើតចេញពីបាតុភូត បន្ទុះដ៏មហិមារអស្ចារ្យបំផុតក្នុងលំហអវកាស ដែលវាត្រូវបានគេពេញចិត្ត និងហៅឈ្មោះជាទូទៅថា “ប៊ីកប៊េង (Bg Bang)” ។ ការលើកឡើងនេះគាំទ្រដោយទិន្នន័យនៃការអង្កេត និងការប្រមូលទិន្នន័យពីការធ្វើពិសោធន៍របស់អ្នកវិទ្យាសាស្ត្រ ឬតារាវិទូអស់ជាច្រើនទសវត្សរ៍មកនេះ។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យោងទៅលើបន្ទុះមហិមាដ៏ធំធេងបំផុត ឬគេហៅថា “ប៊ីកប៊េង” ចក្រវាឡទាំងមូលជាបណ្តុំនៃលំហាម៉ាស់ដ៏ធំមហិមាដែលមានដុំថ្ម លំអងធូលីតូចៗ បានប្រមូលផ្តុំគ្នាដោយកម្លាំងស្រូបទាញមួយ។ បន្ទាប់មកមានបន្ទុះដ៏ធំមហិមា គឺហៅថាប៊ីកប៊េង ដែលបានសំអាតនូវដុំថ្ម លំអងធូលីតូចៗទាំងនោះ និងបានរួមប្រមូលផ្តុំគ្នាបង្កើតទៅជាកាឡាក់ស៊ីដែលមានភព ផ្កាយ ព្រះច័ន្ទ និងព្រះអាទិត្យ។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ការកកើតឡើងនៃចក្រវាឡសកលលោកគឺពិតជាមានលក្ខណៈអស្ចារ្យបំផុតដែលវាផ្តើមកើតចេញមកពីចំណុចសូន្យ។ នៅក្នុងគម្ពីរអាល់គួរអាននៃសាសនាអ៊ីស្លាមានការលើកឡើងនូវឃ្លាអំពីការកកើតឡើងនៃចក្រវាឡសកលលោក នៅក្នុងជំពូកទី២១ ឃ្លាទី ៣០ ព្រះអល់ឡោះជាម្ចាស់បានមានបន្ទូលថា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“តើពួកដែលគ្មានជំនឿមិនបាន... [តទំព័រទី ២]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ដឹងទេឬថា: ពិតប្រាកដណាស់ មេឃជាច្រើនជាន់ និងផែនដី វាទាំងពីរបាន ជាប់គ្នា តែយើង បានបំបែកវាទាំងពីរឱ្យឃ្លាតពីគ្នាវិញនោះ? ហើយយើង បានបង្កើត អ្វីៗទាំងអស់ដែលមានជីវិតអំពីទឹក។ ដូច្នោះតើពួកគេនៅតែមិន ជឿទៀតឬ? (អាយ៉ាត់ទី - 30)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أَوَلَمْ يَرَ الَّذِينَ كَفَرُوا أَنَّ السَّمَاوَاتِ وَالْأَرْضَ كَانَتَا رَتْقًا فَفَتَقْنَاهُمَا ۖ وَجَعَلْنَا مِنَ الْمَاءِ كُلَّ شَيْءٍ حَيٍّ ۖ أَفَلَا يُؤْمِنُونَ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ការលើកឡើងនេះស្របគ្នារវាងឃ្លានៃគម្ពីរអាល់គួរអាន និងបាតុភូតបន្ទុះមហិមា ប៊ីកប៊េងដែលអ្នកវិទ្យាសាស្ត្រទើបតែរកឃើញ។ ហេតុអ្វីបានជានៅក្នុងសៀវភៅដែលបានលេចឡើងនូវវត្តមាននៅលើសមុទ្រខ្សាច់ជាង១៤០០ឆ្នាំមកម្ល៉េះ ប្រកបដោយអត្ថន័យជ្រាលជ្រៅបំផុតទាក់ទិនជាមួយវិទ្យាសាស្ត្រ។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វត្តមាននៃម៉ាសឧស្ម័នដ៏មហិមាមុននឹងការបង្កើតនូវកាឡាក់ស៊ី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អ្នកវិទ្យាសាស្ត្រ តារាវិទូ បាននិយាយថាមុននឹងការកើតឡើងនូវកាឡាក់ស៊ី (កញ្ចុំដែលរួមមានភពជាច្រើននៅព័ទ្ធជុំវិញព្រះអាទិត្យមួយនៅចំកណ្តាល) ក្នុងដំណាក់កាលនៃការផ្តើមបង្កើតចក្រវាឡសកលលោក នៅក្នុងលំហអវកាសពោរពេញទៅដោយកំហាប់ឧស្ម័នដ៏ច្រើនមហិមា ឬក៏ពពកមុននឹងមានវត្តមានការកកើតឡើងរបស់កាឡាក់ស៊ី។ ស្តីអំពីការដែលអ្នកវិទ្យាសាស្ត្របានហៅវត្តមាននៃវត្ថុធាតុ នៅក្នុងលំហជាឧស្ម័ន ឬក៏ជាផ្សែងដ៏អាប់អួរច្រើនមហិមានោះ។ នៅក្នុងគម្ពីរសាសនាអ៊ីស្លាមអាល់គួរអានបុណ្យការីម នៅក្នុងឃ្លាមួយបានលើកឡើងបកស្រាយអំពីចក្រវាឡ ដែលក្នុងនោះមានពាក្យមួយជាភាសាអារ៉ាប់ថា (ឌូខាន) ដែលមានន័យថាជាផ្សែង។ នៅក្នុងគម្ពីរអាល់គួរអានជំពូកទី៤១ ឃ្លាទី១១ បានលើកឡើងថា “ បន្ទាប់មកទ្រង់ឆ្ពោះទៅលើមេឃ ខណៈដែលវាគឺជាផ្សែង នៅឡើយ។ ហើយទ្រង់បានមានបន្ទូលទៅកាន់វា(មេឃ)និងផែនដី ថា: ចូរអ្នកទាំងពីរមក ទោះដោយស្ម័គ្រចិត្តក្តីឬមិនស្ម័គ្រចិត្តក្តីដោយ។ ពួកវាទាំងពីរបានតបថា: ពួកខ្ញុំទាំងពីរបានមកទាំងស្ម័គ្រចិត្ត។ (អាយ៉ាត់ឃ្លាទី - 11)”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ثُمَّ اسْتَوَىٰ إِلَى السَّمَاءِ وَهِيَ دُخَانٌ فَقَالَ لَهَا وَلِلْأَرْضِ ائْتِيَا طَوْعًا أَوْ كَرْهًا قَالَتَا أَتَيْنَا طَائِعِينَ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ថ្មីម្តងទៀតបន្ទុះដ៏ធំមហិមាប៊ីកប៊េងត្រូវបានបង្ហាញប្រាប់នៅក្នុងគម្ពីរអាល់គួរអានដែលព្រះអល់ឡោះជាម្ចាស់ផ្តល់មកកាន់សាហារីមហាំម៉ាត់ រ៉ស៊ូលុលឡោះ ដែលវាមានទាំងពីរមុនការបកស្រាយរកឃើញដោយពួកតារាវិទ្យាសម័យទំនើបនេះដែលពួកគេមានផ្កាយរណប និងឧបករណ៍ទំនើបៗដើម្បីសិក្សាអំពីអវកាស និងចក្រវាឡនេះ។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ផែនដីមានរាងជាស្វ៊ែរមូល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នាដើមដំបូងឡើយនៃសម័យបុរាណមនុស្សជឿថាផែនដីមានរាងកំប៉ែត អស់ជាច្រើនសតវត្សរ៍មនុស្សមិនហ៊ានធ្វើដំណើរចេញទៅក្រៅដាច់កន្ទុយភ្នែកឆ្ងាយបំផុតនោះទេ ដោយពួកគេខ្លាចធ្លាក់ចេញពីគែមនៃផែនដីនៅចំណុចុងបំផុតរបស់ផែនដី។ ស៊ើហ្វរាន់ស៊ីស ដ្រេក (Sr Francs Drake) គឺជាមនុស្សដំបូងគេដែលបានលើកឡើងនិយាយថាផែនដីមានរាងមូលនៅពេលគាត់ធ្វើដំណើរជិះកប៉ាល់ធ្វើដំណើរមួយជុំរបស់ពិភពលោកនៅក្នុងឆ្នាំ១៥៩៧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ពិតណាស់អំពីការលើកឡើងនៅក្នុងគម្ពីរអាល់គួរអានបុណ្យការីម នូវឃ្លា២៩ ក្នុងជំពូកទី៣១ និយាយអំពីថ្ងៃនិងយប់ ថា: “តើអ្នកមិនបានឃើញទេឬ ពិតប្រាកដណាស់អល់ឡោះ បញ្ចូលពេលយប់ទៅក្នុងពេលថ្ងៃ និងបញ្ចូលពេលថ្ងៃទៅក្នុងពេល យប់វិញ។ ហើយទ្រង់បានបញ្ជាព្រះអាទិត្យ និងព្រះច័ន្ទឱ្យវាទាំងពីរដើរទៅតាមគន្លងរហូតដល់ពេលកំណត់។ ហើយពិតប្រាកដណាស់ អល់ឡោះដឹងជ្រួតជ្រាបំផុតនូវអ្វីដែលពួកអ្នកប្រព្រឹត្ត។ (អាយ៉ាត់ឃ្លាទី - 29)”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أَلَمْ تَرَ أَنَّ اللَّهَ يُولِجُ اللَّيْلَ فِي النَّهَارِ وَيُولِجُ النَّهَارَ فِي اللَّيْلِ وَسَخَّرَ الشَّمْسَ وَالْقَمَرَ كُلٌّ يَجْرِي إِلَىٰ أَجَلٍ مُسَمًّى وَأَنَّ اللَّهَ بِمَا تَعْمَلُونَ خَبِيرٌ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ការរួមបញ្ចូលគ្នាមានន័យថាវាជាដំណើរការយឺតៗ និងផ្លាស់ប្តូរបន្តិចម្តងៗ ពីថ្ងៃទៅយប់។ បាតុភូតនេះអាចកើតឡើងនៅលើរបស់ដែលមានស្វ៊ែរមូលតែប៉ុណ្ណោះ បើសិនជាផែនដីមានរាងកំប៉ែតមែននោះ នោះផែនដីមិនអាចធ្វើការផ្លាស់ប្តូរពីថ្ងៃទៅយប់ និងពីយប់មកថ្ងៃនោះទេ។ ខាងក្រោមក៏ជាឃ្លាមួយទៀតដែលត្រូវបានលើកឡើងក្នុងគម្ពីរអាល់គួរអាននៃសាសនាអ៊ីស្លាមក្នុងជំពូកទី៣៩ ឃ្លាទី៥ដែលលើកឡើងថា: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 ទ្រង់បានបង្កើតមេឃជាច្រើនជាន់ និងផែនដីយ៉ាងពិតប្រាកដ។ ទ្រង់ធ្វើឱ្យពេលយប់គ្របលើពេលថ្ងៃ ហើយទ្រង់ធ្វើឱ្យ ពេលថ្ងៃគ្របលើពេលយប់។ ហើយទ្រង់បានបញ្ជាព្រះអាទិត្យ និងព្រះច័ន្ទឱ្យដើរតាមគន្លងរៀងៗខ្លួនរហូតដល់ពេលកំណត់។ តើទ្រង់មិនមែនមហាខ្លាំងពូកែ មហាអភ័យទោសទេឬ? (អាយ៉ាត់ឃ្លាទី - 5)”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خَلَقَ السَّمَاوَاتِ وَالْأَرْضَ بِالْحَقِّ ۖ يُكَوِّرُ اللَّيْلَ عَلَى النَّهَارِ وَيُكَوِّرُ النَّهَارَ عَلَى اللَّيْلِ ۖ وَسَخَّرَ الشَّمْسَ وَالْقَمَرَ ۖ كُلٌّ يَجْرِي لِأَجَلٍ مُسَمًّى ۗ أَلَا هُوَ الْعَزِيزُ الْغَفَّارُ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នៅក្នុងពាក្យអារ៉ាប់ដែលប្រើពាក្យថា (កាវ៉ារ៉ា) يُكَوِّرُ មានន័យថាជាន់ត្រួតលើគ្នា ឬក៏រឹលព័ទ្ធលើគ្នា ដូចជាឧទាហរណ៍ ខ្សែកន្សែងនៅជុំវិញពីលើក្បាល។ រង្វិលថ្ងៃ និង យប់អាចកើតមានឡើងនៅក្នុងស្ថានភាពមានរាងមូលតែប៉ុណ្ណោះ។ ភពផែនដីមិនមែនមានន័យថាមូលដូចទៅនឹង ប៉ាល់នោះទេ គឺវាមានរាងជាស្វ៊ែរ។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នៅក្នុងគម្ពីរអាល់គួរអាននូវជំពូកទី៧៩ ឃ្លាទី៣០បានលើកឡើងថា “ក្រោយពីនោះមក ទ្រង់បានធ្វើឱ្យផែនដីរាបស្មើ”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وَالْأَرْضَ بَعْدَ ذَٰلِكَ دَحَاهَا - 79:30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ពាក្យជាភាសាអារ៉ាប់សម្រាប់ការហៅស៊ុត ដែលហៅថា (ដាហាហា) دَحَاهَا ដែលមានអត្ថន័យសំដៅដល់ការរមៀលរបស់ស៊ុត (ការផ្លាស់ទីរបស់ស៊ុតដោយរមៀល)។ រូបសណ្ឋាននៃការរមៀលផ្លាស់ប្តូរទីតាំងរបស់ស៊ុតមួយគឺវាបង្ហាញឱ្យបានឃើញអំពីសណ្ឋានភូមិសាស្ត្របស់ផែនដីដែលមានលក្ខណៈលាតសន្ធឹង។ ដូច្នេះអាល់គួរអានបានលើកឡើងបង្ហាញយ៉ាងត្រឹមត្រូវច្បាស់លាស់បំផុតអំពីសណ្ឋានរបស់ផែនដីដែលសណ្ឋានដីមានលក្ខណៈលាតសន្ធឹងរាបស្មើ (បញ្ជាក់សណ្ឋានដីនេះមិនមែនសំដៅទៅលើរូបរាងទាំងមូលរបស់ផែនដីនោះទេ)។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ពន្លឺព្រះច័ន្ទគឺជាពន្លឺចំណាំងផ្លាតពីព្រះអាទិត្យ មិនមែនពន្លឺចេញពីព្រះច័នផ្ទៃល់នោះទេ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វាត្រូវបានជឿដោយអរិយធម៌នាពេលដំបូងថាព្រះច័ន្ទមានប្រភពពន្លឺដោយខ្លួនឯកឯង។ ប៉ុន្តែវិទ្យាសាស្ត្រនាពេលបច្ចុប្បន្ននេះបានប្រាប់ឱ្យដឹងថាពន្លឺរបស់ព្រះច័ន្ទគឺជាពន្លឺដែលរ៉េផ្លិចចទាំងផ្លាតចេញពីព្រះអាទិត្យ។ ជាការពិតណាស់ការលើកឡើងដ៏ពិតប្រាកដមានទាំងពីរមុន១៤០០ឆ្នាំមកម្ល៉េះនៅក្នុងអាល់គួរអានបុណ្យការីមនៅក្នុងជំពូកទី២៥ ឃ្លាទី៦១បានលើកឡើងដែលមានន័យជាភាសាខ្មែរថា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 ទ្រង់មហាមានពរជ័យ ដែលបានបង្កើតឱ្យមានផ្កាយជាច្រើន និងបង្កើតឱ្យមានព្រះអាទិត្យ និងព្រះច័ន្ទជាពន្លឺនៅលើវា 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تَبَارَكَ الَّذِي جَعَلَ فِي السَّمَاءِ بُرُوجًا وَجَعَلَ فِيهَا سِرَاجًا وَقَمَرًا مُّنِيرًا - 25:61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ពាក្យជាភាសាអារ៉ាប់សម្រាប់ហៅព្រះអាទិត្យនោះ شمس (ស៊ាម) គឺបញ្ជាក់អំពីពាក្យ( ស៊ីរ៉ាច) ដែលមានន័យថាជាភ្លើងគប់ ឬក៏ពាក្យ( វ៉ាហាហាច) ដែលមានន័យថា ភ្លើងអំពិល( ឌីយ៉ា) ដែលមានន័យថា ការភ្លឺដ៏ចិញ្ចាចិញ្ចែង។ ការបញ្ជាក់ប្រាប់ពាក្យទាំងបីនេះគឺសំដៅទៅលើព្រះអាទិត្យ។ ព្រះអាទិត្យដែលមានចំរុះដ៏ខ្លាំងក្លា និងមានពន្លឺចេញពីខ្លួនឯងផ្ទាល់។ ពាក្យជាភាសាអារ៉ាប់(អាល់កាម៉ារ) សម្រាប់ហៅព្រះច័ន្ទ។ ការលើកឡើងនៅក្នុងគម្ពីរអាល់គួរអាននេះបានហៅព្រះច័ន្ទជាភាសាអារ៉ាប់ថា (ម៉ូនីរ) قَمَرًا مُّنِيرًا។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ត្រង់នេះបញ្ជាក់ឱ្យដឹងច្បាស់ថា ក្នុងគម្ពីរអាល់គួរអានបុណ្យការីមបានលើកឡើងបង្ហាញអំពីភាពខុសគ្នារវាងពន្លឺរបស់ព្រះច័ន្ទ និងព្រះអាទិត្យ។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ចូរពិចារណាអំពីការលើកឡើងនៅក្នុងគម្ពីរអាល់គួរអាននូវឃ្លាបញ្ជាក់អំពីធម្មជាតិនៃពន្លឺរបស់ព្រះអាទិត្យ និងព្រះច័ន្ទដែលបានលើកឡើងក្នុងជំពូកទី១០ ឃ្លាទី៥ 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 ទ្រង់គឺជាអ្នកដែលបានបង្កើតព្រះអាទិត្យឱ្យមានពន្លឺ បង្កើតព្រះច័ន្ទឱ្យមានរស្មី និងបានកំណត់ឱ្យព្រះច័ន្ទនូវទីតាំងជាច្រើន ដើម្បីឱ្យពួកអ្នកដឹងពីចំនួនឆ្នាំ និងការគណនា (ពេលវេលា) 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هُوَ الَّذِي جَعَلَ الشَّمْسَ ضِيَاءً وَالْقَمَرَ نُورًا وَقَدَّرَهُ مَنَازِلَ لِتَعْلَمُوا عَدَدَ السِّنِينَ وَالْحِسَابَ ۚ مَا خَلَقَ اللَّهُ ذَٰلِكَ إِلَّا بِالْحَقِّ ۚ يُفَصِّلُ الْآيَاتِ لِقَوْمٍ يَعْلَمُونَ - 10:5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ិងការលើកឡើងនៅក្នុងឃ្លាផ្សេងទៀតនៅក្នុងគម្ពីរអាល់គួរអានផងដែរបានលើកឡើងដែលមានន័យជាភាសាខ្មែរក្នុងជំពូកទី៧១ ឃ្លាទី១៥ និងទី១៦ 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(១៥) តើអ្នកមិនបានឃើញទេថា តើព្រះអល់ឡោះមិនបានបង្កើតមេឃប្រាំពីរជាន់តំរៀបលើគ្នា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(១៦) ហើយទ្រង់បានបង្កើតព្រះច័ន្ទជាពន្លឺ និងបានបង្កើតព្រះអាទិត្យជាចង្កៀងនៅក្នុងវា (មេឃ) យ៉ាងដូចម្តេចខ្លះ?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أَلَمْ تَرَوْا كَيْفَ خَلَقَ اللَّهُ سَبْعَ سَمَاوَاتٍ طِبَاقًا - 71:15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وَجَعَلَ الْقَمَرَ فِيهِنَّ نُورًا وَجَعَلَ الشَّمْسَ سِرَاجًا - 71:16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រង្វិលជុំរបស់ព្រះអាទិត្យ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ជាយូរលង់ណាស់មកហើយទស្សនវិទូ និងអ្នកវិទ្យាសាស្ត្រអឺរ៉ុបុរាណ(ជាពិសេសនៅសម័យចក្រភពក្រិក និងរ៉ូម) បានជឿជាក់ជាក់ថាផែនដីនៅចំមជ្ឈមណ្ឌលកណ្តាលនៃអវកាស សកលលោក ហើយគ្រប់អ្វីៗទាំងអស់រួមជាមួយព្រះអាទិត្យគឺវិលជុំវិញផែនដី។ នៅក្នុងឆ្នាំ១៥១២នៃគ.ស Ncholas Coperncus បានបង្កើតនូវទ្រឹស្តីមួយស្តីអំពីចលនារបស់ផែនដី ដែលបានលើកឡើងថា ព្រះអាទិត្យស្ថិតនៅចំកណ្តាលនៃប្រព័ន្ធព្រះអាទិត្យដែលភពផែនដីវិលជុំវិញព្រះអាទិត្យ។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នៅក្នុងឆ្នាំ១៦០៩ អ្នកវិទ្យាសាស្ត្រជនជាតិអាល្លឺម៉ង់ Yohannus Kepler បានបោះផ្សាយនូវសៀវភៅមួយស្តីអំពី តារាសាស្ត្រ នៅក្នុងនោះក៏បានបង្ហាញដោយមិនត្រឹមដាក់បញ្ចូលភពផែនដីតែមួយប៉ុណ្ណោះនោះទេ ដែលវិលជុំវិញព្រះអាទិត្យក្នុងរាងជាអេលីបពងក្រពើ ហើយវាវិលជុំវិញព្រះអាទិត្យនៅលើអ័ក្សដោយមានល្បឿនមិនស្មើគ្នា។ វាបានក្លាយទៅជាការពិតដែលអ្នកវិទ្យាសាស្ត្រអឺរ៉ុបនៃសម័យទំនើបនេះដោយប្រើម៉ាស៊ីនបច្ចេកវិទ្យាទំនើបៗបានពន្យល់និងបកស្រាយអំពីប្រព័ន្ធព្រះអាទិត្យដែលរួមមានទាំងយប់ និងថ្ងៃក្នុងលំដាប់លំដោយ។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បន្ទាប់ពីការរកឃើញនូវរបកគំហើញទាំងនេះ មានន័យយ៉ាងច្បាស់លាស់ថាព្រះអាទិត្យមិនមែនវិលជុំវិញអ័ក្សរបស់ផែនដីនោះទេ។ ចូរពិចារណាអំពីការលើកឡើងនៅក្នុងគម្ពីរអាល់គួរអានបុណ្យការីមវិញម្តងនៅក្នុងជំពូកទី២១ ឃ្លាទី៣៣មានន័យជាភាសាខ្មែរថា “ ហើយទ្រង់ជាអ្នកដែលបង្កើតពេលយប់ និងពេលថ្ងៃ ហើយនិងព្រះអាទិត្យ ព្រមទាំងព្រះច័ន្ទ។ ដោយពួកវាទាំងអស់ដើរតាមគន្លងរបស់វា 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وَهُوَ الَّذِي خَلَقَ اللَّيْلَ وَالنَّهَارَ وَالشَّمْسَ وَالْقَمَرَ ۖ كُلٌّ فِي فَلَكٍ يَسْبَحُونَ - 21:33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ពាក្យជាភាសាអារ៉ាប់ដែលបានប្រើប្រាស់នៅក្នុងឃ្លាខាងលើគឺ (យ៉ាសបាហូន) يَسْبَحُونَ ពាក្យនេះ មានប្រភពចេញពីពាក្យ (សាបាហា) ដែលមានន័យក្នុងការបង្ហាញឱ្យដឹងថាកាធ្វើចលនាបំណាស់ទីរបស់មនុស្ស។ បើសិនជាយើងប្រើនូវពាក្យនេះជាមួយនឹងបុរសដែលកំពុងនៅលើដីមានន័យថា គាត់កំពុងផ្លាស់ទីដើរ ឬក៏គាត់កំពុងតែរត់ ប៉ុន្តែបើប្រើជាមួយនឹងបុរសដែលកំពុងនៅក្នុងទឹកមានន័យថាគាត់កំពុងតែផ្លាស់ទីដោយហែលទឹក។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ជាមួយភាពស្រដៀងគ្នានេះ បើសិនជាយើងប្រើនូវពាក្យ (យ៉ាសបាហូន) នេះជាមួយវត្ថុធាតុ សមាសភាពនៅក្នុងទីអវកាស សកលលោក ឧទាហរណ៍ចំពោះព្រះអាទិត្យ នេះមិនមែនមានន័យថាព្រះអាទិត្យកំពុងហោះហើរលើអាកាសនោះទេប៉ុន្តែវាមានន័យថាព្រះអាទិត្យកំពុងតែវិលជុំវិញខ្លួនឯងវា។ សៀវភៅជាច្រើននៅក្នុងសាលាមានបញ្ចូលនូវការពិតអំពីការវិលជុំវិញខ្លួនឯងវា។ ការវិលជុំវិញអ័ក្សខ្លួនឯងរបស់ព្រះអាទិត្យវាជួយបង្ហាញឱ្យយើងដឹងថាវត្តមានរបស់ព្រះអាទិត្យគឺមានសារៈសំខាន់ណាស់សម្រាប់ប្រព័ន្ធព្រះអាទិត្យមួយនេះបើសិនជាគ្មានពន្លឺពីព្រះអាទិត្យនោះភពនៅក្នុងប្រព័ន្ធព្រះអាទិត្យនឹងងងឹតសូន្យសុងទាំងអស់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ពិតប្រាកដណាស់ រង្វិលរបស់ព្រះអាទិត្យមានល្បឿន១៥០Kmក្នុងមួយវិនាទី និងត្រូវចំណាយពេលប្រមាណ២០០លានឆ្នាំដើម្បីវិលឱ្យបានមួយជុំនៅក្នុងចំណុចកណ្តាលនៃប្រព័ន្ធកាឡាក់ស៊ីមីលគីវ៉េ (Mlky Way)។ នៅក្នុងគម្ពីរអាល់គួរអានជំពូកទី ៣៦ ឃ្លាទី៤០បានលើកឡើង ហើយមានន័យជាភាសាខ្មែរថា “ព្រះអាទិត្យមិនអាចធ្វើដំណើរទៅទាន់ព្រះច័ន្ទបានឡើយ។ រីឯពេលយប់ក៏មិនអាចមកដល់មុនពេលថ្ងៃបានដែរ។ ហើយអ្វីៗទាំងអស់ត្រូវធ្វើដំណើរតាមគន្លងរបស់វារៀងៗខ្លួន 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لَا الشَّمْسُ يَنبَغِي لَهَا أَن تُدْرِكَ الْقَمَرَ وَلَا اللَّيْلُ سَابِقُ النَّهَارِ ۚ وَكُلٌّ فِي فَلَكٍ يَسْبَحُونَ - 36:40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ការលើកឡើងមាននៅក្នុងឃ្លានៅក្នុងគម្ពីរអាល់គួរអានខាងលើដែលមានទាំងពីរ១៤០០ឆ្នាំមុន ជាការពិតនៃការស្វែងរកឃើញនានាពេលក្រោយមកទៀតដោយអ្នកវិទ្យាសាស្ត្រារាវិទូបានរកឃើញស្របគ្នាទៅនឹងអ្វីដែលមាននៅក្នុងគម្ពីរអាល់គួរអានយ៉ាងពិតប្រាកដអំពីចលនារង្វិលដោយឡែកពីគ្នារវាងព្រះអាទិត្យ និងព្រះច័ន្ទនៅក្នុងគន្លងរបស់ខ្លួននៅក្នុងប្រព័ន្ធកាឡាក់ស៊ី។ វាត្រូវបានកំណត់ទីតាំងដោយបច្ចេកវិទ្យានៃតារាវិទ្យាសម័យទំនើបនេះ។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រង្វិលជុំរបស់ព្រះច័ន្ទវិញឱ្យអ័ក្សគឺមានរយៈពេលដូចទៅនឹងរង្វិលជុំដែលវាវិលជុំវិញផែនដីផងដែរ។ វាត្រូវចំណាយពេលប្រមាណ២៩ថ្ងៃកន្លះដើម្បីវិលឱ្យបានមួយជុំ។ វាជារឿងដែលគួរឱ្យភ្ញាក់ផ្អើលនៅពេលដែលវិទ្យាសាស្ត្របានរកឃើញ និងបកស្រាយអំពីវត្តមានរង្វិលជុំរបស់ព្រះអាទិត្យ និងព្រះច័ន្ទ នៅសម័យបច្ចុប្បន្ននេះដោយប្រើបច្ចេកវិទ្យាទំនើបៗទើបអាចរកឃើញ ប៉ុន្តែបែរជាមានទាំងពីរ១៤០០ឆ្នាំមុនមកម្ល៉េះ នៅក្នុងគម្ពីរអាល់គួរអានបុណ្យការីម។ ដូច្នោះមានសំណួរមួយបានរំលេចឡើងថា នៅក្នុងសម័យ១៤០០ឆ្នាំមុន ដែលពុំមានឧបករណ៍វិទ្យាសាស្ត្រទំនើបៗដូចបច្ចុប្បន្ន បែរជាអាចលើកឡើងដ៏ច្បាស់លាស់ អំពីការវិលជុំរបស់ព្រះច័ន្ទ និងព្រះអាទិត្យ តើអាល់គួរអានអាចលើកឡើងបានយ៉ាងដូច្នេះយ៉ាងដូចម្តេច? តើអ្នកឆ្ងល់ដែរឬទេ?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ពន្លឺព្រះអាទិត្យនឹងត្រូវរលត់នៅក្នុងអំឡុងពេលមួយនាអនាគត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ពន្លឺ ឬការភ្លឺចិញ្ចាចិញ្ចែងរបស់ព្រះអាទិត្យកើតឡើងដោយសារការធ្វើប្រតិកម្មនៃសារធាតុគីមី ឬអាចនិយាយឱ្យងាយយល់គឺចំហេះឧស្ម័នដ៏សន្ធោសន្ធៅ លើផ្ទៃទាំងមូលរបស់វា ដែលវាបានបន្តឆេះអស់រយៈពេល ៥ពាន់លានឆ្នាំកន្លងមកហើយ។ ចំហេះនេះនៃផ្កាយយក្ស (ព្រះអាទិត្យ) នឹងត្រូវបញ្ចប់នៅពេលពេលវេលាណាមួយនៅអនាគត ហើយនៅពេលដែលព្រះអាទិត្យបានរលត់នូវពន្លឺទាំងស្រុងរបស់ខ្លួននោះ ក៏ជាការបិទបញ្ចប់ជីវិតនៅលើផែនដីផងដែរ។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ត្រង់ចំណុចនៃការបញ្ចប់របស់ព្រះអាទិត្យ នៅក្នុងឃ្លានៃគម្ពីរអាល់គួរអានក៏បានលើកឡើងដែលមានន័យជាភាសាខ្មែរថា “ហើយព្រះអាទិត្យធ្វើដំណើរទៅតាមគន្លងរបស់វា។ នោះគឺជាការកំណត់របស់ម្ចាស់ដែលមហាខ្លាំងពូកែ មហាដឹង” ( ឃ្លាទី៣៨ ជំពូកទី៣៦)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وَالشَّمْسُ تَجْرِي لِمُسْتَقَرٍّ لَّهَا ۚ ذَٰلِكَ تَقْدِيرُ الْعَزِيزِ الْعَلِيمِ - 38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ពាក្យជាភាសាអារ៉ាប់(មូស្តាកើរ) مُسْتَقَرٍّ ដែលមានន័យថាគឺជាកន្លែងមួយ ឬក៏ពេលវេលាដែលត្រូវបានកំណត់។ ដូច្នេះនៅក្នុងគម្ពីរអាល់គួរអានដែលបានលើកឡើងអំពីដំណើរគន្លងរបស់ព្រះអាទិត្យគឺជាការបញ្ជាក់អំពីទីតាំងរបស់វា ហើយវាក៏ជាការកំណត់នូវរយៈពេលដែលវាមានវត្តមានផងដែរ ឬក៏អាចនិយាយថាគឺជាពេលបញ្ចប់នៃការបំភ្លឺរបស់ព្រះអាទិត្យនៅពេលអនាគត។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វត្តមាននៃសារធាតុរ៉ែនៅក្នុងអាចម៍ផ្កាយ និងភព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នៅក្នុងលំហអវកាសគឺពោរពេញទៅដោយ ផ្កាយ អាចម៍ផ្កាយ និងភព។ អ្នកវិទ្យាសាស្ត្របានរកឃើញនូវរបកគំហើញ និងបង្ហាញថា នៅក្នុងអាចម៍ផ្កាយ ផ្កាយ និងភពគឺមានទៅដោយសារធាតុរ៉ែនានាជាច្រើន ដូចជាលោហធាតុ ឧស្ម័ន អង្គធាតុរាវ ដូចជាដែក និងមេតានជាដើម-ល-។ ក្នុងចំណុចនេះនៅក្នុងគម្ពីរអាល់គួរអានក៏បានលើកឡើងនៅក្នុងឃ្លាទី៥៩ នៃជំពូកទី២៥ ដែលមានន័យជាភាសាខ្មែរថា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“គឺអ្នកដែលបានបង្កើតមេឃជាច្រើនជាន់ និងផែនដីនិងអ្វីៗ ដែលនៅចន្លោះវាទាំងពីរក្នុងរយៈពេលប្រាំមួយថ្ងៃ បន្ទាប់មកទ្រង់ បានស្ថិតលើអារ៉ស្យ៍ (ទ្រង់គឺជា)ម្ចាស់ដែលមហាសប្បុរស ដូច្នោះ ចូរអ្នកបួងសួងសុំពីទ្រង់ដែលមហាដឹងជ្រួតជ្រាបចុះ។ (អាយ៉ាត់ឃ្លាទី - 59)”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الَّذِي خَلَقَ السَّمَاوَاتِ وَالْأَرْضَ وَمَا بَيْنَهُمَا فِي سِتَّةِ أَيَّامٍ ثُمَّ اسْتَوَىٰ عَلَى الْعَرْشِ ۚ الرَّحْمَٰنُ فَاسْأَلْ بِهِ خَبِيرًا - 59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ការលាតសន្ធឹងរបស់សកលលោក (Expanson of the Unverse)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នៅក្នុងឆ្នាំ១៩២៥ តារាវិទូសហរដ្ឋអាមេរិកដោយមានឈ្មោះថា EDWIN HUBBLE បានផ្តល់នូវវត្ថុតាងអង្កេតអំពីការលាតសន្ធឹងរបស់ប្រព័ន្ធកាឡាក់ស៊ី ដែលបញ្ជាក់ថាចក្រវាឡ សកលលោក គឺកំពុងលាតសន្ធឹង។ ភាពលាតសន្ធឹងរបស់ចក្រវាឡគឺជាអ្វីដែលអ្នកវិទ្យាសាស្ត្របានប្រកាសរកឃើញ។ ត្រង់ចំណុចនេះនៅក្នុងគម្ពីរអាល់គួរអានក៏បានលើកឡើងទាក់ទិនទៅនឹងការលាតសន្ធឹងនេះនៅក្នុងជំពូកទី៥១ ឃ្លាទី៤៧ ដែលមានន័យជាភាសាខ្មែរថា “ ហើយមេឃ យើងបានបង្កើតវាដោយអានុភាពរបស់យើង ផ្ទាល់។ ហើយពិតប្រាកដណាស់ យើងជាអ្នកធ្វើឱ្យវារីកទូលាយ។ ” (អាយ៉ាត់ឃ្លាទី - 47)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وَالسَّمَاءَ بَنَيْنَاهَا بِأَيْدٍ وَإِنَّا لَمُوسِعُونَ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14 ---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ពាក្យជាភាសាអារ៉ាប់ថា (មូស៊ីអ៊ូន) مُوسِعُونَ ដែលបកប្រែដោយត្រឹមត្រូវថា ការលាតសន្ធឹង និងវាក៏បញ្ជាក់អំពីការបង្កើតនៃការលាតសន្ធឹងដ៏ធំធេងនៃសកលលោក។ សៀវភៅរបស់លោក STEPHEN HAWKING រូបវិទូដ៏ល្បីល្បាញរបស់ពិភពលោកនាសម័យទំនើបនេះ ក្រោមចំណងជើងថា "A Bref Hstory of Tme" ដែលសៀវភៅនេះបានបញ្ជាក់អំពីការលាតសន្ធឹងរបស់សកលលោក ចក្រវាឡ របកគំហើញនេះគឺជាបដិវត្តន៍ប្រាជ្ញាដ៏អស្ចារ្យបំផុតនៅក្នុងសតវត្សរ៍ទី២០។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នៅក្នុងគម្ពីរអាល់គួរអានបាននិយាយលើកឡើងអំពីការលាតសន្ធឹងរបស់ចក្រវាឡ មុននឹងមានការសិក្សាក្នុងការបង្កើត ឧបករណ៍វិទ្យាសាស្ត្រេឡេស្កូបដែលជាឧបករណ៍ដ៏សំខាន់បំផុតក្នុងការវិភាគនូវចក្រវាឡ អវកាសឬក៏ប្រព័ន្ធកាឡាក់ស៊ី ដែលនៅក្នុងនោះបានបញ្ជាក់យ៉ាងច្បាស់ៗមួយចំនួនអំពីការពិតរបស់ចក្រវាឡ។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ជាមួយគ្នានេះផងដែរ ការរកឃើញក៏ដូចជាការលើកឡើងរបស់អ្នកវិទ្យាសាស្ត្រ ដែលក្នុងនោះរួមមាន កំណើតរបស់ចក្រវាឡ សកលលោក កើតឡើងដោយសារបន្ទុះដ៏មហិមា ដែលគេហៅថា ប៊ីកប៊េង។ បន្ទុះដ៏មហិមានេះបានលើកឡើងដោយអ្នកវិទ្យាសាស្ត្រ និងបង្ហាញកាន់តែច្បាស់នូវវត្ថុតាងនានា តាមរយៈការអង្កេតដោយឧបករណ៍តារាសាស្ត្រទំនើបៗ ដែលក្នុងនោះរួមមានដូចជាតេឡេស្កូបជាដើម។ ប៉ុន្តែវាបានបង្ហាញប្រាប់នៅក្នុងគម្ពីរអាល់គួរអានយូរណាស់មកហើយ។ តើអាល់គួរអានអាចនិយាយលើកឡើងបានយ៉ាងដូចម្តេចត្រង់ចំណុចនេះ?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15 ---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រូបវិទ្យា (អាតូម និងការបំបែកធាតុនៃអាតូម)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អាតូមគឺជាសមាសធាតុល្អិតូចបំផុតរបស់រូបធាតុ។ តើគេអាចែកបំបែកវាបានដែរឬទេ? នៅក្នុងសម័យបុរាណទ្រឹស្តីមួយត្រូវបានគេឱ្យឈ្មោះថា ទ្រឹស្តីអាតូម វាត្រូវបានគេទទួលស្គាល់ យ៉ាងទូលំទូលាយ និងមានប្រភពមកពីជនជាតិក្រិកម្នាក់ដែលគេឱ្យឈ្មោះថា ឌីមូគ្រីតុស (Democrtus) ដែលគាត់លើកឡើងនូវទ្រឹស្តីរបស់លោកនិយាយអំពីភាគល្អិតូចបំផុតរបស់អង្គធាតុមួយនោះគឺអាតូម ជនជាតិអារ៉ាប់ធ្លាប់បានជឿជាក់យ៉ាងដូច្នេះផងដែរ ពាក្យជាភាសាអារ៉ាប់ដែលមានន័យថា (ដាល់រ៉ះ) ذَرَّةٍ ក៏មានអត្ថន័យថា អាតូមផងដែរ។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នៅក្នុងសម័យបច្ចេកវិទ្យានៃយុគវិទ្យាសាស្ត្រដ៏ទំនើបនេះ មានការរកឃើញថ្មីស្រឡាងអំពីលទ្ធភាពនៃការចុះបំបែកអាតូមួយ ដែលជាសមាសធាតុល្អិតបំផុតរបស់អង្គធាតុមួយនោះ ។ ប៉ុន្តែអំពីការលើកឡើងនូវអាតូមដែលអាចបំបែកបាននោះវាមាននៅជាមួយជនជាតិអារ៉ាប់១៤សតវត្សរ៍មកហើយ មិនមែនអ្នកវិទ្យាសាស្ត្រសម័យទំនើបបច្ចុប្បន្នរកឃើញមុនគេនោះទេ។ ក្នុងគម្ពីរអាល់គួរអានបាននិយាយលើកឡើងអំពីអាតូម និងការបំបែកសមាសភាគអាតូមនេះ១៤មុនមកម្ល៉េះ។ នៅក្នុងជំពូកទី៣៤ ឃ្លាទី៣នៃអាល់គួរអានបានលើកឡើងដែលមានន័យជាភាសាខ្មែរថា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“ហើយពួកដែលប្រឆាំងបាននិយាយថា: ថ្ងៃបរលោកមិនអាច កើតឡើងចំពោះពួកយើងឡើយ។ ចូរអ្នក(មូហាំម៉ាត់)ពោលថា: មិនដូច្នោះទេ! ខ្ញុំសូមស្បថនឹងម្ចាស់របស់ខ្ញុំដែលជាអ្នកដឹងពីអាថ៌កំបាំងថា វានឹងកើតឡើងចំពោះពួកអ្នកជាមិនខាន។ វាគ្មានអាថ៌កំបាំងពីទ្រង់ឡើយ សូម្បីតែវត្ថុដែលមានទម្ងន់តូចនៅលើមេឃ ជាច្រើនជាន់ និងនៅលើផែនដីក៏ដោយ ហើយក៏គ្មានវត្ថុដែលតូច ឬធំជាងនោះក្រៅពីមាន(ការកត់ត្រា)នៅក្នុងគម្ពីរ(ឡាវហុលម៉ះហ៊វូស)យ៉ាងច្បាស់លាស់ដែរ។” (អាយ៉ាត់ឃ្លាទី - 3)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وَقَالَ الَّذِينَ كَفَرُوا لَا تَأْتِينَا السَّاعَةُ ۖ قُلْ بَلَىٰ وَرَبِّي لَتَأْتِيَنَّكُمْ عَالِمِ الْغَيْبِ ۖ لَا يَعْزُبُ عَنْهُ مِثْقَالُ ذَرَّةٍ فِي السَّمَاوَاتِ وَلَا فِي الْأَرْضِ وَلَا أَصْغَرُ مِن ذَٰلِكَ وَلَا أَكْبَرُ إِلَّا فِي كِتَابٍ مُّبِينٍ - 3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16 ---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នៅក្នុងឃ្លាខាងលើនេះបញ្ជាក់អំពីអាថ៌កំបាំងវិទ្យាសាស្ត្រ។ ព្រះជាម្ចាស់ទ្រង់មហាដឹងគ្រប់ការ :គ្រប់រឿងរ៉ាវទាំងអស់ព្រោះទ្រង់ជាអ្នកបង្កើតគ្រប់អ្វីៗទាំងអស់នៅក្នុងចក្រវាឡ ទាំងរបស់ដែលលាក់អាថ៌កំបាំង តូចបំផុត ធំបំផុត ឬអ្វីៗគ្រប់យ៉ាង ធំជាងឬតូចជាងអាតូម ដែលដូច្នោះឃ្លានៃការលើកឡើងខាងលើនេះមានន័យច្បាស់លាស់ណាស់ថា វាមាននូវធាតុ ឬរបស់ដែលតូចជាង អាតូមទៅទៀត (Subatomc partcles: Electron, Proton, Neutron)។ នេះជាការពិត ដែលសមាសភាគតូចជាងអាតូមបច្ចុប្បន្នបានបញ្ជាក់ម្តងទៀតពីអ្នកវិទ្យាសាស្ត្របច្ចុប្បន្ននេះ។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វដ្តរបស់ទឹក (ប្រភពនៃទឹកភ្លៀង - The Water Cycle)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នៅក្នុងឆ្នាំ១៥៨០ ប៊ែណាត ប៉ាលីស៊ី (Bernard Palssy) គឺជាមនុស្សដំបូងបង្អស់ដែលបានបកស្រាយអំពីទស្សនទានអំពី វដ្តរបស់ទឹកដែលកំពុងមានលើកពាសផែនដីរហូតដល់បច្ចុប្បន្ន។ គាត់បានបកស្រាយអំពីការរំហួតរបស់ទឹកពីមហាសមុទ្រដែលឡើងហួត និងទៅប្រមូលផ្តុំគ្នានៅក្នុងលំហ ក្លាយជា ពពក។ នៅពេលពពកប្រមូលផ្តុំគ្នាកាន់តែច្រើនឡើងៗ ឡើងក្រាស់ និងធ្ងន់ បន្ទាប់វាធ្លាក់មកលើផ្ទៃផែនដីវិញ ក្នុងទម្រង់ជាទឹកភ្លៀង និងព្រិល។ ទឹកភ្លៀងទាំងនេះត្រូវបានប្រមូលគ្នានៅក្នុង ត្រពទាំង បឹង ស្ទឹង ទន្លេ និងសមុទ្រ បន្ទាប់មកកម្ដៅព្រះអាទិត្យបានរំហួតទឹកភ្លៀងទាំងនេះហើយក៏ក្លាយជាពពក បន្ទាប់មកបានធ្លាក់មកជាទឹកភ្លៀងសារជាថ្មីម្តងទៀតមកលើផ្ទៃផែនដី។ វដ្តបែបនេះកើតឡើងសាចុះសាឡើងឥតឈប់។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17 ---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នៅសតវត្សរ៍ទី៧ លោក ថាលេស (Thales) បានជឿជាក់ថានំហាយទឹកដែលហួតចេញពីមហាសមុទ្រ ត្រូវបានរុញច្រានឡើងទៅលើលំហដោយកម្លាំងខ្យល់។ នាក្រៅដើមឡើយមនុស្សមិនទាន់ដឹងទេអំពីប្រភពរបស់ទឹកនៅក្រោមដី។ ពួកគេគិតថា ទឹកនៃមហាសមុទ្រគឺបានមកពីកម្លាំងរបស់ខ្យល់បក់នាំយកមក។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អ៊ឺរ៉ិន ឌីល្លាតេស គឺជាអ្នកដែលពូកែខាងគិតដ៏អស្ចារ្យ នៅសតវត្សរ៍ទី១៨ បានបកស្រាយលើកឡើងអំពីទ្រឹស្តីនៃវដ្តរបស់ទឹកនេះ។ នៅក្នុងពពកដ៏ក្រាស់ខ្វឹក និងក្លាយនូវអ្វីដែលគេហៅភ្នំពពកដែលអាចផ្ទុកទឹកដ៏ច្រើនមហិមារាប់លានម៉ែត្រគូប។ នៅរដូវភ្លៀងធ្លាក់ នៅពេលភ្នំពពកដែលក្រាស់ ប៉ះនឹងខ្យល់ត្រជាក់រួច ទឹកវាលានម៉ែត្របានធ្លាក់មកលើផ្ទៃរបស់ផែនដី។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នៅក្នុងគម្ពីរអាល់គួរអានក៏បានលើកឡើងផងដែរអំពីវដ្តរបស់ទឹក ឬប្រភពរបស់ទឹកលើភពផែនដី។ នៅក្នុងឃ្លាទី២១ ជំពូកទី៣៩ បានលើកឡើង និងមានន័យជាភាសាខ្មែរថា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“តើអ្នកមិនបានឃើញទេឬ ពិតប្រាកដណាស់ អល់ឡោះ បានបង្ហូរទឹកភ្លៀងពីលើមេឃ ហើយទ្រង់បញ្ចូលវាទៅក្នុងដីឱ្យ ក្លាយជាប្រភពទឹក។ បន្ទាប់មក ទ្រង់បញ្ចេញដំណាំដុះដែលពណ៌ របស់វាខុសៗគ្នាដោយសារវា។ បន្ទាប់មកទៀតទ្រង់ធ្វើឱ្យវារុះរួត ហើយអ្នកមើលឃើញវាពណ៌លឿង។ ក្រោយមកទ្រង់ធ្វើឱ្យវា រលាយខ្ទេចខ្ទីនោះ? ពិតប្រាកដណាស់ នៅក្នុងរឿងនោះជាការ រំលឹកចំពោះបញ្ញវន្តទាំងឡាយ។ (អាយ៉ាត់ទី - 21)”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أَلَمْ تَرَ أَنَّ اللَّهَ أَنزَلَ مِنَ السَّمَاءِ مَاءً فَسَلَكَهُ يَنَابِيعَ فِي الْأَرْضِ ثُمَّ يُخْرِجُ بِهِ زَرْعًا مُّخْتَلِفًا أَلْوَانُهُ ثُمَّ يَهِيجُ فَتَرَاهُ مُصْفَرًّا ثُمَّ يَجْعَلُهُ حُطَامًا ۚ إِنَّ فِي ذَٰلِكَ لَذِكْرَىٰ لِأُولِي الْأَلْبَابِ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18 ---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នៅក្នុងជំពូកទី៣០ ឃ្លាទី២៤ នៅក្នុងអាល់គួរអានបានលើកឡើង និងមានន័យជាភាសាខ្មែរថា “ហើយក្នុងចំណោមភស្តុតាងរបស់ទ្រង់ គឺទ្រង់បង្ហាញពួក អ្នកនូវរន្ទះក្រហមជាការបន្លាចនិងជាក្តីសង្ឃឹម(ថានឹងមានទឹក ភ្លៀង)។ ហើយទ្រង់បង្ហូរទឹកភ្លៀងមកពីលើមេឃ និងទ្រង់ធ្វើឱ្យ ដីរស់(មានជីជាតិ) ឡើងវិញដោយសារវាបន្ទាប់ពីវាស្លាប់(គ្មានជីជាតិ)។ ពិតប្រាកដណាស់នៅក្នុងរឿងនោះគឺជាភស្តុតាងៗសម្រាប់ ក្រុមដែលចេះគិតពិចារណា។(អាយ៉ាត់ឃ្លាទី - 24) 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وَمِنْ آيَاتِهِ يُرِيكُمُ الْبَرْقَ خَوْفًا وَطَمَعًا وَيُنَزِّلُ مِنَ السَّمَاءِ مَاءً فَيُحْيِي بِهِ الْأَرْضَ بَعْدَ مَوْتِهَا ۚ إِنَّ فِي ذَٰلِكَ لَآيَاتٍ لِّقَوْمٍ يَعْقِلُونَ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ជាមួយគ្នានេះផងដែរ នៅក្នុងអាល់គួរអាន ជំពូកទី២៣ ឃ្លាទី១៨ក៏បានលើកឡើង និងមានន័យជាភាសាខ្មែរថា “ ហើយយើងបានបង្ហូរទឹកភ្លៀងពីលើមេឃតាមការកំណត់ រួចយើងបានផ្ទុកវានៅលើផែនដី។ ហើយពិតប្រាកដណាស់ យើងក៏ ជាអ្នកមានសមត្ថភាពធ្វើឱ្យវារីងទៅវិញដែរ។ (អាយ៉ាត់ឃ្លាទី - 18)”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وَأَنزَلْنَا مِنَ السَّمَاءِ مَاءً بِقَدَرٍ فَأَسْكَنَّاهُ فِي الْأَرْضِ ۖ وَإិនَّا عَلَىٰ ذَهَابٍ بِهِ لَقَادِرُونَ - 18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19 ---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ភូមិសាស្ត្រលើផ្ទៃផែនដី (ការកកើតរបស់ភ្នំ)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នៅក្នុងភូមិវិទ្យា បាតុភូតពំនើងផ្នត់ វាត្រូវបានរកឃើញជាថ្មីៗយ៉ាងពិតប្រាកដ ពំនើងផ្នត់របស់ភ្នំនេះវាអាចបញ្ជាក់អំពីព័ត៌មានស្តីអំពីការកកើតរបស់ភ្នំ។ សំបកផែនដីដែលយើងកំពុងរស់នៅ និងជាន់ពីលើវានោះ វាមានកម្រាស់ស្តើងបំផុត បើយើងធៀបវាជាមួយនឹងកម្រាស់របស់ផែនដីទាំងមូល។ អង្កត់ផ្ចិតរបស់ផែនដីមានកម្រាស់ ៣៧៥០ ម៉ាយ ឬឯសំបកផែនដីមានកម្រាស់ត្រឹមតែពី ១ ទៅ ៣០ ម៉ាយតែប៉ុណ្ណោះ។ ភ្នំកើតឡើងតាមរយៈចលនាពំនើងផ្នត់របស់ផែនដី និងប្រភពដើមកើតឡើងដោយសារការធ្លាក់របស់អាចម៍ផ្កាយធំៗ ហោះមកបុកលើផ្ទៃផែនដី ជាពិសេសនៅពេលបន្ទុះដ៏មហិមា ប៊ីកប៊េងក្នុងការបង្កើតចក្រវាឡ និងសកលលោក ដែលធ្វើឱ្យភ្នំមានសមាសធាតុ រ៉ែ មានដូចជាមាស ប្រាក់ និងដែកជាដើម។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ស្នូលរបស់ភ្នំដែលមានជម្រៅរាប់គីឡូម៉ែត្រនៅក្រោមដីត្រូវបានអ្នកវិទ្យាសាស្ត្របង្ហាញដោយរកឃើញថាមានស្នូលរាងដូចស្នឹងស្រួច ដែលដោតភ្ជាប់ទៅនឹងផែនដី និងពួកគេក៏រកឃើញអំពីតួនាទីរបស់ភ្នំក្នុងការរក្សាលំនឹងរបស់ផែនដី ភ្នំជារបទាំងធម្មជាតិការពារដីធ្លីដែលមានសណ្ឋានដីមានកម្រិតទាបជាងសមុទ្រ ដើម្បីកុំឱ្យទឹកសមុទ្រហូរចូល និងធ្វើឱ្យលិចលង់។ នៅក្នុងគម្ពីរអាល់គួរអាន ក៏បានលើកឡើងអំពីភ្នំ និងការកកើតរបស់ភ្នំ នៅក្នុងជំពូកទី៧៨ ឃ្លាទី ៦ និងទី៧ និងមានន័យជាភាសាខ្មែរថា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“តើយើងមិនបានបង្កើតផែនដីឱ្យមានសណ្ឋានរាបស្មើ (អាយ៉ាត់ទី - 6)”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أَلَمْ نَجْعَلِ الْأَرْضَ مِهَادًا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“និងភ្នំទាំងឡាយជាបង្គោលស្នឹងទេឬ? (អាយ៉ាត់ឃ្លាទី - 7)”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وَالْجِبَالَ أَوْتَادًا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20 ---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ពាក្យជាភាសាអារ៉ាប់(អោវតាត) أَوْتَادًا ដែលមានន័យថាស្នឹងស្រួច។ ភ្នំមានស្នូលរាងស្នឹងស្រួចដែលបុកដោតចូលទៅក្នុងផ្ទៃផែនដី។ សៀវភៅភូគព្ភសាស្ត្រជាច្រើនបាននិយាយបរិយាយលើកឡើងអំពី ឬស ឬក៏ស្នូលរបស់ភ្នំនៅតាមសាកលវិទ្យាល័យនានាក្នុងពិភពលោក។ អ្នកនិពន្ធដ៏ល្បីល្បាញស្តីអំពីអត្ថបទវិទ្យាសាស្ត្រ លោក ហ្វរែង ប្រេស (Frank Press) ប្រធានបណ្ឌិតសភាវិទ្យាសាស្ត្រសហរដ្ឋអាមេរិកចំនួន១២ឆ្នាំ និងជាអតីតទីប្រឹក្សាប្រធានាធិបតីសហរដ្ឋអាមេរិក ជីមី ខាតធើរ (Jmmy Carter)។ នៅក្នុងសៀវភៅស្តីអំពីភ្នំលោកបានបង្ហាញអំពីឬស ឬក៏ស្នូលរបស់ភ្នំដែលមានរាងដូចជាស្នឹងស្រួច ដែលចាក់ដោតចូលទៅក្នុងដី។ ជាមួយគ្នានេះផងដែរ បណ្ឌិត ប្រេស លោកបានបង្ហាញអំពីតួនាទីរបស់ភ្នំដែលមានសារៈសំខាន់បំផុតក្នុងការការពារលំនឹងនៃសំបកផែនដី។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នៅត្រង់ចំណុចស្តីតួនាទីរបស់ភ្នំនេះ អាល់គួរអានមាននិយាយនៅក្នុងឃ្លាទី៣១ ជំពូកទី២១ ដែលមានន័យជាភាសាខ្មែរថា “ហើយយើងបានបង្កើតឱ្យមានភ្នំជាច្រើននៅលើផែនដី ដើម្បីកុំឱ្យរារញ្ជួយដល់ពួកគេ និងយើងបានបង្កើតឱ្យមានផ្លូវជាច្រើន ដែលទូលាយនៅលើវា សង្ឃឹមថាពួកគេទទួលបានការចង្អុលបង្ហាញ (ក្នុងកិច្ចការរស់នៅ)។ (អាយ៉ាត់ទី - 31)”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وَجَعَلْنَا فِي الْأَرْضِ رَوَاسِيَ أَن تَمِيدَ بِهِمْ وَجَعَلْنَا فِيهَا فِجَاجًا سُبُلًا لَّعَلَّهُمْ يَهْتَدُونَ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21 ---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ការមិនចូលគ្នារវាងទឹកសាប និងទឹកប្រៃ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ហេតុអ្វីបានជាសារធាតុទឹកដូចគ្នាសោះ ហេតុអ្វីបានជាទឹកសាប និងទឹកប្រៃមិនអាចូលគ្នាបាន?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ទាក់ទិនអំពីការមិនចូលគ្នារវាងទឹកសាប និងទឹកសមុទ្រនេះកាលពីជាង១៤០០ឆ្នាំមុនបានលើកឡើងអំពីការមិនចូលគ្នារវាងទឹកសាប និងទឹកសមុទ្រនេះ។ នៅក្នុងជំពូកទី៥៥ ឃ្លាទី១៩ និងទី២០នៃគម្ពីរអាល់គួរអានបានលើកឡើង និងមានន័យជាភាសាខ្មែរថា 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“ទ្រង់បានធ្វើឱ្យសមុទ្រពីរ (ទឹកសាប និងទឹកប្រៃ)ជួបគ្នា” ឃ្លាទី១៩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“នៅរវាងវាទាំងពីរមានរបទាំងខណ្ឌមិនឱ្យជ្រាបចូលគ្នា” ឃ្លាទី២០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مَرَجَ الْبَحْرَيْنِ يَلْتَقِيَانِ - 19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بَيْنَهُمَا بَرْزَخٌ لَّا يَبْغِيَانِ - 20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នៅក្នុងពាក្យជាភាសាអារ៉ាប់ថា (បារហ្សាក់) بَرْزَخٌ មានន័យថារបាំង និងការបែងចែក។ របទាំងនេះមិនសំដៅដល់ភាពដាច់ដោយឡែកពីគ្នាដូចជាខ្លួនរបស់មនុស្សពីរផ្សេងគ្នានោះទេ។ របកគំហើញវិទ្យាសាស្ត្រសម័យទំនើបានបង្ហាញឱ្យដឹងថា នៅទីតាំងដែលសមុទ្រពីរជួបគ្នា ហើយវាមិនអាចូលគ្នាឡើយ វារុញច្រានគ្នាទៅវិញទៅមក។ ការបែងចែក និងមិនអាចូលគ្នានោះ ដោយសារសីតុណ្ហភាព ម៉ូលេគុល និងកំហាប់ដង់ស៊ីតេរបស់ទឹកដែលមានកម្រិតខុសគ្នា។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អ្នកវិទ្យាសាស្ត្រជំនាញផ្នែកមហាសមុទ្រ បច្ចុប្បន្ននេះពួកគេបង្ហាញកាន់តែច្បាស់អំពីការលើកឡើងដែលមាននៅក្នុងគម្ពីរអាល់គួរអានត្រង់ចំណុចឃ្លាទាំងលើ។ ភាពដាច់ដោយឡែកនូវលក្ខណៈសម្បត្តិ កម្រិតដង់ស៊ីតេ កំហាប់ ម៉ូលេគុល គឺជាកត្តា និងលក្ខខណ្ឌដែលរក្សារវាងមហាសមុទ្រទាំងពីរមិនអាចូលគ្នាបាន។ លោក បណ្ឌិតសាស្ត្រាចារ្យ វីលៀម ហៃ (Wllam Hay) ដែលត្រូវបានគេស្គាល់ថាគឺជាអ្នកវិទ្យាសាស្ត្រ ជំនាញផ្នែកមហាសមុទ្រ និងជាសាស្ត្រាចារ្យនៅសាកលវិទ្យាល័យខូឡូរ៉ាដូ (Colorado) នៃសហរដ្ឋអាមេរិក៏បានបញ្ជាក់អំពីបាតុភូតនេះផងដែរ។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22 ---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នៅក្នុងអាល់គួរអានក៏បានលើកឡើងបញ្ជាក់បន្ថែមទៀតអំពីបាតុភូតនេះបន្ថែមទៀត និងមានន័យជាភាសាខ្មែរថានៅក្នុងឃ្លាទី៦១ នៃជំពូកទី២៧ ថា : “ឬមួយអ្នកដែលបានធ្វើឱ្យផែនដីមានលំនឹង និងបានបង្កើតឱ្យមានទន្លេជាច្រើននៅតាមចន្លោះរបស់វា ហើយនិងបានបង្កើតឱ្យមានភ្នំជាច្រើនដើម្បីទប់ស្កាត់ការរញ្ជួយ ព្រមទាំងធ្វើឱ្យមានរនទាំង បាំង រវាងសមុទ្រពីរ (ទឹកប្រៃ និងទឹកសាប) ប្រសើរជាង? តើមានម្ចាស់ផ្សេងដែលត្រូវគោរពសក្ការៈជាមួយអល់ឡោះឬ? ផ្ទុយទៅវិញពួកគេភាគច្រើនមិនដឹងឡើយ។”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أَمَّن جَعَلَ الْأَرْضَ قَرَارًا وَجَعَلَ خِلَالَهَا أَنْهَارًا وَجَعَلَ لَهَا رَوَاسِيَ وَجَعَلَ بَيْنَ الْبَحْرَيْنِ حَاجِزًا ۗ أَإِلَٰهٌ مَّعَ اللَّهِ ۚ بَلْ أَكْثَرُهُمْ لَا يَعْلَمُونَ - 61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រីឯការបញ្ជាក់អំពីបែងចែកដាច់ពីគ្នារវាងសមុទ្រទាំងពីរនេះនៅក្នុងគម្ពីរអាល់គួរអាន នៃឃ្លាទី៥៣ ជំពូកទី២៥ បានលើកឡើងបន្ថែមទៀតថា: “ហើយទ្រង់ជាអ្នកដែលបានធ្វើឱ្យសមុទ្រពីរនៅជាប់គ្នា ដោយមួយជាទឹកសាបហូបឆ្ងាញ់ពិសា និងមួយទៀតប្រៃល្វីង។ ហើយទ្រង់បានធ្វើឱ្យមានរនទាំងបទាំងរវាងវាទាំងពីរ និងរារាំងមិនឱ្យជ្រាប ចូលគ្នា”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وَهُوَ الَّذِي مَرَجَ الْبَحْرَيْنِ هَٰذَا عَذْبٌ فُرَاتٌ وَهَٰذَا مِلْحٌ أُجَاجٌ وَجَعَلَ بَيْنَهُمَا بَرْزَخًا وَحِجْرًا مَّحْجُورًا - 53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អ្នកវិទ្យាសាស្ត្រសម័យទំនើបានរកឃើញនូវទីតាំងជួបគ្នារវាងទឹកសាប និងទឹកប្រៃនេះនៅតំបន់ដីដែលគេហៅថា តំបន់ដីសណ្ដ (Estuary / Delta) ដែលមានលក្ខណៈខុសគ្នាពីតំបន់នៃការជួបគ្នារវាងសមុទ្រពីរជួបគ្នា (ទីតាំងសមុទ្រមេឌីទែរ៉ាណេជួបជាមួយមហាសមុទ្រអាត្លង់ទិច)។ ទីតាំងដែលជួបគ្នារវាងទឹកសាប និងទឹកប្រៃដែលគេហៅថាដីសណ្ដនេះ (ឧទាហរណ៍ ទីតាំងដីសណ្ដរវាងទន្លេនីល ជួបគ្នាជាមួយសមុទ្រមេឌីទែរ៉ាណេ, ទីតាំងដីសណ្ដរវាងទន្លេមេគង្គ ជួបគ្នាជាមួយសមុទ្រចិនភាគខាងត្បូង) ត្រង់តំបន់នេះគឺជាតំបន់ដែលដីមានជីជាតិបំផុតសម្រាប់ការដាំដុះ វិស័យកសិកម្ម។</w:t>
      </w:r>
    </w:p>
    <w:p>
      <w:r>
        <w:br w:type="page"/>
      </w:r>
    </w:p>
    <w:p>
      <w:pPr>
        <w:spacing w:line="324" w:lineRule="auto" w:after="160" w:before="280"/>
        <w:jc w:val="left"/>
      </w:pPr>
      <w:r>
        <w:rPr>
          <w:rFonts w:ascii="Leelawadee UI" w:hAnsi="Leelawadee UI"/>
          <w:b/>
          <w:i w:val="0"/>
          <w:color w:val="065F46"/>
          <w:sz w:val="25"/>
          <w:rFonts w:ascii="Leelawadee UI" w:hAnsi="Leelawadee UI" w:cs="Leelawadee UI"/>
          <w:cs/>
          <w:lang w:val="km-KH" w:bidi="km-KH"/>
        </w:rPr>
        <w:t>--- ទំព័រទី 23 ---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រលកក្រោមមហាសមុទ្រ (Internal Waves n the Deep Ocean)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========================================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ទឹកសមុទ្រ រលកដែលយើងមើលឃើញរាល់ថ្ងៃនេះ គឺជារលកនៅលើផ្ទៃខាងលើរបស់មហាសមុទ្រ ប៉ុន្តែតើអ្នកដឹងដែរឬទេ ថានៅក្រោមបាតមហាសមុទ្រមានរលកដែរឬទេ? បើមានតើយើងអាចដឹងយ៉ាងដូចម្តេចថានៅក្នុងជម្រៅ១គីឡូម៉ែត្រនៃទឹកសមុទ្រមានរលកក្រោមបាតសមុទ្រនោះ? បច្ចុប្បន្នដោយបច្ចេកវិទ្យាទំនើបៗសម្រាប់ការស្រាវជ្រាវអំពីសមុទ្រ វាមិនមែនជារឿងដែលមិនអាចធ្វើបាននោះឡើយ ប៉ុន្តែកាលពី១៤០០ឆ្នាំមុន នៅសម័យបុរាណទើបរឿងនេះមិនអាចធ្វើបានដោយក្នុងកម្រិតជម្រៅទឹកសមុទ្ររាប់គីឡូម៉ែត្រនោះឡើយ ដោយសារមនុស្សមិនអាចមុជទឹកលើសពីកម្រិត២០ ទៅ៣០ម៉ែត្រនោះឡើយដោយគ្មានឧបករណ៍អុកស៊ីសែន ពួកគេអាចនឹងស្លាប់ដោយគ្មានខ្យល់ដកដង្ហើម បើសិនពួកគេនៅយូរ ហើយមុជកាន់តែជ្រៅ។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ប៉ុន្តែស្តីអំពី រលកនៅក្រោមសមុទ្រដែលមានជម្រៅជ្រៅរាប់គីឡូម៉ែត្រស្ថិតនៅក្រោមសមុទ្រដែលពន្លឺព្រះអាទិត្យក៏មិនអាចជះទៅដល់ កម្រិតជម្រៅទឹកសមុទ្រនេះ ស្ថិតនៅក្នុងស្ថានភាពងងឹតសូន្យ មនុស្សក៏មិនអាចទៅដល់បែរជានៅប្រមាណ ១៤០០ឆ្នាំមុននេះ មានការលើកឡើងអំពីលកនៅក្រោមសមុទ្រនេះទៅវិញដែលភាគច្រើនគ្រប់គ្នាមិនបានដឹងនោះឡើយ។ បណ្ឌិតសាស្ត្រាចារ្យ ឌូហ្គា រ៉ៅ (Durga Rao) អ្នកវិទ្យាសាស្ត្រជំនាញអំពីសមុទ្រ និងជាសាស្ត្រាចារ្យនៅសាកលវិទ្យាល័យអាប់ឌុល អាហ្ស៊ីស នៃទីក្រុងជូដាដាល់។ គាត់ត្រូវបានសួរអំពីឃ្លានៃគម្ពីរអាល់គួរអាននូវការដែលលើកឡើង (ដែលមានន័យជាភាសាខ្មែរថា) :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“ ឬ( អ្នកដែលគ្មានជំនឿ និងប្រព្រឹត្តអំពើអាក្រក់) ប្រៀបាន ទៅនឹងភាពងងឹតនៅក្នុងបាតសមុទ្រដ៏ជ្រៅមួយដែលមានរលកសមុទ្រធំៗ គ្របពីលើវាផ្ទាំងៗគ្នា បន្ថែមពីនេះមានពពកខ្មៅធំមួយគ្រប ដណ្ដប់លើរលកនោះទៀត។ នេះជាភាពងងឹត្រួតលើភាពងងឹត នៅពេលដែលគេដកដៃរបស់គេចេញ (ក្នុងបាតសមុទ្រនោះ) គេស្ទើរ តែមើលមិនឃើញវា ។ ហើយអ្នកណាដែលអល់ឡោះមិនបានផ្តល់ ពន្លឺ (ការចង្អុលបង្ហាញ) ឱ្យគេទេនោះគឺគ្មានពន្លឺសម្រាប់គេឡើយ” (ជំពូកទី២៤ ឃ្លាទី៤០)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أَوْ كَظُلُمَاتٍ فِي بَحْرٍ لُّجِّيٍّ يَغْشَاهُ مَوْجٌ مِّن فَوْقِهِ مَوْجٌ مِّن فَوْقِهِ سَحَابٌ ۚ ظُلُمَاتٌ بَعْضُهَا فَوْقَ بَعْضٍ إِذَا أَخْرَجَ يَدَهُ لَمْ يَكَدْ يَرَاهَا ۗ وَمَن لَّمْ يَجْعَلِ اللَّهُ لَهُ نُورًا فَمَا لَهُ مِن نُّورٍ - 40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បណ្ឌិតសាស្ត្រាចារ្យ ឌូហ្គា រ៉ៅ បានឆ្លើយថា វិទ្យាសាស្ត្របច្ចុប្បន្ននេះបានទទួលស្គាល់ និងបញ្ជាក់អំពីលកក្រោមបាតសមុទ្រ (Internal Waves) នៅជម្រៅសមុទ្រដ៏ជ្រៅ និងងងឹតសូន្យសុង ដោយការប្រើប្រាស់នូវឧបករណ៍វិទ្យាសាស្ត្រទំនើបៗ ក្នុងការស្ទុះស្វែងរកនូវរលកក្រោមបាតមហាសមុទ្រ។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ភាពខ្មៅងងឹតនៅក្នុងសមុទ្រដ៏ជ្រៅ ស្រទាប់នៃភាពខ្មៅងងឹតសូន្យ នេះមកពីមូលហេតុចំនួន២ ៖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១. ពន្លឺកាំរស្មីរបស់ព្រះអាទិត្យជះចេញមាន៧ពណ៌ ពណ៌នេះវាកើតចេញពីបាតុភូតដែលពន្លឺកាំរស្មីព្រះអាទិត្យជះផ្លាតទៅនឹងផ្ទៃទឹក។ នៅក្នុងជម្រៅពី១០ ទៅ១៥ម៉ែត្រពន្លឺដែលជះចូលទៅក្នុងទឹកសមុទ្រមានពណ៌ក្រហម, ជម្រៅពី ៣០ ទៅ៥០ម៉ែត្រមានពណ៌ទឹករូច, ជម្រៅ ពី៥០ ទៅ១០០ម៉ែត្រមានពណ៌លឿង, ជម្រៅពី១០០ទៅ២០០ម៉ែត្រមានពណ៌បៃតង និងជម្រៅពី១០០០ម៉ែត្រឡើងទៅវានឹងមានពណ៌ខ្មៅងងឹតទៅៗ ខ្មៅសូន្យសុងគ្មានពន្លឺទាល់តែសោះ។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២. កាំរស្មីរបស់ព្រះអាទិត្យត្រូវបានស្រូបដោយពពក នេះជាហេតុធ្វើឱ្យមាននូវផ្ទាំងសភាពខ្មៅងងឹតនៅខាងក្រោមផ្ទាំងរបស់ពពកមួយស្រទាប់កើតមានឡើង នេះជាស្រទាប់ខ្មៅងងឹតដំបូងបង្អស់។ ហើយនៅពេលដែលពន្លឺព្រះអាទិត្យជះបន្តទៅប៉ះផ្ទៃរបស់មហាសមុទ្រ ហើយវាផ្លាតជាមួយនិងផ្ទៃទឹក ដែលជាហេតុធ្វើឱ្យកើតមានស្រទាប់ស្រអាប់ខ្មៅមួយទៀត រីឯពន្លឺព្រះអាទិត្យដែលជ្រៀតចូលទៅក្នុងជម្រៅសមុទ្រហើយមិនផ្លាតមកវិញវាបង្កើតនូវស្រមោលផ្ទាំងខ្មៅងងឹតមួយទៀត ដូច្នេះមានន័យថាសមុទ្រមានពីរផ្នែក គឺផ្នែកភ្លឺ និងមានកម្តៅខ្លះៗ និងផ្នែកខាងក្នុងជម្រៅជ្រៅរបស់សមុទ្រគឺមានភាពខ្មៅងងឹត។ រីសមុទ្រក៏មានរលកពីរដាច់ពីគ្នាផងដែរ មួយនៅលើផ្ទៃសមុទ្រ និងមួយទៀតនៅក្នុងជម្រៅសមុទ្រដែលគ្របដណ្តប់ដោយកំហាប់ដង់ស៊ីតេខុសគ្នា (Internal waves at nterface between two layers of water of dfferent denstes)។</w:t>
      </w:r>
    </w:p>
    <w:p>
      <w:pPr>
        <w:spacing w:line="324" w:lineRule="auto" w:after="120" w:before="0"/>
        <w:jc w:val="left"/>
      </w:pPr>
      <w:r>
        <w:rPr>
          <w:rFonts w:ascii="Leelawadee UI" w:hAnsi="Leelawadee UI"/>
          <w:b w:val="0"/>
          <w:i w:val="0"/>
          <w:color w:val="1E293B"/>
          <w:sz w:val="24"/>
          <w:rFonts w:ascii="Leelawadee UI" w:hAnsi="Leelawadee UI" w:cs="Leelawadee UI"/>
          <w:cs/>
          <w:lang w:val="km-KH" w:bidi="km-KH"/>
        </w:rPr>
        <w:t>(ចប់ភាគទី១)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 w:after="0" w:before="0"/>
      <w:jc w:val="center"/>
    </w:pPr>
    <w:r>
      <w:rPr>
        <w:rFonts w:ascii="Leelawadee UI" w:hAnsi="Leelawadee UI"/>
        <w:b w:val="0"/>
        <w:i w:val="0"/>
        <w:color w:val="94A3B8"/>
        <w:sz w:val="19"/>
        <w:rFonts w:ascii="Leelawadee UI" w:hAnsi="Leelawadee UI" w:cs="Leelawadee UI"/>
        <w:cs/>
        <w:lang w:val="km-KH" w:bidi="km-KH"/>
      </w:rPr>
      <w:t xml:space="preserve">CamQuran E-Library  |  ទំព័រទី </w:t>
    </w:r>
    <w:r>
      <w:rPr>
        <w:rFonts w:ascii="Leelawadee UI" w:hAnsi="Leelawadee UI"/>
        <w:b/>
        <w:i w:val="0"/>
        <w:color w:val="10B981"/>
        <w:sz w:val="19"/>
        <w:rFonts w:ascii="Leelawadee UI" w:hAnsi="Leelawadee UI" w:cs="Leelawadee UI"/>
        <w:cs/>
        <w:lang w:val="km-KH" w:bidi="km-KH"/>
      </w:rP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80" w:before="0"/>
      <w:jc w:val="right"/>
    </w:pPr>
    <w:r>
      <w:rPr>
        <w:rFonts w:ascii="Leelawadee UI" w:hAnsi="Leelawadee UI"/>
        <w:b w:val="0"/>
        <w:i/>
        <w:color w:val="64748B"/>
        <w:sz w:val="19"/>
        <w:rFonts w:ascii="Leelawadee UI" w:hAnsi="Leelawadee UI" w:cs="Leelawadee UI"/>
        <w:cs/>
        <w:lang w:val="km-KH" w:bidi="km-KH"/>
      </w:rPr>
      <w:t>📖 វិទ្យាសាស្ត្រ និងគម្ពីរគួរអាន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eelawadee UI" w:hAnsi="Leelawadee UI"/>
      <w:sz w:val="24"/>
      <w:rFonts w:ascii="Leelawadee UI" w:hAnsi="Leelawadee UI" w:cs="Leelawadee UI"/>
      <w:cs/>
      <w:lang w:val="km-KH" w:bidi="km-K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