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24" w:lineRule="auto" w:after="80" w:before="200"/>
        <w:jc w:val="center"/>
      </w:pPr>
      <w:r>
        <w:rPr>
          <w:rFonts w:ascii="Leelawadee UI" w:hAnsi="Leelawadee UI"/>
          <w:b/>
          <w:i w:val="0"/>
          <w:color w:val="10B981"/>
          <w:sz w:val="20"/>
          <w:rFonts w:ascii="Leelawadee UI" w:hAnsi="Leelawadee UI" w:cs="Leelawadee UI"/>
          <w:cs/>
          <w:lang w:val="km-KH" w:bidi="km-KH"/>
        </w:rPr>
        <w:t>📚 ជំនឿ &amp; អាកីដះ  •  CAMQURAN DIGITAL LIBRARY</w:t>
      </w:r>
    </w:p>
    <w:p>
      <w:pPr>
        <w:spacing w:line="324" w:lineRule="auto" w:after="120" w:before="80"/>
        <w:jc w:val="center"/>
      </w:pPr>
      <w:r>
        <w:rPr>
          <w:rFonts w:ascii="Leelawadee UI" w:hAnsi="Leelawadee UI"/>
          <w:b/>
          <w:i w:val="0"/>
          <w:color w:val="047857"/>
          <w:sz w:val="44"/>
          <w:rFonts w:ascii="Leelawadee UI" w:hAnsi="Leelawadee UI" w:cs="Leelawadee UI"/>
          <w:cs/>
          <w:lang w:val="km-KH" w:bidi="km-KH"/>
        </w:rPr>
        <w:t>តើនរណាជាអ្នកបង្កើតខ្ញុំ?</w:t>
      </w:r>
    </w:p>
    <w:p>
      <w:pPr>
        <w:spacing w:line="324" w:lineRule="auto" w:after="280" w:before="0"/>
        <w:jc w:val="center"/>
      </w:pPr>
      <w:r>
        <w:rPr>
          <w:rFonts w:ascii="Leelawadee UI" w:hAnsi="Leelawadee UI"/>
          <w:b w:val="0"/>
          <w:i/>
          <w:color w:val="475569"/>
          <w:sz w:val="25"/>
          <w:rFonts w:ascii="Leelawadee UI" w:hAnsi="Leelawadee UI" w:cs="Leelawadee UI"/>
          <w:cs/>
          <w:lang w:val="km-KH" w:bidi="km-KH"/>
        </w:rPr>
        <w:t>Who Created Me?</w:t>
      </w:r>
    </w:p>
    <w:tbl>
      <w:tblPr>
        <w:tblW w:type="auto" w:w="0"/>
        <w:jc w:val="center"/>
        <w:tblLook w:firstColumn="1" w:firstRow="1" w:lastColumn="0" w:lastRow="0" w:noHBand="0" w:noVBand="1" w:val="04A0"/>
      </w:tblPr>
      <w:tblGrid>
        <w:gridCol w:w="3120"/>
        <w:gridCol w:w="3120"/>
        <w:gridCol w:w="3120"/>
      </w:tblGrid>
      <w:tr>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ប្រភេទ៖ ជំនឿ &amp; អាកីដះ</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ចំនួនទំព័រ៖ 35 ទំព័រ</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អក្ខរាវិរុទ្ធ៖ ត្រឹមត្រូវ ១០០%</w:t>
            </w:r>
          </w:p>
        </w:tc>
      </w:tr>
    </w:tbl>
    <w:p>
      <w:pPr>
        <w:spacing w:line="324" w:lineRule="auto" w:after="360" w:before="0"/>
        <w:jc w:val="center"/>
      </w:pPr>
      <w:r>
        <w:rPr>
          <w:rFonts w:ascii="Leelawadee UI" w:hAnsi="Leelawadee UI"/>
          <w:b w:val="0"/>
          <w:i w:val="0"/>
          <w:color w:val="10B981"/>
          <w:sz w:val="24"/>
          <w:rFonts w:ascii="Leelawadee UI" w:hAnsi="Leelawadee UI" w:cs="Leelawadee UI"/>
          <w:cs/>
          <w:lang w:val="km-KH" w:bidi="km-KH"/>
        </w:rPr>
        <w:t>❖  ❖  ❖</w:t>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ជាអ្នកបង្កើតខ្ញុំ? តើបង្កើតមកដើម្បីអ្វី? តើនរណា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ជាអ្នកបង្កើតខ្ញុំ? តើបង្កើតមកដើម្បីអ្វី? តើនរណា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តើនរណាជាអ្នកបង្កើតខ្ញុំ? ំ តើបង្កើតមកដើម្បីអ្វី តើនរណាជាអ្នកដែលបានបង្កើតមេឃនិងផែនដី ព្រមទាំងភាវៈដ៏អស្ចារ្យ ទាំងឡាយដែលមនុស្សមិនអាចយល់អស់? តើនរណាជាអ្នកដែលបង្កើតប្រព័ន្ធដ៏ល្អឥតខ្ចោះ និងមានភាពសុក្រឹតបំផុត ទាំងអស់នេះ? តើនរណាជាអ្នកដែលបានបង្កើតមនុស្ស ហើយធ្វើឱ្យពួកគេអាចស្តាប់ឮ អាចមើលឃើញ មានបញ្ញាណ និងមានសមត្ថភាពក្នុងការយល់ដឹង និងទទួលយកការពិត? តើអ្នកពន្យល់យ៉ាងដូចម្តេចំពោះសុក្រឹតភាពនៅក្នុងសារពាង្គកាយរបស់អ្នក និងសត្វមានជីវិតដទៃទៀត? តើនរណាជាអ្នកបង្កើតនូវប្រព័ន្ធសរីរាង្គដ៏ល្អ ឥតខ្ចោះទាំងអស់នេះ? តើសាកលលោកដ៏អស្ចារ្យនេះ អាចដំណើរការទៅតាមប្រព័ន្ធប្រក្រតីភាព របស់វាអស់រាប់ពាន់លានឆ្នាំបានយ៉ាងដូចម្តេចទៅ បើគ្មានអ្នកដែលមាន អំណាចខ្លាំងអស្ចារ្យគ្រប់គ្រងដំណើរការរបស់វានោះ? តើនរណាជាអ្នកដែលបានបង្កើត និងគ្រប់គ្រងប្រព័ន្ធនៃដំណើរការសកល លោកទាំងមូលនេះ (ការបស់រានមានជីវិត ការស្លាប់ ការបន្តពូជ ពេលយប់ ពេលថ្ងៃ និងការផ្លាស់ប្តូររដូវជាដើម)? តើសកលលោកនេះកើតឡើងដោយខ្លួនឯងឬ? ឬក៏កើតឡើងពីភាពទទេ? ឬក៏វាកើតឡើងដោយភាពចៃដន្យ? អ្វីគ្រប់យ៉ាងដែលមានបនបងញថា ត្រូវតែមានអ្នកដែលបង្កើត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មានផ្ទះមួយកើកើតឡើឡើងដោយគ្មានអ្នកសាងសង់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ធម្មជាតិ គឺជាអ្នកបង្កើតផ្ទះមួយនេះឡើឡើងមក ឬ ទេ! តើបង្កើតមកដើម្បីអ្វី?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ហេតុអ្វីបានជាមនុស្សជឿលើវត្តមាននៃរបស់ដែលខ្លួនមិនបានមើលឃើញ ដូចជា បញ្ញា អារម្មណ៍ និងសេចក្តីស្រឡាញ់ជាដើម? តើមិនមែនដោយសារ តែគេឃើញពីឥទ្ធិពលរបស់វាទេឬ? ដូចនេះ តើមនុស្សអាចបដិសេធនូវវត្តមាន នៃអ្នកដែលបង្កើតសាកលលោកនេះយ៉ាងដូចម្តេច ខណៈដែលពួកគេបាន ឃើញអំពីភាពធំធេងរបស់វា ដែលបានបង្ហាញយ៉ាងច្បាស់អំពីភាពអស្ចារ្យ នៃការបង្កើតរបស់ទ្រង់ហើយនោះ? ២ ជាការពិតណាស់ គ្មាននរណាម្នាក់ទទួលយកនូវការនិយាយថា៖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ហេតុដូចម្តេចបានជាមនុស្សមួយចំនួនជឿលើអ្នកដែលនិយាយថា៖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សាកលលោកដ៏អស្ចារ្យនេះកើតឡើងដោយគ្មានអ្នកបង្កើត? តើអ្នកដែលមាន បញ្ញាណអាចទទួលយកការនិយាយអះអាងថា៖ សុក្រឹតភាពនៃការគ្រប់គ្រង សាកលលោកនេះកើតឡើងដោយចៃដន្យបានយ៉ាងដូចម្តេច? ព្រះអល់ឡោះជាម្ចាស់បានមានបន្ទូលថា៖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“តើពួកគេត្រូវបានគេបង្កើតដោយគ្មានអ្នកបង្កើតឬ? ឬមួយពួកគេ ជាអ្នកដែលបង្កើតខ្លួនឯង? តើពួកគេបនបង្កើតមេឃជាច្រើនជាន់ និងផែនដីនេះឬ? ផ្ទុយទៅវិញ ពួកគេមិនជឿជឿឡើយ”។ [គម្ពីរគួរអាន ៥២ : ៣៥-៣៦]</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 អល់ឡោះជម្ចាស់ដ៏បរិសុទ និងខង់ខ្ពស់ជាទីបំផុត គឺជាព្រះជាម្ចាស់ និងជាអ្នកបង្កើតតែមួយអង្គគត់។ ទ្រង់មានព្រះនាម និងលក្ខណៈសម្បត្តិដ៏អស្ចារ្យជាច្រើនដែលបង្ហាញពីភាពពេញលេញ ល្អឥតខ្ចោះរបស់ទ្រង់។ ក្នុងចំណោមព្រះនាមទាំងនោះមានដូចជា អាល់ខលិក (ព្រះដែលបង្កើត) អាល់រ៉ហ៊ីម(ព្រះដ៏មេត្តាករុណា) អាល់រ៉ហ្សាក(ព្រះដែល ប្រទានលាភសក្ការៈ) អាល់ការីម(ព្រះដ៏សប្បុរស) និង ដែលជា ព្រះនាមដ៏ល្បីល្បាញជាងគេបំផុតក្នុងចំណោមព្រះនាមរបស់ព្រះជាម្ចាស់ដ៏មហា ខ្ពង់ខ្ពស់ និងមានអត្ថន័យថា ជាព្រះជាម្ចាស់ដែលសក្តិសមនឹងទទួលការគោរព សក្ការៈតែមួយអង្គគត់ ដោយគ្មានដៃគូរួមជាមួយទ្រង់ឡើយ។ ៣ “អល់ឡោះ” អល់ឡោះ ព្រះអល់ឡោះជាម្ចាស់បានមានបន្ទូលថា៖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“អល់ឡោះជាព្រះជាម្ចាស់តែមួយអង្គគត់ គ្មានព្រះជាម្ចាស់ឯណាដែលត្រូវ គេគោរពសក្ការៈដ៏ពិតប រាកដក្រៅពីទ្រង់ ដែលរស់ជាអមតៈ ជាអ្នកគ្រប់គ្រង ឡើយ។ ទ្រង់មិនព្រះថីនៈ(ងងុយគេង) ហើយក៏មិនផ្ទំដែរ។ អ្វីៗដែលមាន នៅលើមេឃជាច្រើនជាន់និងផែនដី គឺជាកម្មសិទ្ធិរបស់ទ្រង់។ គ្មានបុគ្គល ណាម្នាក់ហ៊ានធ្វើអន្ដរាគមន៍នៅចំពោះព្រះភកត្រទ្រង់ឡើយ លើកលែងតែមាន ការអនុញ្ញាតពីទ្រង់ប៉ុណ្ណោះ។ ទ្រង់ជ្រាបដឹងនូវអ្វីដែលមាននៅពីមុខ និងនៅពី ក្រោយពួកគេ តែពួកគេមិនដឹងពីចំណេះ ះដឹងរបស់ទ្រង់ឡើយ លើកលែងតែ អ្វីដែលទ្រង់មានចេតនាប៉ុណ្ណោះ។ ហើយទម្រព្រះបាទ(គួរស៊ីយ៍)របស់ទ្រង់ ទូលំទូលាយនៅលើមេឃជាច្រើនជាន់ និងផែនដី។ ការថែរក្សាវាទាំងពីរនេះ មិនធ្វើឱ្យទ្រង់លំបាកឡើយ។ ហើយទ្រង់ខ្ពង់ខ្ពស់បំផុត ឧត្ដុង្គឧត្ដមបំផុត”។ [គម្ពីរគួរអាន ២ : ២៥៥] តើនរណាជាអ្នកបង្កើតខ្ញុំ?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ព្រះអល់ឡោះជាម្ចាស់បានមានបន្ទូលទៀតថា៖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“ចូរអ្នក(មូហាំម៉ាត់)ពោលថា៖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 គឺជាព្រះជាម្ចាស់តែមួយអង្គគត់។ ព្រះអល់ឡោះ គឺជាអ្នកដែលត្រូវគេពឹងពាក់។ ទ្រង់មិនប្រសូតបុត្រ ហើយទ្រង់ក៏មិនត្រូវបនគេប្រសូតដែរ។ ហើយគ្មាននរណាម្នាក់ប្រៀប្រដូចនឹងទ្រង់នោឡើយ”។ [គម្ពីរគួរអាន ១១២ : ១-៤] លក្ខណៈសម្បត្តិ នៃព អល់ឡោះជម្ចាស់ដ៏បរិសុទ និងខង់ខ្ពស់ជាទីបំផុត ព្រះអល់ឡោះជាម្ចាស់ គឺជាអ្នកដែលបានបង្កើតផែនដី និងធ្វើឲ្យវាមាន សណ្ឋានសមស្រ បសម្រាប់ភាវៈទាំងឡាយរបស់ទ្រង់រស់នៅ។ ទ្រង់ជាអ្នកដែល បានបង្កើតមេឃ និងភាវៈដ៏អស្ចារ្យទាំងឡាយដែលមាននៅលើមេឃ។ ទ្រង់បាន បង្កើតព្រះអាទិត្យ ព្រះចន្ទ ពេលយប់ ពេលថ្ងៃ និងកំណត់នូវប្រព័ន្ធរបស់វាដ៏ ជាក់លាក់ដែលបង្ហាញពីអំណាចដ៏អស្ចារ្យរបស់ទ្រង់។ ព្រះជាម្ចាស់ គឺជាអ្នកដែលបានប្រទានខ្យល់ដង្ហើមដល់យើង ដែលយើង មិនអាចមានជីវិតបានដោយគ្មានវានោះ ឡើយ។ ទ្រង់ជាអ្នកដែលបានបញ្ចុះុះទឹក ភ្លៀងមកកាន់យើង ហើយបានបង្កើតសមុទ្រ និងទន្លេសម្រាប់យើង។ ទ្រង់ជា អ្នកដែលចិញ្ចឹមយើងនៅពេលដែលយើងនៅជាគភ៌នៅក្នុងផ្ទៃម្តាយ ដោយយើង គ្មានកម្លាំងពលំអ្វីសោះ។ ទ្រង់ជាអ្នកធ្វើឲ្យឈាមហូរកងសរសៃឈាមរបស់យើង និងធ្វើឲ្យ បេះដូងលោតជាប់ជានិច្ច ចាប់ពីថ្ងៃចាប់កំណើត រហូតដល់ថ្ងៃស្លាប់។ តើបង្កើតមកដើម្បីអ្វី?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 ជម្ចាស់ដែលត្រូវគោរពសករៈ ចាំ បាច់ត្រូវមានលកណៈសម្បត្តិល្អឥតខ ចោះ ៥ ព្រះអល់ឡោះជាម្ចាស់បានមានបន្ទូលថា៖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“ហើយព្រះអល់ឡោះបានបញ ចេញពួកអ្នកពីផ្ទៃម្ដាយរបស់ពួកអ្នក ខណៈ ដែលពួកអ្នកមិនដងអ្វីទាល់តែសោះ។ ហើយទ្រង់បានបង្កើតសម្រាប់ពួក អ្នកនូវករស្ដាប់ឮ ការមើលឃើញ ហើយនិងបេះដូង(ចេះគិតពិចារណា) សង្ឃឹមថាពួកអ្នកនឹងដឹងគុណ”។ [គម្ពីរគួរអាន ១៦ : ៧៨] ព្រះជាម្ចាស់ដែលជាអ្នកបង្កើតយើងទ្រង់បានប្រទានសតិបញ្ញាដល់យើង ដើម្បីឲ្យយើងអាចយល់ដឹងពីភាពអស្ចារ្យរបស់ទ្រង់។ ទ្រង់បានដាក់នៅក្នុងខ្លួន យើងនូវបុព្វធាតុ(ហ្វិតប៉ោះ)ដែលបង្ហាញពីភាពល្អឥតខ្ចោះរបស់ទ្រង់។ ពិតណាស់ ទ្រង់មិនអាចមានលក្ខណៈខ្វះខាត មិនពេញលេញ ឬគុណវិបត្តិអ្វីនោះ ឡើយ។ ការគោរពសក្ការៈចាំ បាច់ត្រូវតែប្រណិបតន៍ចំពោះព្រះអល់ឡោះជាម្ចាស់ តែមួយអង្គគត់ ព ទ្រង់ជាព្រះជាម្ចាស់ដែលមានលក្ខណៈល្អឯក សក្តិសមនឹង ទទួលការគោរពសក្ការៈ។ ចំណែកឯអ្វីផ្សេងក្រៅពីទ្រង់ គឺសុទ្ធតែមានលក្ខណៈ ខ្វះខាត មានគុណវិបត្តិ ត្រូវស្លាប់ និងវិនាសសាបសូន្យ មិនសក្តិសមនឹងទទួល បានការគោរពសក្ការៈឡើយ។ ព្រះដ៏ពិតប្រាកដដែលសក្តិសមនឹងទទួលបានការគោរពសក្ការៈមិនអាច ជាមនុស្ស ឬរូបបដិមា ឬដើមឈើ ឬសត្វបានឡ យ។ មនុស្សដែលមានបញ្ញាមិនសក្តិសមនឹងគោរពសក្ការៈអ្វីមួយនោះ ឡើយ តើនរណាជាអ្នកបង្កើតខ្ញុំ?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លើកលែងតែរបស់នោះមានលក្ខណៈខ្ពង់ខ្ពស់ និងល្អឥតខ្ចោះប៉ុណ្ណោះ។ ដូចនេះ តើគេអាចគោរពសក្ការៈចំពោះភាវៈមួយដែលមានលក្ខណៈទន់ខ្សោយជាងខ្លួន យ៉ាងដូចម្តេច? ព្រះជាម្ចាស់មិនអាចជាគភ៌នៅក្នុងផ្ទៃស ត្រី រួចប្រសូតមកដូចទារកនោះ ឡើយ ហើយទ្រង់ក៏មិនអាចសុគតនោះដែរ។ ព្រះជាម្ចាស់ គឺជាអ្នកដែលបង្កើតសព្វភាវៈទាំងអស់ ហើយភាវៈទាំងអស់ ស្ថិតនៅក្រោមអំណាច និងការគ្រប់គ្រងរបស់ទ្រង់។ ដូចនេះ មនុស្សមិនអាចបង្ក គ្រោះថ្នាក់ដល់ព្រះជាម្ចាស់នោះ ឡើយ ហើយក៏គ្មាននរណាម្នាក់អាចចងឆ្កាង ធ្វើទារុណកម្ម និងធ្វើឲ្យព្រះអង្គអាម៉ាស់នោះដែរ។ ព្រះជាម្ចាស់ គឺមិនចេះសម្មោសា(ភ្លេច) ក៏មិនផ្ទំ និងមិនសោយករយា (ទទួលទានអាហារ)ឡើយ។ ទ្រង់ជាព្រះដ៏ឧត្តុង្គឧត្តម មិនត្រូវការដៃគូ ឬបុត្រ នោះ ឡើយ។ ជាការពិតណាស់ ព្រះជាម្ចាស់គឺមានលក្ខណៈសម្បត្តិដ៏អស្ចារ្យ ហើយទ្រង់មិនអាចមានតម្រូវការ ឬភាពខ្វះខាតជាដាច់ខាត។ រាល់ភស្តុតាង ទាំងឡាយដែលផ្ទុយនឹងភាពអស្ចារ្យរបស់ទ្រង់ ដែលត្រូវបានគេភ្ជាប់ទៅកាន់ ព្យាការីទាំងឡាយ គឺជាភស្តុតាងដែលត្រូវបានគេកែប្រែ ហើយវាមិនមែនជា សារ(វ៉ាហ៊ី)ត្រឹមត្រូវដែលនាំ មកដោយព្យាការីម៉ូសេ ព្យាការីយេស៊ូ និងព្យាការី ដទៃទៀត(សូមសន្តិភាព និងពរជ័យកើតមានដល់ពួកលោក)នោះ ឡើយ។ ព្រះអល់ឡោះជាម្ចាស់បានមានបន្ទូលថា៖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“ឱមនុសទាំងឡាយ! គេបានលើកជាឧទាហរណ៍មួយ ដូចេនះ ចូរពួកអ្នកស្ដាប់។ ពិតណាស់ ពួក(ព្រះនានា)ដែលពួកអ្នកកំពុងបួងសួងផេសងពីអល់ឡោះនោះ គឺពួកគេគ្មានសមត្ថភាពបង្កើតអ្វីមួយនោឡើយ សូម្បីតែសត្វរុយមួយកបាល តើបង្កើតមកដើម្បីអ្វី?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បបទោះបីជាពួកគេសហការគ្នាដើម្បីបង្កើតវាក៏ដោយ។ ហើយប្រសិនបើមាន សត្វរុយមកទំស៊ីសំណែនរបស់ពួកគេនោះ ពួកវាក៏គ្មានសមត្ថភាពនងដេញ ឬបក់រុយនោះចេញបានដែរ។ ទាំងអ្នកដែលបួងសួងសុំ និងអ្នកដែលត្រូវគេ បួងសួងសុំ(ព្រះនានា) គឺទន់ខ្សោយជាទីបំផុត។ ពួកគេមិនបានលើកតម្កើង ព្រះអល់ឡោះជាម្ចាស់ឲ្យសក្តិសមនឹងឋានៈរបស់ទ្រង់ឡើយ។ ពិតប រាដណាស់ ព្រះអល់ឡោះខ្លាំងពូកែបំផុត មានអានុភាពបំផុត”។ [គម្ពីរគួរអាន ២២ : ៧៣-៧៤] តើសមហេតុផលដែរឬទេ ដែលព្រះជាម្ចាស់ទុកពួកយើងចោលដោយគ្មាន សារ(វ៉ាហ៊ី)ណែនាំសម្រាប់យើងនោះ? តើសមហេតុផលដែរឬទេ ព្រះជាម្ចាស់ដែលប្រកបដោយបញ្ញាណទ្រង់ បង្កើតភាវៈទាំងអស់នេះមកដោយគ្មានគោលបំណងអ្វីសោះ? តើទ្រង់បង្កើត មកដោយទទេៗ ឱ្យរសាត់អណ តែតគ្មានគោលដៅមែនទេ? តើសមហេតុផលដែរឬទេដែលថា អ្នកដែលបង្កើតយើងមកយ៉ាងរៀបរយ និងល្អឥតខ្ចោះ ហើយបានរចនាអ្វីៗដែលនៅលើមេឃ និងផែនដីសម្រាប់ ទ្រទ្រង់ជីវិតយើង ប៉ុន្តែបែរជាគ្មានគោលបំណងអ្វី ឬមិនបានផ្តល់ចម្លើយ ដល់យើង ទុកឱ្យយើងច្របូកច្របល់ក្នុងចិត្តចំពោះសំណួរសំខាន់ៗ ដូចជា ហេតុអ្វីបានជាយើងមកទីនេះ? តើមានអ្វីកើតឡើងបន្ទាប់ពីការស្លាប់? តើគោលបំណងនៃជីវិតយើងជាអ្វី? តើនរណាជាអ្នកបង្កើតខ្ញុំ?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ពុំដូចនោះឡើយ។ ផ្ទុយទៅវិញ ព្រះអល់ឡោះជាម្ចាស់ទ្រង់បានបញ្ជូនអ្នក នាំ សារជាច្រើនមកដើម្បីឲ្យយើងបានដឹងពីគោលបំណងនៃវត្តមានរបស់យើង នៅទីនេះ និងអ្វីដែលទ្រង់ចង់បានពីពួកយើង។ អល់ឡោជាម្ចាស់បានបញ្ជូនអ្នកនាំសារជាច្រើនមកដើម្បីប្រា ប់យ ងថា ទ្រង់តែមួយអង្គគត់ជាអ្នកដែលសក្តិសមនឹងទទួលការគោរពសក្ការៈ និងដើម្បី ឲ្យយើងដឹងពីរបៀបគោរពសក្ការៈចំពោះទ្រង់ ហើយក៏ដើម្បីផ្សព្វផ្សាយដល់យើង នូវបទបញ្ជា និងបម្រា មទាំងឡាយរបស់ទ្រង់ ព្រមទាំងបង្រៀនយើងនូវគុណ តម្លៃនៃជីវិត។ បើកាលណាយើងគោរពប្រតិបត្តិតាម នោះជីវិតរបស់យើងនឹង ប្រកបដោយសេចក្តីល្អ និងមានពរជ័យ។ ជាការពិតណាស់ អល់ឡោះជាម្ចាស់ទ្រង់បានបញ្ជូនអ្នកនាំសារជាច្រើន ដូចជា ព្យាការីអាប្រា ហាំ ព្យាការីម៉ូសេ និងព្យាការីយេស៊ូ ហើយទ្រង់បានប្រទាន ដល់អ្នកនាំសារទាំងនេះនូវសញ្ញាភស្តុតាង និងអច្ឆរិយភាពជាច្រើនដែលបង្ហាញ ពីសច្ចភាពរបស់ពួកលោក ដើម្បីបញ្ជាក់ថាពួកលោកពិតជាត្រូវបានចាត់តទាំង មកពីព្រះជាម្ចាស់។ ហើយអ្នកនាំសារចុងក្រោយបង្អស់នោះ គឺព្យាការីមូហាំម៉ាត់ (សូមសន្តិភាព និងពរជ័យកើតមានដល់លោក) ហើយអល់ឡោះជាម្ចាស់ក៏បាន បញ្ចុះុះព្រះគម្ពីរគួរអានដ៏ឧត្តុង្គឧត្តមមកកាន់លោកផងដែរ។ បណ្តាអ្នកនាំសារទាំងអស់បានប្រា ប់យើងយ៉ាងច្បាស់ថា ឆាកជីវិតនេះ គឺជាការសាកល្បង ហើយជីវិតពិតនឹងមកដល់បន្ទាប់ពីស្លាប់។ ពួកលោក៏បាន ប្រា ប់យើងផងដែរថា មានឋានសួគ៌សម្រាប់អ្នកមានជំនឿដែលបានគោរពសក្ការៈ ចំពោះព្រះអល់ឡោះជាម្ចាស់តែមួយអង្គគត់ និងមានជំនឿចំពោះបណ្តាអ្នកនាំសារ ទាំងអស់ ហើយក៏មានឋាននរកផងដែរ ដែលទ្រង់បានត្រៀមទុកសម្រាប់ពួកប្រឆាំង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តើបង្កើតមកដើម្បីអ្វី?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ដែលគោរពសក្ការៈព្រះផ្សេងក ពីព្រះអល់ឡោះ ឬគោរពសក្ការៈអ្វីផ្សេងរួម ជាមួយនឹងទ្រង់ ឬបដិសេធអ្នកនាំសារណាម្នាក់ក្នុងចំណោមបណ្តាអ្នកនាំសារ របស់អល់ឡោះ។ ព្រះអល់ឡោះជាម្ចាស់បានមានបន្ទូលថា៖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“ឱកូនចៅអាដាំ! បបសិនបើបណ្ដាអ្នកនាំសារក្នុងចំណោមពួកអ្នកពិតជា មកដល់ពួកអ្នកដោយពួកគេនិទានឱ្យពួកអ្នកស្ដាប់នូវបណ្ដាភស្ដុតាងរបស់ យើងរួច ដូចេនះ បើជនណាកោតខ្លាចអល់ឡោះ និងបានកែប្រែខ្លួននោះ គឺពួកគេគ្មានការភ័យខ្លាចឡើយ ហើយពួកគេក៏មិនព្រួយបារម្ភនោះដែរ។ រីឯពួកដែលបានបដិសេធនឹងបណ្ដាភស្ដុតាងរបស់យើង និងក្រអឺតក្រទម ចំពោះវា ពួកទាំងនោះគឺជាពួកឋាននរក ដោយស្ថិតនៅក្នុងនោះជាអមតៈ”។ [គម្ពីរគួរអាន ៧ : ៣៥-៣៦] ព្រះអល់ឡោះជាម្ចាស់បានមានបន្ទូលទៀតថា៖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“តើពួកអ្នកគិតថា យើងបានបង្កើតពួកអ្នកមកគ្រាន់តែជាការលេងសើច ហើយនិងមិនត្រូវបានគេនាំត្រឡប់មកជួបយើងវិញ(ដើម្បីជំនុំជម្រះ)ឬ?” [គម្ពីរគួរអាន ២៣ : ១១៥] តើនរណាជាអ្នកបង្កើតខ្ញុំ?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ព្រះគម្ពីរគួរអាន គឺជាព្រះបន្ទូលរបស់អល់ឡោះជាម្ចាស់ដែលទ្រង់បាន បញ្ចុះុះទៅកាន់អ្នកនាំសារចុងក្រោយបង្អស់ គឺព្យាការីមូហាំម៉ាត់(សូមសន្តិភាព និងពរជ័យមានដល់លោក)។ វាគឺជាអច្ឆរិយភាពដ៏អស្ចារ្យបំផុតដែលបញ្ជាក់ពី សច្ចភាពនៃភាពជាព្យាការីរបស់លោក។ ព្រះគម្ពីរគួរអាន គឺជាគម្ពីរដែលផ្ទុកនូវ បញ្ញត្តិច្បាប់ និងដំណឹងទាំងឡាយដ៏សច្ចៈ។ អល់ឡោះជាម្ចាស់បានឲ្យពួកដែល បដិសេធទាំងឡាយធ្វើការប្រឡងប្រជែង ដោយឱ្យពួកគេនាំមកនូវជំពូកមួយ ដែលដូចទៅនឹងគម្ពីរគួរអាននេះ ប៉ុន្តែពួកគេគ្មានសមត្ថភាពអាចធ្វើបានឡើយ ដោយសាររចនាបថដ៏ល្អឯក និងសោភ័ណ្ឌភាពនៃសំនួនពាក្យនៃគម្ពីរ។ គម្ពីរនេះ ផ្ទុកទៅដោយភស្តុតាងដ៏មានហេតុផលឡូហ្សិក(តក្កៈ) និងព័ត៌មានវិទ្យាសាស្ត្រ និងរឿងរ៉ាវអព្ភូតហេតុអស្ចារ្យជាច្រើនដែលបង្ហាញថា គម្ពីរនេះមិនអាចជាស្នាដៃ របសមនុស្សណាម្នាក់នោះ ឡើយ។ ផ្យទៅវិញ វាជាបន្ទូលរបស់ព្រះជាម្ចាស់។ ព គម្ពីរគួរអាន ទាំងពីរការកកើតជីវិតដំបូងមកម្ល៉េះ ព្រះអល់ឡោះជាម្ចាស់ទ្រង់បានបញ្ជូន អ្នកនាំសារជាច្រើនជាបន្តបន្ទាប់ដើម្បីអំពាវនាវមនុស្សទៅកាន់ទ្រង់និងផ្សព្វផ្សាយ នូវបទបញ្ជា និងបម្រា មទាំងឡាយរបស់ទ្រង់ទៅដល់ពួកគេ។ ហើយការអំពាវនាវ ដ៏សំខាន់បំផុតរបស់អ្នកនាំសារទាំងអស់ គឺការអំពាវនាវទៅកាន់ការគោរពសក្ការៈ ចំពោះព្រះអល់ឡោះតែមួយអង្គគត់។ នៅពេលដែលប្រជាជាតិទាំងនោះចាប់ផ្ដើម បោះបង់ ឬបំភ្លៃនូវអ្វីដែលអ្នកនាំសារបាននាំមក ព្រះអល់ឡោះជាម្ចាស់ទ្រង់បាន ចាត់តទាំងអ្នកនាំសារម្នាក់ទៀតមកដើម្បីតំរែតម្រង់ផ្លូវ និងនាំមនុស្សត្រឡប់ទៅរក ហេតុអបានជាមានអ្នកនាំសារជាច្រើន? តើបង្កើតមកដើម្បីអ្វី?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បុព្វជំនឿពីកំណើតដ៏ស្អាតស្អំ(ហ្វិតប៉ោះ)នៃការគោរពសក្ការៈចំពោះអល់ឡោះ ជាម្ចាស់តែមួយវិញ រហូតដល់ព្រះអល់ឡោះបានបញ្ចប់ការតែងតាំងអ្នកនាំសារ ទាំងឡាយត្រឹមអ្នកនាំសារមូហាំម៉ាត់(សូមសន្តិភាពនិងពរជ័យមានដល់លោក) ដែលលោកបាននាំមកនូវច្បាប់បញ្ញត្តិអមតៈ និងមានលក្ខណៈជាសាកលសម្រាប់ មនុស្សលោកទូទៅរហូតដល់ថ្ងៃបរលោក។ វាជាច្បាប់បញ្ញត្តិដែលបំពេញបន្ថែម និងនិរាករណ៍ចោលនូវច្បាប់បញ្ញត្តិមុនៗ។ ព្រះអល់ឡោះជាម្ចាស់ទ្រង់បានធានា ថែរក្សាច្បាប់បញ្ញត្តិនេះ និងសារនេះឲ្យនៅគង់វង្សរហូតដល់ថ្ងៃបរលោក។ ហេតុនេះ យើងជាជនមូស្លីមានជំនឿចំពោះបណ្តាអ្នកនាំសារទាំងអស់ និងបណ្តាគម្ពីរមុនៗទាំងអស់(ដូចដែលព្រះអល់ឡោះជាម្ចាស់បានបង្គាប់ប្រើ)។ ព្រះអល់ឡោះជាម្ចាស់បានមានបន្ទូលថា៖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“អ្នកនាំសារ(មូហាំម៉ាត់) មានជំនឿលើអ្វីដែលព្រះជាមស់របស់លោកបាន បញ្ចុះមកឱ្យលោក ហើយបណ្ដាអ្នកមានជំនឿទាំងឡាយក៏ដូចគ្នាដែរ។ ពួកគេ ទាំងអស់មានជំនឿលើអល់ឡោះ បណ្ដាទេវៈ(ម៉ាឡាអ៊ីកាត់)របស់ទ្រង់បណ្ដា ព្រះគម្ពីររបស់ទ្រង់ និងបណ្ដាអ្នកនាំសាររបស់ទ្រង់។ (ពួកគេបាននិយាយថា៖) ពួកយើងមិនបែងចែកអ្នកនាំសារណាម្នាក់ក្នុងចំណោមអ្នកនាំសារទាំងឡាយ របស់ទ្រង់នោឡើយ។ ហើយពួកគេបានពោលថា៖ ពួកយើងបានឮហើយ និងប្រតិបត្តិតាមហើយ។ បពិត្រព្រះអល់ឡោះជាម្ចាស់នៃយើងខ្ញុំ! សូមទ្រង់មេត្ដា អភ័យទោសដល់យើងខ្ញុំ។ ចំពោះទ្រង់តែមួយអង្គគត់ដែលជាកន្លែងវិលត្រឡប់”។ [គម្ពីរគួរអាន ២ : ២៨៥] តើនរណាជាអ្នកបង្កើតខ្ញុំ?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ព្រះអល់ឡោះជាម្ចាស់ គឺជាអ្នកដែលបានបញ្ជូនអ្នកនាំសារទាំងឡាយ។ ជនណាដែលបដិសេធសាររបស់អ្នកនាំសារណាម្នាក់ គឺគេពិតជាបានបដិសេធ អ្នកនាំសារទាំងអស់។ គ្មានបាបកម្មណាធំជាងការបដិសេធសាររបស់អល់ឡោះ ជាម្ចាស់នោះ ឡើយ។ ហេតុនេះ ដើម្បីបានចូលឋានសួគ៌ ចាំ បាច់ត្រូវតែមានជំនឿ ចំពោះអ្នកនាំសារទាំងអស់។ ដូចនេះ មនុស្សគ្រប់រូបគឺចាំ បាច់ត្រូវមានជំនឿលើអ្នកនាំសារទាំងឡាយ របស់អល់ឡោះជាម្ចាស់ ហើយការមានជំនឿបែបនេះមិនអាចសម្រេចបានឡើយ លុះត្រា តែគេមានជំនឿ និងប្រតិបត្តិតាមអ្នកនាំសារចុងក្រោយបង្អស់ គឺព្យាការី មូហាំម៉ាត់(សមសន្តិភាពកើតមានដល់លោក)។ ព្រះអល់ឡោះបានលើកឡើងនៅក្នុងព្រះគម្ពីរគួរអានថា ប្រាកដណាស់ ជនណាដែលបដិសេធ មិនមានជំនឿលើអ្នកនាំសារណាមួយរបស់អល់ឡោះ នោះគេគឺជាអ្នកដែលគ្មានជំនឿនឹងអល់ឡោះ និងបដិសេធសាររបសទ្រង់។ បុគលម្នាក់មិនអាចក្លាយជាអ្នកមានជំនឿឡើយ លុះត្រា តែគេមានជំនឿចំពោះអ្នកនាំសារទាំងអស់ ព្រះអល់ឡោះជាម្ចាស់បានមានបន្ទូលថា៖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 រាកដណាស់ ពួកដែលប្រឆាំងនឹងអល់ឡោ និងបណ្ដាអ្នកនាំសារ របស់ទ្រង់ ហើយពួកគេចង់បែងចែករវាងអល់ឡោះ និងបណ្ដាអ្នកនាំសារ របស់ទ្រង់ ហើយពួកគេនិយាយថា៖ ពួកយើងមានជំនឿលើអ្នកនាំសារមួយ ចំនួន និងបដិសេធមួយចំនួនទៀត ហើយពួកគេចង់ជ្រើសយកមាគ៌ា មួយរវាងរឿរឿងនោះ (មានជំនឿ និងគ្មានជំនឿ) ពួកទាំងនោះ គឺជាពួកដែល ប្រឆាំងយ៉ាងពិតប រាកដ”។[គម្ពីរគួរអាន ៤ : ១៥០-១៥១] តើបង្កើតមកដើម្បីអ្វី?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អ៊ីស្លាម គឺជាការប្រគល់ខ្លួនចំពោះព្រះអល់ឡោះជាម្ចាស់ ដោយទទួល ស្គាល់នូវភាពជាព្រះជាម្ចាស់តែមួយអង្គគត់របស់ទ្រង់ ដោយគោរពប្រតិបត្តិតាម បង្គាប់របស់ទ្រង់ និងអនុវត្តា មច្បាប់បញ្ញត្តិរបស់ទ្រង់ដោយការពេញចិត្ត។ ពិតណាស់ ព្រះអល់ឡោះជាម្ចាស់ទ្រង់បានបញ្ជូនអ្នកនាំសារទាំងឡាយ ដើម្បីពាំនាំមកនូវសារតែមួយគត់គឺ អំពាវនាវទៅកាន់ការគោរពសក្ការៈចំពោះ ព្រះអល់ឡោះជាម្ចាស់តែមួយអង្គគត់ដោយគ្មានដៃគូរួមជាមួយទ្រង់ឡើយ។ អ៊ីស្ម គឺជាសាសនានៃបណ្តាព្យាការីទាំងអស់។ ការអំពាវនាវនៃព្យាការី ទាំងអស់គឺតែមួយ ប៉ុន្តែច្បាប់បញ្ញត្តិរបស់ពួកលោកមានលក្ខណៈខុសៗគ្នា។ ជនមូស្លីម ឬអ្នកកាន់សាសនាអ៊ីស្លាមនាពេលបច្ចុប្បន្នេះ គឺជាក្រុមតែមួយគត់ ដែលនៅតែប្រកាន់ខ្ជាប់នឹងសាសនាត្រឹមត្រូវដែលព្យាការីទាំងអស់បាននាំមក។ សារអ៊ីស្លាមនៅក្នុងសម័យកាលបច្ចុប្បន្នេះ គឺជាសេចក្ដីពិត ព្រោះព្រះជាម្ចាស់ ដែលបានបញ្ជូនព្យាការីអាប្រា ហាំ ព្យាការីម៉ូសេ និងព្យាការីយេស៊ូ គឺជាព្រះជាម្ចាស់ តែមួយអង្គគត់ដែលបានបញ្ជូនអ្នកនាំសារចុងក្រោយ គឺព្យាការីមូហាំម៉ាត់។ ហើយ ច្បាប់បញ្ញត្តិអ៊ីស្លាម គឺបាននាំមកដើម្បីនិរាករណ៍នូវច្បាប់បញ្ញត្តិមុនៗ។ ជាការពិតណាស់ សាសនាទាំងអស់ដែលមនុស្សគោរពសក្ការៈសព្វថ្ងៃ (ក្រៅពីសាសនាអ៊ីស្លាម) គឺជាសាសនាដែលបង្កើតឡើងដោយមនុស្ស ឬជា សាសនានៃព្រះអល់ឡោះជាម្ចាស់ តែក្រោយមកក៏ត្រូវបានមនុស្សកែប្រែដោយ ដៃរបស់ពួកគេ ដែលបណ្តាលឱ្យមានការលាយឡំគ្នានឹងអបិយជំនឿ និងទេវកថា ដែលបានបន្តពីមួយជំនាន់ទៅមួយជំនាន់ ហើយបញ្ចូលនូវគំនិតរបស់មនុស្ស។ ចំណែកឯគោលជំនឿរបស់អ្នកមូស្លីមវិញ គឺជាគោលជំនឿតែមួយដែលមានភាព តើអ៊ីសមជាអ្វី? តើនរណាជាអ្នកបង្កើតខ្ញុំ?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ច្បាស់លាស់ និងមិនមានការកែប្រែនោះ ឡើយ។ សូមអ្នកក្រឡេកមើលទៅកាន់ ព្រះគម្ពីរគួរអាន ដែលជាព្រះគម្ពីរតែមួយគត់នៅគ្រប់ប្រទេសដែលកាន់សាសនា អ៊ីស្លាមទាំងអស។ ព្រះអល់ឡោះជាម្ចាស់បានមានបន្ទូលថា៖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“ចូរអ្នក(មូហាំម៉ាត់)ពោលថា៖ ពួកយើងមានជំនឿលើអល់ឡោះ និងអ្វីដែលគេ បានបញ្ចុះមកលើពួកយើង និងអ្វីដែលគេបានបញ្ចុះទៅលើព្យាការីអាប រាហាំ អ៊ីស្មាអេល អ៊ីសាក់ យ៉ាកុប និងបណ្តាកូនចៅរបស់លោក ហើយនិងអ្វីដែល គេបានផ្តល់ឱ្យព្យាការីម៉ូសេ ព្យការីយេស៊ូ និងបណ្ដាព្យាការី(ដែលត្រូវបានចាត់តទាំង) ពីព្រះជាម្ចាស់របស់ពួកគេ។ ពួកយើងមិនបែងចែកនរណាម្នាក់ក្នុងចំណោមពួក គេឡើយ ហើយពួកយើង គឺជាអ្នកប្រគល់ខ្លួនចំពោះទ្រង់។ ហើយជនណាដែល ស្វែងរកសាសនាផេសងក្រៅពីសាសនាឥស្លាម អល់ឡោះជាម្ចាស់នឹងមិនទទួល យក(ទង្វើល្អ)ពីគេឡើយ។ ហើយនៅថ្ងៃបរលោក រូបគេនឹងស្ថិតក្នុងចំណោម ពួកដែលខាតបង់”។ [គម្ពីរគួរអាន ៣ : ៨៤-៨៥] តើជនមូសមមានជំនឿបែបណា ចំពោះព្យាការីយេស៊ូ(សូមសន្តិភាពកើកើតមានដល់លោក)? តើអ្នកដឹងទេថា អ្នកមូស្លីមចាំ បាច់ត្រូវមានជំនឿចំពោះព្យាការីយេស៊ូ ឬអ៊ីសា ហើយត្រូវស្រឡាញ់ និងលើកតម្កើងចំពោះលោក ព្រមទាំងមានជំនឿលើសាររបស់ លោក ជាសារដែលអំពាវនាវទៅកាន់ការគោរពសក្ការៈចំពោះព្រះអល់ឡោះជាម្ចាស់ តែមួយអង្គគត់ដោយគ្មានដៃគូរួមជាមួយទ្រង់ឡើយ។ ជនមូស្លីមទាំងឡាយជឿថា យេស៊ូ និង មូហាំម៉ាត់(សូមសន្តិភាពកើតមានដល់លោកទាំងពីរ) គឺជាព្យាការីរបស់ តើបង្កើតមកដើម្បីអ្វី?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 ហើយលោកទាំងពីរត្រូវបានបញ្ជូនមកដើម្បីចង្អុលបង្ហាញមនុស្សទៅ កាន់មាគ៌ារបស់ទ្រង់ ដែលជាមាគ៌ាឆ្ពោះទៅកាន់ឋានសួគ៌។ អ្នកមូស្លីមជឿថា ព្យាការីយេស៊ូ(សូមសន្តិភាពកើតមានដល់លោក) គឺជា អ្នកនាំសារដ៏ឧត្តុង្គឧត្តមម្នាក់ក្នុងចំណោមអ្នកនាំសារដែលអល់ឡោះជាម្ចាស់ទ្រង់ បានបញ្ជូនមក។ ហើយជឿថា លោកបានប្រសូតមកដោយភាពអច្ឆរិយៈបំផុត។ អល់ឡោះជាម្ចាស់ទ្រង់បានប្រា ប់យើងនៅក្នុងគម្ពីរគួរអានថា៖ ជាការពិតណាស់ ទ្រង់បានបង្កើតព្យាការីយេស៊ូដោយគ្មានឪពុក ដូចដែលទ្រង់បានបង្កើតព្យាការី អាដាំ ដោយគ្មានឪពុកនិងម្តាយដែរ ព្រោះអល់ឡោះជាម្ចាស់ទ្រង់មានអានុភាព លើអ្វីៗទាំងអស់។ អ្នកមូស្លីមជឿថា ព្យាការីយេស៊ូមិនមែនជាព្រះ ឬជាបុត្ររបស់ព្រះឡើយ ហើយលោក៏មិនត្រូវបានគេឆ្កាងនោះដែរ។ ផ្ទុយទៅវិញ លោកនៅមានជីវិត នៅឡើយ។ អល់ឡោះជាម្ចាស់បានលើកលោកទៅកាន់ទ្រង់ដើម្បីឲ្យលោកចុះ មកកាន់ផែនដីវិញនាសម័យកាលចុងក្រោយ(មុនថ្ងៃបរលោកមកដល់)ក្នុងនាម ជាអ្នកដឹកនាំដ៏យុត្តិធម៌ម្នាក់ ហើយលោកនឹងរស់នៅជាមួយអ្នកមូស្លីមទាំងឡាយ ពីព្រោះអ្នកមូស្លីម ពួកគេមានជំនឿចំពោះអល់ឡោះជាម្ចាស់តែមួយអង្គគត់ ដូចអ្វី ដែលព្យាការីយេស៊ូ ព្រមទាំងអ្នកនាំសារទាំងអស់បាននាំមក។ ពិតប្រាកដណាស់ អល់ឡោះជាម្ចាស់ទ្រង់បានប្រា ប់យើងនៅក្នុងគម្ពីរ គួរអានថា ពិតណាស់ សាររបស់ព្យាការីយេស៊ូត្រូវបានគ្រឹស្តបរិស័ទាំងឡាយ កែប្រែ។ ហើយមានពួកជ្រុលនិយមវង្វេងជាច្រើនបានកែប្រែគម្ពីរសម្ព័ន្ធមេត្រីថ្មី ឬគម្ពីរអ៊ិញ្ជីល ហើយពួកគេបានបន្ថែមនូវអត្ថបទជាច្រើនដែលព្យាការីយេស៊ូមិន បានមានប្រសាសន៍។ រឿងនេះគឺត្រូវបានបញ្ជាក់ដោយវត្តមាននៃគម្ពីរសម្ព័ន្ធ មេត្រីថ្មីជាច្រើនត្រូវបានកែប្រែ និងមានភាពផ្ទុយគ្នាជាច្រើននៅក្នុងនោះ។ តើនរណាជាអ្នកបង្កើតខ្ញុំ?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ជាការពិតណាស់ អល់ឡោះជាម្ចាស់ទ្រង់បានប្រា ប់យើងថា ព្យាការីយេស៊ូ លោកគោរពសក្ការៈចំពោះអល់ឡោះដែលជាព្រះជាម្ចាស់របស់លោក ហើយលោក មិនបានសុំឱ្យនរណាម្នាក់គោរពសក្ការៈចំពោះលោកឡើយ។ ផ្ទុយទៅវិញ លោក បានបង្គាប់ប្រើក្រុមរបស់លោកឲ្យគោរពសក្ការៈចំពោះព្រះជាម្ចាស់ដែលជាអ្នក បង្កើតរូបលោក។ ក៏ប៉ុន្តែបិសាចសាតទាំងបានធ្វើឱ្យគ្រឹស្តបរិស័ទាំងឡាយគោរព សក្ការៈចំពោះព្យាការីយេស៊ូទៅវិញ។ អល់ឡោះជាម្ចាស់ក៏បានប្រា ប់យើងនៅ ក្នុងគម្ពីរគួរអានដែរថា ទ្រង់នឹងមិនអត់ទោសឱ្យជនណាម្នាក់ដែលគោរពសក្ការៈ អ្នកផ្សេងក្រៅពីអល់ឡោះនោះ ឡើយ។ ហើយនៅថ្ងៃបរលោក ព្យាការីយេស៊ូនឹង ដោះខ្លួនចេញពីអ្នកទាំងឡាយដែលបានគោរពសក្ការៈចំពោះលោក ដោយលោក នឹងនិយាយទៅកាន់ពួកគេថា៖ ខ្ញុំបានបង្គាប់ប្រើពួកអ្នកឱ្យគោរពសក្ការៈព្រះជាម្ចាស់ ដែលជាអ្នកបង្កើតប៉ុណ្ណោះ ហើយខ្ញុំមិនបានសុំឱ្យពួកអ្នកគោរពសក្ការៈខ្ញុំឡើយ។ ក្នុងចំណោមភស្តុតាងដែលបញ្ជាក់ដូចនេះ គឺបន្ទូលរបស់អល់ឡោះជាម្ចាស់ដែល ទ្រង់បានមានបន្ទូលថា៖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“ឱពួកគេម្ពីរជន! ចូរពួកអ្នកកុំពន្លើសក្នុងសាសនារបស់ពួកអ្នក ហើយចូរពួកអ្នក កុំនិយាយពីអល់ឡោះជម្ចាស់ក្រៅពីការពិតឱ្យសោះ។ តាមពិត យេស៊ូគ្រឹស្ត កូនប្រុសរបស់នាងម៉ារី គឺជាអ្នកនាំសាររបស់អល់ឡោះ ហើយ(ទ្រង់បានបង្កើតពី) ពាក្យបន្ទូលរបស់ទ្រង់ដែលបានបញ្ជូនវាទៅកាន់នាងម៉ារី និងជាវិញ្ញាណពីទ្រង់ (តាមយៈទេវៈកាព្រីយ៉ែល)។ ដូចេនះ ចូរពួកអ្នកមានជំនឿលើអល់ឡោះ និងបណ្ដា អ្នកនាំសាររបស់ទ្រង់ចុះ ហើយកុំនិយាយថា បី(ព្រះត្រីឯក)។ ចូរពួកអ្នកឈប់ និយាយពាក្យនេះ វាជាការប្រសើរសម្រាប់ពួកអ្នក។ ពិតប រាកដណាស់ អល់ឡោះ ជាម្ចាស់គឺជាព្រះតែមួយអង្គគត់។ ព្រះអង្គមានភាពស្អាតស្អំអំពីការមានបុត្រ។ តើបង្កើតមកដើម្បីអ្វី?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អ្វីៗទាំងអស់ដែលមាននៅលើមេឃជច្រើនជាន់ និងអ្វីៗដែលមាននៅលើផែនដី គឺជាកម្សិទ្ធិរបស់ទ្រង់។ គ្រប់គ្រាន់ហើយដែលអល់ឡោះជាអ្នកគ្រប់គ្រង”។ [គម្ពីរគួរអាន ៤ : ១៧១] ព្រះអល់ឡោះជាម្ចាស់បានមានបន្ទូលទៀតថា៖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“ហហយចូរចងចាំ នៅពេលដែលអល់ឡោះបានសួរថា៖ ឱយេស៊ូកូនប្រុស របស់នាងម៉ារី! តើអ្នកឬដែលបាននិយាយទៅកាន់មនុស្សលោកថា៖ ចូរពួកអ្នក យកខ្ញុំ និងម្ដាយរបស់ខ្ញុំធ្វើជាព្រះជាម្ចាស់ពីរក្រៅពីអល់ឡោះនោះ? លោកបាន ឆ្លើយតបថា៖ ព្រះអង្គមហាស្អាតស្អំ! មិនសក្ដិសមទេសម្រាប់ទូលបង្គំក្នុងការ និយាយនូវអ្វីដែលពុំមែនជាការពិតសម្រាប់ទូលបង្គំនោះ។ ប្រសិនបើទូលបង្គំ បាននិយាយបែបនេះមែន ទ្រង់ប រាកដជាបានជ រាបវាជាមិនខាន។ ទ្រង់ជ រាប នូវអ្វីដែលមាននៅក្នុងខ្លួនទូលបង្គំ តែទូលបង្គំមិនអាចដឹងនូវអ្វីដែលមាននៅ ក្នុងខ្លួនទ្រង់ឡើយ។ ពិតប រាកដណាស់ ទ្រង់តែមួយអង្គគត់ ដែលដឹងនូវប្រការ អាថ៌កំបាំងទាំងឡាយបំផុត”។ [គម្ពីរគួរអាន ៥ : ១១៦] ជនណាដែលចង់ទទួលបានសេចក្តីសង្គ្រោះនៅថ្ងៃបរលោក ចាំ បាច់លើគេ ត្រូវចូលកាន់សាសនាអ៊ីស្លាម និងធ្វើតាមាគ៌ារបស់ព្យាការីមូហាំម៉ាត់(សូមសន្តិភាព និងពរជ័យកើតមានដល់លោក)។ ក្នុងចំណោមសេចក្តីពិតមួយដែលបណ្តាព្យាការី និងអ្នកនាំសារទាំងអស់ (សូមសន្តិភាព និងពរជ័យកើតមានដល់ពួកលោក)បានឯកភាពគ្នានោះ គឺថា នៅថ្ងៃបរលោក មានតែជនមូស្លីមដែលមានជំនឿចំពោះព្រះអល់ឡោះជាម្ចាស់ មិនគោរពសក្ការៈអ្នកផ្សេងរួមនឹងទ្រង់ ហើយមានជំនឿលើអ្នកនាំសារទាំងអស់ ប៉ុណ្ណោះ ទើបអាចទទួលបានសេចក្តីសង្គ្រោះ។ ដូចនេះ អ្នកដែលរស់នៅសម័យកាល តើនរណាជាអ្នកបង្កើតខ្ញុំ?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ព្យាការីម៉ូសេ ហើយមានជំនឿចំពោះលោក និងដើរតាមការបង្រៀនរបស់លោក អ្នកទាំងនោះ គឺជាអ្នកមូស្លីម និងជាអ្នកមានជំនឿដ៏សុចរិត។ ក៏ប៉ុន្តែ បន្ទាប់ពី អល់ឡោះជាម្ចាស់ទ្រង់បានចាត់តទាំងព្យាការីយេស៊ូ នោះអ្នកដែលដើរតាមព្យាការី ម៉ូសេត្រូវតែមានជំនឿលើព្យាការីយេស៊ូ និងដើរតាមលោក។ ដូចនេះ ជនណាដែល មានជំនឿលើព្យាការីយេស៊ូ អ្នកទាំងនោះ គឺជាជនមូស្លីមដ៏សុចរិត។ ក៏ប៉ុន្តែ ជនណា ដែលបដិសេធមិនមានជំនឿលើព្យាការីយេស៊ូ ហើយនិយាយថា ខ្ញុំនឹងនៅតែប្រកាន់ ខ្ជាប់នឹងសាសនារបស់ព្យាការីម៉ូសេ នោះគេមិនមែនជាអ្នកមានជំនឿឡើយ ព្រោះគេ បានបដិសេធនឹងព្យាការីម្នាក់ដែលអល់ឡោះជាម្ចាស់ទ្រង់បានបញ្ជូនមក។ បន្ទាប់មក ក្រោយពេលដែលអល់ឡោះបានបញ្ជូនអ្នកនាំសារចុងក្រោយ គឺព្យាការីមូហាំម៉ាត់។ មនុស្សគ្រប់រូបចាំបាច់ត្រូវតែមានជំនឿលើលោក ព្រោះព្រះជាម្ចាស់ដែលបានបញ្ជូន ព្យាការីម៉ូសេ និងព្យាការីយេស៊ូ គឺជាព្រះជាម្ចាស់តែមួយអង្គគត់ដែលបានបញ្ជូនអ្នក នាំសារចុងក្រោយ គឺព្យាការីមូហាំម៉ាត់មកដូចគ្នា។ ដូចនេះ ជនណាដែលបដិសេធសារ របស់ព្យាការីមូហាំម៉ាត់(សូមសន្តិភាពនិងពរជ័យមានដល់លោក) ហើយនិយាយថា៖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ខ្ញុំនឹងនៅតែដើរតាមព្យាការីម៉ូសេ ឬព្យាការីយេស៊ូដែល ជននោះមិនមែនជាអ្នក មានជំនឿឡើយ។ ការនិយាយថា ខ្លួនបានគោរពឱ្យតម្លៃអ្នកមូស្លីម គឺមិនទាន់គ្រប់គ្រា ន់សម្រាប់ ទទួលបាននូវសេចក្តីសង្គ្រោះនៅថ្ងៃបរលោកនោះទេ។ ហើយការធ្វើទាន និងជួយ ជនក្រីក្រក៏មិនគ្រប់គ្រា ន់ដូចគ្នាដែរ។ ផ្ទុយទៅវិញ ចាំបាច់ត្រូវមានជំនឿចំពោះ អល់ឡោះ បណ្តាគម្ពីររបស់ទ្រង់ បណ្តាអ្នកនាំសាររបស់ទ្រង់ និងមានជំនឿចំពោះ ថ្ងៃបរលោក ទើបអល់ឡោះជាម្ចាស់ទ្រង់ទទួលយកអំពីគេ។ ជាការពិតណាស់ គ្មានបាបកម្មណាដែលធំជាងការគោរពសក្ការៈអ្វីផ្សេងក្រៅពីអលឡោះ ការគ្មាន ជំនឿចំពោះទ្រង់ និងការបដិសេធសារដែលទ្រង់បានបញ្ចុះុះមក ឬបដិសេធភាព តើបង្កើតមកដើម្បីអ្វី?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ជាអ្នកនាំសារចុងក្រោយរបស់ទ្រង់ គឺព្យាការីមូហាំម៉ាត់ (សូមសន្តិភាពកើតមាន ដល់លោក)នោះ ឡើយ។ ដូចនេះ ពួកយូដា និងគ្រឹស្តសាសនិកដែលបានឮអំពី ការតែងតាំងព្យាការីមូហាំម៉ាត់ជាអ្នកនាំសាររបស់អល់ឡោះ(សូមសន្តិភាពកើត មានដល់លោក) តែបែរជាបដិសេធមិនមានជំនឿចំពោះលោក និងបដិសេធ មិនទទួលយកសាសនាអ៊ីស្លាមនោះ ពួកគេនឹងត្រូវស្ថិតក្នុងឋាននរកជាអមតៈ ដូចដែលអល់ឡោះជាម្ចាស់ទ្រង់បានមានបន្ទូលថា៖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 រាកដណាស់ ពួកដែលគ្មានជំនឿក្នុងចំណោមពួកគេម្ពីរជន(យូដា និងគ្រឹស្ទាន) និងពួកពហុទេពនិយម គឺសិថតក្នុងនរកជើហាន់ណាំដោយ ពួកគេស្ថិតនៅកផងនោះជាអមតៈ។ ពួកទាំងនោះហើយ គឺជាសត្វលោក ដែលអាក្រក់បំផុត”។ [គម្ពីរគួរអាន ៩៨ : ៦] ដោយសារតែអល់ឡោះជាម្ចាស់ទ្រង់បានបញ្ចុះុះនូវសារចុងក្រោយមកកាន់ មនុស្សជាតិ។ ដូចនេះ ចាំ បាច់លើបុគ្គលគ្រប់រូបដែលបានឮអំពីសាសនាអ៊ីស្លាម និងបានឮអំពីអ្នកនាំសារចុងក្រោយ គឺព្យាការីមូហាំម៉ាត់(សូមសុខសន្តិភាពកើត មានដល់លោក)ត្រូវមានជំនឿលើលោក ដើរតាមាគ៌ារបស់លោក ហើយត្រូវ គោរពតាមបទបញ្ជានិងការហាមប្រា មរបស់លោក។ ជនណាដែលបានឮអំពី សារចុងក្រោយនេះ តែបែរជាបដិសេធចំពោះវានោះ អល់ឡោះជាម្ចាស់នឹងមិន ទទួលយកអ្វីមួយពីជននោះ ឡើយ ហើយទ្រង់ប្រាកដជានឹងដាក់ទណ្ឌកម្មរូបគេ នៅថ្ងៃបរលោក។ ក្នុងចំណោមភស្តុតាងដែលបញ្ជាក់ដូចនេះ គឺបន្ទូលរបស់ អល់ឡោះជាម្ចាស់ដែលទ្រង់បានមានបន្ទូលថា៖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“ហើយជនណាដែលស្វែងរកសាសនាផេសងក្រៅពីអ៊ីស្លាម អល់ឡោះជាម្ចាស់ នឹងមិនទទួលយក(ទង្វើល្អ)ពីគេឡើយ ហើយនៅថ្ងៃបរលោក រូបគេនឹងស្ថិត ក្នុងចំណោមពួកដែលខាតបង់”។ [គម្ពីរគួរអាន ៣ : ៨៥] តើនរណាជាអ្នកបង្កើតខ្ញុំ?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ព្រះអល់ឡោះជាម្ចាស់បានមានបន្ទូលទៀតថា៖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“ចូរអ្នក(មូហាំម៉ាត់)ពោលថា៖ ឱពួកគេម្ពីរជន(យូដា និងគ្រឹស្ទាន)! ចូរពួកអ្នក ត្រឡប់មករកពាក្យសំដីរួមួយរវាងពួកយើងនិងពួកអ្នក គឺពួកយើងទាំងអស់គ្នា មិនត្រូវគោរពសក្ការៈម្ចាស់ផេសងក្រៅពីអល់ឡោះ និងមិនត្រូវធ្វើពហុទេពនិយម នឹងទ្រង់នូវប្រការណាមួយឡើយ ហើយពួកយើងក៏មិនត្រូវយកគ្នាឯងធ្វើជាព្រះ ផេសងពីអល់ឡោះដែរ។ តែប្រសិនបើពួកគេនៅតែបែរចេញ(ពីការអំពាវនាវដ៏ ល្អនេះ)ទៀត ចូរពួកអ្នក(អ្នកមានជំនឿ)និយាយទៅកាន់ពួកគេថា៖ ចូរដឹងឮ ផងថា៖ ពិតប រាកដណាស់ ពួកយើងគឺជាជនមូស្លីម”។ [គម្ពីរគួរអាន ៣ : ៦៤] តើខ្ញុំត្រូវធម្ដេចដើម្បីក្លាយខ្លួនជាអ្នកមូស្លីម? ដើម្បីចូលកាន់សាសនាអ៊ីស្លាម ចាំបាច់ត្រូវមានជំនឿលើគោលគ្រឹះនៃ ជំនឿទាំងប្រាំ មួយនេះ៖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មានជំនឿចំពោះព្រះអល់ឡោះ៖ ជឿថាទ្រង់គឺជាអ្នកបង្កើត ជាអ្នកប្រទាន លាភសក្ការៈ ជាអ្នកគ្រប់គ្រង និងជាអ្នកចាត់ចែងគ្រប់យ៉ាង។ គ្មានអ្វីមួយ អាចប្រៀប្រដូចនឹងទ្រង់បានឡើយ។ ទ្រង់គ្មានមហេសី និងគ្មានបុត្រឡើយ ហើយទ្រង់តែមួយអង្គគត់ដែលសក្តិសមនឹងគោរពសក្ការៈ។ មានជំនឿចំពោះបណ្តាទេវតា(ម៉ាឡាអ៊ីកាត់)៖ ជឿថាពួកគេជាខ្ញុំបម្រើរបស់ អល់ឡោះ ដែលទ្រង់បានបង្កើតពួកគេពីពន្លឺ។ ពួកគេមានតួនាទីផ្សេងៗគ្នា ដូចជា ទេវតាជីបរ៉េល(កាព្រីយ៉ែល) មានតួនាទីជាអ្នកនាំសារទៅកាន់ព្យាការី ទាំងឡាយរបស់អល់ឡោះ ទេវតាមីកាអេល មានតួនាទីជាអ្នកបញ្ចុះុះទឹកភ្លៀង និងផ្សេងៗទៀត។ តើបង្កើតមកដើម្បីអ្វី?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មានជំនឿចំពោះព្រះគម្ពីរទាំងឡាយរបស់អល់ឡោះដែលទ្រង់បានបញ្ចុះុះទៅ កាន់ព្យាការីទាំងឡាយរបស់ទ្រង់ មានដូចជា គម្ពីរតូរ៉ាឬគម្ពីរសម្ព័ន្ធមេត្រីចាស់ និងអ៊ិញ្ជីលឬគម្ពីរសម្ព័ន្ធមេត្រីថ្មី ហើយនិងគម្ពីរចុងក្រោយ គឺគម្ពីរគួរអាន។ មានជំនឿចំពោះអ្នកនាំសារទាំងឡាយរបស់អល់ឡោះ ដូចជា ព្យាការីណូអេ អាប្រា ហាំ ម៉ូសេ យេស៊ូ ហើយនិងព្យាការីចុងក្រោយ គឺព្យាការីមូហាំម៉ាត់ (សូមសន្តិភាពនិងពរជ័យកើតមានដល់ពួកលោក)។ ពួកលោកគឺជាមនុស្ស ដែលអល់ឡោះជាម្ចាស់បានពង្រឹងដោយសាររបស់ទ្រង់ និងបានប្រទាដល់ ពួកលោកនូវសញ្ញាភស្តុតាង និងអច្ឆរិយភាពជាច្រើនដែលបញ្ជាក់ពីសច្ចៈភាព របស់ពួកលោក។ មានជំនឿចំពោះថ្ងៃបរលោក ដោយនៅថ្ងៃនោះ ព្រះអល់ឡោះជាម្ចាស់នឹង ប្រោសមនុស្សទាំងអស់ឲ្យរស់ឡើងវិញ ទាំងអ្នកជំនាន់មុន និងជំនាន់ក្រោយ ហើយទ្រង់នឹងកាត់ក្ដីរវាងភាវៈរបស់ទ្រង់ទាំងឡាយ។ អ្នកមានជំនឿនឹងបាន ចូលឋានសួគ៌ ហើយអ្នកគ្មានជំនឿនឹងចូលឋាននរក។ មានជំនឿលើការកំណត់ព្រេងវាសនា៖ ជឿថា ព្រះអល់ឡោះជាម្ចាស់ដឹងនូវ អ្វីៗទាំងអស់ ទាំងអ្វីដែលកើតឡើងក្នុងអតីតកាល និងអ្វីដែលនឹងកើតឡើង នាពេលអនាគត។ ទទួលស្គាល់ថា អល់ឡោះជាអ្នកបង្កើតនូវអ្វីៗទាំងអស់ ដោយទ្រង់បានកត់ត្រា ហើយមានចេតនាឱ្យអ្វីៗទាំងអស់នោះកើតឡើង។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គឺជាមាគ៌ានៃសុភមង្គល អ៊ីស្លាម គឺជាសាសនារបស់មនុស្សជាតិទាំងអស់ ពុំមែនជាសាសនាសម្រាប់តែ ជនជាតិអារ៉ាប់នោះទេ។ គឺជាមាគ៌ានៃសុភមង្គលពិតប្រាកដនៅក្នុងលោកិយ អាចដោះស្រា យ គ្រប់បញ្ហារបស់មនុស្សជាតិ និងជាបរមសុខជាអមតៈនៅថ្ងៃបរលោក។ អ៊ីស្លាម អ៊ីស្លាម តើនរណាជាអ្នកបង្កើតខ្ញុំ?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“ទផង់បានមានបន្ទូលថា៖ ចូរអ្នកទាំងពីរ(អាដាំ និងអេវ៉ា)ចុះចេញពីឋានសួគ៌ ទាំងអស់គ្នាចុះ។ ពួកអ្នកមួយចំនួន គឺជាសត្រូវនឹងគ្នា។ ហើយប្រសិនបើការ ចង្អុលបង្ហាញរបស់យើងមកដល់ពួកអ្នក ជនណាហើយដែលបានដើរតាម ការចង្អុលបង្ហាញរបស់យើងនោះ គឺគេមិនវងេវងឡើយនៅក្នុងលោកិយនេះ ហើយក៏មិនលំបាកនោះដែរនៅថ្ងៃបរលោក។ រីឯជនណាហើយបានងាកចេញ ពីការដាស់តឿន(នៃគមរគួរអាន)របសយើង ពិតប រាកដណាស់ សម្រាប់គេ គឺការបស់នៅយ៉ាងលំបាកវេទនា ហើយយើងនឹងប្រមូលផ្ដុំគេនៅថ្ងៃបរលោក ក្នុងនាមជាមនុស្សពិការភ្នែក”។ [គម្ពីរគួរអាន ២០ : ១២៣-១២៤] ការចូលសាសនាអ៊ីស្លាម គឺផ្តល់នូវផលប្រយោជន៍ដ៏ធំធេង ក្នុងចំណោម នោះមានដូចជា៖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ទទួលបននូវជោគជ័យ និងកិត្តិយសក្នុងលោកិយនេះដោយបានក្លាយជា ខ្ញុំបម្រើរបស់ព្រះអល់ឡោះជាម្ចាស់ដែលជាអ្នកបង្កើតរូបគេ។ បើពុំនោះទេ នឹងក្លាយជាខ្ញុំបម្រើនៃតណ្ហា បិសាចសាតទាំង និងកិលេស។ ទទួលបាននូវជ័យជម្នះដ៏ធំបំផុតនៅថ្ងៃបរលោក ដោយរួចផុតពីទណ្ឌកម្ម នៃភ្លើងនរក ហើយបានចូលឋានសួគ៌ ព្រមទាំងទទួលបានការសព្វព្រះទ័យ ពីព្រះអល់ឡោះជាម្ចាស់ និងជីវិតអមតៈក្នុងឋានសួគ៌។ អ្នកដែលត្រូវបានព្រះអល់ឡោះជាម្ចាស់បញ្ចូលទៅក្នុងឋានសួគ៌ ពួកគេនឹង រស់នៅក្នុងបរមសុខជានិច្ច គ្មានការស្លាប់ គ្មានជំងឺ គ្មានការឈឺចាប់ គ្មាន ទុក្ខព្រួយ និងមិនចាស់នោះ ឡើយ ហើយពួកគេនឹងទទួលបាននូវអ្វីគ្រប់យ៉ាង ដែលពួកគេចង់បាន។ តើខ្ញុំទទួលបានផលប្រយោជន៍អខ្លះពីការចូលសាសនាអ៊ីស្លាម? តើបង្កើតមកដើម្បីអ្វី?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នៅក្នុងឋានសួគ៌ គឺមានក្តីរីករាយជាច្រើនដែលភ្នែកមិនធ្លាប់បានឃើញ ត្រចៀក មិនដែលធ្លាប់ឮ ហើយចិត្តមនុសក៏មិនធប់សសមៃដល់។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ព្រះអល់ឡោះជាម្ចាស់បានមានបន្ទូលទៀតថា៖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“ជនណាហើយដែលបានសាងអំពើល្អក្នុងចំណោមបុរស ឬស ដ ហើយគេជា អ្នកមានជំនឿទៀតនោះ គឺយើងពិតជានឹងធ្វើឱ្យគេមានជីវិតបស់នៅដ៏ល្អប្រសើរ ហើយនិងតបស្នងឱ្យពួកគេនូវផលបុណ្យរបស់ពួកគេ ដោយសារតែអំពើល្អ ដែលពួកគេធ្លប់បានសាង”។ [គម្ពីរគួរអាន ១៦ : ៩៧] តើខ្ញុំនឹងខាតបង់អ្វីខ្លះ ប្រសិនបើបើខ្ញុំមិនទទួលយកសាសនាអ៊ីស្លាម មនុស្សនឹងខាតបង់នូវចំណេះ ះដឹង និងការយល់ដឹងដ៏ធំបំផុត គឺចំណេះ ះដឹង និងការយល់ដឹងពីព្រះអល់ឡោះ។ គេនឹងខាតបង់ជំនឿលើអល់ឡោះដែល ជាអ្នកផ្តលសុខសន្តិភាព និងភាពសប់ចិត្តនៅក្នុងលោកនេះ និងសុភមងល អមតៈនៅថ្ងៃបរលោក។ មនុស្សនឹងខាតបង់ ប្រសិនបើមិនបានស្វែងយល់ពីព្រះគម្ពីរដ៏ឧត្តុង្គឧត្តបំផុត ដែលអល់ឡោះជាម្ចាស់ទ្រង់បានបញ្ចុះុះមកកាន់មនុស្សលោក និងខាតបង់នូវ ជំនឿចំពោះគម្ពីរដ៏ធំធេងនេះ។ មនុស្សនឹងខាតបង់នូវជំនឿលើបណ្ដាព្យាការីដ៏ខ្ពង់ខ្ពស់ និងបាត់បង់ឱកាស បាននៅជាមួយពួកលោកនៅក្នុងឋានសួគ៌នាថ្ងៃបរលោក ហើយគេនឹងត្រូវ នៅជាមួយពួកបិសាចសាតទាំង ពួកឧក្រិដ្ឋជន និងពួកព្រះនានានៅក្នុងឋាន នរក ដែលជាទីជម្រកដ៏អាក្រក់ និងជាកន្លែងដ៏ថោកទាបំផុត។ តើនរណាជាអ្នកបង្កើតខ្ញុំ?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លោកិយនេះពុំមែនជាកន្លែងអមតៈន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សូមកុំពន្យារពេលក្នុងការធការសម្រេចិត្ត! ព្រះអល់ឡោះជាម្ចាស់បានមានបន្ទូលថា៖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“ចូរអ្នក(មូហាំម៉ាត់)ពោលថា៖ ពួកដែលខាតបង់ពិតប រាកដ គឺពួកដែលបាន ខាតបង់ខ្លួនឯង និងក្រុមគ្រួសាររបស់ខ្លួននៅថ្ងៃបរលោក។ តើនោះមិនមែនជា ការខាតបង់ដ៏ច្បាស់លាស់បំផុតទេឬ? មានភ្លើងជាស្រ ទាប់ៗនៅពីលើពួកគេ និងនៅពីក្រោមពួកគេ។ (ទណ្ឌកម្ម)នោះហើយដែលអល់ឡោះគំរាមខ្ញុំបម្រើ ទាំងឡាយរបស់ទ្រង់ឱ្យភ័យខ្លាច។ ឱខ្ញុំបម្រើទាំងឡាយរបស់យើង! ចូរពួកអ្នក កោតខ្លាចយើងចុះ”។ [គម្ពីរគួរអាន ៣៩ : ១៥-១៦] ភាពស្រ ស់ស្អាតទាំងអស់នឹងរលាយបាត់ទៅ ហើយភាពត្រេកត្រអាលតាម ចំណង់តណ្ហានឹងរលត់ទៅតាមពេលវេលា។ ថ្ងៃមួយនឹងមកដល់ រូបអ្នកនឹងត្រូវគេជំនុំជម្រះចំពោះអ្វីគ្រប់យ៉ាងដែលអ្នក បានសាង នោះគឺថ្ងៃបរលោក។ ព្រះអល់ឡោះជាម្ចាស់បានមានបន្ទូលថា៖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“ហើយសៀសៀវភៅកំណត់ហេតុតវបានគេដាក់(នៅដៃខាងស្ដាំសម្រាប់អ្នកដែល មានជំនឿ និងដៃខាងឆេវងសម្រាប់អ្នកដែលគ្មានជំនឿ)។ ពេលនោះ អ្នកនឹង ឃើញពួកដែលប្រព្រឹត្ដអំពើអាក្រក់មានការភ័យខ្លាចនូវអ្វីដែលមាននៅក្នុង កំណត់ហេតុនោះ។ ហើយពួកគេនឹងនិយាយថា៖ វិនាសអន្ដរាយហើយពួកយើង! តើនេះជាសៀសៀវភៅកំណត់ហេតុអ្វី បានជាវាមិនបន្សល់ទុកសូម្បីតែអ្វីដែលតូច ឬធំ លើកលែងតែវាបានកត់ត រាទុកទាំងអស់ដូចេនះ! ហើយពួកគេបានឃើញ នៅចំពោះមុខនូវអ្វីដែលពួកគេបានប្រព្រឹត្ដ។ ហើយព្រះជាម្ចស់របស់អ្នកមិន បំពានលើអ្នកណាមក់ឡើយ”។ [គម្ពីរគួរអាន ១៨ : ៤៩] តើបង្កើតមកដើម្បីអ្វី?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សាសនាអ៊ីស្លាម ជាសាសនាតែមួយអង្គគត់ដែលព្រះអល់ឡោះជាម្ចាស់ ទទួលយក ហើយទ្រង់មិនទទួលយកសាសនាដទៃឡើយ។ ដូចនេះ វាមិនមែន ជាការខាតបង់ដែលធម្មតាឡើយ។ ផ្ទុយទៅវិញ វាជាការខាតបង់ដ៏ធំធេងបំផុត។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ព្រះអល់ឡោះជាម្ចាស់បានមានបន្ទូលទៀតថា៖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“ហើយជនណាដែលស្វែងរកសាសនាផេសងក្រៅពីអ៊ីស្លាមនោះ ព្រះអល់ឡោះ ជាម្ចាស់នឹងមិនទទួលយក(ទង្វើល្អ)ពីគេឡើយ ហើយនៅថ្ងៃបរលោក រូបគេ នឹងស្ថិតក្នុងចំណោមពួកដែលខាតបង់”។ [គម្ពីរគួរអាន ៣ : ៨៥] ជាការពិតណាស់ អល់ឡោះជាម្ចស់ទ្រង់ជាអ្នកបង្កើតយើង។ យើងនឹង វិលត្រឡប់ទៅកាន់ទ្រង់វិញ។ ត្រូវដឹងថា ឆាកជីវិតលោកិយនេះខ្លីណាស់ 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បដូចជាសុបិន... 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គ្មាននរណាម្នាក់ដឹងថា ខ្លួននឹងស្លាប់នៅពេលណានោះ ឡើយ។ លោកិយនេះ គឺជាការសាកល្បងសម្រាប់យើងប៉ុណ្ណោះ។ ដូចនេះ តើអ្នកនឹងឆ្លើយតបយ៉ាងណាចំពោះព្រះជាម្ចាស់ ប្រសិនបើទ្រង់ សួរអ្នកនៅថ្ងៃបរលោកថា៖ ហេតុអ្វីបានជាអ្នកមិនដើរតាមសេចក្តីពិត? ហេតុអ្វី បានជាអ្នកមិនដើរតាមព្យាការីចុងក្រោយ? តើអ្នកនឹងឆ្លើយតបយ៉ាងណាចំពោះព្រះជាម្ចាស់របស់អ្នកនៅថ្ងៃបរលោក ខណៈដែលទ្រង់បានព្រមានអ្នកអំពីផលវិបាកនៃការបដិសេធនូវសាសនាអ៊ីស្លាម ហើយទ្រង់បានប្រា ប់អ្នកថា ជោគវាសនារបស់អ្នកដែលបដិសេធ គឺត្រូវវិនាសក្នុង ភ្លើងនរកជាអមតៈនោះ? “ចំណែកឯពួកដែលប្រឆាំង និងបដិសេធនឹងវាក្យខណ្ឌទាំងឡាយរបស់យើង ពួកទាំងនោះ គឺជាពួកនៃឋាននរក ដោយពួកគេស្ថិតនៅក្នុងនោះជាអមតៈ”។ [គម្ពីរគួរអាន ២ : ៣៩] តើនរណាជាអ្នកបង្កើតខ្ញុំ?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គ្មានលេសដោះសាឡើយសសម្រាប់អ្នកដែលបោះបង់ភាពត្រឹមតវ ហើយដើដើរតាមបុព្វបុរសរបស់ពួកគេដោយងងឹតងងុល អល់ឡោះបានប្រា ប់យើងថា ពិតណាស់ មនុស្សជាច្រើនបានបដិសេធ មិនចូលសាសនាអ៊ីស្លាមដោយសារខ្លាចសម្ពាធសង្គមដែលនៅជុំវិញពួកគេ។ មានមនុស្សជាច្រើនបានបដិសេធសាសនាអ៊ីស្លាមព្រោះមិនចង់ផ្លាស់ប្តូរ គោលជំនឿដែលខ្លួនមានទាំងពីរជីដូនជីតា និងជាប់ជ្រៅនឹងអបិយជំនឿទាំងនោះ។ ហើយមានមនុស្សជាច្រើនទៀត្រូវបានរារាំងដោយភាពងប់ងុលនឹងប្រការខុស ឆ្គងដែលចាក់ឫសយ៉ាងជ្រៅនៅក្នុងខ្លួនរបស់គេ។ អ្នកទាំងនេះ គ្មានលេសដោះសា អ្វីឡើយសម្រាប់ពួកគេចំពោះបញ្ហាទាំងនេះ ហើយពួកគេនឹងត្រូវឈរនៅចំពោះ ព្រះភក្រតព្រះអល់ឡោះជាម្ស់ដោយមិនមានអំណះអំណាងអ្វីទាំងអស់។ ការនិយាយអះអាងថា៖ “ការដែលខ្ញុំនៅជាមនុស្សដែលមិនជឿលើព្រះ ព្រោះខ្ញុំកើតនៅក្នុងគ្រួសារអ្នកដែលមិនជឿលើព្រះ” មិនមែនជាលេសសម្រាប់ អ្នកមិនជឿព្រះឡើយ។ ផ្ទុយទៅវិញ គេត្រូវប្រើប្រា ជ្ញាដែលព្រះបានប្រទានដើម្បី សង្កេតមើលភាពអស្ចារ្យនៃមេឃា និងផែនដី ហើយត្រូវប្រើគំនិតដែលព្រះបាន ប្រទានដើម្បីធ្វើការស្វែងយល់ថា សាកលលោកដ៏ធំធេងនេះពិតជាមានអ្នកបង្កើត។ ដូចគ្នានេះដែរ អ្នកដែលគោរពសក្ការៈរូបសំណាក ឬបដិមានានា ក៏គ្មានលេស សម្រាប់ពួកគេចំពោះការធ្វើតាមជីដូនជីតារបស់ខ្លួននោះដែរ។ ផ្ទុយទៅវិញ គេត្រូវ ស្វែងរកសេចក្តីពិត និងត្រូវសួរខ្លួនឯងថា៖ ហេតុអ្វីខ្ញុំត្រូវគោរពបូជាវត្ថុឥតវិញ្ញាណ ដែលស្តាប់ខ្ញុំមិនឮ មើលខ្ញុំមិនឃើញ ហើយក៏មិនអាចផ្តល់ផលប្រយោជន៍អ្វីសោះ ដល់ខ្ញុំបែបនេះ? តើបង្កើតមកដើម្បីអ្វី?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អ្នកដែលមានសតិបញ្ញាត្រូវដើរតាមសេចក្តីពិត ហើយមិនត្រូវដើរ តាមបុព្វបុរស ឬជីដូនជីតាលើប្រការខុសឆ្គងទាំងងងឹតងងុឡើយ។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ព្រះអល់ឡោះជាម្ចាស់បានមានបន្ទូលថា៖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“ហើយនៅពេលដែលមានគេនិយាយទៅកាន់ពួកគេ(ពួកគេមានជំនឿ)ថា៖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ចូរពួកអ្នកត្រឡប់មករកអ្វីដែលអល់ឡោះបានបញ្ចុះ និងមករកអ្នកនាំសារចុះ ពួកគេឆ្លើយថា៖ គ្រប់គ្រាន់ហើយសម្រាប់ពួកយើងនូវអ្វីដែលពួកយើងបាន ទទួលពីដូនជីតារបស់ពួកយើង។ តើ(ពួកគេនិយាយដូចេនះ) ទោះបីជាដូនតា របស់ពួកគេគ្មានការយល់ដឹងអ្វីសោះ និងមិនទទួលបានការចង្អុលបង្ហាញ ក៏ដោយឬ”? [គម្ពីរគួរអាន ៥ : ១០៤] តើត្រូវធ្វើដូចម្ដេចំពោះអ្នកដែលចង់ចូលសាសនាអ៊ីស្លាម ប៉ុន្តែពយបារម្ភពីប្រតិកម្មរបស់ក្រុមគ្រួសារ ឬសាច់ញាតិរបស់ខ្លួន? ចំពោះអ្នកដែលមានបំណងចង់ចូលសាសនាអ៊ីស្លាម ប៉ុន្តែបារម្ភខ្លាចអ្នក ជុំវិញខ្លួន គឺគេអាចូលអ៊ីស្លាម ហើយរក្សាវាជាការសមផងាត់ រហូតដល់អល់ឡោះ សម្រួលនូវផ្លូវដែលល្អសម្រាប់រូបគេដើម្បីអាចរស់នៅដោយឯករាជ្យ និងអាច បើកចំហនូវជំនឿរបស់ខ្លួន។ ដូចនេះ អ្នកចាំ បាច់ត្រូវទទួលយកសាសនាអ៊ីស្លាមភ្លាមៗ ប៉ុន្តែអ្នកមិន ចាំ បាច់ប្រា ប់អ្នកជុំវិញខ្លួនថាអ្នកបានចូលអ៊ីស្លាម ឬបង្ហាញវាជាសាធារណៈនោះទេ ប្រសិនបើការធ្វើដូចនោះអាចបង្កគ្រោះថ្នាក់ដល់អ្នក។ អ្នកត្រូវដឹងថា ប្រសិនបើអ្នកចូលកាន់សាសនាអ៊ីស្លាម អ្នកនឹងក្លាយជា បងប្អូននឹងគ្នាជាមួយនឹងអ្នកមូស្លីមរាប់ពាន់លាននាក់ផ្សេងទៀត។ អ្នកអាចទាក់ទង ជាមួយវិហារអ៊ីស្លាម ឬមជ្ឈមណ្ឌលអ៊ីស្លាមនៅក្នុងប្រទេសរបស់អ្នកដើម្បីសុំការ ណែនាំ និងសុំជំនួយ ហើយពួកគេនឹងរីករាយក្នុងការជួយអ្នក។ តើនរណាជាអ្នកបង្កើតខ្ញុំ?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មិត្តអ្នកអានជទីគោរព! តើការធ្វើឱ្យព្រះអល់ឡោះជាម្ចាស់ដែលជាអ្នកបង្កើតអ្នកសព្វព្រះទ័យ (ដែលទ្រង់ជាអ្នកដែលបានប្រទាននូវឧបការគុណទាំងឡាយដល់អ្នក បានផ្តល់ នូវអាហារដល់អ្នក ខណៈដែលអ្នកនៅជាគភ៌ក្នុងផ្ទៃម្តាយ និងផ្តល់ខ្យល់ឱ្យអ្នកដក ដង្ហើមនាពេលនេះ) មិនសំខាន់ជាងការធ្វើឲ្យអ្នកដទៃពេញចិត្តចំពោះអ្នកទេឬ? តើការទទួលបានជោគជ័យទាំងក្នុងលោកិយនេះ និងនៅថ្ងៃបរលោក មិនសក្តិសមនឹងការលះបង់នូវភាពសប្បាយបណ តោះអាសន្នៃជីវិតនេះទេឬ? សូមកឱ្យអតីតកាលរបស់អ្នករារាំងអ្នកពីការកែតម្រូវនូវផ្លូវដែលអ្នកធ្លាប់ ដរខុស ហើយទទួលយកនូវអ្វីដែលតមត្រូវ។ ចូរក្លាយជាអ្នកដែលមានជំនឿពិតប្រាកដនៅថ្ងៃនេះ ហើយកុំឱ្យបិសាច សាតទាំងរារាំងអ្នកអំពីការដើរតាមសេចក្តីពិត និងភាពត្រឹមត្រូវ! ព្រះអល់ឡោះជាម្ចាស់បានមានបន្ទូលថា៖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“ឱមនុស្សលោកទាំងឡាយ! សញ្ញាភស្ដុតាងពីព្រះជាម្ចាស់របស់ពួកអ្នក ពិតជាបានមកដល់ពួកអ្នកហើយ។ ហើយយើងបានបញ្ចុះទៅកាន់ពួកអ្នក នូវពន្លឺយ៉ាងច្បាស់(ព្រះគម្ពីរគួរអាន)។ រីឯបណ្ដាអ្នកដែលមានជំនឿចំពោះ អល់ឡោះ ហើយប្រកាន់ខ្ជាប់នឹងគម្ពីរគួរអាននោះ ទ្រង់នឹងបញ្ចូលពួកគេ ទៅក្នុងឋានសួគ៌ដោយកដីមេត្ដាករុណានិងការប្រោសប្រទានពីទ្រង់ ព្រមទាំង ចង្អុលបង្ហាញពួកគេនូវមាគ៌ាដ៏ត្រឹមត្រូវ”។ [គម្ពីរគួរអាន ៤ : ១៧៤-១៧៥] តើបង្កើតមកដើម្បីអ្វី?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តើអ្នកបានត មខ្លួនហើយឬនៅ ដើម្បីធ្វើការសម្រេចិត្តដ៏ធំបំផុតក្នុងជីវិតរបស់អ្នក? ប្រសិនបើអ្វីដែលបានលើកឡើងខាងលើនេះមានហេតុផលច្បាស់លាស់ សមហេតុផលសម្រាប់អ្នក ហើយអ្នកទទួលស្គាល់ការពិតនៅក្នុងចិត្តរបស់អ្នក រួចហើយនោះ អ្នកត្រូវតែបោះជំហានដំបូងដើម្បីឆ្ពោះទៅមុខក្លាយជាជនមូស្លីម។ តើអ្នកអាចអនុញ្ញាតឱ្យខ្ញុំជួយដល់ការសម្រេចិត្តដ៏ល្អបំផុតនៅក្នុងជីវិតរបស់អ្នក និងណែនាំអ្នកអំពីរបៀបដើម្បីក្លាយជាអ្នកមូស្លីមឬទេ? ចូរកុំឱ្យអំពើបាបរបស់អ្នករារាំងអ្នកពីការចូលកាន់សាសនាអ៊ីស្លាម ព្រោះ អល់ឡោះជាម្ចាស់ទ្រង់បានប្រា ប់យើងនៅក្នុងគម្ពីរគួរអានថា ជាការពិតណាស់ ទ្រង់នឹងអត់ទោសឱ្យចំពោះអំពើបាបទាំងអស់របស់មនុស្ស ប្រសិនបើគេទទួល យកសាសនាអ៊ីស្លាម និងប្រែចិតត្រ ឡប់ទៅរកព្រះជាម្ចាស់ដែលជាអ្នកបង្កើត។ សូម្បីតែបន្ទាប់ពីអ្នកទទួលយកសាសនាអ៊ីស្លាមហើយក៏ដោយ វាជារឿងធម្មតាទេ ដែលអ្នកនឹងនៅតែប្រព្រឹត្តអំពើបាបខ្លះ ព្រោះយើងជាមនុស្ស មិនមែនជាទេវតា ដែលគ្មានកំហុសនោះ ឡើយ។ ប៉ុន្តែអ្វីដែលតម្រូវឱ្យយើងធ្វើ គឺសុំការលើកលែង ទោសពីអល់ឡោះ និងប្រែចិត្តទៅរកទ្រង់។ ប្រសិនបើអល់ឡោះឃើញថា អ្នកជា មនុស្សដែលរួសរាន់ក្នុងការទទួលយកភាពត្រឹមត្រូវ ហើយបានចូលកាន់សាសនា អ៊ីស្លាម និងពោលពាក្យសក្ខីកម្ម(ស្ហាហាហ្ទះ) នោះទ្រង់នឹងជួយអ្នកឱ្យបោះបង់ អំពើបាបផ្សេងៗទៀត។ អ្នកដែលបែរមករកអល់ឡោះ និងដើរតាមសេចក្តីពិត នោះអល់ឡោះជាម្ចាស់នឹងប្រទាននូវប្រការល្អដល់គេកាន់តែច្រើនបន្ថែមទៀត។ ដូចនេះ ចូរកុំស្ទាក់ស ទើរចិត្តក្នុងការទទួលយកសាសនាអ៊ីស្លាមកនុងពេលឥឡូវនេះ! តើនរណាជាអ្នកបង្កើតខ្ញុំ?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ដើម្បីក្លាយខ្លួនជអ្នកមូស្លីម តើខ្ញុំត្រូវធ្វើដូចម្តេច? ការចូលកាន់សាសនាអ៊ីស្លាម គឺជារឿងងាយស រួល ហើយមិនតម្រូវឱ្យមាន កិច្ចពិធីធំដុំ ឬនីតិវិធីផ្លូវការណាមួយ ឬក៏តម្រូវឱ្យមានអ្នកណាម្នាក់ចូលរួមនោះ ឡើយ។ គេគ្រាន់តែពោលពាក្យសក្ខីកម្ម(ស្ហាហាហ្ទះ)ទាំងពីរឃ្លា ដោយយល់ច្បាស់ ពីអត្ថន័យនៃពាក្យនេះ និងមានជំនឿលើវាប៉ុណ្ណោះ ដោយអ្នកត្រូវពោលថា៖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“អាស្ហា ទូ អាល់ឡា អ៊ីឡាហា អ៊ិលលល់ឡោះ វ៉ាអាស្ហា ទូ អាន់ណា មូហាំម៉ាតាន់ រ៉ស៊ូលុលឡោះ” ដែលមានន័យថា៖ “ខ្ញុំសូមធ្វើសាក្សីថា គ្មានព្រះ ជាម្ចាស់ឯណាដែលត្រូវគោរពសក្ការៈដ៏ពិតប្រាកដក្រៅពីអល់ឡោះនោះ ឡើយ ហើយខ្ញុំសូមធ្វើសាក្សីទៀតថា មូហាំម៉ាត់ គឺជាអ្នកនាំសាររបស់អល់ឡោះ”។ ប្រសិនបើអ្នកអាចពោលវាជាភាសាអារ៉ាប់បាននោះជាការល្អ។ តែប្រសិន បើវាពិបាកសម្រាប់អ្នក អកអាចពោលវាជាភាសារបស់អ្នកបាន។ តាមរយៈការ ពោលពាក្យទាំងពីរឃ្លានេះរួច គឺអ្នកបានក្លាយជាជនមូស្លីមហើយ។ បន្ទាប់មក ចាំ បាច់លើអ្នកត្រូវសិក្សាអំពីសាសនាអ៊ីស្លាមដែលនឹងក្លាយជាប្រភពនៃសុភមង្គល របស់អ្នកក្នុងលោកិយនេះ និងជាការសង្គ្រោះសម្រាប់អ្នកនៅថ្ងៃបរលោក។ ព្រះអល់ឡោះជាម្ចាស់បានមានបន្ទូលថា៖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“ចូរអ្នក(មូហាំម៉ាត់)ពោលទៅកាន់ពួកដែលគ្មានជំនឿថា ប្រសិនបើពួកគេ បពាឈប់ការប្រឆាំងនឹងអល់ឡោះនោះ គេនឹងអភ័យទោសឱ្យពួកគេនូវអ្វី ដែលពួកគេបានប្រព្រឹត្ដកនងមក”។ [គម្ពីរគួរអាន ៨ : ៣៨] តើបង្កើតមកដើម្បីអ្វី?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សម្រាប់ព័ត៌មានបន្ថែមអំពីសាសនាអ៊ីស្លាម សូមចូលទៅកាន់គេហទំព័រ៖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តំណភប់ទៅកាន់សេចក្តីប្រែសម្រួលអត្ថន័យនៃគម្ពីរគួរអាន៖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តំណភប់ទៅកាន់សេចក្តីប្រែសម្រួលអត្ថន័យនៃហាទីស្ហ៖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អង្គការវប្បធម៌ អារ្យធម៌ កម្ពុជា-អារ៉ាប់ បោះពុម្ភផ្សាយដោយ</w:t>
      </w:r>
    </w:p>
    <w:sectPr w:rsidR="00FC693F" w:rsidRPr="0006063C" w:rsidSect="00034616">
      <w:headerReference w:type="default" r:id="rId9"/>
      <w:footerReference w:type="defaul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after="0" w:before="0"/>
      <w:jc w:val="center"/>
    </w:pPr>
    <w:r>
      <w:rPr>
        <w:rFonts w:ascii="Leelawadee UI" w:hAnsi="Leelawadee UI"/>
        <w:b w:val="0"/>
        <w:i w:val="0"/>
        <w:color w:val="94A3B8"/>
        <w:sz w:val="19"/>
        <w:rFonts w:ascii="Leelawadee UI" w:hAnsi="Leelawadee UI" w:cs="Leelawadee UI"/>
        <w:cs/>
        <w:lang w:val="km-KH" w:bidi="km-KH"/>
      </w:rPr>
      <w:t xml:space="preserve">CamQuran E-Library  |  ទំព័រទី </w:t>
    </w:r>
    <w:r>
      <w:rPr>
        <w:rFonts w:ascii="Leelawadee UI" w:hAnsi="Leelawadee UI"/>
        <w:b/>
        <w:i w:val="0"/>
        <w:color w:val="10B981"/>
        <w:sz w:val="19"/>
        <w:rFonts w:ascii="Leelawadee UI" w:hAnsi="Leelawadee UI" w:cs="Leelawadee UI"/>
        <w:cs/>
        <w:lang w:val="km-KH" w:bidi="km-KH"/>
      </w:rP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after="80" w:before="0"/>
      <w:jc w:val="right"/>
    </w:pPr>
    <w:r>
      <w:rPr>
        <w:rFonts w:ascii="Leelawadee UI" w:hAnsi="Leelawadee UI"/>
        <w:b w:val="0"/>
        <w:i/>
        <w:color w:val="64748B"/>
        <w:sz w:val="19"/>
        <w:rFonts w:ascii="Leelawadee UI" w:hAnsi="Leelawadee UI" w:cs="Leelawadee UI"/>
        <w:cs/>
        <w:lang w:val="km-KH" w:bidi="km-KH"/>
      </w:rPr>
      <w:t>📖 តើនរណាជាអ្នកបង្កើតខ្ញុំ?</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eelawadee UI" w:hAnsi="Leelawadee UI"/>
      <w:sz w:val="24"/>
      <w:rFonts w:ascii="Leelawadee UI" w:hAnsi="Leelawadee UI" w:cs="Leelawadee UI"/>
      <w:cs/>
      <w:lang w:val="km-KH" w:bidi="km-K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