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ប្រវត្តិព្យាការី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មូហាំម៉ាត់ជានរណា?</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Who is Muhammad?</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ប្រវត្តិព្យាការី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254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ស្គាល់មូហាំម៉ាត់រ៉ាស៊ូលុលឡោះ..........................................៦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មូហាំម៉ាត់ជានរណា?..................................................២០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សេចក្តីផ្តើម................................................................២០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ពាក្យសំដីនិងការប្រតិបត្តិរបស់មូហាំម៉ាត់.........................២៤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តើមូស្លីមបច្ចុប្បន្នឆ្លុះបញ្ចាំងពីគំនិតរបស់មូហាំម៉ាត់ដែរឬទេ?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តើមូស្លីមជានរណា?...................................................២៥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ក៏ប៉ុន្តែតើមូស្លីមបច្ចុប្បន្នឆ្លុះបញ្ចាំងពីគំនិតរបស់មូហាំម៉ាត់ដែរ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ឬទេ?......................................................................២៧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តើមូស្លីមឱ្យនិយមន័យយ៉ាងដូចម្តេចំពោះពាក្យណាពី?....២៨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តើមូស្លីមជាសភាវៈអាក្រក់មែនទេ?................................២៩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តើមូស្លីមព្រមទទួលអ្នកដទៃដែរឬទេ?............................៣០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ភាពសនិធស្គនលរបស់មូហាំម៉ាត់......................................៣២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មូហាំម៉ាត់ជារតី.......................................................៣២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មូហាំម៉ាត់ជាឪពុក..................................................៣៤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មូហាំម៉ាត់ជាលោកតា.............................................៣៧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មូហាំម៉ាត់ជាមួយនឹងក្មេងៗ......................................៣៩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មូហាំម៉ាត់ជាមួយនឹងស្ត្រី..........................................៤២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មូហាំម៉ាត់ជាមួយនឹងអ្នកជិតខាង...............................៤៦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មូហាំម៉ាត់ជាអ្នកសួរសុខទុក្ខអ្នកដទៃ..........................៤៨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ជាមួយនឹងកុមារកំព្រា..............................................៥០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 ជាមួយនឹងអ្នកក្រ....................................................៥១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 ជាមួយនឹងញាតិជិតខាង.......................................៥៤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 ជាមួយឪពុកម្តាយ................................................៥៦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ការបាប្ស័យទាក់េងរបស់មូហាំម៉ាត់...............................៦១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១.មូហាំម៉ាត់ជាអ្នកលក់ដូរ.............................................៦១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មូហាំម៉ាត់ជាអ្នកទិញ..............................................៦២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មូហាំម៉ាត់ជាអ្នកចុះកិច្ចព្រមព្រៀង.............................៦៣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មូហាំម៉ាត់ក្នុងសង្គ្រាម..............................................៦៥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មូហាំម៉ាត់ជាមួយនឹងគ្រិស្តសាសនិក និងពួកជ្វីហ្វ...................៦៦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អត្តចរិតរបស់មូហាំម៉ាត់................................................៦៩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មូហាំម៉ាត់ស្មោះត្រង់................................................៦៩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មូហាំម៉ាត់ទៀងត្រង់...............................................៧២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មូហាំម៉ាត់ជាអ្នកនាំពាក្យ.........................................៧៤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មូហាំម៉ាត់ជាមនុស្សអត់ធ្មត់......................................៧៦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មូហាំម៉ាត់ជាមនុស្សមនមេត្តាករុណា.........................៧៨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មូហាំម៉ាត់ជាមនុស្សឱនលំទោន................................៧៩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មូហាំម៉ាត់មានមេត្រីភាពចំពោះអ្នកជុំវិញគាត់សូម្បីតែសត្វ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ឃាត........................................................................៨១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មូហាំមត់ជាមនុស្សមនមេត្តា..................................៨៣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 មូហាំម៉ាត់លះបង់មិនលោភលន់................................៨៥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 មូហាំម៉ាត់ជាអ្នកជូនដំណើរភ្ញៀវ..............................៩០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 មូហាំម៉ាត់ជាមនុស្សដឹងគុ .................................៩៣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 មូហាំម៉ាត់យុត្តិធម៌................................................៩៥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សុជីវធ្ម៌របស់មូហាំម៉ាត់...............................................៩៨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មូហាំម៉ាត់ជាគ្រូរបង្រៀន...........................................៩៨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មូហាំម៉ាត់ទទួលទានអាហរ...................................១០១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មូហាំម៉ាត់ឹកទឹក................................................១០៣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មូហាំម៉ាត់ជាមួយនឹងអ្នកជំងឺ..................................១០៤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មូហាំម៉ាត់ជាអ្នកធ្វើដំណើរ.....................................១០៦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មូហាំម៉ាត់ដើរទទីរជើង...........................................១០៨</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ការប្រតិបត្តិរបស់មូហាំម៉ាត់.........................................១០៨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មូហាំម៉ាត់ម៉ាត់ប្រតិបត្តិស ត...............................១០៨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មូហាំម៉ាត់រួងសួងចំពោះម្ចាស់របស់គាត់...................១១១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ជីវិតរស់នៅសាមញ្ញរបស់មូហាំម៉ាត់..............................១១៤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ដំណឹងល្អរបស់មូហាំម៉ាត់សម្រាប់ពួកអ្នកមានជំនឿក្នុងគ្រាមន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វិរត្តិ......................................................................១២៤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ដំណឹងល្អរបស់មូហាំម៉ាត់..........................................១២៣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ភាពសាមញ្ញរបស់មូហាំម៉ាត់.......................................១៣៣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ពាក្យទូន្មានរបស់មូហាំម៉ាត់........................................១៣៧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ចិត្តជ្រះថ្លាល..............................................................១៣៧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ក្តញ្ញូចំពោះឪពុកម្តាយ.............................................១៤៧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ការបាប្ស័យទាក់េងជាមួយនឹងញាតិជិតខាង...............១៤៩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អ្រ់រាំកូនស្រី.............................................................១៤៩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ចិញ្ចឹមកូនកំព្រា........................................................១៥០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ការស្តាប់បង្គាប់មេដឹកនាំ............................................១៥១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ក្តីមេត្តា...................................................................១៥២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t>លអាក្រក់នៃការសុំទាន...........................................១៥៣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សហ្ការគ្នា.............................................................១៥៤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ឧត្តមភាពទនចាំឡោះដឹង.............................................១៥៩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ជាមួយនឹងខ្ញុំបម្រើ.....................................................១៦១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រូបភាពទនក្តីមេត្តាករុណារបស់មូហាំម៉ាត់ចំពោះអ្នកមិនមែន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មូស្លីម....................................................................១៦៣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តើអ្វីជាទង្វើរបស់មូហាំម៉ាត់........................................១៧៧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តើមូហាំម៉ាត់និយាយអ្វីខ្លះ?.......................................២១៤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តើអ្នកដើរតាមគាត់និយាយអ្វីខ្លះពីគាត់.........................២២៣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ប្រៀបឡធៀររវាងអ៊ីសានិងមូហាំម៉ាត់.............................២៣៨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តើរ៉សូលនោះជានរណា?..........................................២៤២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តើអ្នកដឹងថាជានរណាទេ?........................................២៤៧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ការស្គាល់មូហាំម៉ាត់ ជារ៉ាស៊ូលុលឡោះ (អ្នកនាំសាររបស់អល់ឡោះ)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មូហាំម៉ាត់ជាកូនរបស់អាប់ឌុលឡោះ ជាចៅរបស់អាប់ឌុល មុត្តឡិប កើតនៅឆ្នាំ៥៧០គ.សទទួលមរណភាពនៅឆ្នាំ៦៣៣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គ្រប់សេចក្តីដែលបានលើកឡើងក្នុងអត្ថបទនោះ សុទ្ធតែបានដកស្រង់ចេញពីសៀវភៅឯកសារ និងអត្ថបទដែលគេទទួលស្គាល់ជាផ្លូវការ។ ដោយមានការបៀបរាប់ប្រាប់ពីអ្នកដែលបាន ឃើញព្រឹត្តិការណ៍ជាក់ស្តែង។ ចំណែកឯឯកសារយើងដែល យើងប្រើប្រាស់មានច្រើនណាស់ យើងមិនអាចរៀបរាប់ទាំងអស់នោះទេ។ គេបានរក្សាឯកសារទាំងនោះទាំងពីរច្រើនជំនាន់កន្លងមក ដោយគ្មានការកែប្រែ សរសេរដោយអ្នកមូស្លីម និងអ្នកមិនមែនមូស្លីម។ បច្ចុប្បន្នោះ ពួកគេជាច្រើនបានសួរគ្នាអំពីរ៉ាស៊ូលុលឡោះ។ តាមពិត តើគាត់ជានរណា? តើគាត់បានអំពាវនាវ មនុស្សទៅរកអ្វី? ហេតុអ្វីបានជាមបានមនុស្សជាច្រើនស្រឡាញ់ និងចូលចិត្តគាត់? តើគាត់លះបង់ជីវិតរបស់គាត់ដើម្បីអំពាវនាវ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មនុស្សមែនទេ? តើគាត់ជាមនុស្សពិសិដ្ឋឬ? តើគាត់ជារ៉ាស៊ូលុលឡោះដែលអល់ឡោះបានបញ្ជូនមកមែនទេ? តើការពិត បុរសម្នាក់នោះជានរណា? ចូរអ្នកវិនិចឆ័យដោយខ្លួនឯង! យើងនឹងបកស្រាយការពិតដែលមបានមនុស្សរាប់ពាន់នាក់បានរៀបរាប់ប្រាប់។ ក្នុងចំណោមពួកគេគឺពួកអ្នកធ្លាប់រស់នៅជាមួយរ៉ាស៊ូលុលឡោះកាលពីសម័យនោះ ហើយបានស្គាល់បុគ្គលិកលក្ខណៈរបស់គាត់ដោយផ្ទាល់តែម្តង។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ពូជពង្សរបស់គាត់ជាមេកុលសម្ព័ន្ធនៅម៉ាក្កះ ហើយកុលសម្ព័ន្ធដែលមានអាយុកាលចាស់ជាងគេ។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ឈ្មោះរបស់គាត់គឺមូហាំម៉ាត់(محمد)ដែលក្លាយពីពាក្យ ( (حمد មនុស្សទាំងអស់ទាំងពីរសម័យគាត់ រហូតមកដល់បច្ចុប្បន្ន និងនៅថ្ងៃអនាគតបហូតដល់ផែនដីរលាយនិង កំពុងជូនពរដល់គាត់ជាច្រើនដងទាំងថ្ងៃទាំងយប់។ សូមពរជ័យកើតមានដល់មូហាំម៉ាត់។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គាត់មិនដែលធ្វើតាមទំនៀមទម្លាប់របស់ពួកុលសម្ព័ន្ធជាដាច់ខាតដូចជាការគោរពបូជារូបបដិមា គោរពរូបសំណាកផ្សេងៗ ឬរូបព្រះដែលធ្វើដោយដៃរបស់ពួកគេ។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គាត់មានជំនឿថាព្រះជាម្ចាស់ដែលគេគោរពមានតែមួយ ចាំបាច់ត្រូវគោរពចំពោះទ្រង់តែមួយគត់ ទ្រង់គ្មានដៃគូ។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គាត់លើកតម្កើងព្រះនាមរបស់អល់ឡោះ មិនដែលយកព្រះនាមអល់ឡោះមកលេងសើច ឬប្រមាថ ហើយគាត់មិនដែលប្រើប្រាស់ព្រះនាមរបស់ទ្រង់ ដើម្បីគោលបំណងផ្ទាល់ខ្លួន ឬដើម្បីផលប្រយោជន៍ផ្សេងៗនោះទេ។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គាត់មិនឱ្យតម្លៃចំពោះការគោរពខុស និងប្រការទាំងឡាយដែលពាក់ព័ន្ធនឹងអំពើអសីលធម៌ គ្មានតម្លៃ។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គាត់ប្រកាន់ខ្ជាប់នឹងគោលការណ៍សាសនា (ពាក្យប្រៀនប្រដៅរបស់អល់ឡោះ) ដូចដែលណាពីមុនៗធ្លាប់បានប្រតិបត្តិ។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គាត់មិនដែលប្រព្រឹត្តអំពើផិតក្បត់ ហើយគាត់តែងតែដឹកនាំអ្នកដទៃកុំឱ្យប្រព្រឹត្តអំពើអាម៉ាស់មុខនោះ។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គាត់បានហាមិនឱ្យចងការប្រាក់ ដូចដែលណាពីអ៊ីសា ធ្លាប់បានអនុវត្តទាំងពីររាប់សតវត្សមុន។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គាត់មិនធ្លាប់លេងល្បែងស៊ីសង គាត់ក៏មិនអនុញ្ញាតឱ្យ គេប្រព្រឹត្តអំពើនោះផងដែរ។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គាត់មិនដែលផឹកស្រាជាដាច់ខាត ត្បិតការផឹកស្រាជាទម្លាប់អវិជ្ជាដែលរីកសុះសាយសម្រាប់មនុស្សទូទៅ។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គាត់មិនដែលនិយាយដើមនរណាម្នាក់ ហើយគាត់តែងតែជំទាស់នឹងការនិយាយដើមគេ និងការចាក់រុកគេ ដែល គាត់បានស្តាប់ឮ។</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គាត់តែងតែបួសដើម្បីបញ្ជិតខ្លួនចំពោះអល់ឡោះ និងជៀសវាងពីកិលេសតណ្ហាដែលនៅជុំវិញខ្លួន។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គាត់បាននិយាយថា អ៊ីសា កូនរបស់នាងម៉ារី គឺជាភាពអស្ចារ្យរបស់អល់ឡោះក្នុងការបង្កើតរូបគាត់ ដោយម្តាយ របស់អ៊ីសាជាស្ត្រីបរិសុទ្ធឋិតក្នុងចំណោមសត្វលោកដ៏ប្រពៃ របស់អល់ឡោះ។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ណាពី មូហាំម៉ាត់គាត់បានបញ្ជាក់ប្រាប់ សូម្បីតែចំពោះពួកជ្វីហ្វនៅម៉ាឌីណះ គាត់ក៏បានប្រាប់ថា អ៊ីសាជាមេស៊ី ដែលគេមាននិយាយនៅក្នុងគម្ពីរតាវរ៉ាត។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គាត់បានមានប្រសាសន៍ថា ភាពអស្ចារ្យដែលអ៊ីសាមាន គឺ(ព្យាបាលជំងឺខ្វាក់ពីកំណើត និងជំងឺឃ្លង់ឱ្យជា ហើយធ្វើឱ្យសាកសពរស់ឡើងវិញ)ដោយការអនុញ្ញាតពីអល់ឡោះ។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គាត់បានប្រកាសថា អ៊ីសាមិនទាន់ស្លាប់ ប៉ុន្តែអល់ឡោះបានលើកគាត់យកទៅលើមេឃ។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តាមការត្រាស់បន្ទូលរបស់អល់ឡោះ ណាពីបានដាស់រំឭកថា អ៊ីសានឹងត្រឡប់មកវិញនៅថ្ងៃចុងក្រោយ ដើម្បីដឹកនាំពួកអ្នកមានជំនឿធ្វើសញ្ជ័យលើពួកសត្រូវរបស់សច្ចភាព និងសម្លាប់ឌัจជ៉ាល់។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គាត់បានបង្គាប់ឱ្យបរិច្ចាគទ្រព្យសម្រាប់អ្នកក្រីក្រ ការពារ និងគាំពារស្ត្រីមេម៉ាយ កូនកំព្រា និងអ្នកដំណើរដាច់សង្វែងតាមផ្លូវ។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គាត់បានបង្គាប់ឱ្យគ្រួសារនីមួយៗត្រូវចេះស្រឡាញ់គ្នា សាមគ្គីគ្នា ឱ្យតម្លៃចំពោះចំណងទាក់ទងគ្រួសារ ហើយគាត់បានស្តារឡើងវិញនូវទំនាក់ទំនងរវាងសមាជិកគ្រួសារ។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គាត់បានជំរុញឱ្យមានការបៀបអាពាហ៍ពិពាហ៍តាមច្បាប់ឥស្លាម ហើយបានហាមឃាត់អំពើផិតក្បត់។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គាត់បានជំរុញចំពោះការផ្តល់សិទ្ធិឱ្យស្ត្រីដូចជាការផ្តល់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បណ្ណាការ កេរមរតក និងទ្រព្យសម្បត្តិ....។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ប្រកាន់យកអាកប្បកិរិយាថ្លៃថ្នូរដូចជាការអត់ធ្មត់ ការឱនលំទោន និងប្រការផ្សេងៗទៀត ដែលនាំឱ្យមនុស្សទូទៅទទួលស្គាល់។ គឺពួកអ្នកដែលធ្លាប់ស្គាល់សុចរិតភាពដ៏ប្រពៃរបស់គាត់ ដែលគ្មាននរណាម្នាក់ប្រៀបដូចនឹងគាត់បាន។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មូហាំម៉ាត់មិនដែលនិយាយកុហក មិនក្បត់សន្យា មិនដែលធ្វើសាក្សីក្លែងក្លាយ។ គ្រប់កុលសម្ព័ន្ធទាំងអស់នៅម៉ាក្កះ ទទួលស្គាល់ និងល្បីឈ្មោះថាគាត់ជាមនុស្សសច្ចៈទៀងត្រង់។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 គាត់មិនផិតក្បត់ជាដាច់ខាត គាត់មិនដែលមានទំនាក់ទំនងស្នេហាក្រៅពីរៀបការ គាត់មិនទទួលស្គាល់ទង្វើបែបនោះ ត្បិតនៅសម័យនោះ អំពើផិតក្បត់បានរីកសុះសាយ។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គាត់មិនដែលមានទំនាក់ទំនងជាមួយស្ត្រីណាម្នាក់ លើកលែងតែតាមរយៈអាពាហ៍ពិពាហ៍ស្របតាមច្បាប់សាសនាឥស្លាម និងមានសាក្សីត្រឹមត្រូវ។ . ទំនាក់ទំនងរបស់គាត់ជាមួយនឹងអាអ៊ីសះ ជាទំនាក់ទំនង អាពាហ៍ពិពាហ៍ស្របច្បាប់ឥស្លាម។ យើងទាំងអស់គ្នាបានដឹង យ៉ាងពិស្តារតាមរយៈហាឌីសដែលនិទានដោយអាអ៊ីសះ។ ជាទំនាក់ទំនងដ៏ប្រពៃថ្លៃថ្លារវាងបុរសនឹងស្ត្រីពោរពេញដោយ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សេចក្តីស្រឡាញ់ និងការគោរព។ អាអ៊ីសះគេចាត់ទុកជាអ្នក និទានម្នាក់ដ៏ប្រសើរបំផុតក្នុងចំណោមអ្នកនិទានហាឌីសរបស់ រ៉ាស៊ូលុលឡោះ។ គាត់មិនធ្លាប់ក្លាយជាអ្វីក្រៅតែពីជាប្រពន្ធរបស់រ៉ាស៊ូលុលឡោះ។ គាត់មិនដែលមានទំនាក់ទំនងជាមួយបុរសណាក្រៅពីរ៉ាស៊ូលុលឡោះ។ គាត់ក៏មិនដែលនិយាយដើម រ៉ាស៊ូលុលឡោះ។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 ណាពីហាមិនឱ្យសម្លាប់ជីវិត លុះត្រាតែមានច្បាប់បញ្ជាពីអល់ឡោះពាក់ព័ន្ធនឹងបញ្ហានោះ។ ច្បាប់អនុញ្ញាតពិសេសរបស់អល់ឡោះទាក់ទងនឹងបញ្ហានោះគឺ ទ្រង់បានអនុញ្ញាតឱ្យសម្លាប់អ្នកដែលមកប្រយុទ្ធតតទាំងនឹងអ្នកមូស្លីម និងសាសនា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 ក៏ប៉ុន្តែត្រូវគោរពច្បាប់ដែលអល់ឡោះបានកាំ ត់ ចំពោះកិច្ចការនោះ។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 សាសនាឥស្លាមានហាមឃាត់មិនឱ្យសម្លាប់ជីវិតដែល គ្មានកាំហុស្លូវច្បាប់។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 ការសម្លាប់រង្គាលនៅលើជនជាតិជ្វីហ្វពុំនកើតឡើងជា ដាច់ខាត លើកលែងតែរនារ់ពីពួកគោនក្បត់នឹងកិច្ចសនា ជាមួយនឹងរ៉ាស៊ូលុលឡោះរារ់សិរដង។ រ៉ាស៊ូលុលឡោះពុំតេល់ជាមួយនឹងពួកគេទេ លើកលែងតែរនារ់ពីគាត់បានដឹង យ៉ាងចាស់ថ្ល ពួកគេក្បត់ មានរទាំងចង់តួលរាំលាំឥស្លាមនិង ពួកអ្នកមូស្លីម។ ច្បាប់ដាក់េ ឌក្មេពុំត្រូវានអនុវត្តតលើក លែងតែមនភស្តុតាងងបញ្ជាក់ចាស់ថ្លបុគ្គលនោះានក្បត់នឹង អល់ឡោះ និងរ៉ាស៊ូលុលឡោះ។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 កុលសម្ព័ន្ធនៅសម័យនោះលបីលាញខាងយកខ្ញុំបម្រើនិង ទាសក្រធ្វើជាកម្មសិទ្ធិផ្ទាល់ខ្លួន លុះឥស្លាមានមកដល់ក៏បាន បញ្ជាឱ្យមានការដោះលែងខ្ញុំបម្រើ។ រ៉ាស៊ូលុលឡោះានដោះ លែងខ្ញុំបម្រើជាច្រើន ហើយគាត់បានប្រើឱ្យសាវក្របស់គាត់ អនុវត្តា មគាត់។ រហូតដល់ណាពីបានដោះលែងខ្ញុំបម្រើរបស់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គាត់ឱ្យមានសេរីភាព ហើយបានយកធ្វើជាកូនចិញ្ចឹមរបស់ គាត់គឺ ឡហ សត ពិន ហរីសោះ។ អាពូហពកើតានទិញពី ល អាល់ហហពសសីយ៍ ជាអ្នកអាហានដាំរូងរងអស់ក្នុងឥស្លាម ហើយបានដោះលែងគាត់ឱ្យមានសេរីភាព។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ឈ. ចំណែកអ្នកដែលពាយមបៀតបៀន និងចង់ធ្វើឃាតប៉ាសូ លុលឡោះ (ហេតុការណ៍ ៍ដែលលបីសុសស្គយបំផុតគឺកើត ឡើងនៅពេលដែលអាលីនដេកនៅលើដគ្របស់រ៉សូលុល ឡោះនៅយប់ដែលគាត់ចេញភៀសខ្លួននៅម៉ាឌីណះជាមួយ នឹងអាពូហពកើត)។ រ៉ាស៊ូលុលឡោះមិនបានប្រើឱ្យនរណាម្នាក់ សងសឹក្ចំពោះអ្នកដែលជារ់ពាក់ព័ន្ធក្នុងរឿងនោះ។ ភស្តុតាងង សំខាន់ាន់បំផុតបញ្ជាក់ពីរឿងនោះគឺ នៅពេលដែលរ៉ាស៊ូលុលឡោះ និងសហ្ការីរបស់គាត់បានចូលរំដោះទឹកដីម៉ាក្កះ ហើយកិច្ចការ ដាំរូងរងអស់ដែលគាត់ប្រើឱ្យសហ្ការីរបស់គាត់ធ្វើគឺ មិនឱ្យធ្វើរអ្នកដែលធ្លាប់ានធ្វើរគាត់ និងសហ្ការីរបស់គាត់។ នោះជារូបភាពបញ្ជាក់អាំពីការអ្នុគ្រោះ និងការអធ្យាស្រ័យក្នុង ជីវិតរស់នៅរបស់រ៉ាស៊ូលុលឡោះ។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t>ញ. គាត់មិនបានអនុញ្ញាតឱ្យអ្នកមូស្លីមធ្វើសង្គ្រាមកនុងអាំឡុង ១៣ឆ្នាំដាំរូងនៃការអំពាវនាវរបស់គាត់។ រញានោះមិនទាក់េង នឹងសមតថភាពរបស់ពួកគេក្នុងការធ្វើសង្គ្រាមនោះទេ ដោយសារពួកគោនហ្វឹក្ហត់ធ្វើសង្គ្រាមនៅតាមធ្មេជាតិទន ជីវិតដែលពួកគេរស់នៅ ហើយពួកគេតែងតែមនជជម្លោះរវាង កុលសម្ព័ន្ធរបស់ពួកគេ។ ក៏ប៉ុន្តែអល់ឡោះពុំទាន់ានដាក់ ច្បាប់ឱ្យធ្វើសង្គ្រាម។ ក្រោយពេលអល់ឡោះបានដាក់ច្បាប់ឱ្យ ធ្វើសង្គ្រាម ទ្រង់បានដាក់មកជាមួយនូវកាតព្វកិច្ច សិទ្ធិពាក់ ព័នធនឹងរញាសង្គ្រាម និងច្បាប់កាំ ត់របស់អល់ឡោះ។ ច្បាប់ របស់អល់ឡោះទាក់េងនឹងការធ្វើសង្គ្រាមានដចងយ៉ាង ចាស់ដាស់ និងពិស្តារអាំពីអ្នកដែលត្រូវតទាំងជាមួយ របៀប ចមទាំង ពេលវេលាចមទាំង និងច្បាប់កាំ ត់ដែលគេមិនអាច ផ្លែឈើសាន។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 សាសនាឥស្លាមានហាមឃាត់ដាច់ខាត មិនឱ្យធ្វើការ បំផ្លាញហេដ្ឋារចនាសម្ព័ន្ធ លើកលែងតែមនការបញ្ជាពីអល់ឡោះ ឡោះឱ្យបំផ្លាញ អាប្ស័យតាមកាលៈទេសៈតប្មូវជាចាំច់។ . ពួកសត្រូវឥស្លាមានពាយមប្រើគ្រប់មមធ្យោបាយដើម្បីធ្វើររ៉ាស៊ូលុលឡោះ និងជេរប្រទេចរណាតស្គគាត់។ ក៏ប៉ុន្តែ ណាពីនៅតែសុំឱ្យពួកគេទទួលាននូវការចង្អុលបង្ហាញ។ ភ សតុតាងដ៏ប្រសើរបំផុតបញ្ជាក់ពីរឿងនោះគឺការធ្វើដំណើរបស់ ណាពីនៅកាន់តាអ៊ីហ្វ ជាកន្លែងដែលគេធ្វើររ៉ាស៊ូលុលឡោះ យ៉ាងខ្លាំងកាលជាទីបំផុត។ ផ្តើមគំនិតចេញពីពួកឡមកុលសម្ព័ន្ធ ដែលប្រឆាំងនឹងគាត់។ នៅទីរញ្ចាប់ ពួក្មេងៗាននាំគ្នាដេញ តាមវាយ គរ់គាត់នឹងដុំេ។ រហូតដល់ដកផងជើងដ៏ទ្លថ្លលទាំងពីរ របស់គាត់ត្រូវហូរ ម។ ខ ៈពេលនោះទេវតាជីជីប្រ៊ីលាន ចុះមក ដើម្បីសងសឹក្នៅលើសត្រូវរបស់ណាពី ដោយគាត់ អាចបញ្ជាទេវតាភនាំឱ្យយកភនាំសងកត់លើពួកគេ។ តែណាពីបាន រដិបដិសេធ ហើយសុំឌូអាឱ្យអល់ឡោះលើកលែងទោសដល់អ្នក ប្សុក្តាអ៊ីហ្វ គាត់បានបាថ្លនថ្ល៖ «សង្ឃឹមថា កូននៅជំនាន់ ក្រោយរបស់ពួកគេនឹងមានជំនឿចំពោះអល់ឡោះ»។ គ្រប់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ប្រការដែលរ៉ាស៊ូលុលឡោះចង់ាននោះគឺការ្សព្វាយ សាសនាដោយគាត់មិនគិតពីខ្លួនរបស់គាត់ និងោំហាំទនគ្រោះ ថ្លនក់ដែលគាត់បានទទួលរងគ្រោះនោះឡើយ។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ឌ. រ៉ាស៊ូលុលឡោះបានមានប្រសាសន៍ថា៖ គ្រប់ក្មេងដែលកើត មកគឺមនលក្ខ ៈស្គអតសអាំ(សថិតក្នុងសាសនាឥស្លាម)។ ឥស្លាមានន័យថាការឱនលំទោនគ្រប់ដររយ៉ាងចំពោះអល់ឡោះ ឡោះ ហើយប្រតិបត្តិតាមរេបញ្ជារបស់ទ្រង់)។ ក៏ប៉ុន្តែក្មេង នោះទទួលរងឥេធិពលពីសងាមដែលគេរស់នៅ ហើយផ្នែកអ្រ់រាំ ដែលគទទួលនោះានកែប្រែភាពស្គអតសអាំដែលមាននៅក្នុង ខ្លួនរបស់គេ។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 រ៉ាស៊ូលុលឡោះានរបង្រៀនសហ្ការីរបស់គាត់និងអ្នកមូសលី មទាំងអស់ឱ្យពួកគេគោរពព្រះជាម្ចាស់តែមួយ ម្ចាស់របស់អោំ ួស អ៊ីប្រាហ៊ីម យ៉ាក់កូរ មូស្គដាវូត ស៊ូឡៃម៉ាន អ៊ីសា ឱ្យពួកគេមានជំនឿចំពោះរ៉សូលទាំងនោះ ជាណាពី និងជាខ្ញុំ បម្រើរបស់អល់ឡោះតែមួយគត់។ ជាមួយគ្នានោះដែរ គាត់បានរបង្រៀនឱ្យពួកគេចេះគោរព និងលើកតឡមកីងពួកណាពីៗ ដោយគ្មានការដរងដចក្រវាងពួកគេឡើយ។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គាត់បានមានប្រសាសន៍ថា ប្រភពទនគម្ពីរតាវរ៉ាត ហាពួរ អិញ្ជីលចេញមកពីប្រភពតែមួយដូចគម្ពីរអាល់គួរអានដែរគឺ មានប្រភពមកពីអល់ឡោះជាម្ចាស់។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 រ៉ាស៊ូលុលឡោះានប្រាប់ដាំ ឹងឱ្យដឹងមុនតាមរយៈការ ត្រាស់បន្ទូលពីអល់ឡោះមនព្រឹត្តិការណ៍ជាច្រើនានកើត ឡើងដូចដាំ ឹងដែលគាត់បានប្រាប់មុន។ គាត់ប្រាប់មុនពី ព្រឹត្តិការណ៍ដែលនឹងកើតឡើងនៅថ្ងៃអនាគត ហើយក្រោយ មកានកើតឡើងជាក់ដសតង។ . គម្ពីរអាល់គួរអានាននិយាយអាំពីការលង់ទឹកស្លាប់របស់ ស្តេចផ្ទរា៉ាអផង់ នៅពេលដែលគេដេញតាមណាពីមូសារត់ចេញ ពីប្រទេសឡអហ្សិរ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ﮃ ﮄ ﮅ ﮆ ﮇ ﮈ ﮉﮊ ﮒ ﭼ :يونس ٩٢ មានន័យថា៖«នៅថ្ងៃនោះយើងនឹងសង្គ្រោះខ្លួនបាន របស់ អ្នកឱ្យរួចុត (មិនសអុយរលួយ) ទុក្ជាភស្តុតាងងសម្រាប់អ្នក ជំនាន់ក្រោយ»។ អ្នកវិទ្យាសាស្ត្រស្រាវប្ជាវជនជាតិរទាំងម្នាក់ ឈ្មោះ មូរីស រូកាយ (موريس بوكاي)ាននិយាយក្នុងសៀវភៅ របស់គាត់ដែលមានចាំ ជើងថា «គម្ពីរអិញ្ជីល អាល់គួរអាន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និងវិទ្យាសាស្ត្រ»។ គាត់ធ្វើការសិកាស្រាវប្ជាវដើម្បីបញ្ជាក់ពី ការពិត ដែលបានធ្វើឱ្យអ្នកវិទ្យាសាស្ត្រភទាំងស្មារតី នៅពេលធ្វើ ការពិឡស្គធ្លើសាកសពដែលគោនរក្សាទុក្មិនឱ្យរលួយ នោះ(ផ្ទរា៉ាអផង់)។ គាត់បានរក្ឃើញកាំ ក្អាំរិលនៅពិសេស សល់ក្នុងខ្លួនរណាតលមកពីការលង់ទឹកស្លាប់ក្នុងសមុបេ ហើយរឿងនោះអល់ឡោះបានមានព្រះបន្ទូលក្នុងគម្ពីរអាល់គួរ អានទាំងពីរ១៤០០ឆ្នាំមុនមកឡមល៉ោះ។</w:t>
      </w:r>
    </w:p>
    <w:p>
      <w:pPr>
        <w:spacing w:line="324" w:lineRule="auto" w:after="120" w:before="0"/>
        <w:jc w:val="left"/>
      </w:pPr>
      <w:r>
        <w:t>ន. ហេតុការណ៍ ៍លង់ទឹករបស់ផ្ទរា៉ាអផង់(فرعون)គឺកើតឡើង មុនពេលគេតែងតាំងរ៉ាស៊ូលុលឡោះរារ់ពាន់ឆ្នាំ ហើយគម្ពីរអា ល់គួរអានាននិយាយទាំងពីរអ្នកវិទ្យាសាស្ត្រពុំទាន់ានរក ឃើញការពិតនោះ លើកលែងតែក្នុងពេលទីៗនោះរ៉ុនោះ។ មានន័យថា ក្រោយពេល១៤០០ឆ្នាំនៃការរញ្ចុះគម្ពីរអាល់គួរ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អាន...តើរ៉ាស៊ូលុលឡោះដឹងរឿងនោះានយ៉ាងដូចម្តេច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 សិនជាគម្ពីរអាល់គួរអានមិនមែនជាសំដីរបស់អល់ឡោះម្ចាស់ 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តើមូហាំម៉ាត់ជានរណា? ឡសចកតីឡ តើហ ក្នុងនមអល់ឡោះ ការសរសើរទាំង យសម្រាប់អល់ឡោះ សូមពរជ័យកើតមនដល់រ៉ាស៊ូលុលឡោះ។ មូហាំម៉ាត់ជាបុគ្គលម្នាក់ដែលមានវត្តមានទាំងពីរ ១៤០០ឆ្នាំ កន្លងមក។ គេនិយាយថា គាត់បានទទួលការត្រាស់បន្ទូល និង សារមកពីលើមេឃ អាំពីអល់ឡោះជាម្ចាស់ ហើយគាត់មនភារកិច្ច សព្វាយសារនោះនៅលើផែនដី ដោយមិនកាំ ត់ពីពេលវេលាទីកន្លែង ជាតិសាសនា៍ ឬព ៌សមបុរ ឬរូបរាងរបស់អ្នកដែលគាត់ ត្រូវនៅអំពាវនាវនោះ។ ដោយសារសាសនានោះជាសាសនាចុង ក្រោយដែលគោនរញ្ចុះពីលើមេឃ មកកាន់ផែនដី។ គាត់ជារ៉ាសូ លុលឡោះ និងជាណាពីចុងក្រោយគេរងអស់។ គ្មានរ៉សូលុល ឡោះ ហើយក៏គ្មានណាពីណាចុងក្រោយករៅពីគាត់។ តើគាត់ជា នរណា? តើគាត់ជាភេរវករដែលគោនរគាញមុខនៅលើទំព័រ ការដសត ឬមួយក៏គាត់ជាមេទ័ពដែលតែងតែទទួលានជ័យជាំ នោះក្នុងការធ្វើសង្គ្រាមជាមួយនឹងសត្រូវ។ សៀវភៅមួយចំនួន ដែលបាននិយាយពីរឿងមូហាំម៉ាត់ដែលគាត់ប្រើរយៈពេល២៥</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ឆ្នាំតែរ៉ុនោះចាប់ទាំងពីរការ្សព្វាយដាំរូងរបស់គាត់។ គាត់បានផ្ទលស់រតូរនិងកែប្រែផែនដីទាំងមូល ហើយការ្សព្វាយ របស់គាត់បានរីកសុះសាយគ្រប់ទីកន្លែង។ ពួកគោននិយាយ ពីទេពកោសល្យ ភាព លសទវផ្នែក្នយោបាយ និងការធ្វើ ចមទាំង។ ចំណែកឯអ្នកខ្លះទៀតាននិយាយពីការធ្វើសង្គ្រាម ឬ ការតសូក្នុងឆ្កជីវិតរបស់គាត់ ក្នុងការ្សព្វាយ ឬការពារក្សារ សព្វាយនោះ។ ក៏ប៉ុន្តែភាគច្រើនានភ្លេច និងប្រដហ្សមិនបានលើកពីផ្នែក្ដ៏សំខាន់ាន់ទនជីវិតរបស់គាត់គឺ ជីវិតក្នុងនមជា មនុស្សជាតិ ជាឪពុក ជាបងប្អូន និងជារតី។ អ្នកមូស្លីមជាច្រើនានគិតថ្ល រាល់អ្វីដែលមូហាំម៉ាត់ាននាំមកក្នុងវិស័យរស់នៅឬទំនាក់ទំនងគឺមិនមែនមកពីខ្លួនគាត់ផ្ទាល់ទេ ក៏ប៉ុន្តែជាការត្រាស់ បន្ទូលដែលអល់ឡោះបានតល់ឱ្យគាត់។ ដូចនេះ យើងផ្តោត សំខាន់ាន់នៅលើរូបភាពដែលគេដាក់ឬមិនសូវចាប់អារមេ ៍ពីជីវិត រស់នៅរបស់មូហាំម៉ាត់។ នៅពេលមូហាំម៉ាត់ចាប់ផ្តើមអំពាវនាវ លើកដាំរូង គាត់មិនបានធ្វើសង្គ្រាមជាមួយជាតិសាសនា៍របស់ គាត់នោះទេ។ តែគាត់ និងសហ្ការីរបស់គាត់បានតសូអត់ធ្មត់ ចំពោះរញាដែលបានកើតឡើង។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នៅពេលដែលគាត់កំពុងតែជួរនឹងគ្រោះថ្លនក់ គាត់បានអ្រ់រាំ ឱ្យសហ្ការីរបស់គាត់ប្រកាន់ខ្ជាប់នូវក្រមសីលធ្ម៌ និងទំនាក់ទំនងលអដើម្បីធ្វើឱ្យពួកគេក្លាយជាស្តេចផែនដីដោយពួកគេគ្មាន ចទាំង់ចាំ ូលចិត្តនឹងធ្វើ។ គាត់មិនអំពាវនាវយើងឱ្យទទួលយករាល់មប្តាទាំង យទន ជីវិតរបស់មូហាំម៉ាត់ ដែលគោនរាំឡ្លីសអាំពីគាត់នអាំឡុងពេល ចុងក្រោយនោះទេ។ មប្តាទាំង យដែលយើងាននាំមកគឺជា មប្តាដែលដចងអាំពីជីវិតរស់នៅរបស់មូហាំម៉ាត់ ដែលមានការ ចាប់អារមេ ៍នៅរយៈពេលចុងក្រោយទនជីវិតរបស់ណាពី។ ក៏ ប៉ុន្តែ ប្រសិនបើយើងតទាំងខ្លួនជាអ្នកអ្ពាក្រឹត ចង់វិនិចឆ័យលើ បុគ្គលណាម្នាក់យើងត្រូវ៖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ស្តាប់ពីបុគ្គលនោះដោយផ្ទាល់។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ប្រៀបឡធៀរគំនិតរបស់គាត់តាមតក្កភាព(ភាពសមហេតុ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ល)ដែលប្រាជ្ញាត្រឹមត្រូវអាចទទួលយកាន។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៣.ប្រសិនបើអ្នកទទួលស្គាល់ពាក្យសំដីរបស់គេ អ្នកចាំច់ ត្រូវសសង្កេតនៅលើទង្វើរបស់គេ តើទង្វើរបស់គេស្របនឹងពាក្យ សំដីរបស់គេដែរឬទេ?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អ្នកគ្មានពាក្យអ្វីក្រៅពីជឿជាក់ចំពោះគាត់នោះទេ។ នោះជា អ្វីដែលណាពីបានសសម្រេច ដោយគាត់បានមានប្រសាសន៍ថា៖</w:t>
      </w:r>
    </w:p>
    <w:p>
      <w:pPr>
        <w:spacing w:line="324" w:lineRule="auto" w:after="120" w:before="0"/>
        <w:jc w:val="left"/>
      </w:pPr>
      <w:r>
        <w:t>«ប្រាជ្ញាជាលក្ខ ឌនៃការដាក់ភារកិច្ចឱ្យទទួលបន្ទុក»។ ដូចនេះអ្នកដែលគ្មានប្រាជ្ញាគឺមិនត្រូវបានគេដាក់ភារកិច្ចឱ្យទទួលបន្ទុក្នោះទេ។ នោះគឺជាជាំហនតក្កភាពទាំងរួនដែលប្រាជ្ញារបស់អ្នកនឹងប្រើ បាស់ដើម្បីដវក្ដញក្រក្ខុសត្រូវក្នុងការវិនិចឆ័យនៅលើបុគ្គលណា ម្នាក់។ នៅចុងរញ្ចាប់អ្នកនឹងឆ្លើយតបនឹងសំណួរទាំង យដែល អ្នកងឿងឆ្ងល់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-តើមូហាំម៉ាត់ជាភេរវករពិតមែនទេ?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-តើគាត់ជារ៉ាស៊ូលុលឡោះដូចដែលបានអោះអាងក្នុងព្រះបន្ទូល របស់អល់ឡោះមែនទេ?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-តើឥស្លាមជាសាសនាពិតមែនទេ? ដើម្បីឱ្យអ្នកមនលេធភាពអាចអានពីជីវប្រវត្តិមូហាំម៉ាត់ យើង ចាំច់ត្រូវនិយាយជាភាសារួមគ្នា។ ដូចនេះ ក្នុងជំពូក្នោះ យើង នាំមកនូវការពនយល់ពាក្យ និងនិយមន័យសំខាន់ាន់ៗដែលទាក់េង នឹងប្រធ្លនរេរបស់យើងដូចជាពាក្យ សាសនា(الدين) អ្នកនាំ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សារ(الرسول) ម្ចាស់(الرب) ឥស្លាម(اإلسالم)។ ជាពាក្យគនលឹះដ៏ សំខាន់ាន់ ដើម្បីឱ្យអ្នកមនលេធភាពអាចយល់ពីខលឹមសារសៀវភៅ។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ពាកយសម៉ដីនិងការប្បតិបតតិ របស់មូហាំម៉ាត់ ក្នុងជំពូកនោះយើងបានបកស្រាយជាច្រើនផ្នែក្សតីអាំពីមូហាំម៉ាត់ក្នុងស្គថនភាពផ្សេងៗគ្នាទនជីវិតរស់នៅរបស់គាត់ជារូបភាព មួយគយបំផុត។ ជំពូកទីមួយដរងដចក្ជាពីរផ្នែក ផ្នែកទីមួយ មានចាំ ជើងថា៖ «ពាក្យសំដីរបស់មូហាំម៉ាត់» ផ្នែកទីពីរមន ចាំ ជើងថា «តើមូហាំម៉ាត់គាត់ធ្វើអ្វី»។ ដើម្បីឱ្យអ្នកានស្គត រ់ពីបុគ្គលិកលក្ខណៈ ៈរបស់គាត់ និងប្រៀបឡធៀរពាក្យសំដីរបស់ គាត់ និងការប្រតិបត្តិរបស់គាត់។ ជួនក្លាយើងបន្ថែមវិចរ ៍ ខ្លះ ដើម្បីផ្តោតអារមេ ៍នៅលើអាំ ោះអាំណាងទនហាឌីស ឬការ បកស្រាយពីអ្តថន័យមួយចំនួន។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តើអ្នកហាសលីហបច្ចុប្បន្នឆ្លលុះប ចម៉ងី គំនិតរបស់ មូហាំម៉ាត់ដែរឬទេ? តើហាសលីហជានរណា? ពាក្យថា ឥស្លាម តាមនិយមន័យភាស្គនិងន័យសារីអាត់គឺជា ភស្តុតាងងរគាញឱ្យយើងស្គាល់ពីអ្តតន័យទនពាក្យ មូស្លីម។ ដូចនេះ នៅពេលយើងនិយាយអាំពីមូស្លីម យើងមិននិយាយអាំពីនិសស័យ និងចរិតលក្ខ ៈ។ ក៏ប៉ុន្តែយើងនិយាយអាំពីការ្តិតយកឬចមលង យកតាមពុមពគំរូដែលគទទួលាន។ ពុមពគំរូនោះគឺពុមពគំរូឥស្លាម ហើយជាហេតុដែលនាំឱ្យយើងនិយាយអាំពីឥស្លាម។ ពីព្រោះ បុគ្គលិកលក្ខណៈ ៈឥស្លាមានសសម្រេចជោគជ័យពេញ ឡលញចរឹក្នុងបុគ្គលិកលក្ខណៈ ៈរបស់រ៉ាស៊ូលុលឡោះ។ តក្កត ភាពនាំយើងនៅរក្ការប្រកាន់យកនូវគំរូមួយដែលគោនសនេត ក្នុងបុគ្គលិកលក្ខណៈ ៈមូស្លីម។ ដូចនេះ ប្រសិនបើអ្នកស្គាល់មូហាំម៉ាត់ អ៊ីចឹងអ្នកចាស់ជាស្គាល់នរណាជាមូស្លីម។ តើគេមាន អាក្របកិរិយយ៉ាងដូចម្តេចំពោះស្គថនភាពផ្សេងៗ? នោះគឺជា គោលរទាំងមួយទនគោលរទាំងរបស់សៀវភៅនោះ ប្រសិនបើ អ្នកស្គាល់មូហាំម៉ាត់ អ្នកនឹងស្គាល់មូស្លីម។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មូស្លីមតាមន័យភាស្គគឺ (អ្នកដែលមានចិត្តស្មោះត្រង់ជ្រះថ្លាល ចំពោះអល់ឡោះក្នុងការគោរពសក្ការៈរបស់គេ។ ដូចពាក្យថា គេ ប្រគល់របស់អ្វីមួយឱ្យនរណាម្នាក់គឺ ប្រគល់ដោយទឹកចិត្តស្មោះ ត្រង់ចំពោះគេ។ ឥស្លាមានន័យថា ប្រតិបត្តិសាសនាដោយចិត្ត ជ្រះថ្លាល និងមនជំនឿចំពោះអល់ឡោះ)។ យើងតាមនិយមន័យខាងលើពាក្យថា(ឥស្លាម)មិនសាំនៅនៅ 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បុគ្គលណាមួយជាក់ដាក់ ដូចជាព្រះពុះធសាសនាសាំនៅ នៅរក ពុះធអផងា ហើយសាសនាហារា៉ាឌុសសាំនៅនៅរក្បុគ្គល ម្នាក់ឈ្មោះ ហារា៉ោស្រស្គត។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មិនចំពោះជាតិសាសនា៍ណាមួយជាក់ដូចជាសាសនា ជ្វីហ្វដែលសាំនៅនៅរក្តែជនជាតិជ្វីហ្វរ៉ុនោះ។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មិនមែនចំពោះតំបន់ឬប្រទេសណាមួយជាក់ដូចជា សាំនៅនៅរក្សាសនាគ្រិសត។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សម័យកាលមួយដែលមានកាំ ត់។ ពាក្យនោះនាំយើងនៅកាន់ពិភពទនលាំហ្អាកាសមួយឡសរីគ្មាន ដដនកាំ ត់សម្រាប់ការតែងតាំងមូហាំម៉ាត់ជារ៉ាស៊ូលុលឡោះ។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យើងតាមនិយមន័យខាងលើ រាល់ណាពីទាំងអស់សុះធតែ ជាមូស្លីម។ នោះគឺជាការពិតដែលគម្ពីរអាល់គួរអានានដចងក្នុង ររិរេជាច្រើន។ ដូចមូស្គជារ៉សូលមូស្លីមសម្រាប់ពួកជ្វីហ្វ ក៏ដូច ជាពួកណាពី និងរ៉សូលផ្សេងៗទៀត។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ក៏បតុដនត តើហាសលីហបច្ចុប្បន្នឆ្លលុះប ចម៉ងី គំនិតរបស់ មូហាំម៉ាត់ដែរឬទេ? ដើម្បីឆ្លើយតបនឹងសំណួរនោះ អ្នកចាំច់ត្រូវប្រៀបឡធៀររវាង សម័យកាលពីរទនប្រវត្តិសាស្ត្រ។ សម័យកាលដែលប្រជាជាតិមូហាំម៉ាត់ានរីកសុះសាយេទាំងពិភពលោក។ ពួកគោន គ្រប់គ្រងមួយភាគធាំទនពិភពលោក ហើយនោះជាការពិតដែល មិនអាចប្រដក្កាន។ រីឯសម័យកាលមួយទៀត គឺសម័យកាល បច្ចុប្បន្ន អ្នកដែលអោះអាងថ្ល ខ្លួនជាប្រជាជាតិរបស់មូហាំម៉ាត់ មានច្រើន ក៏ប៉ុន្តែពួកគេជាមនុស្សដែលទន់ខ្សោយជាងគេបំផុត នៅលើផែនដីនោះ។ ហេតុតែពួកគេទទួល្លដូចបច្ចុប្បន្នោះ ដោយសារពួកគេឃាលតចេញទាំងប្សុងពីជីវិតរបស់មូហាំម៉ាត់និង មគា៌របស់គាត់។ រ៉ាស៊ូលុលឡោះមិនឱ្យនិយាយកុហក 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 ូក ហ្សីណា(ិតក្បត់) លួចរលន់ ហើយគាត់ប្រើឱ្យប្រកាន់ នូវភាពយុត្តិធម៌ មិនរាំពាន មានមេត្តាករុណា ាត់ាង់ចិញ្ចឹម កូនកំព្រា និងយកចិត្តទុកដាក់ចំពោះភ្ញៀវ ហើយកាតព្វកិច្ចរបស់ អ្នកគឺចាំច់ត្រូវអានកូនសៀវភៅមួយច្បាប់នោះ ដើម្បីឡឈវង យល់ពីសំដី និងការប្រតិបត្តិរបស់គាត់។ មា៉ាងទៀត ដើម្បីឱ្យអ្នក ដឹងឱ្យចាស់ថ្ល មូស្លីមសព្វថ្ងៃនោះ ប្រតិបត្តិតាមូហាំម៉ាត់ ត្រឹម តែឈ្មោះរ៉ុនោះ។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តើហាសលីហឱ្យនិយហន័យយតងដាចឡហតចចម៉ចំពោះពាកយ ណី? ពាក្យ ណាពី តាមភាស្គអារ៉ាប់មានន័យថាដាំ ឹងគឺជាដាំ ឹង ដែលមានសារៈសំខាន់ាន់ ឬមកពីពាក្យអាន់នូពូវ៉ោះមានន័យថា ខពង់ខពស់និងកិតិយស។ ណាពី គឺជាអ្នកដែលអល់ឡោះបាន ត្រាស់បន្ទូលនៅកាន់គាត់។ បើសិនទ្រង់បង្គាប់ឱ្យ្សព្វាយគឺគេ នៅថ្ល រ៉សូល។ រ៉សូលទាំងអស់សុះធតែជាណាពី តែណាពីទាំងអស់ពុំមែនសុះធតែជារ៉សូលនោះទេ។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 មូហាំម៉ាត់ចំពោះមូស្លីមគឺជាណាពីនិងជារ៉ាស៊ូលុលឡោះ មកពីអល់ឡោះ។ អល់ឡោះបានបង្គាប់ឱ្យគាត់សព្វាយសារឥស្លាម ដើម្បីឱ្យ សារនោះក្លាយជាសារចុងក្រោយរងអស់ដែលរញ្ចុះពីលើមេឃ មក កាន់ផែនដី។ គាត់គឺជាក្តីមេត្តាដែលអល់ឡោះបានរក្សាទុក សម្រាប់ខ្ញុំបម្រើរបស់គាត់នៅសម័យចុងក្រោយនោះ។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តើហាសលីហជាសភាវៈអាក្រកូដហនទេ? មូហាំម៉ាត់ានមានប្រសាសន៍ថា៖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«ស្គនមញញឹមរបស់អ្នក ចំពោះបងប្អូនរបស់អ្នកគឺជាការធ្វើសហាកោះ(ការដាក់ទាន)»។ គាត់បានប្រាប់យើងថ្លបុរសម្នាក់ចូលឋានសួគ៌ដោយសារគោន កាត់ដមកឈើមួយដមកដែលរទាំង្លូវអ្នកដំណើរ។ តើអាក្របកិរិយ ដររនោះសម្តែងចេញពីមនុស្សអាក្រក់មនរទាំងចង់រងកគ្រោះ ថ្លនក់ដល់មនុស្សដទេមែនទេ? ក៏ប៉ុន្តែ គាត់គឺជាក្តីមេត្តាពិពិសេស សម្រាប់អ្នកដែលមានជំនឿ និងជាក្តីមេត្តោនៅសម្រាប់មនុស្ស ជាតិទាំងមូល។ មិនតែរ៉ុនោះគឺសម្រាប់ពិភពលោក្ទាំងមូល តែម្តង។ ដូចគម្ពីរអាល់គួរអានានដចងថ្ល៖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ﮐ ﮑ ﮒ ﮓ ﮔ ﮕ ﭼ األ :نبياء ١٠٧ មានន័យថា៖«យើងមិនបានបញ្ជូនអ្នកមកទេ លើកលែងតែជា ក្តីមេត្តាសម្រាប់ពិភពលោក្ទាំងមូល»។ សូមលើកតែត្រឹមនោះ ហើយការអានប្រធ្លនរេផ្សេងៗទៀត អ្នកនឹងមានលូវដើម្បី ឆ្លើយតបនឹងសំណួរដោយខ្លួនឯង។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តើហាសលីហបី ហទទួល់មអ្នកដទៃដែរឬទេ?(អ្នកហិន ដហនហាសលីហ) ជាការពិតណាស់ រ៉ាស៊ូលុលឡោះានចុះកិច្ចព្រមព្រៀង ជាមួយនឹងពួកជ្វីហ្វ ហើយគាត់បានជដជក្ជាមួយនឹងពួកគេរឹស្គា ន។ នោះគឺជាការពិតដែលគម្ពីរអាល់គួរអានានទទួលស្គាល់ ដោយព្រះបន្ទូលរបស់អល់ឡោះថ្ល៖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ﮮ ﮯ ﮰ ﮱﯓ ﯠ ﭼ :النحل ١٩٧ មានន័យថា៖</w:t>
      </w:r>
    </w:p>
    <w:p>
      <w:pPr>
        <w:spacing w:line="324" w:lineRule="auto" w:after="120" w:before="0"/>
        <w:jc w:val="left"/>
      </w:pPr>
      <w:r>
        <w:t>«ចូរជដជក្ជាមួយនឹងពួកគេនូវអ្វីដែលលអ ប្រសើរជាទីបំផុត»។ ហេតុអ្វីនយើងមិនអាចអផងុយជដជកគ្នាន? ជាមួយនោះ អល់ឡោះបានកាំ ត់នូវរបៀបនៃការជដជក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ទ្រង់បានកាំ ត់ឱ្យជដជក្នូវអ្វីដែលលអប្រសើរបំផុតដោយគោការ រាំពាររាំពាន។ គាត់ក៏បានធ្វើកិច្ចសនាជាមួយពួកជ្វីហ្វ ភស្តុតាងងបញ្ជាក់ពី រឿងនោះគឺរ៉ាស៊ូលុលឡោះានស្លាប់ ហើយអាវក្រោះរបស់គាត់ នៅជារ់រញ្ចាំជាមួយនឹងបុរសជនជាតិជ្វីហ្វម្នាក់។ ក៏ប៉ុន្តែក្នុង លក្ខ ឌដែលអ្នកនោះពុំមែនជាសត្រូវសង្គ្រាមជាមួយនឹងមូសលី ម។ តែប្រសិនបើគេធ្វើសង្គ្រាមជាមួយនឹងមូស្លីម ឬរឡ តញពួក គេចេញពីះរបស់ពួកគេឬគេជួយសត្រូវធ្វើសង្គ្រាមប្រឆាំងនឹង មូស្លីម ឬរឡ តញពួកគេចេញពីះនោះ មូស្លីមមនសិទ្ធិធ្វើ សង្គ្រាមតេល់ដោយប្រើវិធីគ្រប់ដររយ៉ាងដែលច្បាប់ឥស្លាមាន ដចង។ ច្បាប់ធ្វើសង្គ្រាមរបស់ពួកគេចដមលកខ្លាំងណាស់ ដោយដាក់លក្ខ ឌមិនឱ្យសម្លាប់មនុស្សចស់ ក្មេងៗ ស្ត្រីភេទ ដុត បំផ្លាញោះសាំដរង ឬការ់បំផ្លាញដើមឈើ។ មិនត្រឹមតែ រ៉ុនោះ មូហាំម៉ាត់ានដាក់េ ឌក្មេនៅលើសហ្ការីរបស់គាត់ មួយចំនួនដែលពួកគោនរាំពានលើសនឹងច្បាប់នោះ ហើយនៅ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មានអ្វីជាច្រើនទៀត....។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ប្រសិនបើមូស្លីមយល់ពីគំនិតរបស់មូហាំម៉ាត់ ពួកគេចាស់ ជាមនការបាប្ស័យទាក់េងជាមួយនឹងអ្នកមិនមែនមូស្លីមដូច ដែលគាត់បានបាប្ស័យទាក់េងជាមួយនឹងពួកគេដែរ។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 សនិធស្គនល់មរបស់មូហាំម៉ាត់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មូហាំម៉ាត់ជាបតី ពាក្យសម្តីរបស់គាត់ (ﷺ) អាប៊ូ ហុរ៉ៃរ៉ោះបាននិយាយថារ៉ាស៊ូលុលឡោះបានមានប្រស្គ 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اهلل عنه ،قال قال رسول اهلل صلى اهلل عليه و سلم ( :أكمل المؤمنين إيمانا أحسنهم ،خلقا و خياركم خياركم لنسائهم )رواه الترمذي قال و حديث حسن صحيح وفي رواية أكمل المؤمنين إيمانا : أحسنهم خلقا ، و خياركم خياركم لنسائهم الراوي: أبو هريرة المحدث: األلباني - المصدر: تخريج مشكاة المصابيح - الصفحة أو الرقم: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خالصة حكم المحدث: إسناده حسن មានន័យថា៖ «អ្នកមនជំនឿដែលពេញឡលញជាងគេគឺអ្នក ដែលមានសីលធ្ម៌ប្រសើរជាងគេ ហើយអ្នកដែលប្រសើរជាងគេ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ក្នុងចំណោមពួកអ្នកគឺ អ្នកដែលធ្វើលអខ្លាំងជាងគេចំពោះគ្រួសារ របស់ខ្លួន »។ ក្នុងរីវា៉ាយ៉ាត់ផ្សេងទៀត៖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«អ្នកមនជំនឿដែលពេញឡលញជាងគេគឺអ្នក ដែលមានសីលធ្ម៌លអប្រសើរជាងគេ ហើយអ្នកដែលលអប្រសើរ ជាងគេក្នុងចំណោមពួកអ្នកគឺអ្នកដែលធ្វើលអខ្លាំងជាងគេចំពោះ គ្រួសាររបស់ខ្លួន »។ រីវា៉ាយ៉ាត់៖ អាប៊ូ ហុរ៉ៃរ៉ោះ អ្នកនាំហាឌីស អាល់ហពនីយ៍ ប្រភព(تخريج مشكاة المصابيح) ទំព័រ ឬលេខ ៣២០០។ ហាឌីសនោះហាសាន់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 عن ابن سعد عن عمرو رضى اهلل عنه أنه قال: قيل: يا رسول ،اهلل من أحب س النا إليك؟ قال: ))عائشة رضى اهلل عنه(( ، قال إنما أقول من ،الرجال قال : ))أبوها((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قيل يا رسول اهلل من أحب الناس إليك قال عائشة قيل من الرجال قال أبوها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الراوي: أنس بن مالك المحدث: األلباني - المصدر: صحيح الترمذي - الصفحة أو الرقم: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خالصة حكم المحدث: صحيح</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t>មានន័យថា៖ «អាំពី អិរនូ ស្អាត អាំពីអាំរូ គាត់បាននិយ យថា៖ មានគេសួរថា ឱ រ៉ាស៊ូលុលឡោះ តើអ្នកណាដែលអ្នក ស្រឡាញ់ជាងគេ? គាត់បានប្រាប់ថា៖«អាអ៊ីសះ» គេរនតថ្ល៖</w:t>
      </w:r>
    </w:p>
    <w:p>
      <w:pPr>
        <w:spacing w:line="324" w:lineRule="auto" w:after="120" w:before="0"/>
        <w:jc w:val="left"/>
      </w:pPr>
      <w:r>
        <w:t>ខ្ញុំចង់សួរពីបុរស។ គាត់តបថា៖ «ឪពុក្របស់នង»។ មានគេសួរថា៖ « ឱ រ៉ាស៊ូលុលឡោះ តើអ្នកណាដែលអ្នក ស្រឡាញ់ជាងគេ?គាត់បានប្រាប់ថា៖ «អាអ៊ីសះ»។ គេសួរថ្ល ខ្ញុំចង់និយាយពីបុរស។ គាត់បានប្រាប់ថា៖«ឪពុក្របស់នង»។ រី វា៉ាយ៉ាត់៖ អាឡីស ពិន ម៉ាលិក អ្នកនាំហាឌីស អាល់ហពនីយ៍ ប្រភព(صحيح الترمذي)ទំព័រ ឬលេខ៣៨៩០។ ហាឌីសនោះសឡហ 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មូហាំម៉ាត់ជាឪី ក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الدرداء رضي اهلل عنه أن رجال أتاه فقال: إن لي امرأة وإن أمي تأمرني بطالقها.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فقال سمعت رسول اهلل صلى اهلل عليه وسلم يقول: ))الوالد أوسط أبواب الجنة(( فإن شئت فأضع ذلك الباب أو احفظه. رواه الترمذي وقال حديث حسن صحيح</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«អាំពី អាពូ ខៃបារ បាននិយាយថា មាន បុរសម្នាក់មកជួរគាត់ ហើយបានប្រាប់គាត់ថ្ល ខ្ញុំមនប្រពន្ធ ហើយម្តាយរបស់ខ្ញុំនប្រើឱ្យខ្ញុំលែងនង។ អាពូ ខៃបារ បាន និយាយថាខ្ញុំនឮរ៉ាស៊ូលុលឡោះបានមានប្រសាសន៍ថា៖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ឪពុក ឬម្តាយគឺជាពាក់ក្ណាតលទនទ្វារឋានសួគ៌»។ តើអ្នកចង់ លះបង់ទ្វារនោះឬដ្រក្សា»។ រីវា៉ាយ៉ាត់អាត់-ទិរមីហ្ស៊ី គាត់ថ្ល ហាឌីសនេះសហ៊ីហ៍។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أنس رضي اهلل عنه أن رسول اهلل صلى اهلل عليه و سلم دخل على ابنه إبراهيم رضي اهلل عنه و هو يجود بنفسه فجعلت عينا رسول اهلل صلى اهلل عليه و سلم ،تذرفان فقال له عبد الرحمن بن عوف: وأنت يا رسول اهلل؟ فقال: ))اي ابن عوف إنها رحمة(( ثم أتبعها بأخرى فقال: ( إن العين ،تدمع و القلب ،يحزن و ال نقول إال ما يرضي ،ربنا و إنا بفراقك يا إبراهيم لمحزونون )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អាឡីស បាននិយាយថា៖ «រ៉ាស៊ូលុលឡោះានចូលនៅ មើលកូនរបស់គាត់ឈ្មោះអ៊ីប្រាហ៊ីម ខ ៈពេលដែលអ៊ីប្ពហីរានស្លាប់ ហើយភ្នែកទាំងពីររបស់រ៉ាស៊ូលុលឡោះានហូរទឹក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ដភនក អាប់ឌុលឡោះរា៉ោះម៉ាន ពិន អ័ហ្វានសួរគាត់ថ្ល សូម្បីតែរ៉សូលុ លឡោះក៏អ៊ីចឹងដែរមែនទេ? គាត់បានតបថា៖ «ដន អិរនូ អ័ហ្វ នោះជាសេចក្តីមេត្តា»។ រនារ់មកគាត់បានរនតទៀតថ្ល៖ « ដភនក តែងតែហូរទឹកភ្នែក ចិត្តតែងតែកើតទុក្ខប្ពួយ យើងគ្មាន និយាយអ្វីក្រៅពីពាក្យដែលអល់ឡោះទ្រង់សព្វព្រះទ័យនោះទេ។ ដនអ៊ីប្រាហ៊ីម ពិតណាស់ ការស្លាប់របស់អ្នកធ្វើឱ្យពួកយើងកើតទុក្ខជោមៃន់»។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أنس رضي اهلل عنه قال لما ثقل النبي صلى اهلل عليه وسلم جعل يتغشاه الكرب. فقالت فاطمة رضي اهلل عنها: وا :كرب أبتاه! فقال))ليس على أبيك كرب بعد اليوم(( فلما مات قالت: يا أبتاه أجاب ربا دعاه، يا أبتاه جنة الفردوس مأواه، يا أبتاه إلى جبريل ننعاه. فلما دفن قالت فاطمة رضي اهلل عنها: أطابت أنفسكم أن تحثوا على رسول اهلل صلى اهلل عليه وسلم التراب؟! رواه البخاري.</w:t>
      </w:r>
    </w:p>
    <w:p>
      <w:pPr>
        <w:spacing w:line="324" w:lineRule="auto" w:after="120" w:before="0"/>
        <w:jc w:val="left"/>
      </w:pPr>
      <w:r>
        <w:t>អាំពី អាឡីស បាននិយាយថា៖ «នៅពេលណាពីមនទុក្ខជោមៃន់(ឈឺជិតស្លាប់) ហវទីម៉ោះបាននិយាយថា៖ លោកឪពុក ខ្ញុំរមភខ្លាំងណាស់! គាត់បានឆ្លើយថា៖«រនារ់ពីថ្ងៃនោះនៅឪពុក របស់អ្នកលែងមនទុក្ខទៀតហើយ»។ នៅពេលគាត់ស្លាប់ុត នៅ ហវទីម៉ោះបាននិយាយថា លោកឪពុក ព្រះជាម្ចាស់ាន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ទទួលយកឌូអារបស់លោក ឋានសួគ៌ហ្វៀរដោសជាទីអាស្រ័យ របស់លោក។ លោកឪពុក ខ្ញុំសូមប្រកាសកាន់ទុក្ខដល់ទេវតាជី ជីប្រ៊ីល។ នៅពេលដែលគេរញ្ចុះសពគាត់រួច ហវទីម៉ោះាន និយាយថា៖ ហេតុអ្វីនជាពួកអ្នកពេញចិត្តនឹងកាយដីលរ់នូររ៉ា សូលុលឡោះ ោះ វីបើពួកអ្នកស្រឡាញ់គាត់យ៉ាងខ្លាំងកាលនោះ?» រាយការ ៍ដោយអាល់ពូខរីយ៍។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មូហាំម៉ាត់ជាលោកតា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عمرو بن شعيب عن أبيه عن جده رضي اهلل عنهم ،قال قال رسول اهلل صلى اهلل عليه و سلم: ))ليس منا من لم يرحم ،صغيرنا و يعرف شرف كبيرنا(( حديث صحيح رواه أبو داود والترمذي و قال الترمذي حديث حسن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«អាំពី អាំរូ ពិន សូដអ្រ អាំពីឪពុក្របស់គាត់ អាំពី ជីតារបស់គាត់បាននិយាយថា រ៉ាស៊ូលុលឡោះបានមានប្រស្គស ន៍ថ្ល ពុំមែនជាប្រជាជាតិរបស់យើងទេ អ្នកដែលមិនអា ិត ស្រឡាញ់ក្មេងៗ ហើយមិនគោរពចស់េំ»។ ហាឌីសសាហ៊ីហ រី វា៉ាយ៉ាត់អាពូហាវូត អាត់-ទិរមីហ្ស៊ី អាត់-ទិរមីហ្ស៊ីននិយាយ ថ្លហាឌីសនោះហាសាន់សាហ៊ីហ។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أن رسول اهلل صلى اهلل عليه و سلم كان يصلي ، و هو حامل أمامه بنت زينب ، بنت رسول اهلل صلى اهلل عليه و سلم ، وألبي العاص بن الربيع بن عبد شمس ، فإذا سجد و ضعها ، و إذا قام حملها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الراوي: أبو قتادة األنصاري الحارث بن ربعي المحدث: البخاري - ال مصدر: صحيح البخاري - الصفحة أو الرقم: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615خالصة حكم المحدث: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នៅពេលដែលរ៉ាស៊ូលុលឡោះគាត់ស ត គាត់បានពរនៅស្រីរបស់គាត់អូម៉ាម៉ោះ កូនស្រីរបស់ទហ្ស រ់ ហើយ ទហ្ស រ់ជាកូនស្រីរបស់រ៉ាស៊ូលុលឡោះ។ រីវា៉ាយ៉ាត់អាពី អាអ៊ីសះ ពិន ឡអីររ៉ាឡពៀក ពិនអារ់ឌុសសាំស៍ានឱ្យដឹងថ្ល ពេលគាត់សូ ឡជាត គាត់ដាក់នងចុះ ហើយពេលគាត់ងើប គាត់ពរនង។ អ្នករីវា៉ាយ៉ាត់៖ អាពូ ក្តាហោះ អាល់អាន់ឡស្គារីយ៍ អាល់ហរីសោះ ពិន រ៉ារអីយ៍។ អ្នកនាំហាឌីស៖ អាល់ពូខរីយ៍។ ប្រភព៖ សាហ៊ីហ អាល់ពូខរីយ៍ ទំព័រ ឬលេខ៥១៦ សរុរមកហាឌីសនោះ សាហ៊ីហ។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رضي اهلل عنه :قال قبل النبي صلى اهلل عليه و سلم الحسن بن علي رضي اهلل عنهما و عنده األقرع بن ،حابس فقال األقرع: إن لي عشرة من الولد ما قبلت منهم أحدا. فنظر إليه رسول اهلل صلى اهلل عليه و سلم فقال: ))من ال يرحم ال يرحم!((متفق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 ហុរ៉ៃរ៉ោះ បាននិយាយថា៖ «ណាពីបានឡីរនៅ របស់គាត់ហាសាន់ ពិន អាលី ហើយអាក្រក់ ពិន ហពិស នៅ ជាមួយណាពី។ ពេលនោះអាក្រក់បាននិយាយថាខ្ញុំមនកូនដរ់ នក់ ខ្ញុំមិនដែលឡីរនរណាម្នាក់ក្នុងចំណោមពួកគេឡើយ។ រ៉ាសូ លុលឡោះានមើលមុខអាក្រក់ ហើយនិយាយថាអ្នកដែលមិន អា ិតស្រឡាញ់គេ គឺគេក៏មិនអា ិតស្រឡាញ់វិញដែរ»។ ហាឌីសមុតាតហវគុនអាទហើយ។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៤.មូហាំម៉ាត់ជាហួយនឹងក្មេងៗ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عائشة رضي اهلل عنها قالت: جاءتني مسكينة تحمل ابنتين لها فأطعمتها ثالث تمرات، فأعطت كل واحدة منهما تمرة ورفعت إلى فيها تمرة لتأكلها فاستطعمتها ابنتاها فشقت التمرة التي كانت تريد أن تأكلها ،بينهما فأعجبني شأنها فذكرت الذي صنعت</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لرسول اهلل صلى اهلل عليه وسلم فقال: ))إن اهلل قد أوجب لها بها الجنة أو أعتقها بها من النار((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«អាអ៊ីសះបាននិយាយថាស្ត្រីអ្នកក្រម្នាក់ាន នាំកូនស្រីរបស់គាត់ពីរនក់មកជួរខ្ញុំ ខ្ញុំក៏បានហុចដ្លផ្លែឈើឱ្យគាត់ ចំនួនរីគ្រារ់។ គាត់បានហុចឱ្យកូនគាត់ម្នាក់មួយគ្រារ់ ហើយ គាត់បានយកផ្លែឈើដែលនៅសល់ដាក់ចូលក្នុងមត់ តែកូនស្រី ទាំងពីររបស់គាត់ទារទៀត។ គាត់បានដហផ្លែឈើដែលគាត់ចង់ ហូរនោះជាពីរចំណែក។ ខ្ញុំពិតជារាំឡភីរណាស់ចំពោះរឿងរបស់ គាត់។ ខ្ញុំក៏បាននិយាយរឿងរបស់គាត់ប្រាប់រ៉ាស៊ូលុលឡោះ ហើយរ៉ាស៊ូលុលឡោះបានមានប្រសាសន៍ថា៖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 ត្រៀមឋានសួគ៌សម្រាប់គាត់ ឬរំដោះគាត់ឱ្យរួចុតពីភ្លើងនរក ដោយសារដ្លផ្លែឈើមួយគ្រារ់នោះ»។ រីវា៉ាយ៉ាត់ដោយមូស្លីម។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قتادة الحارث بن ربعي رضي اهلل عنه ،قال قال رسول اهلل صلى اهلل عليه و سلم: ( إني وم ألق إلى الصالة و أريد أن أطول فيها فأسمع بكاء الصبي فأتجوز في صالتي كراهية أن أشق على أمه )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អាំពី អាពី ក្តាហោះ អាល់ហរិស ពិន រ៉ារអ៊ី យ៍បាននិយាយថា រ៉ាស៊ូលុលឡោះបានមានប្រសាសន៍ថា ខ្ញុំកំពុង ឈរស ត ខ្ញុំមនរទាំងចង់ស តឱ្យយូរ តែខ្ញុំនឮក្មេងយាំ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ហើយខ្ញុំក៏ស តខ្លីៗ ព្រោះខ្ញុំខ្លាចមនការលាំក្ដល់ម្តាយ ក្មេងនោះ»។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أنس رضي اهلل عنه أنه مر على صبيان فسلم عليهم و قال: كان النبي صلى اهلل عليه و سلم يفعله.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«អាំពី អាឡីស បាននិយាយថា គាត់ដើរក្សាត់ក្មេង មួយករុម ហើយគាត់បានឱ្យស្គ មានៅកាន់ពួកគេ។ គាត់បាន និយាយថារ៉ាស៊ូលុលឡោះគាត់ធ្លាប់ធ្វើអ៊ីចឹងដែរ»។ មុតាហវគុន អាទហើយ។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عنه قال: إن كانت األمة من إماء المدينة لتأخذ بيد النبي صلى اهلل عليه و سلم فتنطلق به حيث شاءت. رواه البخاري. تعليق: األمة نا ه هي صغيرة السن គាត់បានរនតទៀតថ្ល៖ «មនស្ត្រីខ្ញុំបម្រើម្នាក់ក្នុងចំណោមស្ត្រីខ្ញុំ បម្រើជាច្រើននៅម៉ាឌីណះ បានដឹក្ដៃណាពី ហើយនាំគាត់ដើរ នៅកន្លែងណាដែលគេចង់នៅ»។ រីវា៉ាយ៉ាត់អាល់ពូខរីយ៍។ អាល់អាម៉ោះមានន័យថាក្មេងស្រីខ្ញុំបម្រើដែលនៅតូច។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មូហាំម៉ាត់ជាហួយនឹងស្តសតី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نع أبي هريرة رضي اهلل عنه ،قال قال رسول اهلل صلى اهلل عليه و سلم : ( أكمل المؤمنين إيمانا أحسنهم ،خلقا و خياركم خياركم )لنسائهم رواه الترمذي و قال حديث حسن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«អាំពី អាពូ ហុរ៉ៃរ៉ោះ បាននិយាយថា រ៉សូលុ លឡោះានមានប្រសាសន៍ថា អ្នកមនជំនឿដែលពេលឡលញ ជាងគេគឺអ្នកដែលមានក្រមសីលធ្ម៌លអជាងគេ ហើយអ្នកដែល លអប្រសើរជាងគេក្នុងចំណោមពួកអ្នកគឺអ្នកដែលធ្វើលអចំពោះ ភរិយរបស់ខ្លួនខ្លាំងជាងគេ»។ រីវា៉ាយ៉ាត់អាត់-ទិរមីហ្ស៊ី គាត់ថ្ល ហាឌីសនោះហាសាន់សាហ៊ីហ។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رضي اهلل عنه ،قال قال رسول اهلل صلى اهلل عليه و سلم: ( ال يفرك م،ؤمن مؤمنة إن كره منها خلقا رضي منها آخر أو قال غيره ) رواه مسلم. و قوله ))يفرك(( معناه: يبغض.</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«ចូរបុរសមនជំនឿកុំស្អប់ស្រីតមនជំនឿ បើសិនគេ ស្អប់ចរិតណាមួយរបស់នង គឺគេចាស់ជាពេញចិត្តនឹងចរិត ផ្សេងទៀតរបស់នង ឬគាត់បានមានប្រសាសន៍ុយមកវិញ»។ រីវា៉ាយ៉ាត់ដោយមូស្លីម។ពាក្យ((يفرك))មានន័យថាស្អប់ខ្ពើម។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عبد اهلل بن عمرو بن العاص رضي اهلل عنهما أن رسول اهلل صلى اهلل عليه و سلم قال: ( الدنيا متاع وخير متاعها المرأة ) الصالحة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«អាំពី អាប់ឌុលឡោះ ពិន អាំរូ ពិន អាអ៊ីសះ ន និយាយថា រ៉ាស៊ូលុលឡោះបានមានប្រសាសន៍ថា៖ «លោកីយ៍គឺ ជាទ្រព្យ ហើយទ្រព្យដែលលអប្រសើរបំផុតនៅក្នុងលោកីយ៍នោះគឺ ស្ត្រីគ្រប់លក្ខ ៍»។ រីវា៉ាយ៉ាត់មូស្លីម។ اللهم إني أحرج حق الضعيفين اليتيم والمرأة الراوي: أبو هريرة المحدث: ابن حزم - المصدر: المحلى - الصفحة أو الرقم005 /9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خالصة حكم المحدث: ح صحي មានន័យថា៖</w:t>
      </w:r>
    </w:p>
    <w:p>
      <w:pPr>
        <w:spacing w:line="324" w:lineRule="auto" w:after="120" w:before="0"/>
        <w:jc w:val="left"/>
      </w:pPr>
      <w:r>
        <w:t>«ឱ អល់ឡោះជាម្ចាស់ ខ្ញុំរឹតបនតឹងនៅលើ មនុស្សទាំង យមិនឱ្យរាំឡោភសិទ្ធិមនុស្សទន់ខ្សោយពីរប្រភេទ គឺកូនកំព្រា និងស្ត្រីភេទ។ អ្នករាយការ ៍៖អាប៊ូ ហុរ៉ៃរ៉ោះ អ្នកនាំហាឌីស៖ អិរនូ ហហាំ ប្រភព៖(المحل ى) ទំព័រ ឬលេខ៣២៦\៨ សរុរមក ហាឌីសនេះសហ៊ីហ៍។ إنما النساء شقائق الرجا ل الراوي: عائشة المحدث: األلباني - المصدر: السلسلة الصحيحة - الصفحة أو الرقم: 2863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خالصة حكم المحدث: صحيح</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ស្ត្រីគឺជាបងប្អូនបង្កើតរបស់បុរស។ អ្នករីវា៉ាយ៉ាត់៖ អាអ៊ីសះ។ អ្នកនាំហាឌីស៖ អាល់ហពនីយ៍។ ប្រភព(السلسلةالصحيحة) ទំព័រ ឬលេខ២៨៦៣ សរុរមក ហាឌីសនេះសហ៊ីហ៍។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األسود بن يزيد قال سئلت عائشة رضي هللا عنها: ما كان النبي صلى هللا عليه و سلم يصنع في بيته؟ قالت: كان يكون في مهنة أهله )يعني خدمة أهله( فإذا حضرت الصالة خرج إلى الصالة.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من سنن بن ماجة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អាល់ឡអីសវា៉ាត់ ពិន យ៉ាហ្ស៊ីដ គាត់បាននិយាយថា៖ «ខ្ញុំន សួរអាអ៊ីសះថ្ល តើនៅះ ណាពីគាត់ធ្វើអ្វី? គាត់បានឆ្លើយថា គាត់បំពេញតួនទីរបស់គាត់ក្នុងនមជាមេគ្រួសារ(មានន័យថា គាត់បម្រើការគរគ្រួសាររបស់គាត់)នៅពេលដល់ម៉ោងស ត គាត់នៅស ត»។ រីវា៉ាយ៉ាត់អាល់ពូខរីយ៍។ អាំពីសូណាន់អិរនូ ម៉ាចះ។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មានបុរសម្នាក់មកពីកុលសម្ព័ន្ធនៅអោះាននិយាយនៅកាន់ អាអ៊ីសះថ្ល៖ ចូរប្រាប់ខ្ញុំពីអត្តចរិតរបស់រ៉ាស៊ូលុលឡោះ។ គាត់បានតបវិញថា៖ តើអ្នកមិនបានសូប្តអាល់គួរអានទេឬ? ពិត ណាស់ អត្តចរិតរបស់គាត់គឺលអប្រពៃ។ មានថ្ងៃមួយរ៉សូលុល ឡោះនៅជាមួយសហ្ការីរបស់គាត់។ ខ្ញុំនចមអិនអាហរ សម្រាប់គាត់ ហើយហ័ហ្វសោះក៏ចមអិនអាហរសម្រាប់គាត់ដែរ។ គាត់បានរនតថ្ល តែហ័ហ្វសោះាននៅដល់មុនខ្ញុំ។ ខ្ញុំនប្រាប់ ខ្ញុំបម្រើថ្ល ចូរយកអាហរនោះនៅ ហើយចក់ចូលក្នុងចនរបស់ ហ័ហ្វសោះ។ នងាននៅទាន់ហ័ហ្វសោះ ហើយនងចង់ដាក់ មូរនោះនៅមុខរ៉ាស៊ូលុលឡោះ។ នងានចក់មូរនោះចូលក្នុង ចន តែចនមូរនោះធ្លលក់ដរក ខាតមូរខាចយ។ នាងបានបន្តថា រ៉ាស៊ូលុលឡោះក៏បានប្រមូលមូរនោះដាក់ក្នុង កប្មលធ្វើពីស្បែក ហើយពួកគេក៏បាននាំគ្នាហូរអាហរនោះ។ ក្រោយមកគាត់បានយកចនរបស់ខ្ញុំឱ្យនៅហ័ហ្វសោះ។ គាត់ បាននិយាយថា ចូរពួកអ្នកអផងុយតាមកន្លែងរៀងៗខ្លួន ហើយ ហូរតាមសប្មួលចុះ។ នាងបានបន្តថា ខ្ញុំគ្មានានឃើញអ្វី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កើតឡើងចំពោះទឹកមុខរបស់រ៉ាស៊ូលុលឡោះ»។ សូណាន់ អិរនូ ម៉ាចះ។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៦\មូហាំម៉ាត់ជាហួយនឹងអ្នកជិតខាង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أنس رضي هللا عنه أن رسول هللا صلى هللا عليه و سلم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(من أحب أن يبسط له في ،رزقه وينسأ له في ،أثره فليصل رحمه ) متفق عليه. و معنى ((ينسأ له في أثره))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:أي يؤخر له في أجله وعمره. មានន័យថា៖ «អាំពីអាឡីស រ៉ាស៊ូលុលឡោះបានមានប្រសាសន៍ ថ្លនរណាចង់ានទ្រព្យសម្បត្តិធូរធ្លរ ហើយមានអាយុយឺនយូរ ចូរឱ្យអ្នកនោះរារ់អានស្គច់ញាតិរបស់គេ»។ មុត្តាហ្វាគុនអា ទហើយ។(ينسأله في أثره)មានន័យថាមនអាយុយឺនយូរ។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-عنه قال: كان أبو طلحة أكثر األنصار بالمدينة ماال من ،نخل وكان أحب أمواله إليه ،بيرحاء و كانت مستقبلة ،المسجد وكان رسول هللا صلى هللا عليه وسلم يدخلها ويشرب من ماء فيها طيب. فلما نزلت هذه اآلية: }لن تنالوا البر حتى تنفقوا مما تحبون )آل عمران 92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t>អាំពីអាឡីសគាត់បាននិយាយផងដែរថ្លអាពូ តល់ហោះ ជាអ្នក មានទ្រព្យសម្បត្តិច្រើនជាងគេនៅម៉ាឌីណះ គឺចាំការផ្លែឈើ។ ចាំការ ផ្លែឈើដែលគាត់ពេញចិត្តជាងគេគឺនៅឡយីរហក នៅល់មុខនឹងម៉ា សជិត។ ខ ៈពេលនោះរ៉ាស៊ូលុលឡោះានចូលនៅក្នុងចាំការ នោះ គាត់បានឹកទឹកដ៏មនឱជារស។ ខ ៈពេលដែលអល់ឡោះ ឡោះានរញ្ចុះអាយ៉ាត់នោះមក ដែលមានន័យថា៖ «ពួកអ្នក មិនទាន់ ននៅដល់គុ ធ្ម៌ទេ លុះត្រាតែពួកអ្នកររិចចគ ទ្រព្យសម្បត្តិណាដែលពួកអ្នកស្រឡាញ់»។ អាពូ តល់ហោះ បានក្រោក្ឈរ ហើយដើរសាំនៅនៅកាន់រ៉ាសូ លុលឡោះ រួចក៏និយាយថា ឱ រ៉ាស៊ូលុលឡោះ ពិតណាស់ អល់ឡោះ ឡោះានបន្ទូលថ្ល (ពួកអ្នកមិនទាន់ ននៅដល់គុ ធ្ម៌ទេ លុះត្រាតែពួកគេអ្នកបរិច្ចាគទ្រព្យសម្បត្តិណាដែលពួកអ្នក ស្រឡាញ់)។ ទោះរីជាខ្ញុំស្រឡាញ់ចាំការរបស់ខ្ញុំនៅឡយីរហកខ្លាំងយ៉ាង ណាក៏ដោយ ក៏ខ្ញុំនររិចចគវាដើម្បីអល់ឡោះ។ ខ្ញុំសង្ឃឹមថា នឹងទទួលានគុ ធ្ម៌ និងលរុ យអាំពីអល់ឡោះ។ ឱ រ៉ាស៊ូលុលឡោះ សូមលោក្យកវានៅររិចចគតាមអ្វីដែលអល់ឡោះទ្រង់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t>សព្វព្រះទ័យចុះ។ រ៉ាស៊ូលុលឡោះក៏បានមានប្រសាសន៍ថា៖ « ប្រសើរណាស់! នោះជាទ្រព្យចាំឡ ញ នោះជាទ្រព្យចាំឡ ញ ខ្ញុំនឮអ្វីដែលអ្នកនិយាយ។ ពិតណាស់ ខ្ញុំចង់ឱ្យអ្នកដរងដចក្វា សម្រាប់អ្នកជិតខាងរបស់អ្នក»។ អាពូតល់ហោះនិយាយថាឱ រ៉ាស៊ូលុលឡោះ ខ្ញុំនឹងធ្វើវា ខ ៈនោះអាពូតល់ហោះានដរងដចក្វា ឱ្យនៅអ្នកជិតខាងគាត់ និងជីដូនមួយរបស់គាត់»។ មុតាហវ កុនអាទហើយ។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៧.មូហាំម៉ាត់ជាអ្នកសួរសុខទុកខអ្នកដទៃ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هللا عنه عن النبي صلى هللا عليه وسلم: ))أن رجال زار أخا له في قرية أخرى فأرصد هللا تع الى على مدرجته ملكا. فلما أتى عليه قال: أين تريد؟ قال: أريد أخا لي في هذه القرية. قال: هل لك عليه من نعمة تربها عليه؟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 غير أني أحببته في هللا تعالى.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فإني رسول هللا إليك بأن هللا قد أحبك كما أحببته فيه.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))المدرجة(( بفتح الميم و الر اء: الطريق. و معنى ))تربها(( : تقوم بها و تسعى في صالحها.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ហុរ៉ៃរ៉ោះ អាំពីណាពីគាត់បានមានប្រសាសន៍ថា៖ « មានបុរសម្នាក់នៅសួរសុខទុក្ខបងប្អូនរបស់គេនៅភូមិមួយផ្សេង ទៀត ខ ៈនោះអល់ឡោះបានបញ្ជូនទេវតាម្នាក់ឱ្យនៅតាមគេ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នៅតាមផ្លូវ នៅពេលទេវតាននៅដល់ ក៏បានសួរគេថ្ល តើអ្នក ចង់នៅណា? បុរសនោះានឆ្លើយថា ខ្ញុំនៅសួរសុខទុក្ខបងប្អូន របស់ខ្ញុំនៅភូមិមួយ។ ទេវតានសួរគេទៀតថ្ល តើមនោភស កាករៈអ្វីដែលអ្នកមនរទាំងចង់នៅជួរគេ? បុរសនោះឆ្លើយថា អ្ត់មនទេ គឺអ្ត់មនអ្វីក្រៅពីខ្ញុំស្រឡាញ់គេក្នុងនមអល់ឡោះ។ ទេវតានរនតទៀតថ្ល ខ្ញុំគឺជាបុគ្គលម្នាក់ដែលអល់ឡោះបាន បញ្ជូនមកជួរអ្នក។ ជាការពិតណាស់ អល់ឡោះស្រឡាញ់អ្នក ដូចដែលអ្នកស្រឡាញ់បងប្អូនរបស់អ្នកដែរ»។ រីវា៉ាយ៉ាត់មូស្លីម។ ((المدرجة))មានន័យថាលូវ ((تربها))មានន័យថាធ្វើដើម្បីទទួលាន្លប្រប្រយោជន៍។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عباس رضي هللا عنهما ،قال قال النبي صلى هللا عليه و سلم لجبريل: ))ما يمنعك أن تزورنا أكثر مما تزورنا؟((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:فنزلت اآلية و ما نتنزل إال بأمر ،ربك له ما بين أيدينا و ما خلفنا ما و بين ذلك )مريم 64 .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អាំពីអិរនូ អារ់ហាឌីសបាននិយាយថា ណាពីបានសួរទេវតាជី ជីប្រ៊ីលថ្ល «តើមនអ្វីរារាំងអ្នកមិនឱ្យមកលេងជាមួយខ្ញុំឱ្យាន ច្រើនជាងនោះ? ខ ៈនោះអាយ៉ាត់អាល់គួរអានានរញ្ចុះមក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ដែលមានន័យថា៖(យើងមិនចុះមក លើកលែងតែមនរេបញ្ជា ពីម្ចាស់របស់អ្នក។ សម្រាប់ទ្រង់គឺអ្វីដែលនៅចំពោះមុខយើង និង អ្វីដែលនៅពីខាងក្រោយយើង ព្រមទាំងអ្វីដែលនៅចឡនលោះនោះ»។ រីវា៉ាយ៉ាត់ពូខរីយ៍។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ជាហួយកុមារកម៉ប្ពា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سهل بن سعد رضي هللا عنه ،قال قال رسول هللا صلى هللا عليه وسلم: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))أنا وكافل اليتيم في الجنة هكذا(( وأشار بالسبابة والوسطى وفرج بينهما.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))كافل اليتيم(( : القائم بأموره.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អាំពីសោះហិល ពិន ស្អាតបាននិយាយថា រ៉ាស៊ូលុលឡោះាន មានប្រសាសន៍ថាស៖ «ខ្ញុំនិងអ្នកដែលចិញ្ចឹមកុមារកំព្រានៅក្នុង ឋានសួគ៌ ដូចនោះ»។ «គាត់បានធ្វើសញ្ញដោយលើកប្ម ចង្អុល និងប្មមកណាតល ហើយគាត់បានញែកវាទាំងពីរ»។ រីវា៉ា យ៉ាត់ពូខរីយ៍។((كافل اليتيم))មានន័យថាអ្នកមើលខុសត្រូវកុមារកំព្រា។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 عن أبي هريرة أن رجال شكا إلى رسول هللا صلى هللا عليه و سلم قسوة قلبه فقال له ))إن أردت تليين قلبك فأطعم المسكين و امسح رأس اليتيم(( مسند أحمد អាំពី អាពូ ហុរ៉ៃរ៉ោះបាននិយាយថា មានបុរសម្នាក់ានរតឹងប្រាប់ រ៉ាស៊ូលុលឡោះពីចិត្តបឹងរូសរបស់គាត់។ រ៉ាស៊ូលុលឡោះានប្រាប់ គេថ្ល ប្រសិនបើអ្នកចង់ធ្វើឱ្យចិត្តរបស់អ្នកេន់ភលន់ ចូរអ្នកតល់ ចាំ ីអាហរដល់អ្នកក្រីក្រ និងអ្ដងអលកាលកុមារកំព្រា»។ ម៉ាស ណាត់ អ៊ីមុំអះម៉ាត់ (Ahmad)។</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៩.ជាហួយអ្នកក្រីក្រ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هللا صلى هللا عليه و سلم: ))شر الطعام طعام الوليمة يمنعها من يأتيها ويدعى إليها من ،يأباها و من لم يجب الدعوة فقد عصى هللا و رسوله((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في رواية في الصحيحين عن أبي هريرة من قوله: بئس الطعام طعام الوليمة يدعى إليها األغنياء ويترك الفقراء.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 «ចាំ ីអាហរដែល អាក្រក់បំផុតគឺមូរក្សារ គេហាមឃាត់អ្នកដែលចង់មកចូលរួម ហើយគេអ្អញ្ជើញអ្នកដែលគេមិនចង់មកចូលរួម។ នរណាដែល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មិនទទួលការអ្អញ្ជើញ គឺគេប្រឆាំងនឹងអល់ឡោះ និងរ៉សូលរបស់ ទ្រង់»។ រីវា៉ាយ៉ាត់មូស្លីម។ រីវា៉ាយ៉ាត់នៅក្នុងសាហ៊ីហទាំងពីរ អាពូ ហុរ៉ៃរ៉ោះបាននិយាយថា អាំពីពាក្យសំដីរបស់ណាពីគឺ ចាំ ីអាហរដែលអាក្រក់បំផុតគឺមូរ ការ គេអ្អញ្ជើញអ្នកមន ហើយគេលះបង់អ្នកក្រីក្រ»។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الدرداء عويمر رضي هللا عنه قال سمعت رسول هللا صلى هللا عليه و سلم يقول: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((ابغوني الضعفاء؛ فإنما ،تنصرون و ترزقون بضعفائكم(( رواه أبو داود بإسناد جيد.</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ខៃបារ អូទវឡមៀរ គាត់បានឮរ៉ាស៊ូលុលឡោះបានមាន ប្រសាសន៍ថា៖ « ចូរពួកអ្នករកអ្នកក្រខសត់ទន់ខ្សោយឱ្យខ្ញុំ។ ពិត ណាស់ គេជួយឱ្យពួកអ្នកមានជ័យជម្នះ ហើយគេតល់ោភស កាករៈឱ្យអ្នកដោយសារពួកអ្នកក្រខសត់ទន់ខ្សោយនោះឯង»។ រីវា៉ា យ៉ាត់អាពូដាវូត និងអ៊ីសណាតលអ (جيد)។</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هبيرة عائذ بن عمرو المزني رضى هللا عنه أن أبا سفيان أتى على سلمان و صهيب و بالل في نفر فقالوا: ما أخذت سيوف هللا من عدو هللا مأخذها. فقال أبو بكر رضي هللا عنه:أتقولون هذا لشيخ قريش وسيدهم؟! فأتى النبي صلى هللا عليه وسلم فأخبره فقال: ))ياأبا بكر لعلك ،أغضبتهم لئن كنت أغضبتهم لقد أغضبت ربك(( . فأتاهم فقال: يا إخو تاه آغضبتكم؟ قالوا: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 يغفر هللا لك يا أخي.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قوله: ))مأخذها(( أي لم تستوف حقها منه.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قوله: ))يا أخي(( روي بفتح الهمزة وكسر الخاء وتخفيف الياء. وروي بضم الهمزة وفتح الخاء وتشديد الياء.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ហូទពឡរា៉ោះ អាអ៊ីស ពិន អាំរូ អាល់ឡមីសនីយ៍ាន និយាយថា អាពូ សុហ្វយ៉ានានដើរសាំនៅមករកស្គល់ម៉ាន សូ ដហ្រ និងពី ល ដើរជាក្រុម។ ពួកគេបាននិយាយថា «អ្នកពុំនប្រើដាវនោះសម្លាប់សត្រូវរបស់អល់ឡោះឱ្យានសក្កិសម នោះទេ។ អាពូហពកើតបាននិយាយថា៖ ពួកអ្នកហ ននិយាយ អ៊ីចឹងចំពោះមុខឡមគូឡរ៉ាសផង? គាត់បាននៅជួរណាពី ហើយបានប្រាប់ណាពីពីរឿងនោះ។ គាត់ក៏បានមានប្រសាសន៍ថា៖ ដន អាពូ ហពកើត អ្នកប្រដហ្លជាធ្វើឱ្យពួកគេខឹងហើយ? ប្រសិនបើ អ្នកធ្វើឱ្យពួកគេខឹង ចាស់ណាស់ អ្នកានធ្វើឱ្យម្ចាស់របស់អ្នក ខឹងដែរ? គាត់បាននៅកាន់ពួកគេ ហើយនិយាយថា ដនបងប្អូន ជាទីស្រឡាញ់ តើខ្ញុំធ្វើឱ្យពួកអ្នកខឹងមែនទេ? ពួកគោនឆ្លើយ ថា អ្ត់ទេ សុំឱ្យអល់ឡោះអ្ភ័យទោសដល់អ្នក»។ រីវា៉ាយ៉ាត់ ដោយមូស្លីម។ ពាក្យថា(مأخذها)មានន័យថា មិនទាន់គ្រប់លក្ខ ខ ឌ ឬមិនសមលេម។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១០.ជាហួយអ្នកជិតខាង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هللا عنه أن النبي صلى هللا عليه و سلم قال : (( و هللا لا ،يؤمن وهللا ،اليؤمن و هللا ال يؤمن!(( قيل: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من يا رسول هللا؟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((الذي ال يأمن جاره بوائقه((متفق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في رواية لمسلم ))ال يدخل الجنة من ال يأمن جاره بوائقه((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))البوائق(( : الغوائل والشرور.</w:t>
      </w:r>
    </w:p>
    <w:p>
      <w:pPr>
        <w:spacing w:line="324" w:lineRule="auto" w:after="120" w:before="0"/>
        <w:jc w:val="left"/>
      </w:pPr>
      <w:r>
        <w:t>អាំពី អាពូ ហុរ៉ៃរ៉ោះ អាំពី ណាពីបានមានប្រសាសន៍ថា៖ សូម សប្ចំពោះអល់ឡោះ គេមិនទាន់មនជំនឿទេ សូមសប្ចំពោះ អល់ឡោះគេមិនទាន់មនជំនឿទេ សូមសប្ចំពោះអល់ឡោះ គេមិនទាន់មនជំនឿទេ។ មានគេសួរថា ឱ រ៉ាស៊ូលុលឡោះ! តើគេ នោះជានរណា? គាត់បានប្រាប់ថា គឺអ្នកដែលធ្វើឱ្យអ្នកជិតខាង របស់គេរស់នៅមិនបានសុខដោយសារអំពើអាក្រក់របស់គេ»។ មុត្តាហ្វាគុនអាឡៃហិ។ ក្នុងរីវា៉ាយ៉ាត់របស់មូស្លីម(មិនបានចូល ឋានសួគ៌ទេ អ្នកដែលធ្វើឱ្យអ្នកជិតខាងរបស់គេរស់នៅមិនបាន សុខដោយសារអំពើអាក្រក់របស់គេ))។((البوائق))មានន័យថា រញា និងអំពើអាក្រក់។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رسول هللا صلى هللا عليه و سلم (( :من كان يؤمن باهلل و اليوم اآلخر فال يؤذ ،جاره ومن كان يؤمن باهلل و اليوم اآلخر فليكرم ،ضيفه و من كان يؤمن باهلل و اليوم اآلخر فليقل خيرا أو ليسكت(( متفق عليه.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 «នរណាមនជំនឿ ចំពោះអល់ឡោះ ចូរអ្នកនោះពុំត្រូវធ្វើរអ្នកជិតខាងរបស់គេ។ នរណាមនជំនឿចំពោះអល់ឡោះ ចូរទទួលអាប្ស័យភ្ញៀវរបស់ គេឱ្យានលអ ហើយនរណាមនជំនឿចំពោះអល់ឡោះនិងថ្ងៃអីរា៉ាត់ ចូរនិយាយពាយលអៗ ឬនៅស្ងៀម»។ មុត្តាហ្វាគុនអាឡៃហិ 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ذر رضي هللا عنه ،قال قال رسول هللا صلى هللا عليه و سلم: ))يا أبا ذر إذا طبخت مرقة فأكثر ماءها و تعاهد جيرانك((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في رواية له عن أبي ذر قال: إن خليلي صلى هللا عليه و سلم أوصاني ))إذا طبخت مرقا فأكثر ماءه ثم انظر أهل بيت من جيرانك فأصبهم منها بمعروف((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សហ៊ីហ៍ីរ បាននិយាយថា រ៉ាស៊ូលុលឡោះបានមាន ប្រសាសន៍ថា៖ ដនអាពូ សហ៊ីហ៍ីរ នៅពេលដែលអ្នកចមអិនសមល ចូរដាក់ទឹកឱ្យច្រើន ហើយហុចនៅឱ្យអ្នកជិតខាងរបស់អ្នកផង»។ រី វា៉ាយ៉ាត់មូស្លីម។ រីវា៉ាយ៉ាត់មួយទៀត អាំពីអាពូ សហ៊ីហ៍ីរ គាត់បាននិយាយថា ណាពីនផ្ទតាំគាត់ថ្ល នៅពេលអ្នកចមអិនសមល ចូរអ្នកដាក់ទឹកឱ្យច្រើន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ហើយចូរអ្នកសមលឹងមើលនៅះអ្នកជិតខាងរបស់អ្នក រួចហុចវា ឱ្យនៅពួកគេដោយសុះធចិត្ត»។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عبد هللا بن عمر رضي هللا عنهما ،قال قال رسول هللا ى صل هللا عليه و سلم: ))خيراألصحاب عند هللا تعالى خيرهم ،لصاحبه و خير الجيران عند هللا تعالى خيرهم لجاره(( رواه الترمذي و قال حديث حسن.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អាប់ឌុលឡោះ ពិន អ៊ូមែរ បាននិយាយថា រ៉ាស៊ូលុលឡោះបានមានប្រសាសន៍ថា៖ « មិត្តភក្តិដែលលអប្រសើរបំផុតចំពោះអ ល់ឡោះគឺអ្នកធ្វើលអចំពោះមិត្តភក្តិរបស់ខ្លួនខ្លាំងជាងគេ ហើយ អ្នកជិតខាងដែលប្រសើរជាងគេចំពោះអល់ឡោះ គឺអ្នកដែលធ្វើ លអចំពោះអ្នកជិតខាងរបស់ខ្លួនានប្រសើរជាងគេ»។ រីវា៉ាយ៉ាត់ ដោយអាត់-ទិរមីហ្ស៊ី គាត់ថ្ល ហាឌីសនេះសហ៊ីហ៍។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១១.ជាហួយឪី កមាតយ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عنه رضي هللا عنه قال: جاء جل ر إلى رسول هللا صلى هللا عليه و سلم فقال: يا رسول هللا من أحق الناس بحسن صحابتي؟ قال: ))أمك(( قال: ثم من؟ قال: ))أمك(( قال: ثم من؟ قال:))أمك(( قال: ثم من؟ قال: ))أبوك((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អាប់ឌុលឡោះ ពិន អ៊ូមែរ បាននិយាយថា មានបុរសម្នាក់ នៅជួររ៉ាស៊ូលុលឡោះ ហើយបានសួរគាត់ថ្ល តើនរណាដែលខ្ញុំ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t>ត្រូវក្តញ្ញូចំពោះគាត់ជាងគេ? គាត់បានឆ្លើយថា ម្តាយរបស់អ្នក។ គេបានបន្តទៀតថា ក្រោយមកនរណាទៀត? គាត់បាន ឆ្លើយថាម្តាយរបស់អ្នក។ គេបានបន្តទៀតថា ក្រោយមកតើ នរណាទៀត? គាត់បានឆ្លើយថា ឪពុក្របស់អ្នក»។ មុត្តាហ្វាគុន អាឡៃហិ។ و في رواية: يا رسول هللا من أحق الناس بحسن الصحبة؟ قال: )) ،أمك ثم ،أمك ثم ،أمك ثم ،أباك ثم أدناك أدناك(( .و ))الصحابة(( بمعنى: الصحبة.و قوله: ))ثم أباك(( هكذا هو منصوب بفعل محذوف: أي ثم بر أباك. وفي رواية ))ثم أبوك((و هذا واضح ក្នុងរីវា៉ាយ៉ាត់មួយទៀតថ្ល ឱ រ៉ាស៊ូលុលឡោះ! តើនរណាជាអ្នក ដែលខ្ញុំត្រូវក្តញ្ញូចំពោះគាត់ខ្លាំងជាងគេ? គាត់បានឆ្លើយថា មត យអ្នក ម្តាយអ្នក ម្តាយអ្នក ក្រោយមកឪពុកអ្នក ក្រោយមកអ្នក ដែលមានឋានៈរនតបនារ់»។((الصحابة))មានន័យថា ការឡស រគរ់ ការក្តញ្ញូ។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أسماء بنت أبي بكر الصديق رضي هللا عنهما قالت: قدمت علي أمي و هي مشركة في عهد رسول هللا صلى هللا عليه وسلم فاستفتيت رسول هللا صلى هللا عليه و سلم قلت:قدمت علي أمي وهي راغبة أفأصل أمي؟ قال: نعم صلي أمك((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قولها ))راغبة(( أي طامعة عندي تسألني شيئا. قيل: كانت أمها من النسب. و قيل: من الرضاعة. و الصحيح األول.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ឡអីសម៉ាក ពិនត៍ អាពូ ហពកើត បាននិយាយថា ម្តាយរបស់ខ្ញុំនមកលេងនឹងខ្ញុំ តែគាត់ជាអ្នកមុសរិក្នៅសម័យរ៉សូលុល ឡោះ។ ខ្ញុំបានសួររ៉ាស៊ូលុលឡោះថា ម្តាយរបស់ខ្ញុំគាត់បានមក លេងខ្ញុំ ហើយមានរទាំងប្រថ្លនអ្វីមួយចង់មកសុំខ្ញុំ។ តើខ្ញុំគួរ រារ់អានម្តាយខ្ញុំដែរឬទេ? រ៉ាស៊ូលុលឡោះានតបថ្ល ចូរនង រារ់អានគាត់ចុះ»។ មុត្តាហ្វាគុនអាឡៃហិ។ ពាក្យថា ((راغبة)) មានន័យថា គាត់មនរទាំងបាថ្លនអ្វីមួយចង់សុំខ្ញុំ។ អ្នកខ្លះថា គាត់ជាម្តាយបង្កើតរបស់នង ហើយខ្លះទៀតថ្ល ជាដម៉ា ដោះ។ តែសំដីទីមួយត្រឹមត្រូវជាង។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 អាំពី អាប់ឌុលឡោះានឱ្យដឹងថ្ល អាពូស្គណា អារ់ឌុរឡរា៉ោះម៉ាន ស្គណា អិកក្រីម៉ោះ ពិន អាំឡមីរានប្រាប់ខ្ញុំថ្ល អាពូកាឡសៀរាន ប្រាប់ខ្ញុំថ្ល អាប៊ូ ហុរ៉ៃរ៉ោះានប្រាប់ខ្ញុំថ្ល សូមសប្ចំពោះអល់ឡោះ ឡោះ គ្មានអ្នកមនជំនឿណាម្នាក់ដែលអល់ឡោះបង្កើតមក គេ មិនដែលឃើញខ្ញុំ តែគេស្រឡាញ់ខ្ញុំ។ ខ្ញុំបានសួរថា ដនអាពូហូរ៉ា យឡរា៉ោះ តើអ្នកអាចដឹងានយ៉ាងដូចម្តេច? គាត់ឆ្លើយថា ម្តាយ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របស់ខ្ញុំជាអ្នកជឿលើពហុទេព ហើយខ្ញុំននៅគាត់ឱ្យចូល ឥស្លាម តែគាត់បានរដិបដិសេធ្នឹងខ្ញុំ។ ថ្ងៃមួយខ្ញុំននៅគាត់ ហើយគាត់បានធ្វើឱ្យខ្ញុំស្តាប់ឮពាក្យមិនសមរមយចំពោះណាពី មូហាំម៉ាត់ ដែលខ្ញុំមិនពេញចិត្ត។ ខ្ញុំននៅជួររ៉ាស៊ូលុលឡោះ ហើយខ្ញុំយាំ ខ្ញុំននិយាយនៅកាន់រ៉ាស៊ូលុលឡោះថ្ល ខ្ញុំននៅ ម្តាយខ្ញុំឱ្យចូលឥស្លាម តែគាត់បានរដិបដិសេធ្នឹងខ្ញុំ។ ថ្ងៃមួយខ្ញុំននៅគាត់ ហើយគាត់បានធ្វើឱ្យខ្ញុំស្តាប់ឮពាក្យមិនសមរមយ ចំពោះណាពី មូហាំម៉ាត់ ដែលខ្ញុំមិនពេញចិត្ត។ (សូមអ្នកសុំពី អល់ឡោះឱ្យទ្រង់ចង្អុលបង្ហាញដល់ម្តាយ អាពូ ហុរ៉ៃរ៉ោះ ង ចុះ)។ រ៉ាស៊ូលុលឡោះក៏បានសុំពីអល់ឡោះឱ្យទ្រង់ចង្អុលបង្ហាញ ដល់ម្តាយអាប៊ូ ហុរ៉ៃរ៉ោះ។ ខ្ញុំចេញនៅនៅគាត់មតងទៀត ហើយបានប្រាប់ដំណឹងល្អដល់គាត់ពីការឌូអាររបស់រ៉ាស៊ូលុលឡោះ។ នៅពេលខ្ញុំនៅដល់មុខទ្វារ ប្សារ់តែទ្វារនោះរិជិត ខ្ញុំនឮ សាំឡឡងមុជទឹក និងសប្មិរជើងគឺ សូរេស្រនាំជើងហើយនិយាយ ថា ដនអាប៊ូ ហុរ៉ៃរ៉ោះ កុំអាលចូលមក ឈរនៅហ្នឹងសិនហើយ។ ក្រោយមក គាត់បានបើកទ្វារ ពាក់សសម្លៀកបំពាក់ និងពាក់ហីហជ ររបស់គាត់។ ពេលនោះគាត់បាននិយាយថា ខ្ញុំធ្វើសាក្សីថា គ្មាន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t>ទេម្ចាស់គឺមនតែអល់ឡោះ ហើយមូហាំម៉ាត់ជាខ្ញុំបម្រើ និងជារ៉ា សូលុលឡោះ ោះ។ ខ្ញុំក៏បានត្រឡប់នៅជួររ៉ាស៊ូលុលឡោះ ខ្ញុំយាំ ដោយសារខ្ញុំសរាយ ដូចជាខ្ញុំយាំពេលខ្ញុំកើតទុក្ខដែរ។ ខ្ញុំន និយាយប្រាប់រ៉ាស៊ូលុលឡោះថ្ល ខ្ញុំសរាយណាស់ដោយសារអ ល់ឡោះានទទួលយកឌូអារបស់អ្នក។ អល់ឡោះបានចង្អុល រគាញម្តាយអាពីហុរ៉ៃរ៉ោះហើយ។ ខ្ញុំនបន្ថែមទៀតថ្ល ឱ រ៉ាស៊ូលុលឡោះ សូមអ្នកសុំពីអល់ឡោះឱ្យខ្ញុំ និងម្តាយរបស់ខ្ញុំជាទី ស្រឡាញ់ទនអ្នកមនជំនឿទាំង យ ហើយធ្វើឱ្យពួកគេក្លាយជាទីស្រឡាញ់ទនយើងខ្ញុំ។ រ៉ាស៊ូលុលឡោះបានមានប្រសាសន៍ថា៖</w:t>
      </w:r>
    </w:p>
    <w:p>
      <w:pPr>
        <w:spacing w:line="324" w:lineRule="auto" w:after="120" w:before="0"/>
        <w:jc w:val="left"/>
      </w:pPr>
      <w:r>
        <w:t>ឱ អល់ឡោះជាម្ចាស់សូមទ្រង់មេត្តាឱ្យពីរនក់ម្តាយកូននោះក្លាយ ជាមនុស្សជាទីស្រឡាញ់ទនអ្នកមនជំនឿទាំង យ ហើយសូម ទ្រង់មេត្តាឱ្យពួកអ្នកមានជំនឿទាំង យកលាយជាមនុស្សជាទី ស្រឡាញ់ចំពោះពួកគេទាំងពីរនក់។ អ្នកមនជំនឿណាម្នាក់ ដែលអល់ឡោះជាម្ចាស់ានបង្កើតមក គេឮឈ្មោះរបស់ខ្ញុំ គេ មិនបានឃើញខ្ញុំ ឬគេមិនបានឃើញម្តាយខ្ញុំ តែគេស្រឡាញ់ខ្ញុំ។ ម៉ាសណាត់ អ៊ីមុំអះម៉ាត់ (Ahmad)។ (ទំព័រ២៤)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ការបាប្ស័យទាកូងរបស់មូហាំម៉ាត់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១.មូហាំម៉ាត់ជាអ្នកល់មកូ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جابر رضي هللا عنه أن رسول هللا صلى هللا عليه و سلم قال: ))رحم هللا رجال سمحا إذاباع و إذا اشترى وإذا اقتضى((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ចឡពៀរានឱ្យដឹងថ្ល រ៉ាស៊ូលុលឡោះបានមានប្រសាសន៍ ថ្លអល់ឡោះអា ិតប្សស្គញ់អ្នកដែលចេះអធ្យាស្រ័យក្នុង ពេលលក់ដូរ ពេលទិញ និងពេលទាររាំ ុលពីគេ»។ រីវា៉ាយ៉ា ត់អាល់ពូខរីយ៍។</w:t>
      </w:r>
    </w:p>
    <w:p>
      <w:pPr>
        <w:spacing w:line="324" w:lineRule="auto" w:after="120" w:before="0"/>
        <w:jc w:val="left"/>
      </w:pPr>
      <w:r>
        <w:t>ជីវិតរស់នៅរបស់មូហាំម៉ាត់ មានបុរសម្នាក់ាននៅជួររ៉ាស៊ូលុលឡោះទារសទាំង ដែលរ៉ាស៊ូលុលឡោះានខចីពីគេ ហើយគេទារយ៉ាងរងខាំ និង ប្រើសំដីធ្ងន់ៗដាក់គាត់។ សហហពត់(សហ្ការី)របស់គាត់ ចង់ប្រតិក្មេតបនៅបុរសនោះវិញដោយហិងា។ រ៉សូលុល ឡោះានមានប្រសាសន៍ថា កុំធ្វើអ្វីគេឱ្យសោះ។ ព្រោះម្ចាស់ រាំ ុលមនសិទ្ធិក្នុងការនិយាយ។ រនារ់មកគាត់បានមាន ប្រសាសន៍ទៀតថ្ល ចូរសងសតវអូដឋនៅគេវិញឱ្យដូចសតវអូដឋ</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របស់គេនៅ។ ពួកគោនឆ្លើយថា រពិត្រ រ៉ាស៊ូលុលឡោះ! ពួកយើងមនតែសតវអូដឋដែលធាំជាងសតវអូដឋរបស់គេ។ គាត់បានមានប្រសាសន៍ថា ឱ្យគេអាលអនៅ ព្រោះអ្នកដែលលអ ប្រសើរជាងគេក្នុងចំណោមពួកអ្នកគឺអ្នកដែលសងរាំ ុលានលអជាងគេ»។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មូហាំម៉ាត់ជាអ្នកទិញ ពាក្យសម្តីរបស់គាត់ (ﷺ) عن أبي سعيد الخدري عن النبى صلى هللا عليه و سلم قال ))التاجر الصدوق األمين مع النبيين و الصديقين و الشهداء (( رواه الترمزي អាំពី អាពូ ស្គអ៊ីត អាល់ ុតបីយ៍ អាំពីណាពីបានមានប្រស្គស ន៍ថ្ល៖ អ្នកជាំនួញដែលស្មោះត្រង់មនទំនុកចិត្តគឺនៅជាមួយ នឹងពួកណាពី ពួកអ្នកមានជំនឿស្មោះត្រង់ និងពួកអ្នកស្លាប់ សាហីត»។ រីវា៉ាយ៉ាត់អាត់-ទិរមីហ្ស៊ី។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صفوان سويد بن قيس رضي هللا عنه قال: جلبت أنا و مخرمة العبدي بزا من هجر،فجاءنا النبي صلى هللا عليه و سلم فساومنا بسراويل و عندي وزان يزن ،باألجر فقال النبي صلى هللا عليه و سلم للوزان: ))زن وأرجح(( رواه أبو داود و الترمذي وقال حديث حسن حيح ص.</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អាំពីសូដវត ពិន ទក្សី បាននិយាយថា ខ្ញុំនិងមឹខរ៉ាម៉ោះអាល់អា ហពទីយ៍ាននាំយកក្រណាត់សសម្លៀកបំពាក់មកពីហិចរី (ឈ្មោះប្សុក្មួយនៅដរ៉ាន)។ ណាពីបានមកដល់ ហើយបានតទ្លទិញខោ។ នៅដក្បរខ្ញុំមនអ្នកជួលជញ្ជីងម្នាក់ ណាពីននិយាយនៅកាន់ម្ចាស់ជញ្ជីងថ្លចូរថ្លឹងឱ្យច្បាស់ភ្នែកជញ្ជីង នៅ»។ រីវា៉ាយ៉ាត់អាពូដាវូត និងអាត់-ទិរមីហ្ស៊ី ហើយគាត់ បាននិយាយថាហាឌីសនោះហាសាន់សាហ៊ីហ។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៣.មូហាំម៉ាត់ជាអ្នកចុះកិច្ចបី ហលម្អៀង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عبد هللا بن عمرو بن العاص رضي هللا عنهما أن رسول هللا صلى هللا عليه و سلم قال ( :أربع من كن فيه كان منافقا خ،الصا ومن كانت فيه خصلة منهن كان فيه خصلة من النفاق حتى يدعها: إذا اؤتمن ،خان و إذا حدث ،كذب و إذا عاهد ،غدر و إذا خاصم )فجر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អាំពីអាប់ឌុលឡោះ ពិន អាំរូ ពិន អាអ៊ីសះ ននិយាយថា រ៉សូលុ លឡោះានមានប្រសាសន៍ថា នរណាមនរួនប្រការនោះ ក្នុងខ្លួន អ្នកនោះគឺជាមូណាហ្វិក (មនុស្សក្បត់) ហើយ នរណាមនមួយប្រការក្នុងចំណោមប្រការទាំងនោះ គឺគេ មានចរិតជាមូណាហ្វិក លុះត្រាតែគេលះបង់ចោល។ រួន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ប្រការនោះមនដូចជានៅពេលគេតល់សេចក្តីទុក្ចិត្ត គេក្បត់ នឹងទំនុកចិត្ត នៅពេលគេនិយាយ គេកុហក។ នៅពេលគេចុះ កិច្ចសនាគេក្បត់នឹងកិច្ចសនា។ នៅពេលឡ លោះគ្នា គេប្រើ លបិចក្ល»។ មុត្តាហ្វាគុនអាទហើយ។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هللا عنه عن النبي صلى هللا عليه و سلم قال ( :قال هللا تعالى: ثالثةأنا خصمهم يوم القيامة: رجل أعطى بي ثم ،غدر و رجل باع حرا فأكل ،ثمنه و رجل استأجرأجيرا فاستوفى منه و لم يعطه أجره)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ហុរ៉ៃរ៉ោះ អាំពីណាពីបានមានប្រសាសន៍ថា អល់ឡោះ អល់ឡោះបានមានព្រះបន្ទូលថា រីក្រុមដែលយើងជាគូវិវោរបស់ ពួកគេនៅថ្ងៃររលោក្គឺ បុរសដែលសនាសបស្បែក្នុងនម របស់យើង ហើយគេក្បត់នឹងសនា។ បុរសដែលយកអ្នកជា នៅលក់ជាទាសក្រ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ហើយយកលុយនោះនៅចយវាយ។ បុរសដែលជួលកូនឈនួល។ កូនឈនួលនោះានធ្វើការឱ្យគេ ពេញឡលញ តែគេមិនឱ្យប្រាក់ឈនួលនោះនៅកូនឈនួល»។ រីវា៉ា យ៉ាត់អាល់ពូខរីយ៍។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៤.មូហាំម៉ាត់ក្នុងសស្តបាហ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عائشة رضي هللا عنها قالت: ما ضرب رسول هللا صلى هللا عليه و سلم شيئا قط بيده،و ال ،امرأة و ال ،خادما إال أن يجاهد في سبيل ،هللا وما نيل منه شيء قط فينتقم من صاحبه إال أن ينتهك شيء من محارم هللا تعالى فينتقم هلل تعالى.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អាអ៊ីសះ បាននិយាយថា រ៉ាស៊ូលុលឡោះមិនដែលវាយអ្វី មួយដោយដៃរបស់គាត់ផ្ទាល់ មិនវាយស្ត្រី មិនវាយខ្ញុំបម្រើ លើកលែងតែគាត់ធ្វើសង្គ្រាមកនុងលូវអល់ឡោះ ហើយគាត់មិន ដែលសងសឹក្ទេ លើកលែងតែអ្នកដែលរាំពាននៅលើទីសកាក រៈរបស់អល់ឡោះគឺ គាត់ធ្វើការសងសឹក្ដើម្បីអល់ឡោះ»។ រី 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سليمان بن بريدة عن أبيه قال كان رسول هللا صلى هللا عليه و سلم إذا أمر أميرا على جيش أو سرية أوصاه فى خاصته بتقوى هللا و من معه من المسلمين خيرا ثم قال أغزوباسم هللا فى سبيل هللا قاتلوا من كفر باهلل أغزو و ال تغلوا و ال تغدروا و لا تمثلوا و ال تقتلواوليدا . رواه مسلم អាំពីស៊ូឡៃម៉ាន ពិន ពូរ៉ាយហោះ អាំពីឪពុក្របស់គាត់ បាន និយាយថា នៅពេលដែលរ៉ាស៊ូលុលឡោះគាត់តែងតាំងមេទ័ព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ឬឡមកផងពលតូចគឺគាត់តែងតែដ្តផ្ទតាំ ជាពិសេសឱ្យកោតខ្លាច ចំពោះអល់ឡោះនិងដ្តផ្ទតាំដល់អ្នកមូស្លីមដែលនៅជាមួយគេ ឱ្យធ្វើអំពើលអ។ គាត់បានផ្ទតាំទៀតថ្ល ចូរពួកអ្នកធ្វើសង្គ្រាម ដើម្បីអល់ឡោះសម្លាប់អ្នកដែលប្រឆាំងនឹងអល់ឡោះ ចូរពួក អ្នកធ្វើសង្គ្រាមចុះ តែកុំធ្វើប្ជុលហួសខានត កុំច្បាស់ កុំ រាំដរក្សាកសព ហើយកុំសម្លាប់ក្មេង»។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៥.មូហាំម៉ាត់ជាហួយនឹងី កគ្រិស្តសាសនិកនិងជ្វីហ្វ ពាក្យសម្តីរបស់គាត់ (ﷺ) អាំពី អាពូ ហុរ៉ៃរ៉ោះ បាននិយាយថា «មនជនជាតិជ្វីហ្វម្នាក់ានដាក់តទាំងោំនិញលក់។ មានគេឱ្យទ្លោំនិញរបស់គេមិន សមរមយធ្វើឱ្យគេខឹង។ គេបាននិយាយថា សូមសប្ចំពោះ អ្នកដែលបានតែងតាំងមូស្គនៅកាន់មនុស្សលោក្ទាំងមូល។ ខ ៈនោះមនបុរសម្នាក់ទនពួកអាន់ឡសីរានស្តាប់ឮ ហើយ សុះនៅះកាំលម្អៀងរបស់គេ។ គាត់និយាយថា ឯងនិយាយថា សូមសប្ចំពោះអ្នកដែលបានតែងតាំងមូស្គនៅកាន់មនុស្ស ទាំងមូល ចុះណាពីដែលនៅជាមួយពួកយើងនោះយ៉ាងយ៉ាងម៉េច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នៅវិញ? បុរសជនជាតិជ្វីហ្វាននៅរក្ណាពី ហើយនិយាយ ថា ដនឪពុក្របស់ក្សិម ខ្ញុំមនសិទ្ធិផ្ទាល់ខ្លួនខ្ញុំ និងមនកិច្ច សនា។ ចុះបុរសម្នាក់ដែលបានមកោះកាំលម្អៀងខ្ញុំនោះ តើ លោក្គិតយ៉ាងយ៉ាងម៉េច? ណាពីបានក្រោក្ឈរ ហើយបាន និយាយថា ហេតុអ្វីនជាឯងោះកាំលម្អៀងគេ? ពេលនោះគេ និយាយប្រាប់ណាពីពីរឿងហេតុដែលបានកើតឡើង។ ណាពីនខឹងរហូតដល់គេមើលដឹងតាមរយៈទឹកមុខរបស់គាត់។ ក្រោយមកគាត់និយាយថា ចូរកុំតឡមកីងណាពីណាម្នាក់ខ្លាំង ជាងណាពីដទេទៀត ក្នុងចំណោមណាពីរបស់អល់ឡោះ។ ជាការពិតណាស់ នៅពេលដែលគេលុំដប្តលើកទីមួយអ្នក ដែលនៅលើមេឃ និងនៅលើផែនដីនសនលរ់ាត់ស្មារតី លើកលែងអ្នកដែលអល់ឡោះទ្រង់សព្វព្រះទ័យមិនឱ្យសនលរ់។ ក្រោយមកគោន្លុំដប្តលើកទីពីរ ហើយខ្ញុំជាអ្នកក្រោក មុនគេ ខ ៈនោះមូសគ្នាឡតាងជារ់នឹងរាជរលល័ងា។ ខ្ញុំមិន ដឹងទេថ្ល តើគេគិតពីការសនលរ់នៅថ្ងៃដែលគាត់នៅឯភនាំតួរ ឬ ក៏គាត់រស់ឡើងវិញមុនខ្ញុំ ហើយខ្ញុំមិននិយាយថា នរណាម្នាក់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លអប្រសើរជាង យូឡីស ពិន ម៉ាទតដែរ»។ រីវា៉ាយ៉ាត់អាល់ពូខ 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رضي هللا عنه قال: كان غالم يهودي يخدم النبي صلى هللا عليه و سلم فمرض،فأتاه النبي صلى هللا عليه و سلم يعوده فقعد عند رأسه فقال له: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))أسلم(( فنظر إلى أبيه و هو عنده؟ فقال: أطع أبا القاسم. ،فأسلم فخرج النبي لى ص هللا عليه و سلم و هو يقول((الحمد هلل الذي أنقذه من النار(( رواه البخاري អាំពីអាឡីសបាននិយាយថាមនក្មេងជនជាតិជ្វីហ្វម្នាក់នៅ បម្រើណាពី។ ក្មេងប្រុសនោះធ្លលក់ខ្លួនឈឺ ពេលនោះរ៉សូលុល ឡោះាននៅសួរសុខទុក្ខគេ ហើយគាត់បានអផងុយនៅជិត កាលដាំឡ ក្របស់ក្មេងនោះ។ គាត់បាននិយាយថា ចូរចូល សាសនាឥស្លាមនៅ។ ក្មេងនោះានសមលឹងមើលឪពុក្របស់ គេដែលនៅដក្បនោះ? ឪពុក្គេនិយាយថា ចូរកូនស្តាប់តាម អាពូក្សិមចុះ។ ក្មេងនោះានចូលឥស្លាម ណាពីក៏បានដើរ ចេញ ហើយឡព្យាបាលថ្ល ការសរឡសីទាំង យសម្រាប់អល់ឡោះ អល់ឡោះដែលទ្រង់បានសង្គ្រោះគេពីភ្លើងនរក»។ រីវា៉ាយ៉ាត់អាល់ ពូខរីយ៍។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عائشة رضي هللا عنها قالت: توفي رسول هللا صلى هللا عليه و سلم ودرعه مرهونة عند يهودي في ثالثين صاعا من شعير.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អាំពីអាអ៊ីសះបាននិយាយថារ៉ាស៊ូលុលឡោះានស្លាប់ ហើយ អាវក្រោះរបស់គាត់នៅជារ់រញ្ចាំជាមួយនឹងបុរសជនជាតិជវី ហ្វម្នាក់ក្នុងតម្លៃប្សូវស្គឡី៣០ក្នតទាំង»។ រីវា៉ាយ៉ាត់មុត្តាហ្វាគុន 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سهل بن حنيف قال إن النبى صلى هللا عليه و سلم مرت به جنازة فقام فقيل له أنها جنازة يهودي فقال أليست نفسا .رواه البخارى អាំពីសោះហិល ពិន ហីហ្វ បាននិយាយថា មានគេដហ្សព កាត់ណាពី។ គាត់បានក្រោក្ឈរ ប្សារ់តែមនគេប្រាប់គាត់ ថ្លនោះជាសាកសពរបស់ជនជាតិជ្វីហ្វ។ គាត់បានតបវិញថា តើវាមិនមែនជាជីវិតមួយទេឬ?»។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ចរិតរបស់មូហាំម៉ាត់ ១\មូហាំម៉ាត់ស្មោះប្តងូ ពាក្យសម្តីរបស់គាត់ ម៉មូតូ عن أبى هريرة رضى هللا عنه أن رسول هللا صلى هللا عليه و سلم قال(( آية المنافق ثالث: إذا حدث كذب و إذا و عد أخلف و إذا اؤتمن خان(( متفق عليه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 ហុរ៉ៃរ៉ោះ បាននិយាយថា រ៉ាស៊ូលុលឡោះាន មានប្រសាសន៍ថា សញ្ញសាំគាល់អ្នកមូណាហ្វិក្មនរី៖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និយាយកុហក ក្បត់សន្យា ច្បាស់នឹងសេចក្តីទុក្ចិត្ត»។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رضي هللا عنه أن رسول هللا صلى هللا عليه و سلم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))لتؤدن الحقوق إلى أهلها يوم القيامة حتى يقاد للشاة الجلحاء من الشاة القرناء((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អាំពីអាពីហុរ៉ៃរ៉ោះបាននិយាយថា រ៉ាស៊ូលុលឡោះបានមាន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«គេត្រូវទាមទាររក្យុត្តិធម៌ជូនជនរងគ្រោះ វិញនៅថ្ងៃររលោក។ សូម្បីពដពឥតដសនងក៏គេរក្យុត្តិធម៌ឱ្យវា ដែលត្រូវដេញវាត់ធ្វើរដោយពដពដែលមានដសនង»។ រីវា៉ា 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عمر بن الخطاب رضي هللا عنه قال: لما كان يوم خيبر أقبل نفر من أصحاب النبي صلى هللا عليه وسلم فقالوا: فالن شهيد وفالن شهيد. حتى مروا على رجل فقالوا: فالن شهيد. فقال النبي صلى هللا عليه و سلم: ))كال إني رأيته في النار في بردة غلها أو عباءة((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អាំពីអ៊ូមែរ ពិន អាល់ខឡតាតបបាននិយាយថា«នៅថ្ងៃសមរភូមិ ទខឡហ្ពីរ មានសហ្ការីមួយករុមរបស់រ៉ាស៊ូលុលឡោះានដើរ សាំនៅមក ហើយនិយាយថា ម្នាក់នោះស្លាប់សាហីត ម្នាក់ នោះស្លាប់សាហីត រហូតដល់ពួកគោនដើរក្សាត់បុរសម្នាក់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ពួកគេនិយាយថាម្នាក់នោះក៏ស្លាប់សាហីតដែរ។ ពេលនោះ ណាពីបាននិយាយថា ទេមិនដូចនេះទេ ខ្ញុំនឃើញគេនៅ ក្នុងនរក្ដោយសារគេលួចយកអាវផ្ទយឬអាវធាំពីទ្រព្យជ័យ ភ ឌដែលគេមិនទាន់ដចក»។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رضي هللا عنه أن رسول هللا صلى هللا عليه و سلم قال (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من حمل علينا السالح فليس ،منا و من غشنا فليس منا )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في رواية له أن رسول هللا صلى هللا عليه و سلم مر على صبرة طعام فأدخل يده فيها فنالت أصابعه ،بلال فقال ( :ما هذا يا صاحب الطعام؟)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أصابته السماء يا رسول ،هللا قال ( :أفال جعلته فوق ال طعام حتى يراه الناس! من غشنا فليس منا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 ហុរ៉ៃរ៉ោះ បាននិយាយថា រ៉ាស៊ូលុលឡោះបានមាន ប្រសាសន៍ថា៖ «នរណាស្គពយអាវុធ្មកប្រឆាំងនឹងយើង គេ ពុំមែនជាពួកយើង ហើយនរណាច្បាស់យើង ក៏មិនមែន ជាពួកយើងដែរ»។ រីវា៉ាយ៉ាត់មូស្លីម។ រីវា៉ាយ៉ាត់មួយទៀតរបស់មូស្លីមានឱ្យដឹងថ្ល រ៉ាស៊ូលុលឡោះានដើរក្សាត់គាំនរចាំ ីមួយកន្លែង គាត់បានលូក្ដៃនៅក្នុង ហើយឃើញចាំ ីនោះដក់ទឹក គាត់បានសួរថា អ្នកលក់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មូរ! តើអ្វីនោះ? គេឆ្លើយថា រពិត្រ រ៉ាស៊ូលុលឡោះ! វាត្រូវទឹកលម្អៀង។ គាត់តបវិញថ្ល តើឯងមិនយកវាមកដាក់ខាងលើ ឱ្យមនុស្សឃើញទេឬ? គាត់រនតថ្ល នរណាច្បាស់ពួក យើង ពុំមែនជាពួកយើងទេ»។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២.មូហាំម៉ាត់ទៀងប្តងូ ពាកយសម៉ដីរបស់គាតូ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عبد هللا بن عمرو بن العاص رضي هللا عنهما أن النبي صلى هللا عليه و سلم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(أربع من كن فيه كان منافقا خالصا و من كانت فيه خصلة منهن كانت فيه خصلةمن النفاق حتى يدعها : إذا اؤتمن ،خان و إذا حدث ،كذب و إذا د عاه ،غدر و إذا خاصم فجر(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អាំពីអាប់ឌុលឡោះ ពិន អាំរូ ពិន អាអ៊ីសះ ននិយាយថា រ៉សូលុ លឡោះានមានប្រសាសន៍ថា នរណាមនរួនប្រការនោះ ក្នុងខ្លួន អ្នកនោះគឺជាមូណាហ្វិក (មនុស្សក្បត់) ហើយ នរណាមនមួយប្រការក្នុងចំណោមប្រការទាំងនោះ គឺគេ មានចរិតជាមូណាហ្វិក លុះត្រាតែគេលះបង់ចោល។ រួន ប្រការនោះមនដូចជានៅពេលគេតល់សេចក្តីទុក្ចិត្ត គេក្បត់ នឹងសេចក្តីទុក្ចិត្ត។ នៅពេលគេនិយាយ គេកុហក។ 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ពេលគេចុះកិច្ចសនាគេក្បត់នឹងកិច្ចសនា។ នៅពេលឡ លោះ គ្នា គេប្រើលបិចក្ល»។ មុត្តាហ្វាគុនអាទហើយ។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ابن مسعود رضي هللا عنه عن النبي صلى هللا عليه و سلم ل قا ( :إن الصدق يهدي إلى البر و إن البر يهدي إلى الجنة؛ و إن الرجل ليصدق حتى يكتب عند هللا ،صديقا و إن الكذب يهدي إلى الفجور و إن الفجور يهدي إلى النار؛ و إن الرجل ليكذب حتى يكتب عند هللا كذابا )متفق عليه អាំពី អិរនូ ម៉ាសអូត អាំពីណាពីបានមានប្រសាសន៍ថា៖ « ពិតណាស់ ភាពស្មោះត្រង់នឹងនាំនៅរក្អំពើលអ ហើយអំពើលអ នាំនៅកាន់ឋានសួគ៌។ ពិតណាស់ បុរសម្នាក់និយាយស្មោះ ត្រង់រហូតដល់គេចរក្នុងបញ្ជីព្រះលិខិតថ្ល គេជាមនុស្ស ទៀងត្រង់។ ជាការពិតណាស់ ការកុហកនាំនៅរក្អំពើ អាក្រក់ ហើយអំពើអាក្រក់នាំនៅកាន់ឋាននរក។ ជាការពិត ណាស់ បុរសម្នាក់និយាយកុហករហូតដល់គេចរក្នុងបញ្ជី ព្រះលិខិតថ្ល គេជាមនុស្សកុហកនៅចំពោះអល់ឡោះ»។ មុត តាហវគុនអាទហើយ។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سفيان صخر بن حرب رضي هللا عنه في حديثه الطويل في قصة هرقل قال هرقل: فماذا يأمركم ) يعني النبي صلى هللا عليه و سلم ( قال أبو</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سفيان: قلت قول ي )) اعبدوا هللا وحده ال تشركوا به ،شيئا و اتركوا ما يقول ،آباؤكم و يأمرنا بالصالة و الصدق و العفاف والصلة ((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អាំពីអាពូសុហ្វយ៉ាន សឹខរី ពិន ហរឹរ រីវា៉ាយ៉ាត់ក្នុងហាឌីសដ៏ ដវងមួយទាក់េងនឹងរឿងស្តេចហេរ៉ាក្លីយូស។ ហេរ៉ាក្លីយូសាននិយ យថា តើគេប្រើពួកអ្នកឱ្យធ្វើអ្វីខ្លះ(ណាពី)? សុហ្វយ៉ានាន តបថ្ល គេនិយាយថា ចូរពួកអ្នកគោរពអល់ឡោះជាម្ចាស់តែ មួយគត់ ចូរកុំគោរពពហុទេពរួមជាមួយនឹងទ្រង់។ ចូរលះ រង់ពាក្យឡប្ពងពីដូនតារបស់ពួកអ្នក។ គេប្រើយើងឱ្យស ត ប្រកាន់ពាក្យសច្ចៈ ដ្រក្សាខ្លួនពីអំពើអាយមុខ និងរារ់ ញាតិ»។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មូហាំម៉ាត់ជាអ្នកនម៉ពាកយ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رضي هللا عنه أن النبي صلى هللا عليه و سلم قال ( :و الكلمةالطيبة صدقة )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អាំពីអាប៊ូ ហុរ៉ៃរ៉ោះបាននិយាយថា ណាពីបានមានប្រសាសន៍ ថា ពាក្យសំដីលអគឺជាការររិចចគទាន»។ មុត្តាហ្វាគុនអាឡៃហិ 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عم ر رضي اهلل عنه ما أن رسول اهلل صلى اهلل عليه وسلم قال: ( إذا ك انوا ثالثة فال يتناجى اثنان دون الثالث .) متفق عليه អាំពី អិរនូ អ៊ូមែរ បាននិយាយថា រ៉ាស៊ូលុលឡោះបានមាន ប្រសាសន៍ថា៖ «ប្រសិនបើមនគ្នារីនក់ ចូរកុំនិយាយខសិរ តែពីរនក់ដោយអ្នកទីរីស្តាប់មិនឮ»។ មុតាតហវកុនអាទឡ ហី។ រីវា៉ាយ៉ាត់អាពូដាវូតគាត់បានបន្ថែមថ្ល អាពូសឡឡោះាន និយាយថាខ្ញុំននិយាយនៅកាន់អិរនូអ៊ូមែរ ចុះរួននក់។ គាត់បានតបថា ឥតមនរញាអ្វីដល់អ្នកនោះទេ។ រីវា៉ាយ៉ាត់ ម៉ាលិក ក្នុងមូវ័តតក់អាំពីអាប់ឌុលឡោះ ពិន ឌីឡីរ គាត់បាននិយាយថា ខ្ញុំនឹងអិរនូអ៊ូមែរ នៅក្នុងផ្ទះរបស់ខឡល ដ ពិន អុកហ្ពោះនៅឯារ។ មានបុរសម្នាក់ចង់និយាយខសិរ ជាមួយនឹងគាត់ ហើយគ្មាននរណាម្នាក់នៅជាមួយអិរនូ អូឡមី រក្រៅពីខ្ញុំ។ អិរនូ អ៊ូមែរាននៅបុរសផ្សេងម្នាក់ទៀតដើម្បី ឱ្យានគ្នារួននក់។ គាត់បាននិយាយប្រាប់ខ្ញុំ និងបុរសទីរី ដែលគាត់បាននៅមកនោះថ្ល សូមរាំខានរនតិច ព្រោះខ្ញុំន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ឮរ៉ាស៊ូលុលឡោះបានមានប្រសាសន៍ថា ចូរកុំនិយាយខសិរតែ គ្នាពីរនក់ដោយម្នាក់ទៀតស្តាប់មិនឮ»។</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 عن أنس رضي هللا عنه أن النبي صلى هللا عليه و سلم كان إذا تكلم بكلمة أعادهاثالثا حتى تفهم ،عنه و إذا أتى على قوم فسلم عليهم ثالثا. رواه البخ 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អាឡីស បាននិយាយថា នៅពេលណាពីគាត់ និយាយអ្វីមួយគាត់និយាយរីៗដង ដើម្បីឱ្យគេយល់គាត់ ហើយពេលណាគាត់នៅកាន់ក្រុមណាមួយ គាត់ឱ្យស្គ ម នៅពួកគេចំនួនរីដងដែរ»។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៤.មូហាំម៉ាត់ជាមនុស្សអ្តូធេត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ابن عباس رضي هللا عنهما ،قال قال رسول هللا صلى هللا عليه و سلم ألشج عبدالقيس: ))إن فيك خصلتين يحبهما هللا: الحلم و األناة(( رواه مسلم អាំពីអាឡីសបាននិយាយថា រ៉ាស៊ូលុលឡោះបានមាន ប្រសាសន៍នៅកាន់អាសាច់ អាប់ឌុលទក្សីថ្ល ឯងមនចរិត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ពីរដែល អល់ឡោះទ្រង់ស្រឡាញ់ឯងគឺសេចក្តីអត់ធ្មត់ និង ការខនតី»។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رضي هللا عنه قال: كنت أمشي مع رسول هللا صلى هللا عليه و سلم و عليه برد نجر اني غليظ ،الحاشية فأدركه أعرابي فجبذه بردائه جبذة ،شديدة فنظرت إلى صفحة عاتق النبي صلى هللا عليه و سلم و قد أثرت بها حاشية البرد من شدة جبذته. ثم قال: يا محمد مر لي من مال هللا الذي عندك. فالتفت إليه فضحك ثم أمر له بعطاء. متفق عليه អាំពី អាឡីស បាននិយាយថា ខ្ញុំនធ្វើដំណើរជាមួយរ៉ាសូ លុលឡោះ ហើយគាត់ពាក់អាវផ្ទយមកពីតំបន់ណាច់រ៉ាន មានជាយករាស់។ ពេលនោះមនបុរសម្នាក់ទនពួកអារ៉ាប់វាល ខាច់ានមកតាមគាត់ ហើយបានចាប់ទាញជាយអាវផ្ទយ របស់គាត់យ៉ាងខ្លាំង។ ខ្ញុំនឃើញនៅលើស្គេរបស់ណាពី ស្គនមជាយអាវរោត់ស្បែក្របស់គាត់ដោយសារក្សារចាប់ទាញ របស់គេ។ រនារ់មកបុរសនោះបាននិយាយថា ដនមូហាំម៉ាត់ ចូរប្រើឱ្យគេយកទ្រព្យសម្បត្តិរបស់អល់ឡោះមកឱ្យខ្ញុំ។ ណា ពីនគក្មើលបុរសនោះ ទាំងសើចញញឹម ហើយគាត់បាន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ប្រើឱ្យគេយកទ្រព្យឱ្យនៅបុរសនោះ»។ មុត្តាហ្វាគុនអាឡៃហិ 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មូហាំម៉ាត់ជាមនុស្សមានមេត្តាករុណា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عائشة رضي هللا عنها قالت قال رسول هللا صلى هللا عليه و سلم ( :إن هللا رفيق يحب الرفق في األمر كله )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អាអ៊ីសះបាននិយាយថា រ៉ាស៊ូលុលឡោះបានមាន ប្រសាសន៍ថា៖ « អល់ឡោះទ្រង់មហាមេត្តាករុណា ហើយ ទ្រង់សព្វព្រះទ័យចំពោះសេចក្តីមេត្តាករុណា»។ មុត្តាហ្វាគុន 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وعنها أن النبي صلى هللا عليه و سلم قال ( :إن هللا رفيق يحب ،الرفق ويعطي على الرفق ما ال يعطي على العنف و ما ال يعطي على ما سواه )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អាអ៊ីសះ ដែលបាននិយាយថា ណាពីបានមាន ប្រសាសន៍ថា អល់ឡោះទ្រង់មហាមេត្តាករុណា ទ្រង់សព្វព្រះទ័យចំពោះសេចក្តីមេត្តាករុណា។ ទ្រង់ប្រទានចំពោះសេចក្តី មេត្តាករុណាមិនដូចការប្រទានចំពោះអ្វីផ្សេងទៀតនោះទេ»។ រីវា៉ាយ៉ាត់មូស្លីម។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هللا عنه قال : بال أعرابي في المسجد فقام الناس إليه ليقعوا فيه.فقال النبي صلى هللا عليه و سلم ( :دعوه وأريقوا على بوله سجال من ماء أو ذنوبا من ماء،فإنما بعثتم ميسرين و لم تبعثوا معسرين ( رواه البخاري )) السجل(( بفتح السين المهملة وإسكان الجيم : و هي الدلو الممتلئة ،ماء و كذلك الذنوب.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អាំពីអាប៊ូ ហុរ៉ៃរ៉ោះបាននិយាយថា៖ « មានបុរសម្នាក់ទនអា រា៉ារ់វាលខ្សាច់នាមកនុងម៉ាសជិត។ មនុស្សជាច្រើនានក្រោក ចង់នៅវាយគេ។ តែណាពីបានមានប្រសាសន៍ថា ទុកឱ្យគេ នាមឱ្យទាំងអស់នៅ។ ចាំយកទឹកមួយធុង ឬមួយយើងនៅចក់ លើទឹកនាមរបស់គេផង។ ពិតណាស់ គេបញ្ជូនពួកអ្នកមក ដើម្បីឱ្យគយប្សួលមិនមែនដើម្បីធ្វើឱ្យពិបាកនោះទេ»។ រីវា៉ា យ៉ាត់អាល់ពូខរីយ៍។ ((السجل))មានន័យថាធុងឬយើង ដែលមានទឹកពេញ((الذنوب))ក៏មនន័យដូចគ្នាដែរ។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មូហាំម៉ាត់ជាមនុស្សឱនលំទោន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عياض بن حمار رضي هللا عنه ،قال قال رس ول هللا صلى هللا عليه و سلم: ))إن هللا أوحى إلي أن تواضعوا حتى ال يفخر أحد على أحد وال يبغي أحد على أحد(( رواه مسلم.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អាំពីអ៊ីឡយីត ពិន ហាំឡមីរ បាននិយាយថា រ៉ាស៊ូលុលឡោះាន មានប្រសាសន៍ថា៖ «ពិតណាស់ អល់ឡោះបានតល់វា៉ាហីឱ្យ ខ្ញុំប្រនៅពួកអ្នកឱ្យប្រកាន់នូវចរិតឱនលំទោន ដើម្បីកុំឱ្យរុគា លម្នាក់មនខ្មៅនភាពនៅលើបុគ្គលផ្សេងទៀត ហើយដើម្បី កុំឱ្យមនុស្សរាំពានគ្នានៅវិញនៅមក»។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األسود بن يزيد قال سئلت عائشة رضي هللا عنها: ما كان النبي صلى هللا عليه و سلم يصنع في بيته؟ قالت: كان يكون في مهنة أهله )يعني خدمة أهله( فإذا حضرت الصالة خرج إلى الصالة.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អាល់ឡអីសវា៉ាត់ ពិន យ៉ាហ្ស៊ីដ គាត់បាននិយាយថា៖ «ខ្ញុំន សួរអាអ៊ីសះថ្ល តើនៅះ ណាពីគាត់ធ្វើអ្វី? គាត់បានឆ្លើយថា គាត់បំពេញតួនទីរបស់គាត់ក្នុងនមជាមេគ្រួសារ(មានន័យថា គាត់បម្រើការគរគ្រួសាររបស់គាត់) នៅពេលដល់ម៉ោងស ត គាត់នៅស ត»។ រីវា៉ាយ៉ាត់អាល់ពូខរីយ៍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មូហាំម៉ាត់មានមេត្រីភាពចំពោះអ្នកជុំវិញគាត់សូម្បីតែសត្វ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ابن عمر رضي هللا عنهما أنه مر بفتيان من قريش قد نصبوا طيرا وهم ،يرمونه و قد جعلوا لصاحب الطير كل خاطئة من ،نبلهم فلما رأوا ابن عمر ،تفرقوا فقال ابن عمر: من فعل هذا! لعن هللا من فعل هذا! إن رسول هللا صلى هللا عليه وسلم لعن من اتخذ شيئا فيه الروح غرضا.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))الغرض(( بفتح الغين المعجمة و الراء وهو الهدف و الشيء الذي يرمى إليه.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អិរនូ អ៊ូមែរ បាននិយាយថា គាត់បានធ្វើដំណើរជួរ ក្រុមឡក្នងៗជនជាតិអារ៉ាប់គូឡរសសមួយករុម ពួកគោនចង សតវស្គលរជាគោលនៅសម្រាប់ាញ់ប្ពួញ។ រាល់ពេលដែល ពួកគោញ់ខុសគោលនៅពួកគេជូនគ្រារ់ប្ពួញនៅម្ចាស់សតវ ស្គលរនោះ។ នៅពេលពួកគេឃើញអិរនូ អ៊ូមែរ ពួកគេរត់ រាំដរក្ជួរគ្នា។ អិរនូ អ៊ូមែរបាននិយាយថា នរណាជាអ្នកធ្វើ ដររនោះ! អល់ឡោះបានដាក់រណាតស្គចំពោះអ្នកដែលបាន ធ្វើដររនោះ!។ ពិតណាស់ រ៉ាស៊ូលុលឡោះានដាក់រណាតស្គ ចំពោះអ្នកដែលបានយករបស់មនជីវិតមកដាក់ជាគោលនៅ សម្រាប់ាញ់ប្ពួញ»។ មុត្តាហ្វាគុនអាឡៃហិ។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((الغرض))មានន័យថាគោលនៅ និងអ្វីដែលគោញ់ប្ពួញ សាំនៅនៅរក។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ابن مسعود رضي هللا عنه قال: كنا مع رسول هللا صلى هللا عليه و سلم في سفر فانطلق لحاجته فرأينا حمرة معها فرخان ، فأخذنا ،فرخيها فجاءت الحمرة فجعلت تف رش،فجاء النبي صلى هللا عليه و سلم فقال ( :من فجع هذه بولدها؟ ردوا ولدها إليها(( ورأى قرية نمل قد حرقناها فقال ( :من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حرق هذه؟(( قلنا ،نحن قال ( :إنه ال ينبغي أن يعذب بالنار إال رب النار(( رواه أبو داود بإسناد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قوله ))قرية نمل(( معناه: موضع النمل مع النمل.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អិរនូ ម៉ាស្អ៊ូតបាននិយាយថា យើងានធ្វើដំណើរ ជាមួយនឹងរ៉ាស៊ូលុលឡោះ។ គាត់មនការរនតិច ហើយក៏ដើរ ចេញនៅត់។ ពេលនោះពួកយើងានឃើញឡមសតវស្គលរ មួយកាល មានកូនតូចពីរ។ ពួកយើងានចាប់យកកូនទាំង ពីរចេញពីឡមរបស់វា។ ឡមរបស់វោះស្គលរយាំទាររក្កូន។ ពេលនោះណាពីបានមកដល់ ហើយនិយាយថា តើនរណាធ្វើឱ្យឡមសតវស្គលរនោះយាំសោក្ដោយសារកូនរបស់វា? ចូរលែង កូនឱ្យនៅឡមរបស់វាវិញ។ គាត់បានឃើញសាំរុកប្សឡមច ដែលត្រូវយើងដុតបំផ្លាញ។ គាត់បានសួរទៀតថ្ល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តើនរណាដុតបំផ្លាញសាំរុក្សសម្រេចនោះ? ពួកយើងាន ឆ្លើយថា ពួកយើងជាអ្នកដុត។ គាត់បានមានប្រសាសន៍ថា គេមិនគួរណាធ្វើទារុ ក្មេនឹងភ្លើងនោះទេ ព្រោះមនតែ ម្ចាស់ភ្លើងរ៉ុនោះ(អល់ឡោះអាចដាក់ទារុ ក្មេនឹងភ្លើង បាន)។ រីវា៉ាយ៉ាត់អាពូដាវូត ដោយអិសណាត់សាហ៊ីហ។ ពាក្យថា((قرية النمل))មានន័យថាសាំរុកប្សឡមច។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មូហាំម៉ាត់ជាមនុស្សមានមេត្តា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قتادة الحارث بن ربعي رضي هللا عنه ،قال قال رسول هللا صلى هللا عليه و ( : سلم إن ي ألقوم إلى الصالة وأريد أن أطول فيها فأسمع بكاء الصبي فأتجوز في صالتي كراهية أن أشق على أمه) 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អាពូក្តាហោះ អាល់ហរីស ពិន រ៉ារអ៊ីយ៍ បាននិយាយថា រ៉ាស៊ូលុលឡោះបានមានប្រសាសន៍ថា៖ «ខ្ញុំក្រោក្នៅស ត ហើយខ្ញុំមនរទាំងចង់ស តឱ្យយូរ។ តែខ្ញុំនឮសាំឡឡង ក្មេងយាំ ខ្ញុំក៏ស តយ៉ាងលឿន ដោយសារខ្ញុំមិនចង់ធ្វើឱ្យ ពិបាកដល់ម្តាយរបស់ក្មេងនោះ»។ រីវា៉ាយ៉ាត់អាល់ពូខរីយ៍។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سليمان مالك بن الحويرث رضي هللا عنه قال :أتينا رسول هللا صلى هللا عليه وسلم و نحن شببة ،متقاربون فأقمنا عنده عشرين ،ليلة و كان رسول هللا صلى هللا عليه و سلم رحيما رف،يقا فظن أنا قد اشتقنا أهلنا فسألنا عمن تركنا من أهلنا فأخبرناه. فقال(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ارجعوا إلى أهليكم فأقيموا فيهم و علموهم و مروهم و صلوا صالة كذا في حين كذا وصلوا كذا في حين ،كذا فإذا حضرت الصالة فليؤذن لكم أحدكم و ليؤمكم أكبركم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زاد البخاري في رواية له: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صلوا كما رأيتموني أصلي.)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قوله ))رحيما رفيقا(( روي بفاء ،وقاف وروي بقافين.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អាំពីអាពូស៊ូឡៃម៉ាន ម៉ាឡិក ពិន ហូទវរ៉ាហ្ស បាននិយាយថា យើងាននៅជួររ៉ាស៊ូលុលឡោះ ហើយពួកយើងជាយុវជន ដែលមានវ័យស្រាលៗគ្នា។ ពួកយើងនៅជាមួយរ៉សូលុល ឡោះចំនួន២០យប់។ រ៉ាស៊ូលុលឡោះជាមនុស្សមនចិត្តមេត្តា ក្រុណា។ គាត់គិតថា ពួកយើងនឹកក្រុមគ្រួសាររបស់យើង។ គាត់បានសួរយើងពីអ្នកដែលពួកយើងានឃាលតឆៃយទន គ្រួសាររបស់យើង។ ពួកយើងានប្រាប់គាត់ ហើយគាត់ក៏ានមានប្រសាសន៍ថា៖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ចូរពួកអ្នកត្រឡប់នៅជួរជុំក្រុម គ្រួសាររបស់ពួកអ្នកវិញចុះ។ រស់នៅជាមួយពួកគេ របង្រៀន ពួកគេ និងបង្គាប់ប្រើពួកគេ។ ចូរពួកអ្នកស ត ស ត ពេលនោះ នៅម៉ោងរ៉ុលះ ហើយស តពេលនោះ 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ម៉ោងរ៉ុលះ។ ពេលម៉ោងស តមកដល់ ចូរឱ្យនរណាម្នាក់ ក្នុងចំណោមពួកអ្នកអាហាន ហើយចូរឱ្យអ្នកដែលមានអាយុ ច្រើនជាងគេធ្វើជាអ៊ីមាំពួកអ្នក»។ មុត្តាហ្វាគុនអាឡៃហិ។ ក្នុងរីវា៉ាយ៉ាត់អាល់ពូខរីយ៍ានបន្ថែមថ្ល«ចូរពួកអ្នកស ត ដូចដែលពួកអ្នកានឃើញខ្ញុំស ត»ពាក្យថា(( رحيما رفيقا))អ្នកខ្លះថា (ف)និង(ق)អ្នកខ្លះថា(ق)និង(ق)។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 មូហាំម៉ាត់លះបង់មិនលោភលន់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رسول هللا صلى هللا عليه و سلم: ))يتبع الميت ثالثة: أهله و ماله و عمله؛ فيرجع اثنان و يبقى واحد: يرجع أهله و ،ماله و يبقى عمله((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 រីប្រការនៅតាម សាកសពគឺ ក្រុមគ្រួសារ ទ្រព្យសម្បត្តិ និងអាម៉ាល់របស់គេ ហើយពីរប្រការត្រឡប់មកវិញ មួយប្រការទៀតនៅតាមរូប គេ។ ក្រុមគ្រួសារ និងទ្រព្យសម្បត្តិរបស់គេត្រឡប់មកវិញ ហើយនៅសល់តែអាម៉ាល់របស់គេរ៉ុនោះដែលនៅតាមគេ»។ មុត្តាហ្វាគុនអាឡៃហិ។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المستورد بن شداد رضي هللا عنه ،قال قال رسول هللا صلى هللا عليه و سلم : ))ما الدنيا في اآلخرة إال مثل ما يجعل أحدكم إصبعه في اليم فلينظر بم يرجع!((رواه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មុស្គតវរិត ពិន សោត បាននិយាយថា រ៉ាស៊ូលុលឡោះបានមានប្រសាសន៍ថា លោកីយ៍ប្រៀបនឹងដៃររលោក ដូច ជាគេប្ជលក់ម្រាមដៃក្នុងសមុបេ ចូរមើល៍ តើគេមានអ្វី ជារ់មកជាមួយ!»។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العباس سهل بن سعد الساعدي رضي هللا عنه قال جاء رجل إلى النبي صلى هللا عليه و سلم فقال: يا رسول هللا دلني على عمل إذا عملته أحبني هللا وأحبني لناس ا. فقال: ((ازهد في الدنيا يحبك ،هللا و ازهد فيما عند الناس يحبك الناس(( حديث حسن رواه ابن ماجه و غيره بأسانيد حسنة.</w:t>
      </w:r>
    </w:p>
    <w:p>
      <w:pPr>
        <w:spacing w:line="324" w:lineRule="auto" w:after="120" w:before="0"/>
        <w:jc w:val="left"/>
      </w:pPr>
      <w:r>
        <w:t>អាំពីអាពូ អាហាឌីស សោះហិល ពិន ស្អាត អាអ៊ីសះអ៊ីទីយ៍ាន និយាយថាមនបុរសម្នាក់នៅជួរណាពី ហើយសួរថ្ល ឱ រ៉ាស៊ូលុលឡោះ! សូមប្រាប់ខ្ញុំពីទង្វើមួយ ប្រសិនបើខ្ញុំធ្វើ អល់ឡោះ ឡោះនឹងស្រឡាញ់ខ្ញុំ ហើយមនុស្សក៏នឹងស្រឡាញ់ខ្ញុំ។ គាត់បានតបវិញថា ចូរអ្នកលះបង់កុំលោភលន់ក្នុងលោកីយ៍ អល់ឡោះ ឡោះនឹងស្រឡាញ់អ្នក ហើយចូរអ្នកលះបង់កុំលោភលន់នូវ អ្វីដែលមនុស្សមនគឺ មនុស្សនឹងស្រឡាញ់អ្នក»។ ហាឌីស នោះហាសាន់ រីវា៉ាយ៉ាត់អិរនូ ម៉ាចះ និងអ្នកផ្សេងទៀតដោយ អិសណាតហាសាន់។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النعمان بن بشير رضي هللا عنهما قال: ذكر عمر بن الخطاب رضي هللا عنه ما أصاب الناس من الدنيا فقال: لقد رأيت رسول هللا صلى هللا عليه و سلم يظل اليوم ،يلتوي ما يجد من الدقل ما يمأل به بطنه.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))الدقل(( ح بفت الدال المهملة و القاف: رديء التمر.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អាំពីនួក្ម៉ាន ពិន ហពពិសេសៀរបាននិយាយថា អ៊ូមែរ ពិន ខឡតាត រាននិយាយពីអ្វីដែលមនុស្សទទួលាននូវោភសក្ការៈ លោកីយ៍។ គាត់បាននិយាយទៀតថា ខ្ញុំនឃើញរ៉សូលុល ឡោះយកខ្សែចងរឹតចំពោះពេញមួយថ្ងៃ ដោយសារអ្ត់មនអ្វី ហូរចូលក្នុងចំពោះ សូម្បីតែដ្លផ្លែឈើខូចមួយគ្រារ់។ ((الدقل))មានន័យថាផ្លែឈើខូច ឬសអុយ។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عمرو بن الحارث أخي جويرية بنت الحارث أم المؤمنين رضي هللا عنهما قال: ما ترك رسول هللا صلى هللا عليه وسلم عند موته ،دينارا و ال درهما وال عبدا و ال أمة وال ،شيئا إال بغلته البيضاء التي كان ،يركبها و ،سالحه و أرضا جعلها البن السبيل صدقة. رواه البخاري អាំពីអាំរូ ពិន ហរីស ជារអូនរបស់ជូទវរីយ៉ោះ អុំមុលមុមីនីនាន និយាយថានៅពេលរ៉ាស៊ូលុលឡោះស្លាប់គាត់មិនបានបន្សល់ទុកអ្វីទាំងអស់ សូម្បីមួយឌីឡនីរ មួយឡឌៀរហាំ ខ្ញុំបម្រើប្រុស ឬ ស្រី។ លោកានបន្សល់តែសេះទេសញីមួយកាលព ៌ស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ដែលគាត់ធ្លាប់ជិះធ្វើដំណើរ អាវុធ្របស់គាត់ និងដីមួយ កន្លែង គាត់បានដាក់ជាសហាកោះសម្រាប់អ្នកដំណើរដាច់សង្វែងតាមផ្លូវ»។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عبد هللا بن الشخير- بكسر الشين و الخاء المشددة المعجمتين- رضي هللا عنه أنه :قال: أتيت النبي صلى هللا عليه وسلم و هو يقرأ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 لهاكم التكاثر} قال: ((يقول ابن آدم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مالي مالي! و هل لك يا ابن آدم من مالك إال ما أكلت فأفنيت، أو لبست فأبليت، أو تصدقت فأمضيت؟!))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អាំពីអាប់ឌុលឡោះ ពិន ស្គខៃបារបាននិយាយថាខ្ញុំននៅជួរ ណាពីខ ៈដែលគាត់កំពុងសូប្ត( التكاثر ألهاكم)(ការអួត អាងគ្នាអាំពីកូននិងទ្រព្យសម្បត្តិធ្វើឱ្យពួកអ្នករវល់ភ្លេចគិតពី ការគោរពសក្ការៈចំពោះអល់ឡោះ)។ គាត់បាននិយាយថា (មនុស្សលោក្ទាំង យបាននិយាយថា៖ ទ្រព្យខ្ញុំ ទ្រព្យខ្ញុំ! ដនមនុស្សលោក្ទាំង យ តើអ្នកមនទ្រព្យអ្វី ក្រៅពីចាំ ី ដែលអ្នកានហូរ ហើយរោយទាំងអស់នៅ ខោអាវដែលអ្នក ស្លៀក្ពាក់ ហើយចស់រដហក្ទាំងអស់នៅ និងអ្វីដែលអ្នកាន ចាំណាយក្នុងពេលកន្លងុតនៅ?»។ រីវា៉ាយ៉ាត់មូស្លីម។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عائشة رضي هللا عنها قالت: ما شبع آل محمد صلى هللا عليه و سلم من خبز شعيريومين متتابعين حتى قبض.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في رواية: ما شبع آل محمد صلى هللا عليه و سلم منذ قدم المدينة من طعام البر ثالث ليال ت باعا حتى قبض.</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អាំពីអាអ៊ីសះបាននិយាយថា ក្រុមគ្រួសាររបស់មូហាំម៉ាត់មិន ដែលបានហូរនុំរ័ងពីរថ្ងៃជារ់គ្នា រហូតដល់គាត់ស្លាប់»។ មុត្តាហ្វាគុនអាឡៃហិហ។ ក្នុងរីវា៉ាយ៉ាត់មួយទៀត៖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 គ្រួសាររបស់មូហាំម៉ាត់ទាំងពីរគាត់មកដល់ម៉ាឌីណះមិនដែលបានររិបរិភោគអាហរដឆអតបីយប់ជារ់គ្នារហូតដល់គាត់ស្លា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عروة عن عائشة رضي هللا عنها أنها كانت تقول: وهللا يا ابن أختي إن كنا لننظر إلى الهالل ثم الهالل ثم الهالل: ثالثة أهلة في شهرين و ما أوقد في أبيات رسول هللا صلى هللا .عليه و سلم نار قلت: يا خالة فما كان يعيشكم؟ قالت: األسودان: التمر و الماء، إ ال أنه قد كان لرسول هللا صلى هللا عليه و سلم جيران من األنصار وكانت لهم منايح وكانوا يرسلون إلى رسول هللا صلى هللا عليه وسلم من ألبانها فيسقينا.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អាំពីអួរវ៉ោះ អាំពីអាអ៊ីសះាននិយាយប្រាប់ថា សូមសប្នឹង អល់ឡោះ កេយសាំោញ់! យើងមើលឃើញដខមួយឡខនីតពីរ ឡខនីតបីឡខនីតៈ ឡខនីតបីដងក្នុងរយៈពេលពីរដខ នៅះរបស់រ៉ាសូ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លុលឡោះពុំដែលរគកត់ភ្លើងធ្វើមូរនោះទេ។ ខ្ញុំបានសួរថា តើមីងរស់នៅយ៉ាងដូចម្តេច? គាត់បានឆ្លើយថា ដោយវតថុខ្មៅ ពីរគឺដ្លផ្លែឈើនិងទឹក។ ក្រៅពីនោះមនការផ្តល់ជូនពីអ្នកជិត ខាងរ៉ាស៊ូលុលឡោះ។ ពួកគោនហុចទឹកដោះឱ្យពួកយើង ររិបរិភោគ»។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 មូហាំម៉ាត់ជាអ្នកជូនដំណើរភ្ញៀវ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عمر بن الخطاب رضي هللا عنه قال :استأذنت النبي صلى هللا عليه و سلم في العمرة فأذن لي و قال: ((ال تنسنا يا أخي من دعائك)) فقال كلمة مايسرني أن لي بها الدنيا.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:وفي رواية قال ((أشركنا يا أخي في دعائك)) حديث صحيح رواه أبو داود و الترمذي و قال حديث حسن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អ៊ូមែរ បាននិយាយថា ខ្ញុំនសុំអនុញ្ញាតណាពីនៅធ្វើអុំ ឡរា៉ោះ។ គាត់បានអនុញ្ញាតឱ្យខ្ញុំ ហើយគាត់បានមានប្រសាសន៍ ថ្ល(កុំភ្លេចឌូអាឱ្យពួកយើងផង)។ គាត់បាននិយាយពាក្យ មួយម៉ាត់ធ្វើឱ្យខ្ញុំមិនចង់រីក្រាយនឹងសម្បត្តិលោកីយ៍សោះ។ ក្នុងរីវា៉ាយ៉ាត់មួយទៀតគាត់បានមានប្រសាសន៍ថា៖ «រញ្ចូល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ពួកយើងក្នុងឌូអារបស់អ្នកផង»។ ហាឌីសសាហ៊ីហ រីវា៉ាយ៉ាត់ អាពូដាវូត និងអាត់-ទិរមីហ្ស៊ី ហើយគាត់ថា ហាឌីសនោះហ ស្គន់សាហ៊ីហ។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سليمان مالك بن الحويرث رضي هللا عنه قال :أتينا رسول هللا صلى هللا عليه و سلم ونحن شببة ،متقاربون فأقمنا عنده عشرين ،ليلة و كان رسول هللا صلى هللا عليه و سلم رحيما ،رفيقا فظن أنا قد اشتقنا أهلنا فسألنا عمن تركنا من أهلنا فأخبرناه .فقال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((ارجعوا إلى أهليكم فأقيموا فيهم و علموهم و مر وهم و صلوا صالة كذا في حين كذا و صلوا كذافي حين ،كذا فإذا حضرت الصالة فليؤذن لكم أحدكم و ليؤمكم أكبركم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زاد البخاري في رواية له(( :و صلوا كما رأيتموني أصلي((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قوله ((رحيما رفيقا ))روي بفاء ،وقاف و روي بقافين.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អាំពីអាពូស៊ូឡៃម៉ាន ម៉ាឡិក ពិន ហូទវរ៉ាហ្ស បាននិយាយថា យើងាននៅជួររ៉ាស៊ូលុលឡោះ ហើយពួកយើងជាយុវជន ដែលមានវ័យស្រាលៗគ្នា។ ពួកយើងនៅជាមួយរ៉សូលុល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ឡោះចំនួន២០យប់។ រ៉ាស៊ូលុលឡោះជាមនុស្សមនចិត្តមេត្តា ក្រុណា។ គាត់គិតថា ពួកយើងនឹកក្រុមគ្រួសាររបស់យើង។ គាត់បានសួរយើងពីអ្នកដែលពួកយើងានឃាលតឆៃយទន គ្រួសាររបស់យើង។ ពួកយើងានប្រាប់គាត់។ គាត់ក៏បាន មានប្រសាសន៍ថា៖ចូរពួកអ្នកត្រឡប់នៅជួរជុំក្រុមគ្រួសារ របស់ពួកអ្នក រស់នៅជាមួយពួកគេ របង្រៀនពួកគេ និង បង្គាប់ប្រើពួកគេ។ ចូរពួកអ្នកស ត ស តពេលនោះ នៅ ម៉ោងរ៉ុលះ ហើយស តពេលនោះ នៅម៉ោងរ៉ុលះ។ លុះម៉ោងស តមកដល់ ចូរឱ្យនរណាម្នាក់ក្នុងចំណោមពួក អ្នកអាហាន ហើយចូរឱ្យអ្នកដែលមានអាយុច្រើនជាងគេធ្វើជា អ៊ីមាំពួកអ្នក»។ មុត្តាហ្វាគុនអាឡៃហិ។ ក្នុងរីវា៉ាយ៉ាត់អាល់ពូខរីយ៍ានបន្ថែមថ្ល«ចូរពួកអ្នកស ត ដូចដែលពួកអ្នកានឃើញខ្ញុំស ត»ពាក្យថា(( رحيما رفيقا))អ្នកខ្លះថា (ف)និង(ق)អ្នកខ្លះថា(ق)និង(ق)។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 មូហាំម៉ាត់ជាមនុស្សដឹងគុណ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أسامة بن زيد رضي هللا عنهما ،قال قال رسول هللا صلى هللا عليه و سلم(( :من صنع إليه معروف فقال لفاعله :جزاك هللا ،خيرا فقد أبلغ في الثناء ))رواه الترمذي و قال حديث حسن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អាំពីអូស្គម៉ោះ ពិន សហ៊ីហ៍ត បាននិយាយថា រ៉ាស៊ូលុលឡោះាន មានប្រសាសន៍ថា នរណាម្នាក់ដែលគោនធ្វើលអចំពោះខ្លួន ចូរឱ្យគេនិយាយនៅកាន់អ្នកនោះថ្ល សូមជូនពរឱ្យអល់ឡោះ តបសនងឱ្យអ្នកនូវប្រការលអ។ ពិតណាស់ គោនដឹងគុ មួយដ៏កំពូលបំផុត»។ រីវា៉ាយ៉ាត់អាត់-ទិរមីហ្ស៊ី ហើយគាត់ថា ហាឌីសនោះហាសាន់សាហ៊ីហ។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سعد بن أبي وقاص رضي هللا عنه قال خرجنا مع رسول هللا صلى هللا عليه و سلم من مكة نريد ،المدينة فلما كنا قريبا من عزوراء ،نزل ثم رفع يديه فدعا هللا ،ساعة ثم خر ساجدا فمكث ،طويال ثم قام فرفع يديه ساعة ثم خر ،ساجدا فعله ،ثالثا و قال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((إني سألت ربي وشفعت ألمتي فأعطاني ثلث أمتي فخررت ساجدا لربي ،شكرا ثم رفعت رأسي فسألت ربي ألمتي فأعطاني ثلث أمتي فخررت ساجدا لربي ،شكرا ثم رفعت رأسي فسألت ربي ألمتي فأعطاني الثلث اآلخر فخررت ساجدا لربي)) رواه أبو داود.</w:t>
      </w:r>
    </w:p>
    <w:p>
      <w:pPr>
        <w:spacing w:line="324" w:lineRule="auto" w:after="120" w:before="0"/>
        <w:jc w:val="left"/>
      </w:pPr>
      <w:r>
        <w:t>អាំពី ស្អាត អាពី វ័ក្ឡកីសា បាននិយាយថា ខ្ញុំនចេញ ដំណើរជាមួយណាពីពីម៉ាក្កះនៅម៉ាឌីណះ។ នៅពេលយើងនៅ ជិដែល់អាហ្សូរ៉ាក។ រ៉ាស៊ូលុលឡោះានចុះពីយនជាំនិះ គាត់បានលើកដៃរបស់គាត់សុំឌូអាចំពោះអល់ឡោះរយៈពេលមួយ ម៉ោង។ ក្រោយមកគាត់ឱនសឡាតយ៉ាងយូរ ហើយងើបឈរ រួចលើកដៃរបស់គាត់រយៈពេលមួយម៉ោង។ ក្រោយមកគាត់បានសូឡជាត គាត់ធ្វើដររនោះចំនួនរីដង។ គាត់បានមាន ប្រសាសន៍ថា (ខ្ញុំសុំពីម្ចាស់របស់ខ្ញុំ ហើយខ្ញុំនសុំការ សង្គ្រោះសម្រាប់ប្រជាជាតិរបស់ខ្ញុំ។ ទ្រង់បានប្រទានដល់ខ្ញុំ នូវការសង្គ្រោះដល់ប្រជាជាតិរបស់ខ្ញុំចំនួនមួយភាគរី។ ខ្ញុំក៏ សូឡជាតដើម្បីដឹងគុ ចំពោះទ្រង់ជាម្ចាស់របស់ខ្ញុំ។ ក្រោយ មកខ្ញុំនងើបឈរ ហើយសុំម្ចាស់ខ្ញុំសម្រាប់ប្រជាជាតិរបស់ ខ្ញុំ។ ទ្រង់បានប្រទានដល់ខ្ញុំនូវការសង្គ្រោះសម្រាប់ប្រជាជាតិ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របស់ខ្ញុំចំនួនមួយភាគរីទៀត។ ពេលនោះខ្ញុំក៏សូឡជាតដើម្បី អ្រគុ ចំពោះម្ចាស់របស់ខ្ញុំ។ ក្រោយមក ខ្ញុំនងើបឈរ ហើយខ្ញុំនសុំអល់ឡោះជាម្ចាស់សម្រាប់ប្រជាជាតិរបស់ខ្ញុំ។ ទ្រង់បានប្រទានសម្រាប់ខ្ញុំនូវការសង្គ្រោះដល់ប្រជាជាតិរបស់ ខ្ញុំចំនួនមួយភាគរីទៀត។ ខ្ញុំក៏សូឡជាតចំពោះម្ចាស់របស់ខ្ញុំ»។ រីវា៉ាយ៉ាត់អាពូដាវូត។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 មូហាំម៉ាត់យុត្តិធម៌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عبد هللا بن عمرو بن العاص رضي هللا عنهما ،قال قال رسول هللا صلى هللا عليه وسلم(( :إن المقسطين عند هللا على منابر من نور :الذين يعدلون في حكمهم و أهليهم وما ولوا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អាំពីអាប់ឌុលឡោះ ពិន អាំរូ ពិន អាអ៊ីសះ បាននិយាយថា រ៉ាសូ លុលឡោះានមានប្រសាសន៍ថា៖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ពួកអ្នកប្រកាន់នូវសច្ច យុត្តិធម៌ អល់ឡោះនឹងឱ្យពួកគេអផងុយនៅលើឡវេកាពនលឺគឺ ពួកអ្នកដែលប្រកាន់យុត្តិធម៌ក្នុងការកាត់ក្តីរបស់ពួកគេចំពោះ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ក្រុមគ្រួសាររបស់ពួកគេ និងចំពោះការគ្រប់គ្រងរបស់ពួកគេ»។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جابر رضى هللا عنه أن رسول هللا صلى هللا عليه و سلم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((اتقوا الظلم فإن الظلم ظلمات يوم القيامة ، و اتقوا الشح فإن الشح أهلك من كان ،قبلكم حملهم على أن سفكوا دماءهم و استحلوا محارمهم ))رواه مسلم ، رياض الصالحين 402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អាំពីចឡពៀរបាននិយាយថារ៉ាស៊ូលុលឡោះបានមានប្រសាសន៍ ថ្លចូរពួកអ្នកជៀសវាងពីអំពើអ្យុត្តិធម៌ ព្រោះអំពើអ្យុត្តិធម៌ គឺជាភាពងងឹតមួយទនភាពងងឹតតទាំង យនៅថ្ងៃររលោក។ ចូរពួកអ្នកជៀសវាងពីការរិះកាំណាញ់ ពីព្រោះការរិះកាំណាញ់ ធ្វើឱ្យវិនសដល់អ្នកជំនាន់មុនពួកអ្នក។ អំពើនោះរណាតលឱ្យ ពួកគេរងូរ មគ្នា ហើយពួកគោនរាំឡោភរាំពានចំពោះទី សក្ការៈរបស់ពួកគេ»។ រីវា៉ាយ៉ាត់មូស្លីម រីយ៉ាឌុសសលីហីន ២០៤។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النعمان بن بشير رضي هللا عنهما أن أباه أتى به رسول هللا صلى هللا عليه و سلم فقال :إني نحلت ابني هذا غالما كان لي . فقال رسول هللا صلى هللا عليه و سلم(( :أكل ولدك نحلته مثل هذا؟ ))فقال ال .فقال رسول هللا صلى هللا عليه و سلم(( :فأرجعه ))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ួក្ម៉ាន ពិន ហពពិសេសៀរបាននិយាយថា ឪពុក្គាត់បាន នាំគាត់នៅជួររ៉ាស៊ូលុលឡោះ ហើយនិយាយថា ខ្ញុំប្រគល់ខ្ញុំ បម្រើរបស់ខ្ញុំឱ្យនៅកូនខ្ញុំម្នាក់នោះ រ៉ាស៊ូលុលឡោះានតបវិញ ថា តើអ្នកធ្លាប់ឱ្យកូនដទេទៀតអ៊ីចឹងដែរទេ? គាត់បានឆ្លើយ ថា អ្ត់ទេ។ រ៉ាស៊ូលុលឡោះានប្រាប់ថាចូរអ្នកយកខ្ញុំបម្រើ នោះវិញនៅ»។ មុត្តាហ្វាគុនអាទហើយ។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សុជីវធ្ហ៌របស់មូហាំម៉ាត់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មូហាំម៉ាត់ជាគ្រូបង្រៀន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مسعود رضي هللا عنه ،قال قال رسول هللا صلى هللا عليه و سلم(( :ال حسد إال في اثنتين :رجل آتاه هللا ماال فسلطه على هلكته في ،الحق ورجل آتاه هللا الحكمة فهو يقضي بها ويعلمها ))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المراد بالحسد :الغبطة وهو :أن يتمنى مثله.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អិរនូ ម៉ាស្អ៊ូត បាននិយាយថា រ៉ាស៊ូលុលឡោះបានមាន ប្រសាសន៍ថាចូរកុំប្ចដ ន ននីស លើកលែងតែពីរប្រការ៖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បុគ្គលម្នាក់អល់ឡោះបានឱ្យទ្រព្យសម្បត្តិ ហើយគោនជាំនោះ លើចិត្តបិះកាំណាញ់របស់គេ បរិច្ចាគទ្រព្យសម្បត្តិរបស់គេក្នុង លូវលអ។ បុគ្គលម្នាក់ទៀត អល់ឡោះបានប្រទានចាំឡោះដឹង ដល់គេ គេអនុវត្តា មចាំឡោះដឹងនោះ ហើយគេយកចាំឡោះ ដឹងនោះនៅរបង្រៀនអ្នកដទៃ»។ មុត្តាហ្វាគុនអាឡៃហិ។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ពាក្យថា((الحسد))៖((الغبطة))មានន័យថាបាថ្លនចង់ាន ដូចគេ។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سهل بن سعد رضي هللا عنه أن النبي صلى هللا عليه و سلم قال لعلي رضي هللا عنه((:فوهللا ألن يهد ي هللا بك رجال واحدا خير لك من حمر النعم))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អាំពីសោះហិល ពិន ស្អាតបាននិយាយថា ណាពីបានមាន ប្រសាសន៍នៅកាន់អាលីថ្ល សូមសប្ចំពោះអល់ឡោះ បើ សិនជាអល់ឡោះបានចង្អុលបង្ហាញឱ្យបុគ្គលម្នាក់ចូលឥស្លាម តាមរយៈអ្នកគឺប្រសើរសម្រាប់អ្នកជាងមនសតវអូដឋទ្លមួយ កាល»។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رضي هللا عنه أن رسول هللا صلى هللا عليه و سلم :قال))ومن سلك طريقا يلتمس فيه علما سهل هللا له به طريقا إلى الجنة((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ហុរ៉ៃរ៉ោះ បាននិយាយថា រ៉ាស៊ូលុលឡោះបានមាន ប្រសាសន៍ថា នរណាដើរតាមផ្លូវដសវងរក្ចាំឡោះដឹងគឺអល់ឡោះ ឡោះនឹង្តល់ភាពគយប្សួលសម្រាប់គេនូវ្លូវនៅកាន់ឋាន សួគ៌»។ រីវា៉ាយ៉ាត់មូស្លីម។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نجيح العرباض بن سارية رضي هللا عنه قال :وعظنا رسول هللا صلى هللا عليه وسلم موعظة ،بليغة وجلت منها ،القلوب و ذرفت منها العيون .فقلنا :يا رسول هللا كأنها موع ظة مودع فأوصنا .قال ( :أوصيكم بتقوى هللا و السمع و الطاعة و إن تأمر عليكم عبد ، وإنه من يعش منكم فسيرى اختالفا كثيرا!فعليكم بسنتي و سنة الخلفاء الراشدين المهديين عضوا عليها ،بالنواجذ و إياكم و محدثات األمور فإن كل بدعة ضاللة.) رواه أبو داود و الترمذي و ل قا حديث حسن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))النواجذ(( :األنياب و قيل األضراس.</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ណាជៀស អាល់ឡអៀរឡហ្ពីត ពិន សារីយ៉ោះ បាន និយាយថា រ៉ាស៊ូលុលឡោះានទូន្មានដ៏កំពូល ធ្វើឱ្យដួងចិត្ត រនធត់ញារ់ញា័រទឹកភ្នែកហូររហាម។ ពួកយើងបាននិយាយថា រពិត្រ រ៉ាស៊ូលុលឡោះ! វាហក់រីដូចជាការទូន្មានជាលើកចុង ក្រោយ សូមជួយដ្តផ្ទតាំពួកយើងមកចុះ។ គាត់បានមាន ប្រសាសន៍ថា ខ្ញុំសូមដ្តផ្ទតាំពួកអ្នកឱ្យខ្លាចអល់ឡោះ ស្តាប់និង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គោរពតាម ទោះរីជាមេដឹកនាំរបស់ពួកអ្នកជាខ្ញុំបម្រើក៏ឡោ យ។ ជាការពិតណាស់ ប្រសិនបើក្នុងចំណោមពួកអ្នកមាន នរណាម្នាក់មនអាយុដវង គេចាស់ជានឹងឃើញនូវការដខវង គំនិតគ្នាជាច្រើន។ ដូចនេះ ពួកអ្នកចាំច់ត្រូវប្រកាន់តាម មគា៌របស់ខ្ញុំនិងមគា៌របស់មេដឹកនាំទាំងរួន ចូរពួកអ្នកខាំវា នឹងធ្មេញផ្ទាម ចូរពួកអ្នកប្រុងប្រយ័តេចំពោះការបង្កើតទី។ ពីព្រោះរាល់ការបង្កើតទីគឺវឡងវង»។ រីវា៉ាយ៉ាត់អាពូដាវូត អាត់-ទិរមីហ្ស៊ី គាត់និយាយថាហាឌីសហាសាន់សាហ៊ីហ។ ពាក្យថា((النواجذ)) ចងកូម ហើយអ្នកខ្លះថាធ្មេញផ្ទាម។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មូហាំម៉ាត់ទទួលទានអាហារ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عمر بن أبي سلمة رضي هللا عنهما ،قال قال لي رسول هللا صلى هللا عليه و سلم))سم ،هللا و كل بيمينك؛ و كل مما يليك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متفق عليه.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អ៊ូមែរ ពិន អាពីសូទលម៉ាន បាននិយាយថា រ៉សូលុល ឡោះបានមានប្រសាសន៍មកកាន់ខ្ញុំថ្ល ចូរអ្នកសូប្តពិសមិល ឡោះ ចូរររិបរិភោគនឹងដៃស្គតាំ ហើយររិបរិភោគចាំ ីដែលនៅជិត អ្នក»។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رضي هللا عنه قال :ما عاب رسول هللا صلى هللا عليه و سلم طعاما قط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))إن اشته اه أكله وإن كرهه ترك ه((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 ហុរ៉ៃរ៉ោះ បាននិយាយថា រ៉ាស៊ូលុលឡោះមិនដែល រនតុះរគអរ់ចាំ ីអាហរទេ។ បើគាត់ពេញចិត្ត គាត់ររិបរិភោគ តែបើគាត់មិនពេញចិត្តគឺ គាត់ទុក្វា»។ មុត្តាហ្វាគុនអាឡៃហិ 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មូហាំម៉ាត់ផឹកទឹក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عباس رضي هللا عنهما ،قال قال رسول هللا صلى هللا عليه و 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 تشربواواحدا كشرب ،البعير و لكن اشربوا مثنى و ،ثالث و سموا إذا أنتم ،شربتم و احمدوا إذا أنتم رفعتم(( رواه الترمذي و قال حديث حسن.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អិរនូ អាហាឌីសានននិយាយថា រ៉ាស៊ូលុលឡោះាន មានប្រសាសន៍ថា៖ « ចូរពួកអ្នកកុំឹក្មតងដឆអតដូចជាសតវអូ ដឋ។ ក៏ប៉ុន្តែចូរពួកអ្នកឹក្ពីរដង ឬរីដង។ នៅពេលពួកអ្នកឹ ក្ចូរពួកអ្នកសូប្តពិសមិលឡោះ ហើយនៅពេលពួកអ្នក ឈរ់ឹក្ចូរសូប្តអាល់ហាំឌូលិលឡោះ»។ រីវា៉ាយ៉ាត់អាត់េរមុ ហ្សីយ៍ គាត់ថ្លហាឌីសនោះហាសាន់។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رضي هللا عنه أن رس ول هللا صلى هللا عليه و سلم كان يتنفس في الشراب ثالثا.متفق عليه.يعني :يتنفس خارج اإلناء អាំពីអាឡីស បាននិយាយថា នៅពេលរ៉ាស៊ូលុលឡោះឹកទឹកគាត់ដក្ដស្ងៀមរីដង»។ មុត្តាហ្វាគុនអាឡៃហិ។ មាន ន័យថា គាត់ដក្ដស្ងៀមនៅក្រៅតិលទឹក។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មូហាំម៉ាត់ជាមួយនឹងអ្នកជំងឺ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ابن عباس رضي هللا عنهما عن النبي صلى هللا عليه و سلم قال ( :من عاد مريضا لم يحضره أجله فقال عنده سبع مرات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أسأل هللا ،العظيم رب العرش العظيم أن يشفيك ، إالعافاه هللا من ذلك المرض.) رواه أبو داود و الترمذي و قال حديث حسن .و قال الحاكم حديث.صحيح ى عل شرط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អិរនូ អាហាឌីស អាំពីណាពីបានមានប្រសាសន៍ថា នរណាននៅសួរសុខទុក្ខអ្នកជំងឺដែលមិនទាន់ុតដស្ងៀម ហើយពេលនៅដក្បរអ្នកជំងឺនោះ គឌូអាចំនួនបាំពីរដងថ្លខ្ញុំ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សុំពីអល់ឡោះជាម្ចាស់ដ៏មហធាំ ជាម្ចាស់អាបើសសដ៏មហធាំ សូមទ្រង់ឱ្យអ្នកានជាពីជំងឺ។ គឺអល់ឡោះនឹងឱ្យគេរួចុតពី ជំងឺនោះ»។ រីវា៉ាយ៉ាត់អាពូដាវូត និងអាត់-ទិរមីហ្ស៊ី គាត់ថ្ល ហាឌីសនោះហាសាន់ ហើយហគិមថ្លហេសនោះសាហ៊ីហ តាមលក្ខ ឌអាល់ពូខរីយ៍។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رضي هللا عنه قال لما ثقل النبي صلى هللا عليه و سلم جعل يتغشاه الكرب .فقالت فاطمة رضي هللا عنها :و اكرب أبتاه! فقال)) :ليس على أبيك كرب بعد اليوم ((فلما مات قالت :يا أبتاه أجاب ربا ،دعاه يا أبتاه جنة الفردوس ،مأواه يا أبتاه إلى جبريل ننعاه. فلما دفن قالت فاطمة رضي هللا عنها :أطابت أنفسكم أن تحثوا على رسول هللا صلى هللا عليه و سلم التراب؟!رواه البخاري.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អាឡីស បាននិយាយថា៖ «នៅពេលណាពីមនទុក្ខជោមៃន់(ឈឺជិតស្លាប់) ហវទីម៉ោះបាននិយាយថា៖ លោកឪពុក ខ្ញុំរមភខ្លាំងណាស់! គាត់បានឆ្លើយថា៖«រនារ់ពីថ្ងៃនោះនៅឪពុក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107 ---</w:t>
      </w:r>
    </w:p>
    <w:p>
      <w:pPr>
        <w:spacing w:line="324" w:lineRule="auto" w:after="120" w:before="0"/>
        <w:jc w:val="left"/>
      </w:pPr>
      <w:r>
        <w:t>របស់អ្នកលែងមនទុក្ខទៀតហើយ»។ នៅពេលគាត់ស្លាប់ុត នៅ ហវទីម៉ោះបាននិយាយថា លោកឪពុក ព្រះជាម្ចាស់ានទទួលយកឌូអារបស់លោក ឋានសួគ៌ហ្វៀរដោសជាទីអាស្រ័យ របស់លោក។ លោកឪពុក ខ្ញុំសូមប្រកាសកាន់ទុក្ខដល់ទេវតាជី ជីប្រ៊ីល។ នៅពេលដែលគេរញ្ចុះសពគាត់រួច ហវទីម៉ាស់ាន និយាយថា៖ហេតុអ្វីនជាពួកអ្នកពេញចិត្តនឹងកាយដីលរ់នូររ៉ា សូលុលឡោះ ោះ វីបើពួកអ្នកស្រឡាញ់គាត់ខ្លាំងកាលនោះ?»រាយ ការ ៍ដោយអាល់ពូខរីយ៍។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មូហាំម៉ាត់ជាអ្នកធ្វើដំណើរ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جابر رضي هللا عنه عن رسول هللا صلى هللا عليه و سلم أنه أراد أن يغزو فقال))يا معشر المهاجرين و األنصار إن من إخوانكم قوما ليس لهم مال و ال عشيرة فليضم أحدكم إليه الرجلين أو الثالثة فما ألحدنا من ظهر يحمله إال عقبة كعقبة(( يعني أحدهم قال:فضممت إلي اثنين أو ثالثة ما لي إال عقبة كعقبة أحدهم من جملي .رواه أبو داود.</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ចឡពៀរ បាននិយាយថា នៅពេលរ៉ាស៊ូលុលឡោះចង់នៅ ធ្វើសង្គ្រាមគាត់បានមានប្រសាសន៍ថា ដនពួកមូហជីរីន និងអាន់ ស្ទើរ! មានបងប្អូនខ្លះរបស់ពួកអ្នកគ្មានទ្រព្យសម្បត្តិ និងក្រុមគ្រួ សារ។ ចូរទទួលយកពួកគេពីរ ឬរីនក់ដើម្បីរួមដំណើរនៅ ជាមួយ។ ក្នុងចំណោមពួកយើងគ្មាននរណាមនយនជាំនិះ ប្រសើរជាងពួកគេគឺជិះស្មើៗគ្នា។ ខ្ញុំននៅពួកគេពីរឬរីនក់ មកជិះជាមួយខ្ញុំ ហើយកន្លែងជិះរបស់ខ្ញុំដូចជាកន្លែងរបស់គេដែរ (គ្មានការដរងដចក្រវាងម្ចាស់យនជាំនិះ និងអ្នកដោយសារជា មួយនោះទេ)»។ រីវា៉ាយ៉ាត់ ដោយអាពូដាវូត។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-كان رسول هللا صلى هللا عليه و سلم يتخلف في المسير فيزجي الضعيف و يردف و يدعو له.رواه أبو داود بإسناد حسن.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«រ៉ាស៊ូលុលឡោះគាត់បានដើរក្រោយគេ ហើយ គាត់ជួយដឹកអ្នកទន់ខ្សោយឱ្យដើរទាន់គេ និងរួងសួងឌូអា សម្រាប់គេ»។ រីវា៉ាយ៉ាត់អាពូដាវូត និងអិសណាតហាសាន់។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មូហាំម៉ាត់ដើរទទេជើង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رسول هللا صلى هللا عليه و سلم(( من مر في شيء من مساجدنا أو أسواقنا و معه نبل فليمسك أو ليقبض على نصالها بكفه أن يصيب أحدا من ا لمسلمين منها بشيء))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«នរណាម្នាក់ដើរឆលង កាត់ម៉ាសជិតយើង ឬាររបស់យើង ហើយគេស្គពយប្ពួញមក ជាមួយ ចូរឱ្យគេកាន់ ឬកាតប់គ្រារ់ប្ពួញឱ្យជារ់ ការពារកុំឱ្យមាន គ្រោះថ្លនក់ដល់មូស្លីមដោយប្រការណាមួយ»។ មុតាហវគុនអា 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ការប្បតិបតតិរបស់មូហាំម៉ាត់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មូហាំម៉ាត់ប្រតិបត្តិសឡាត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رسول هللا صلى هللا عليه و 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))أال أدلكم على ما يمحو هللا به الخطايا ويرفع به الدرجات؟(( قالوا :بلى يا رسول هللا .قال: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))إسباغ الوضوء على ،المكاره و كثرة الخطا إلى ،المساجد و ان تظار الصالة بعد الصالة؛ فذلكم الرباط(( 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 តើពួកអ្នកចង់ឱ្យខ្ញុំប្រាប់ ពួកអ្នកពីប្រការដែលោងជប្មោះទោសកាំហុស និងលើកឋានៈ ស័ក្តិទេ? ពួកគោនឆ្លើយថា៖ រពិត្រ រ៉ាស៊ូលុលឡោះ ពួកយើង ចង់ដឹង។ គាត់បានមានប្រសាសន៍ថា៖យកទឹកវូហុឱ្យសព្វគ្រប់ កន្លែង លះជាំហនឱ្យានច្រើនៅកាន់ម៉ាសជិត និងរង់ចាំពីស តមួយនៅស តមួយ។ នោះពួកអ្នកគឺជាអ្នកឈរជើងនៅសមរ ភូមិ»។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عبد الرحمن عبد هللا بن مسعود رضي هللا عنه قال: سألت النبي صلى هللا عليه :و سلم أي العمل أحب إلى هللا تعالى؟ قال)) الصالة على وق تها((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:قلت: ثم أي؟ قال))برالوالدين((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:قلت: ثم أي؟ قال)) الجهاد في سبيل هللا(( متفق عليه. អាំពី អាពូ អាពីអារ់ឌិរឡរា៉ោះម៉ាន អាប់ឌុលឡោះ ពិន ម៉ាស្អ៊ូត បាននិយាយថា ខ្ញុំបានសួររ៉ាស៊ូលុលឡោះថា តើទង្វើណាមួយ ដែល អល់ឡោះស្រឡាញ់ជាងគេ? គាត់បានឆ្លើយថា គឺស ត ឱ្យចាំពេលរបស់វា ខ្ញុំក៏សួររនតទៀតថ្ល រនារ់មក តើអ្វីទៀត? គាត់បានឆ្លើយថា ក្តញ្ញូតាធ្ម៌ចំពោះឪពុកម្តាយ។ ខ្ញុំនសួរ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ទៀតថ្ល រនារ់មកទៀតគឺអ្វី? គាត់បានឆ្លើយថា ការតសូក្នុងលូវ អល់ឡោះ»។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عائشة رضي هللا عنها أن النبي صلى هللا عليه و سلم كان يقوم من الليل حتى تتفطر قدماه .فقلت له :لم تصنع هذا يا رسول هللا و قد غفر هللا لك ما تقدم من ذنبك و ما تأخر؟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))أفال أحب أن أكون عبدا شكورا(( متفق عليه. هذا لفظ البخاري .و نحوه في الصحيحين من رواية المغيرة بن شعبة. អាំពីអាអ៊ីសះបាននិយាយថា ណាពីធ្លាប់ស តនៅពេលយប់ រហូតដល់ោជើងទាំងពីររបស់គាត់ហើយម។ ខ្ញុំក៏និយាយនៅកាន់ គាត់ថ្ល រពិត្រ រ៉ាស៊ូលុលឡោះ ហេតុអ្វីនជាអ្នកធ្វើដររនោះ។ ពិតណាស់ អល់ឡោះទ្រង់បានអ្នុគ្រោះឱ្យអ្នកនូវកាំហុក្របស់ អ្នកទាំងពីរមុននិងកាំហុសដែលមិនទាន់ធ្វើ»។ គាត់បានឆ្លើយថា តើខ្ញុំមិនចង់ក្លាយជាខ្ញុំបម្រើដែលដឹងគុ ទេឬ?»។ មុត្តាហ្វាគុន អាឡៃហិ។ នោះជាការនិទានដោយអាល់ពូខរីយ៍ និងអ្នកផ្សេងទៀតនៅក្នុង សហីដហ្ន អាំពីមូហីឡរោះ ពិន សួកហ្ពោះ។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មូហាំម៉ាត់បួងសួងចំពោះម្ចាស់របស់គាត់ (ពាក្យសម្តីរបស់គាត់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بكر الصديق رضي هللا عنه أنه قال لرسول هللا صلى هللا عليه و سلم :علمن ي دعاء أ دعو به في ،صالتي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))قل :اللهم إني ظلمت نفسي ظلما كثيرا و ال يغفر الذنوب إال أنت فاغفر لي مغفرة من عندك وارحمني إنك أنت الغفور الرحيم(( متفق عليه. :و في رواية))وفي بيتي((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روي))ظلما كثيرا((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 روي))كبيرا(( بالثاء ال مثلثة و الباء الموحدة في نبغي أن .يجمع بينهما فيقال: كثيرا كبيرا អាំពីអាពូហពកើត ឡអីសសិតទីក បាននិយាយថា ខ្ញុំនសុំឱ្យរ៉ាសូ លុលឡោះរបង្រៀនខ្ញុំពីឌូអាដើម្បីឱ្យខ្ញុំនឌូអានៅក្នុងស ត របស់ខ្ញុំ។ គាត់បានប្រាប់ថា ចូរអ្នកឌូអាថ្ល រពិត្រអល់ឡោះជា ម្ចាស់ខ្ញុំនរាំពានលើខ្លួនឯងជាច្រើន។ គ្នាននរណាអាច អ្នុគ្រោះចំពោះកាំហុសនោះក្រៅពីទ្រង់ឡើយ។ សូមទ្រង់ អ្នុគ្រោះនិងអ្ភ័យទោសដល់ខ្ញុំផង។ សូមទ្រង់ខនតីដល់ខ្ញុំផង។ ទ្រង់ជាព្រះដ៏មហអ្ភ័យទោសនិងមហក្រុណា»។ មុត្តាហ្វាគុន អាឡៃហិ។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ជីវិតរស់នៅរបស់គាត់ (ﷺ)</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عباس رضي هللا عنهما أن رسول هللا صلى هللا عليه و سلم كان يقول عند الكرب: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 إله إال هللا العظيم ،الحليم ال إله إال هللا رب العرش ،العظيم ال إله إال هللا رب السماوات و رب األرض و رب العرش الكريم ) متفق عليه. អាំពី អិរនូ អាហាឌីសបាននិយាយថា រ៉ាស៊ូលុលឡោះានសូប្តនៅ ពេលមនទុក្ខថ្ល៖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គ្មានទេម្ចាស់គឺមនតែអល់ឡោះដ៏មហធាំ មហអត់ធ្មត់។ គ្នានទេម្ចាស់គឺមនតែអល់ឡោះជាម្ចាស់ទនរាជរ លល័ងកដ៏មហធាំ។ គ្មានទេម្ចាស់គឺមនតែអល់ឡោះជាម្ចាស់ទនបាំ ពីរជាន់មេឃ និងបាំពីរជាន់ផែនដី និងជាម្ចាស់ទនរាជរលល័ងកដ៏ មហទ្លថ្លល»។ 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مسعود رضي هللا عنه قال كان من دعاء رسول هللا صلى هللا عليه :و سلم))اللهم إني أسألك موجبات رحمتك، و عزائم مغفرتك و السالمة من كل إثم و الغنيمة من كل بر و الفوز بالجنة و النجاة من النار((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رواه الحاكم أبو عبد هللا و قال حديث صحيح على شرط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អាំពីអិរនូ ម៉ាស្អ៊ូត បាននិយាយថា រ៉ាស៊ូលុលឡោះានឌូអាថ្ល រពិត្រអល់ឡោះជាម្ចាស់ សូមទ្រង់ប្រទានសម្រាប់ខ្ញុំនូវមូលហេតុ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 យដែលនាំមកនូវក្តីមេត្តារបស់ទ្រង់។ និងការប្តេជ្ញាចិត្ត ដែលនាំមកនូវការខនតីអ្ភ័យទោសរបស់ទ្រង់ បានរួចុតពីទោស កាំហុស និងទទួលាន្លចាំឡ ញពីគ្រប់អំពើលអ។ បានចូល ឋានសួគ៌ដោយជោគជ័យ និងរួចុតពីឋាននរក»។ រីវា៉ាយ៉ាត់ហ គិម អាពូអាប់ឌុលឡោះ គាត់ថ្ល ហាឌីសនេះសហ៊ីហ៍តាម លក្ខ ឌរបស់មូស្លីម។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عائشة رضي هللا عنها أن رسول هللا صلى هللا عليه وسلم كان يصلي إحدى عشرة ركعة)تعني في الليل( يسجد السجدة من ذلك قدر ما يقرأ أحدكم خمسين آية قبل أن يرفع رأسه،ويركع ركعتين قبل صالة الفجر ثم يضطجع على شقه األيمن حتى يأتيه المنادي للصالة.رواه البخاري. អាំពីអាអ៊ីសះបាននិយាយថា រ៉ាស៊ូលុលឡោះធ្លាប់ានស ត ១១រឹក្អាត់(មានន័យថាស តពេលយប់)គាត់បានសូឡជាត មតងស្មើនឹងពួកអ្នកសូប្ត៥០អាយ៉ាត់មុននឹងគាត់ងើបឡើង ហើយគាត់ស តពីររឹក្អាត់មុននឹងស តសូចំពោះ។ រនារ់ មក គាត់ដេកឡ្អៀងលើចាំឡហៀងខ្លួនខាងស្គតាំរហូតដល់គេអាហាន ស តសូចំពោះ»។ រីវា៉ាយ៉ាត់អាល់ពូខរីយ៍។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ជីវិតរស់នៅស្គហញ្ញរបស់មូហាំម៉ាត់ ប្រសិនបើយើងប្រៀបឡធៀរពីជីវិតរស់នៅរបស់មូហាំម៉ាត់មុន នឹងគាត់ក្លាយជាណាពី និងជីវិតក្រោយពេលគាត់ក្លាយជាណាពី យើងចាស់ជានឹងអាចសន្និដ្ឋានបានថា យើងមនជំនឿថ្ល មូហាំម៉ាត់មិនអាចជារ៉សូលច្បាស់ជាដាច់ខាត ហើយគាត់មិន អាចអោះអាងថ្ល គាត់ជាណាពីដើម្បីចង់ាន្លប្រប្រយោជន៍ កេរ្តិ៍ ឈ្មោះ រុ យសក្តិ និងអំណាចនោះទេ។ មូហាំម៉ាត់ពុំមនការខវល់ខាវយចំពោះរញាទ្រព្យសម្បត្តិមុន នឹងពេលគាត់ក្លាយជាណាពី។ ពិតណាស់ មូហាំម៉ាត់ាន សសម្រេចគោលរទាំងរបស់គាត់ ដូចជាគាត់ក្លាយជាឈេញ ជោគជ័យ មានកេរ្តិ៍ឈ្មោះលអ។ តែក្រោយពេលគាត់ក្លាយជាណា ពី ស្គថនភាពជីវភាពរបស់គាត់ដប្រក្លាយជាធ្លលក់ដុនោរ។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ឡដើហបីបកស្រាយឡយើងនឹងបរាញីដឋភី ខ្លះ ទនជីវិតរបស់គាតូ៖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عائشة _زوج الرسول صلى هللا عليه و سلم رضي هللا ،عنها قالت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اه يا ابن أخت ي،لقد مرت بنا ثالثة اشهر قمرية بدون اشعال نار ) إلعداد الطعام( في منزل الرسول .فسألهاابن اختها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وما الذي أعانكم على ذلك؟ « قالت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األسودين )البلح و الماء( .و كان بعض جيران الرسول من األنصار يملكون ناقة فيعطوا الرسول بعضا من لبنها . )البخاري و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អាអ៊ីសះ ភរិយរបស់រ៉ាស៊ូលុលឡោះ បាននិយាយថា ដន កេយស្រីសមលញ់ ទាំងអស់រយៈពេល៣ដខហើយដែលយើងមិនបាន រគកត់ភ្លើង(ចមអិនអាហរ)នៅះរ៉ាស៊ូលុលឡោះ។ កេយរបស់ គាត់បានសួរថា តើពួកអ្នកអាចរស់ានដោយយ៉ាងយ៉ាងម៉េច? គាត់បានឆ្លើយថារបស់ខ្មៅពីរយ៉ាងគឺ(ដ្លផ្លែឈើនិងទឹក)។ មា៉ាងទៀត មានអ្នកជិតខាងទនពួកអាន់ឡសីរ ពួកគេមានអូដឋញីមួយកាល ពួកគេតែងហុចទឹកដោះវាឱ្យមករ៉ាស៊ូលុលឡោះ»។ (អាល់ពូខរី យ៍និងមូស្លីម)។ حدثنا محمد بن يوسف حدثنا سفيان عن عبد الرحمن بن عابس عن أبيه عن عائشةرضي هللا عنها قالت :ما شبع آل محمد صلى هللا عليه و سلم من خبز بر مأدوم ثالثة أيام حتى لحق باهلل و قال ابن</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كثير أخبرنا سفيان حدثنا عبد الرحمن عن أبيه أنه قال لعائشة بهذا ( صحيح البخاري អាំពី មូហាំម៉ាត់ ពិន យូសុះ បាននិយាយប្រាប់យើងថ្ល សុហ្វ យ៉ានានរីវា៉ាយ៉ាត់អាំពី អារ់ឌុរឡរា៉ោះម៉ាន ពិន អាហាឌីសានរីវា៉ាយ៉ា ត់អាំពីឪពុក្របស់គាត់អាំពីអាអ៊ីសះបាននិយាយថា គ្រួសាររបស់រ៉ា សូលុលឡោះ ោះមិនដែលបានររិបរិភោគ្នាំរុ័ងទីៗចំនួន៣ថ្ងៃជារ់គ្នា រហូតដល់គាត់ស្លាប់។ អិរនូ កាឡសៀរ បាននិយាយថា សុហ្វ យ៉ានានប្រាប់យើងថ្ល អារ់ឌុរឡរា៉ោះម៉ានានរីវា៉ាយ៉ាត់អាំពីឪពុក របស់គាត់ថ្ល ពិតណាស់ គាត់បាននិយាយនៅកាន់អាអ៊ីសះពី រឿងនោះ»។ សាហ៊ីហអាល់ពូខរីយ៍។ حدثنا أبو كر يب حدثنا المحاربي حدثنا يزيد بن كيسان عن أبي حازم عن أبي هريرة قال: ما شبع رسول هللا صلى هللا عليه وسلم وأهله ثالثا تباعا من خبز البر حتى فارق الدنيا هذا حديث صحيح حسن غريب من هذا الوجه. سنن الترمذي អាំពីអាពូគូដរ៉ារានប្រាប់យើងថ្ល អាល់មូហរីពីយ៍ានប្រាប់ យើងថ្ល យ៉ាហ្ស៊ីដ ពិន គីស្គន អាំពីអាពី ហហ្សិម អាំពីអាពូហូរ៉ា យឡរា៉ោះបាននិយាយថា រ៉ាស៊ូលុលឡោះ និងក្រុមគ្រួសាររបស់គាត់ មិនដែលបានររិបរិភោគ្នាំរុ័ងចំនួនរីថ្ងៃជារ់គ្នា រហូតដល់គាត់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ស្លាប់»។ ហាឌីសនេះសហ៊ីហ៍ ហាសាន់ ហារីរ តាមរីវា៉ាយ៉ាត់ នោះ។ សូណាន់ អាត់-ទិរមីហ្ស៊ី។ حدثنا عبد هللا بن معا وية الجمحي حدثنا ثابت بن يزيد عن هالل بن خباب عن عكرمة عن ابن عباس قال: كان رسول هللا صلى هللا عليه وسلم يبيت الليالي المتتابعة طاويا .وأهله ال يجدون عشاء وكان أكثر خبزهم خبزالشعير قال أبو عيسى هذا حديث حسن صحيح سنن الترمذي អាប់ឌុលឡោះ ពិន មូអាវីយ៉ោះ អាល់ជូម៉ាហីយ៍ បានប្រាប់យើង ថា ស្គពិត ពិន យ៉ាហ្ស៊ីដ អាំពីហី ល ពិន ខរ់ហពរ អាំពីអិកក្រី ម៉ោះ អាំពីអិរនូ អាហាឌីសបាននិយាយថា រ៉ាស៊ូលុលឡោះនិងក្រុម គ្រួសាររបស់គាត់ដេកអ្ត់អាហរទាំងអស់រយៈពេលជាច្រើនយប់ជារ់ ៗគ្នា។ គ្រួសាររបស់គាត់គ្មានអាហរពេលយប់ហូរ ហើយនាំរុ័ង របស់ពួកគាត់ភាគច្រើនធ្វើពីប្សូវាឡឡ»។ អាពូអ៊ីសាននិយ យថាហាឌីសនោះស្គហន់សាហ៊ីហ សូណាន់អាត់-ទិរមីហ្ស៊ី។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عائشة رضي هللا عنها قالت( كان فراش الرسول، صلى هللا عليه و سلم ، حيث ينام مصنوع من جلد منسوج من خيط نخيل البلح ) . ) البخاري و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អាអ៊ីសះ បាននិយាយថា ពូក្របស់រ៉ាស៊ូលុលឡោះធ្វើពី ស្បែក្តាញជាមួយនឹងសលឹផ្លែឈើ»។ (អាល់ពូខរីយ៍ និងមូស្លីម)។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عمرو بن الحارث، احد صحابة الرسول،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أن الرسول، صلى هللا عليه و سلم، لم يترك بعد مماته إال بغل ابيض للركوب، أدوات قتاله) من سيف و درع وخوذة(، و قطعة ارض تركها للصدقة.»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البخاري و مسند أحمد(</w:t>
      </w:r>
    </w:p>
    <w:p>
      <w:pPr>
        <w:spacing w:line="324" w:lineRule="auto" w:after="120" w:before="0"/>
        <w:jc w:val="left"/>
      </w:pPr>
      <w:r>
        <w:t>អាំពី អាំរូ ពិន អាល់ហរីសបាននិយាយថា មានសហ្ការីរបស់រ៉ាសូ លុលឡោះម្នាក់បាននិយាយថា រ៉ាស៊ូលុលឡោះពុំនបន្សល់អ្វី ក្រោយពេលគាត់ស្លាប់ ក្រៅពីសតវសេះទេសសមបុរសមួយកាល ដែលគាត់ធ្លាប់ជិះ និងឧរក្រ ៍ធ្វើសង្គ្រាមរបស់គាត់(ដាវ អាវ ក្រោះ និងមួក្ដដក) និងដីមួយកន្លែងទុក្សម្រាប់ររិចចគ»។ អា ល់ពូខរីយ៍ និងមូសណាត់អះម៉ាត់ (Ahmad)។ មូហាំម៉ាត់រស់នៅក្នុងជីវិតអ្នករួស លះបង់ មិនលោភលន់ រហូតដល់គាត់ស្លាប់។ ត្បិតទ្រព្យសម្បត្តិរបស់អ្នកមូស្លីមសថិតនៅ ក្រោមការគ្រប់គ្រងរបស់គាត់។ មួយផ្នែក្ធាំទនឧបទ្វីបអារ៉ាប់ាន ចូលឥស្លាម ហើយពួកអ្នកមូស្លីមទទួលានជ័យជម្នះរនារ់ពី ១៨ឆ្នាំនៃការទទួលសារពីអល់ឡោះ។ យើងតាមអ្វីដែលបាន លើកឡើងខាងលើ តើមូហាំម៉ាត់គាត់តទាំងខ្លួនជាណាពីដើម្បីឋា នៈរុ យស័ក្តិ អំណាច និងកេរ្តិ៍ឈ្មោះលបីលាញមែនទេ?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ពិតណាស់ ការឡស្គយសុខនឹងឋានៈរុ យស័ក្តិ និងអំណាច ភាគច្រើនភាជរ់ជាមួយនឹងមូរអាហរឆៃញ់ៗ សសម្លៀកបំពាក់លអៗ ភូមិគ្រឹះធាំៗលអប្រីត មានអផងារក្សការពារឆ្វេងស្គតាំ និងមន អំណាចខ្លាំងកាលគ្មានគូប្រៀប។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តើនោះឬជាជីវិតដែល់មូហាំម៉ាត់ានរសូនៅ? ឡយើងនឹងបកស្រាយី ជីវិតរស់នៅរបស់គាត់ (ﷺ)ជាការ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ឆ្លើយតបនឹងសម៉នួរទាម៉ងនោះ...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ត្បិតែគាត់មនោំនួលខុសត្រូវជារ៉ាស៊ូលុលឡោះ គ្រូរបង្រៀន អ្នកដឹកនាំប្រទេស និងជាអ្នកកាត់ក្តី តែមូហាំម៉ាត់គាត់នៅតែរឺតទឹកដោះពដពរបស់គាត់ដូចធ្មេតា ដេររ៉ោះសសម្លៀកបំពាក់របស់ គាត់ ដេរជួសជុលស្បែកជើងរបស់គាត់ ជួយកិច្ចការោះ សួរសុខទុក្ខអ្នកក្រីក្រនិងអ្នកជំងឺ។ គាត់បានជួយសហ្ការីរបស់គាត់ជីក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ដប្ពក ជញ្ជូនអាចម៍ដីជាមួយពួកគេ...ជីវិតរស់នៅរបស់គាត់ជាគំរូ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ដ៏លអបំផុតសម្រាប់បញ្ជាក់ពីភាពសាមញ្ញ និងភាពឱនលំទោន 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121 ---</w:t>
      </w:r>
    </w:p>
    <w:p>
      <w:pPr>
        <w:spacing w:line="324" w:lineRule="auto" w:after="120" w:before="0"/>
        <w:jc w:val="left"/>
      </w:pPr>
      <w:r>
        <w:t>ពិតណាស់ ពួកសហ្ការីរបស់គាត់ស្រឡាញ់ គោរពគាត់ មានទំនុកចិត្តចំពោះគាត់គ្មានដដនកាំ ត់។ ទោះជាយ៉ាងនោះក៏ ដោយ ក៏គាត់នៅតែបញ្ជាក់ថ្ល ការប្រតិបត្តិសាសនាគឺសម្រាប់អ ល់ឡោះតែមួយគត់ ពុំមែនសម្រាប់ប្រប្រយោជន៍បុគ្គលរបស់គាត់ ឡើយ។ អាឡីសជាសហ្ការីម្នាក់របស់រ៉ាស៊ូលុលឡោះាននិយាយ ថ្លគ្មបានមនុស្សណាម្នាក់ដែលខ្ញុំស្រឡាញ់ជាងរ៉ាស៊ូលុលឡោះ។ បើទោះជាយ៉ាងនោះក្តី ក៏គាត់មិនអនុញ្ញាតឱ្យពួកគេឈរទទួល គាត់នៅពេលគាត់ដើរចូលនៅជួរពួកគេដូចជាមនុស្សទូទៅន ធ្វើចំពោះអ្នកធាំ និងអ្នកដឹកនាំរបស់ពួកគេនោះឡើយ។ ដាំណាក់កាលដាំរូងទនភាពក្លាយជាណាពីរបស់គាត់ ខ ៈ ដែលពុំទាន់ឃើញមនសញ្ញរបញ្ជាក់ពីភាពជោគជ័យនៃការ អំពាវនាវរបស់គាត់។ ក្នុងពេលដែលរ៉ាស៊ូលុលឡោះ និងសហ្ការី របស់គាត់កំពុងទទួលរងការធ្វើរ ធ្វើទុក្ខរុកម្នេញគ្រប់ដររ យ៉ាង។ រ៉ាស៊ូលុលឡោះានប្រឈមនឹងការអូសទាញលួងឡោម ពីពួកឡមកុលសម្ព័ន្ធគូឡរសស។ ដោយពួកគោនបញ្ជូនអុតហ្ពោះមក ប្រាប់ណាពីថ្ល៖ « ប្រសិនបើអ្នកចង់ានទ្រព្យសម្បត្តិ យើងនឹង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ប្រមូលប្ពពយសម្បត្តិឱ្យអ្នកគ្រប់គ្រាន់នឹងក្លាយជាសេដ្ឋីដែលមាន ជាងគេ។ ប្រសិនបើអ្នកចង់ក្លាយជាមេដឹកនាំ យើងនឹងលើកអ្នក ធ្វើជាមេដឹកនាំពួកយើង ហើយពួកយើងនឹងមិនសសម្រេចកិច្ចការ អ្វីមួយដោយគ្មានការឯក្ភាពពីអ្នក។ ប្រសិនបើអ្នកចង់ធ្វើស្តេច យើងនឹងរាំពាក់មកុដឱ្យអ្នកក្លាយជាស្តេច។ រតូរនឹងសាំឡីរបស់ពួក គេតែមួយគត់គឺ ឱ្យណាពីព្រមរញ្ឈរ់ការអំពាវនាវមនុស្សនៅរក ឥស្លាម និងការគោរពសក្ការៈចំពោះអល់ឡោះជាម្ចាស់តែមួយ គត់គ្មានដៃគូសម្រាប់ទ្រង់។ តើទាំងនោះមិនមែនជាសាំឡីមួយដ៏គួរឱ្យចាប់អារមេ ៍ ចំពោះបុគ្គលដែលដសវងរក្លប្រប្រយោជន៍លោកីយ៍មែនទេ? តើ មូហាំម៉ាត់មនការស្គាក់ឡសីដែរឬទេ នៅពេលគេដាក់សាំឡីនោះ ចំពោះគាត់? តើគាត់បានរដិបដិសេធគ្រាន់តែជាលបិចក្លមួយ ដើម្បីចរចគ្នាឱ្យលះបង់ការអំពាវនាវនោះជាសាំឡីមួយក្នុងរូប ភាពដែលប្រសើរជាងនោះ? ទេ មិនមែនដូចនេះទេ តែគាត់បានសូប្តច្រើនដងនូវព្រះ បន្ទូលរបស់អល់ឡោះដោយប្តេជ្ញាចិត្តថ្ល «ក្នុងព្រះនមរបស់អល់ឡោះ ឡោះ មហមេត្តា មហក្រុណា»។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123 ---</w:t>
      </w:r>
    </w:p>
    <w:p>
      <w:pPr>
        <w:spacing w:line="324" w:lineRule="auto" w:after="120" w:before="0"/>
        <w:jc w:val="left"/>
      </w:pPr>
      <w:r>
        <w:t>ﭽ ﭑ ﭒ ﭓ ﭔ ﭕ ﭖ ﭗ ﭘ ﭙ ﭚ ﭛ ﭜ ﭝ ﭞ ﭟ ﭠ ﭡ ﭢ ﭣ ﭤ ﭥ ﭦ ﭧ ﭼ :فصلت ٧ - ٤ មានន័យថា៖ «ហាមីម(១) គម្ពីរអាល់គួរអានានរញ្ចុះមក អាំពីព្រះជាម្ចាស់មហមេត្តា មហក្រុណា(២) គម្ពីរមួយច្បាប់ គោនបកស្រាយអាយ៉ាត់ៗរបស់វាយ៉ាងចាស់ដាស់។ ជា គម្ពីរអាល់គួរអានដែលសរសេរជាភាសារអារ៉ាប់ គយប្សួល សម្រាប់ពួកអ្នកដែលចេះភាស្គអារ៉ាប់(៣) ជាដំណឹងល្អនិង ដាំ ឹងរនធត់។ មនុស្សភាគច្រើនានដររខនង ហើយមិនព្រម ស្តាប់(៤)»។ រហូតដល់ចុងអាយ៉ាត់ទី៣៨នៅក្នុងសូឡរា៉ោះ ដែលនោះ។ ក្នុងឱកាសផ្សេងទៀត ជាការឆ្លើយតបនឹងសំឡេងឪពុក មរបស់គាត់ឱ្យគាត់រញ្ឈរ់អំពាវនាវមនុស្សនៅរក្សាសនា ឥស្លាម។ ចម្លើយរបស់ណាពីដោយស្មោះត្រង់ និងដោយការ ប្តេជ្ញាចិត្តដ៏ខពស់បំផុតថ្ល៖ « ឱ! ឪពុក្មជាទីស្រឡាញ់ សូម សប្ចំពោះអល់ឡោះ ប្រសិនបើពួកគេដាក់ព្រះអោតយនៅ នឹងដៃស្គតាំរបស់ខ្ញុំ និងព្រះច័នានៅនឹងដៃឆ្វេងរបស់ខ្ញុំ ចង់ឱ្យខ្ញុំ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លះបង់កិច្ចការនោះគឺខ្ញុំមិនលះបង់ជាដាច់ខាតបហូតដល់ អល់ឡោះប្រទានជ័យជម្នះ ឬខ្ញុំត្រូវបាត់បង់ជីវិត»។ មូហាំម៉ាត់ និងសហ្ការីរបស់គាត់ពុំមែនត្រឹមតែទទួលរងទុក្ខឡវេន និងការធ្វើទុក្ខរុកម្នេញទាំងអស់រយៈកាល១៣ឆ្នាំ រ៉ុនោះទេ។ ក៏ប៉ុន្តែពួកាឡហ្វៀរានពាយមសម្លាប់រ៉សូលុ លឡោះជាច្រើនដង។ មានមួយដងនោះ ពួកគោន ពាយមលើកេមួយដុំធាំ(ដែលគ្មាននរណាម្នាក់លើករួច) ដើម្បីមលក់លើកាលគាត់។ លើក្រោយទៀត ពួកគោន ពាយមសម្លាប់គាត់ដោយដាក់ថ្លនាំពុលនៅក្នុងចាំ ីអាហរ។ តើហេតុលអ្វីដែលធ្វើឱ្យគាត់សុខចិត្តប្ទាំលាំក្នឹងជីវិត របស់គាត់ពោរពេញដោយទុក្ខសោក និងការលះបង់ដររនោះ រហូតដល់គាត់ទទួលានជ័យជម្នះលើសត្រូវរបស់គាត់ទាំង ប្សុង? តើមនអ្វីបកស្រាយពីការឱនលំទោននិងចិត្តអ្ធា ប្ស័យរបស់គាត់បានលេចឡើងនៅពេលដែលគាត់ទទួលានជ័យជម្នះ និងមនអំណាចខ្លាំងកាល។ ដោយគាត់បាន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បញ្ជាក់យ៉ាងចាស់ថ្ល ជ័យជម្នះមកអាំពីអល់ឡោះជាម្ចាស់តែ មួយគត់ ពុំមែនមកពីប្រាជ្ញា លសទវរបស់គាត់នោះទេ?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តើនោះឬជាលក្ខ ៈរបស់បុគ្គលអ្តោនិយមស្រេកឃ្លានទ្រព្យ សម្បត្តិនិងអំណាចនោះ?</w:t>
      </w:r>
    </w:p>
    <w:p>
      <w:pPr>
        <w:spacing w:line="324" w:lineRule="auto" w:after="120" w:before="0"/>
        <w:jc w:val="left"/>
      </w:pPr>
      <w:r>
        <w:t>ដម៉ ឹងល់មអរបស់មូហាំម៉ាត់ចម៉ចំពោះី កអ្នកមានជម៉ឡនឿ ក្នុងគ្រាមានវិបតតិ ដម៉ ឹងល់មអរបស់មូហាំម៉ាត់ អ្វីដែលអ្នកមូស្លីមត្រូវការសព្វថ្ងៃគឺ ការកែប្រែរបៀបនិង វិធីសាស្ត្រនៃការគិត យើងត្រូវសមលឹងមើលឱ្យហួសពីសម័យ កាលរបស់យើងទីកន្លែងរបស់យើង ហើយធ្វើការវិភាគពី ស្គថនភាពរបស់យើងតាមនីតិវិធីដែលអល់ឡោះជាម្ចាស់ាន ប្រទានចុះមកសម្រាប់មនុស្សលោក ហើយដើម្បីចក់គ្រឹះនូវ នីតិវិធីនោះឱ្យរឹងមាំទ្រង់បានបញ្ជូនរ៉សូលឈ្មោះមូហាំម៉ាត់។ ទ្រង់បានមានព្រះបន្ទូលថ្ល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ﮫ ﮬ ﮭ ﮮ ﮯﮰ ﮱ ﯓ ﯔ ﯕ ﯖ ﯗ ﯘﯙ ﯚ ﯛ ﯜ ﯝ ﯞ ﯟﯠ ﯡ ﯢ ﯣ ﯤ ﯥ ﭼ :النساء ٤٠٧ មានន័យថា៖ «ចូរពួកអ្នកកុំទន់ខ្សោយក្នុងការតេល់ជាមួយ នឹងសត្រូវរបស់ពួកអ្នក។ ប្រសិនបើពួកអ្នករងការឈឺចាប់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ដោយសារសង្គ្រាម។ ពួកគេក៏ឈឺចាប់ដោយសារសង្គ្រាមដូច ពួកអ្នកឈឺចាប់ដែរ។ ពួកអ្នកសងឃឹមចំពោះអល់ឡោះមិនដូច ពួកគេសងឃឹមនោះទេ។ អល់ឡោះទ្រង់មហដឹងប្រក្រដោយ គតិរ ឌិត»។ យើងានឃើញតាមរយៈអាយ៉ាត់សតីពីដំណឹងល្អដ៏រីក រាយ ដែលគោនសនាចំពោះពួកអ្នកមានជំនឿ ហើយពួក គេរំឭកពីដំណឹងល្អនោះនៅពេលមនទុក្ខលាំក។ ជួនកាល យើងគិតថ្លគ្មានច្រកចេញសម្រាប់ប្រជាជាតិរបស់យើងដែល កំពុងជារ់ផង់ក្នុងវិរត្តិផ្សេងៗ។ ក៏ប៉ុន្តែ យើងទាំងអស់គ្នា ចាំច់ត្រូវនឹកឃើញថ្ល អល់ឡោះជាម្ចាស់ានសនានឹង ជួយប្រជាជាតិនោះនៅពេលណាមួយដែលទ្រង់សព្វព្រះទ័យ អាប្ស័យតាមគតិរ ឌិតរបស់ទ្រង់។ ជួនកាលក្នុងពេលបច្ចុប្បន្នោះ យើងឋិតក្នុងស្គថនភាពទន់ខ្សោយ។ ក៏ប៉ុន្តែយើងមនជំនឿជាក់ថ្ល ស្គថនភាពនោះនឹង ដប្រក្លាយជាខ្លាំងកាលរឹងមាំឡើងវិញ។ អ៊ីមុំ អះម៉ាត់ (Ahmad) បាននិយ យថា អំពើអ្យុត្តិធម៌មិនឈនោះសច្ចធ្ម៌នោះទេ ដរាបណាចិត្ត របស់យើងដិតជារ់ និងមនការជឿជាក់ចំពោះសច្ចធ្ម៌។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យើងជឿជាក់ចាស់ថ្ល សច្ចធ្ម៌នឹងបំផ្លាញអ្យុត្តិធម៌ ហើយ ភាពជោគជ័នឹងទទួលានក្នុងពេលឆាប់ៗ នៅពេលដែល មានមូលហេតុជ័យជម្នះដោយការអនុញ្ញាតអាំពីអល់ឡោះជា ម្ចាស់។ នៅត្រង់ចាំ ុចនោះយើងនឹងធ្វើការរគាញរីស្គថនភា ពពីជីវប្រវត្តិរបស់មូហាំម៉ាត់ដែលបញ្ជាក់ពីខលឹមសារខាងលើ៖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ជ័យជម្នះសម្រាប់ពួកអ្នកមានជំនឿជិតនឹងកើតឡើង ហើយគាត់បានតល់តាមរយៈនោះដោយដំណឹងល្អរីដែល ធ្វើឱ្យសហ្ការីនិងពួកអ្នកដើរតាមគាត់មនការសុខសាន្តចិត្ត៖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 នៅតាអ៊ីហ្វ នៅពេលដែលពួកគេឡរសសរឡងកីនការធ្វើទុក្ខរុកម្នេញកាន់ តែខ្លាំងរនារ់ពីម និងប្រពន្ធរបស់គាត់ស្លាប់។ គាត់បាន ចេញដំណើរឆ្ពោះនៅកាន់តាអ៊ីហ្វ ជាទឹកដីមីងខាងម្តាយ របស់គាត់ ដោយគាត់សង្ឃឹមថា នឹងទទួលានការយកចិត្តទុកដាក់ និងគាំទ្រយ៉ាងធាំឡធផងដល់ការអំពាវនាវរបស់គាត់។ ក៏ប៉ុន្តែ ុយនៅវិញពួកគេឆ្លើយតបចំពោះគាត់នូវទង្វើដែល អ្មនុស្សធ្ម៌ ដោយពួកគោនជំរុញឱ្យកមេងៗគរ់ដុំេដាក់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គាត់រហូតដល់ មហូរចេញពីដកផងជើងទាំងពីររបស់គាត់។ ក្រោយមកណាពីបានត្រឡប់ឆ្ពោះមកម៉ាក្កះវិញ ដោយការ តាំងចិត្តជាទីដើម្បីរនតផ្នែការចស់របស់គាត់ក្នុងការអាំពាវ នវមនុស្សនៅកាន់សាសនាឥស្លាម និងសព្វាយសាររបស់ គាត់ដោយស្មារតីខ្លាំងកាល ឡមីងម៉ាត់ និងកាលហន។ ខ្ញុំបម្រើរបស់គាត់ សហ៊ីហ៍ត ពិន ហរីសោះ បាននិយាយនៅកាន់ គាត់ថ្ល៖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«តើលោកត្រឡប់នៅម៉ាក្កះមតងទៀតានយ៉ាងដូច ម្តេច រនារ់ពីពួកគេឡរសសានរឡ តញលោក្ចេញនៅហើយ នោះ?»។ រ៉ាស៊ូលុលឡោះានតបវិញថ្ល៖ «អល់ឡោះនឹងធ្វើឱ្យកិច្ចការរបស់ខ្ញុំមនច្រកចេញ ពីព្រោះទ្រង់ចាំច់ត្រូវជួយ ឱ្យសាសនានិងណាពីរបស់ទ្រង់ទទួលានជ័យជម្នះ»។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 ភៀសខ្លួនជាហួយនឹងអីឡហ្ពើឡកើរ ពួកមេដឹកនាំគូឡរសសានកោះប្រជុំគ្នាជារនាន់ដើម្បីតាម ចាប់មូហាំម៉ាត់និងអាពូឡហ្ពីកើត និងដសវងរកគ្រប់តំបន់ដើម្បី ចាប់ខ្លួនអ្នកទាំងពីរ។ ពួកគោនសសម្រេចរិគ្រប់ច្រកចេញ ចូលម៉ាក្កះទាំងអស់ និងពគ្រយអ្នកយមនៅតាមព្រំដែនដាក់រទាំងទ័ពនៅគ្រប់ច្រកដែលអាចេញាន។ តម្លៃខពស់ មែនដេន ហើយរគវន់គួរឱ្យចាប់អារមេ ៍គឺរគវន់សតវអូដឋ ១០០កាលសម្រាប់ម្នាក់ក្នុងចំណោមពីរនក់ដែលគេចង់ាន(មូហាំម៉ាត់និងអាពូហពកើត)។ ជាធ្មេតាពួកគោនហុំ ព័េធម៉ាឌីណះដោយប្រើមមធ្យោបាយទ័ពទទីរជើងនិងទ័ពសេះ។ ដោយគ្រាន់តែពួកគេនៅដល់មត់រូងភនាំដែលរ៉សូលុល ឡោះនិងសហ្ការីរបស់គាត់បានដាក់ខ្លួន អាពូហពកើតាន ខសឹរប្រាប់ណាពីថ្ល៖</w:t>
      </w:r>
    </w:p>
    <w:p>
      <w:pPr>
        <w:spacing w:line="324" w:lineRule="auto" w:after="120" w:before="0"/>
        <w:jc w:val="left"/>
      </w:pPr>
      <w:r>
        <w:t>«ប្រសិនបើនរណាម្នាក់ក្នុងចំណោម ពួកគេឱនមើលជើងទាំងពីររបស់គេនោះ គេចាស់ជា នឹងឃើញយើង»។ ណាពីដែលមានទំនុកចិត្តចំពោះជាំនួយ របស់អល់ឡោះ គាត់បានតបថា៖«ដនអាពូហពកើត! អ្វីដែល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អ្នកគិតថ្លមនគ្នាតែពីរនក់គឺអល់ឡោះទីរី»។ នោះពិតជា ភាពអស្ចារ្យមកអាំពីអល់ឡោះ..ពួកអ្នកដែលដេញតាម នៅ ឃាលតពីរូងភនាំតែរ៉ុនេនជាំហនទៀតប៉ុនោះ។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សហរភាហិជីកដបី ក(وة زغ الخندق) សមរភូមិនោះានកើតឡើងនៅរដូវរគ អាកាសធ្លតុ ប្តជាក់ខ្លាំង ហើយកាលនោះនៅម៉ាឌីណះខវោះស្បៀងអាហរ ស្គថនភាពនោះប្រៀបាននឹងការហុំព័េធឡសដឋកិច្ចយ៉ាងតឹងរឹង។ ក៏ប៉ុន្តែស្មារតីតសូរានុសចេញពីសេចក្តីសងឃឹម។ ត្បិត ការហុំព័េធនោះស្ទើរតែធ្វើឱ្យអ្នកមូស្លីមប្រឈមនឹងជំងឺដ៏ប្រល័ យ។ មា៉ាងទៀត ជបម្រើសរបស់ពួកគេគឺ ត្រូវរងខាំចិត្តទទួលចុះ ចញ់ដ៏គួរឱ្យអាម៉ាស់ជាទីបំផុត។ ដូចនេះ ទទីរណាពីខិតខាំធ្វើ ការតសូរដើម្បីលើក្មពស់ស្មារតីដល់សហ្ការីរបស់គាត់ឱ្យានខពស់បំផុតាមលេធភាពដែលអាចធ្វើន។ ដើម្បីឱ្យពួក គេជឿជាក់ថ្ល ការស្គក្លបងដែលពួកគេកំពុងប្រឈមនោះ គ្រាន់តែជាពពក្ដែលកំពុងរស្គត់យ៉ាងលឿន ហើយនឹងាត់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ប្សឡមលនៅវិញ។ ឯចំណែកសាសនាឥស្លាមនៅតែរនតដាំ ឡីនៅមុខជានិច្ច ហើយមនុស្សនឹងចូលសាសនាឥស្លាម ទាំងក្រុមៗ។ ហេតុដូចនេះ កម្លាំងជិះជាន់ និងសត្រូវ លន ពាននឹងត្រូវវិនស។ គ្រប់ឧាយកលទាំង យដែលប្រឆាំង នឹងឥស្លាមិនទទួលានជោគជ័យជាដាច់ខាត។ អ្នកមូស្លីម មិនភ័យខ្លាចំពោះអំពើរអាក្រក់របស់ពួកគេជាដាច់ខាត។ នោះគឺជាគោលនយោបាយដែលការតសូមិនគយរលត់សារ សូនយ ដោយបណ្តុះសេចក្តីសងឃឹម ការប្តេជ្ញាចិត្តដែលមាន ជំនឿចំពោះព្រះ។ នៅក្នុងសមរភូមិនោះមនព្រឹត្តិការណ៍កើត ឡើងខុសពីធ្មេតាដែលជួយលើក្មពស់ស្មារតីតសូររបស់ពួក សហ្ការី។ នៅពេលដែលអ្នកឥស្លាមជីកប្រ យខន់ហាក ប្សារ់តែមនផ្ទាំងេធាំមួយដែលរគអក់ដល់ការជីក្របស់ពួក គេ។ ណាពីបានវាយផ្ទាំងេនោះនឹងពូនៅ ហើយផ្ទាំងេនោះានឡប្រោះដរក្ខោចដូចពាំនូក្ខាច់។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មា៉ាងទៀតនៅពេល ដែលពួកសត្រូវានលើកទ័ពមកកាន់ម៉ាឌីណះ ពួកគោន ហុំព័េធ ឬដាក់ពគ្រយទ័ពព័េធជុំវិញម៉ាឌីណះ។ ពួកអ្នកមូស្លីម មិនទាំងអស់សងឃឹម តែពួកគោនប្រឈមនឹងការពិតមួយដ៏លវីង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ជូរចត់ជាមួយនឹងសេចក្តីសងឃឹមយ៉ាងមុតមាំ ដើម្បីអនាគតដ៏ ប្តចោះប្តចង់។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ﰁ ﰂ ﰃ ﰄ ﰅ ﰆ ﰇ ﰈ ﰉ ﰊ ﰋ ﰌ ﰍﰎ ﰏ ﰐ ﰑ ﰒ ﰓ ﰔ ﭼ :األحزاب ٩٩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«នៅពេលដែលពួកអ្នកមានជំនឿន ឃើញទ័ពអោះហារ ពួកគេបាននិយាយថានោះជាអ្វីដែលអល់ឡោះ ឡោះនិងរ៉ាស៊ូលុលឡោះានសនា ហើយអ្វីដែលអល់ឡោះ និងរ៉ាស៊ូលុលឡោះាននិយាយគឺ ជាការពិត។ គ្មានអ្វីកើន ឡើងសម្រាប់ពួកគេ ក្រៅពីជំនឿ និងការស្តាប់បង្គាប់»។ ក៏ប៉ុន្តែពួកមូណាហ្វីគីន និងពួកអ្នកមានជំនឿទន់ខ្សោយានតអួញតែអពីការសនាជួយសង្គ្រោះនោះ។ ពួកគោន និយាយនៅកាន់សហ្ការីរបស់ណាពីថ្ល៖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«រ៉ាស៊ូលុលឡោះានប្រាប់ពួកអ្នកថ្ល គាត់បានមើលឃើញវទាំងស្តេចគិសរ៉ា និងទីក្រុងហីឡរា៉ោះពីម៉ាឌីណះនោះនៅ។ តែឥឡូវនោះពួកអ្នក កំពុងជីកប្រ យ ហើយម្នាក់ៗមិនហ ននៅរត់ជើងផង ដោយសារភាពភ័យខ្លាច»។ ហេតុដូចនេះ អល់ឡោះបានរញ្ចុះ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អាល់គួរអានដែលគេនៅសូប្តបហូតដល់ថ្ងៃររលោកថ្ល៖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ﮝ ﮞ ﮟ ﮠ ﮡ ﮢ ﮣ ﮤ ﮥ ﮦ ﮧ ﮨ ﮩ ﮪ ﭼ :األحزاب ٩٧ មានន័យថា៖ «ចូររំឭកចុះ ខ ៈដែលពួកមូណាហ្វីគីន និងពួកអ្នកដែលដួងចិត្តរបស់ពួកគេមានជំងឺសងស័យាន និយាយថា អ្វីដែលអល់ឡោះនិងរ៉ាស៊ូលុលឡោះានសនា ចំពោះយើងគ្មានអ្វីក្រៅពីការច្បាស់នោះទេ»។ ១៣ឆ្នាំក្រោយមកសនារបស់រ៉ាស៊ូលុលឡោះានកើតឡើង ពិតដោយការវាយរំដោះានប្រទេសអ៊ីរ៉ាង់។ សព្វថ្ងៃនោះក៏អ៊ីចឹងដែរ យើងសសង្កេតឃើញអ្នកខ្លះ និយាយថា អ្វីដែលអល់ឡោះបានសនាគឺច្បាស់ (អល់ឡោះមហ ស្គអតសអាំ)។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ﯫ ﯬ ﯭ ﯮ ﯯ ﯰ ﯱ ﯲ ﯳ ﯴ ﭼ :يوسف ٧٩ មានន័យថា៖ «អល់ឡោះទ្រង់ឈនោះលើកិច្ចការរបស់ទ្រង់។ ក៏ ប៉ុន្តែមនុស្សភាគច្រើនមិនដឹង»។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 ស្គហញ្ញរបស់មូហាំម៉ាត់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រ៉ាស៊ូលុលឡោះមិនប្រកាន់ឫក្ពារ ធ្វើឫក្ជាអ្នកធាំ ឬ ប្រសើរជាងអ្នកដទៃ ត្បិតគាត់មនឋានៈជាមេទ័ព។ ពួក មនុស្សទូទៅមិនដែលមានអារមេ ៍ថ្លពួកគេទន់ខ្សោយ ឬគេមិនសូវគោរពឱ្យតម្លៃ ឬត្រូវគេប្រម។ គាត់ជដជក ជាមួយសហ្ការីរបស់គាត់ឱ្យរស់នៅដោយសាមញ្ញធ្មេតា និងឱនលំទោន។ គាត់ប្រើឱ្យពួកគេដោះលែងខ្ញុំបម្រើ តាមលេធភាពដែលពួកគេមាន និងឱ្យពួកគេបរិច្ចាគទ្រព្យ ជាពិសេសដល់អ្នកក្រីក្រ កុមារកំព្រា និងអ្នកក្រឡតាក យ៉ាក្ដោយគ្មានរទាំងចង់ានការតបសនងមកវិញ។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រ៉ាស៊ូលុលឡោះររិបរិភោគចាំ ីអាហររនតិចរនតួច និងស្គម ញ្ញ។ គាត់ចូលចិត្តបរិបរិភោគមិនដឆអត។ ជួនពេលខ្លះរយៈ ពេលច្រើនថ្ងៃ ោះរបស់រ៉ាស៊ូលុលឡោះមិនបានរគកត់ភ្លើង ចមអិនអាហរ។ គាត់សប្មនតលើកប្មលផ្ទាល់ដី។ គាត់ គ្មានរបស់អ្វីតុរតែងលម្អក្នុងផ្ទះដ៏សាមញ្ញនោះដើម្បីបម្រើ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សេចក្តីសុខរបស់គាត់។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នៅពេលយប់មួយ ហ័ហ្វសោះភរិយរបស់គាត់បានពា យមធ្វើឱ្យគាត់ដេកលក់ប្សួលជាងមុន ដោយគាត់រត់ ក្ឡនាលដែលគាត់ធ្លាប់ក្រាលដេកនោះជាច្រើនជាន់ ហើយ យគាត់មិនបានប្រាប់រ៉ាស៊ូលុលឡោះឱ្យដឹងមុន។ ក្នុងយប់ នោះគាត់បានសប្មនតលក់សករ់សកល់យ៉ាងប្សួល រហូត ដល់គាត់មិនបានងើបស តសូចំពោះឱ្យទាន់ពេល។ រ៉ា សូលុលឡោះ ោះានខឹង ហើយគាត់បានសសម្រេចិត្តឈរ់ ដេកអ៊ីចឹងទៀត។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ជីវិតសាមញ្ញនិងការពេញចិត្តនឹងអ្វីដែលខ្លួនមនគឺជាឡម រៀនដ៏សំខាន់ាន់ក្នុងជីវិតរបស់រ៉ាស៊ូលុលឡោះ៖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«នៅពេលអ្នកឃើញបុគ្គលណាម្នាក់មនទ្រព្យសម្បត្តិសតុក សតមភ និងប្សស់សគារជាងអ្នក ចូរអ្នកក្រឡឡក្មើលអ្នកដែល ទារជាងអ្នក»។ ធ្វើដូចនេះ អ្នកនឹងអ្រគុ ដល់អល់ឡោះ ចំពោះអ្វីដែលអល់ឡោះបានប្រទានមកឱ្យអ្នក ជាជាងអ្នក មានអារមេ ៍ថ្ល ខ្លួនមិនមានសាំណាងដូចគេ។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មនុស្សតែងតែសួរអាអ៊ីសះ ជារុប្តីរបស់សហ្ការីទីមួយ និងស្មោះត្រង់បំផុតរបស់គាត់ឈ្មោះអាពូហពកើតថ្ល តើរ៉ា សូលុលឡោះ ោះរស់នៅក្នុងផ្ទះយ៉ាងដូចម្តេច? គាត់បាន ឆ្លើយប្រាប់ពួកគេថ្ល៖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«គាត់ដូចជាបុរសសាមញ្ញដទេ ទៀតដែរ គាត់ឡាសសមអតោះ រ៉ោះខោអាវ ដេរស្បែក ជើង ឱ្យទឹកសតវអូដឋ រឺតទឹកដោះពដព ជួយធ្វើការគរអ្នក បម្រើ ររិបរិភោគចាំ ីអាហរជាមួយពួកគេ ហើយគាត់នៅរទិញអ្វីដែលពួកយើងត្រូវការ»។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រ៉ាស៊ូលុលឡោះពុំមនសសម្លៀកបំពាក់ច្រើន គាត់ឡាក្គក់ សសម្លៀកបំពាក់ដោយខ្លួនឯង គាត់ស្រឡាញ់ោះសាំដរង គាត់មនចិត្តសន្តិ។ គាត់បានមានប្រសាសន៍ថា៖ «នៅ ពេលចូលោះ ចូរសុំអល់ឡោះឱ្យទ្រង់ប្រទានពរជ័យដល់ោះ»។ គាត់តែងស្គវគមន៍អ្នកដទៃដោយពាក្យថា«សូម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សេចក្តីសុខសន្តិភាពកើតមនចំពោះពួកអ្នក»។ ពីព្រោះ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សេចក្តីសុខសន្តិភាពគឺជាក្តីបាថ្លនដ៏សំខាន់ាន់បំផុតក្នុង 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ចំពោះគាត់ អត្តចរិតលអគឺជាគោលគ្រឹះដ៏សំខាន់ាន់ ចាំច់ ត្រូវតែប្រកាន់ខ្ជាប់។ គាត់ស្គវគមន៍មនុស្សដោយេន់ភលន់ សម្តែងនូវការគោរពចំពោះអ្នកដែលចស់ជាងគាត់។ ដូច គាត់បានមានប្រសសន៍ថា៖ «អ្នកដែលមានឋានៈជិតខ្ញុំ ជាងគេ លអជាងគេគឺ អ្នកដែលមានអត្តចរិតលអប្រសើរ ជាងគេ»។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គ្រប់ពាក្យសំដីនិងកាយវិការរបស់គាត់ ដែលយើងប្រោះ ឃើញមននៅក្នុងលាំអានរបស់គាត់ដ៏ទ្លថ្លលានរគាញពី ឧត្តមភាព ការអ្ធាស្រាយរបស់គាត់ ភាពឱនលំទោន មនុស្សធ្ម៌ និងភាពសនិធស្គនលរាក់ទាក់របស់គាត់។ មា៉ាងទៀតបញ្ជាក់ពីចាំណារ់អារមេ ៍របស់គាត់យ៉ាង ខ្លាំងកាលចំពោះសត្វឃាត បុគ្គលេនៅ ជាពិសេសចំពោះ គ្រួសាររបស់គាត់។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ពិពិសេសជាងនោះនៅទៀត គាត់គឺជាមនុស្សម្នាក់អនុវត្ត តាមអ្វីដែលគាត់បានទូន្មានប្រៀនប្រដៅគេ ជីវិតរស់នៅ ផ្ទាល់ខ្លួន និងជីវិតេនៅគឺជាគំរូដ៏លអស្ចារ្យសម្រាប់សហ ការីរបស់គាត់ដើម្បីឱ្យពួកគេយកគំរូតាមគាត់។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ពាកយោនេនរបស់មូហាំម៉ាត់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ពាក្យទូន្មានរបស់គាត់ដូចជាគំនិត សាំឡី ការប្រៀន ប្រនៅ ពាក្យទូន្មាន គោលជំនឿ សីលធ្ម៌ និងសុជីវធ្ម៌ និងចាំឡោះដឹងមូលោឋនរបស់រ៉ាស៊ូលុលឡោះ។ ក៏ប៉ុន្តែ ខាងក្រោមនោះនឹងលើកយកមកសរសេររនតិចរនតួច 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ចិត្តជ្រះថ្លាល ٧- عن أبي يعلى شداد بن أوس رضي هللا عنه عن النبي صلى هللا يه عل و سلم قال الكيس من دان نفسه و عمل لما بعد الموت و العاجز من أتبع نفسه هواها و تمنى على هللا األماني رواه الترمذي و قال حديث حسن អាំពី អាពីយ៉ាក់ សោត ពិន ឡអាស អាំពីណាពីបានមាន ប្រសាសន៍ថា៖ «អ្នកឆ្លតទវគឺអ្នកដែលចេះគ្រប់គ្រងខ្លួនរបស់ គេ និងប្រតិបត្តិអំពើលអសម្រាប់ខ្លួនគេក្រោយពេលស្លាប់ ហើយអ្នកដែលអសមត្ថភាពគឺអ្នកដែលចិត្តរបស់គេធ្វើតាម ចទាំង់តណារបស់គេ ហើយនឹកស្រមើចំពោះអល់ឡោះនូវក្តី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ស្រមើផ្សេងៗ»។ រីវា៉ាយ៉ាត់អាត់-ទិរមីហ្ស៊ី គាត់ថ្លហាឌីស នោះហាសាន់។ ٩- : قال صلى هللا عليه وسلم) :ما تعدون الصرعة فيكم؟ فقالوا الذي ال يص رعه الرجال،فقال: ليس كذلك، ولكنه الذي يملك نفسه عند الغضب)رواه مسلم(.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ណាពីគាត់បានមានប្រសាសន៍ថា៖ «តើនរណាដែលពួកអ្នក ចាត់ទុកថ្លជាអ្នកឡាក្ចាំរ់ខ្លាំងជាងគេ? ពួកគោនឆ្លើយ ថ្លគឺអ្នកដែលគ្មាននរណាម្នាក់អាចតួលគោន។ គាត់បាន តបវិញថ្ល៖ មិនមែនអ៊ីចឹងទេ។ ក៏ប៉ុន្តែគឺអ្នកដែលអាចគ្រប់ គ្រង់ខ្លួនរបស់គោននៅពេលខឹង»។ រីវា៉ាយ៉ាត់មូស្លីម។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و روى البيهقي في الزهد عن جابر رضي هللا عنه مرفوعا) القناعة كنز ال يفنى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រីវា៉ាយ៉ាត់ទហ្ពហគីយ៍សតីអាំពីការលះបង់ អាំពីចឡពៀរ អាំពីណាពី គាត់បានមានប្រសាសន៍ថា៖ «ចិត្តសករ់សកល់មិនលោភលន់គឺ ជាកាំ រ់ដែលមិនគយសារសូនយ»។ ٤- ( الدين النصيحة، هلل ولرسوله، ولكتابه، وألئمة المسلمين وعامتهم)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«សាសនាគឺការទូន្មានសម្រាប់អល់ឡោះ សម្រាប់រ៉ាស៊ូលុលឡោះ គម្ពីររបស់ទ្រង់ មេដឹកនាំឥស្លាម និង មនុស្សទូទៅ»។ ١- عن أبي هريرة رضي هللا عنه أن رسول هللا صلى هللا عليه وسلم وقف ع لى أناس جلوس فقال(أال أخبركم بخيركم من شركم) : قال فسكتوا ، فقال ذلك ثالث مرات ، فقال رجل : بلى يا رسول هللا أخبرنا بخيرنا من شرنا ، قال( خيركم من يرجى خيره و يؤمن شره و شركم من ال يرجى خيره و ال يؤمن شره)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 ហុរ៉ៃរ៉ោះ បាននិយាយថា រ៉ាស៊ូលុលឡោះានឈរ នៅពីមុខមនុស្សមួយករុមដែលកំពុងអផងុយ។ គាត់បានមាន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«តើចង់ឱ្យខ្ញុំប្រាប់ពួកអ្នកពីបុគ្គលលអ និង បុគ្គលអាក្រក់ក្នុងចំណោមពួកអ្នកទេ? អាប៊ូ ហុរ៉ៃរ៉ោះថ្ល ពួកគេនៅស្ងៀម។ គាត់បានប្រសាសន៍ដែលៗរីដង។ បុរសម្នាក់ានឆ្លើយថា រពិត្រ រ៉ាស៊ូលុលឡោះ សូមលោក ប្រាប់យើងពីអ្នកលអនិងអ្នកអាក្រក់ក្នុងចំណោមពួកយើងផង ចុះ។ គាត់បានមានប្រសាសន៍ថា៖«អ្នកលអជាងគេក្នុងចាំឡណា មពួកអ្នកគឺអ្នកដែលគេសងឃឹមសេចក្តីលអពីរូបគេ និងរួចុតពី អំពើអាក្រក់របស់គេ។ រីឯអ្នកដែលអាក្រក់ជាងគេក្នុងចាំឡណា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មពួកអ្នកគឺអ្នកដែលគេមិនសងឃឹមសេចក្តីលអពីរូបគេ ហើយ មិនរួចុតពីអំពើអាក្រក់របស់គេ»។ 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الحياء من اإليمان« أخرجه اإلمام مسلم في صحيحه មានន័យថា៖ ភាពខោសអៀនជាផ្នែក្មួយទនជំនឿ»។ ចេញាយដោយអ៊ីមុំមូស្លីម ក្នុងសៀវភៅសាហ៊ីហរបស់គាត់។ 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 ن ْ اب ّن ع بَّاس ٍ ر ض ي هللا ّ ع نْه م ا ق ال ق ال النَّب ي ّ ص لَّى هللا ع ل يْه و س 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(ن عْم ت ان م غْب ون ف يه م ا ك ث ير م ن ْ النَّاس الصِّحَّة و الْف ر اغ) رواه البخاري អាំពី អិរនូ អាហាឌីសបាននិយាយថា រ៉ាស៊ូលុលឡោះាន មានប្រសាសន៍ថា(ពរជ័យ(نعمة)ពីរយ៉ាង ដែលមនុស្សជា ច្រើនានទុក្ចោលដោយឥតប្រប្រយោជន៍គឺសុខភាពលអ និង ពេលោំឡនរ»។ រីវា៉ាយ៉ាត់អាល់ពូខរីយ៍។ 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الدرداء عن النبي- صلى هللا عليه وسلم- :قال« من فقه الرجل قصده في معيشته«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ខៃបារ អាំពីណាពីបានមានប្រសាសន៍ថា៖ « បុគ្គលដែលយល់ដឹងក្រៅជ្រះគឺ អ្នកដែលចេះសនសាំសាំទចក្នុង ការបស់នៅ»។ ٢- : قال النبي صلى هللا عليه وسلم« التأني من هللا والعجلة من الشيطان .»حديث حسن</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អាំពីណាពីបានមានប្រសាសន៍ថា៖«ការប្រយ័តនប្រដយងគឺមក ពីអល់ឡោះ ហើយការតក់ក្រហ្ល់មកអាំពីទសសតាន»។ ហទី សនោះស្គហន់។ ٠٧- وعن أبي هريرة رضي هللا عنه ، أن رسول هللا صلى هللا عليه :وسلم قا ل«آية المنافق ثال ث: إذا حدث كذ ،ب، وإذا وعد أخلف وإذا اؤ تمن خا ن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 ហុរ៉ៃរ៉ោះ បាននិយាយថា រ៉ាស៊ូលុលឡោះបានមាន ប្រសាសន៍ថា សញ្ញសមាល់អ្នកមូណាហ្វិក្មនរី៖និយាយ កុហក ក្បត់សន្យា ច្បាស់នឹងសេចក្តីទុក្ចិត្ត»។ មុតា ហវអាទហើយ។ ٧٧- رواه الترِّمْذ ي وابن ماجه في الس نّن عن أبي هريرة رضي هللا ًعنه مرفوعا بلفظ:» الكلمة الحكمة ضالّة المؤمن فحيث وجدها فهو أحق بها«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រីវា៉ាយ៉ាត់ អាល់តួរមុហ្សីយ៍ និងអិរនូ ម៉ាចះ ក្នុងសៀវភៅ អាសសូណាន់ អាំពី អាពូ ហុរ៉ៃរ៉ោះ អាំពីរ៉ាស៊ូលុលឡោះាន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«ពាក្យគតិរ ឌិតគឺជាក្មេវតថុដែលអ្នក មានជំនឿចង់ានទីណាដែលគេប្រោះឃើញគតិរ ឌិតគឺ គេសក្តិសមនឹងទទួលយកវាជាងគេ»។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٩٧- عن عدي بن حاتم رضي هللا عنه قا ل: قال رسول هللا صلى هللا عليه وسلم» اتقوا النارولو بشق تمرة فمن لم يجد فبكلمة طيبة »متفق عليه អាំពី អូទេ ពិន ហេម បាននិយាយថា រ៉ាស៊ូលុលឡោះាន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«ចូរខ្លាចភ្លើងនរក្ចុះ ទោះដោយការ ររិចចគមួយចាំ ិតដ្លផ្លែឈើ។ ប្រសិនបើគេគ្មានលេធភាពទៀត គឺដោយពាក្យសំដីលអ»។ ٧3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رسول هللا صلى هللا عليه وسلم«أال أدلّك بأفضل أخالق الدنياواآلخرة؟ أن تعفوعم ن َّ ظلمك، وتصل من قطعك، وتعطي من حرمك«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អ្នាំសារានមានប្រសាសន៍ថា៖ «តើចង់ឱ្យខ្ញុំប្រាប់ពួកអ្នក ពីអត្តចរិតដែលប្រសើរជាងគេទាំងក្នុងលោកីយ៍និងថ្ងៃររឡោ ក្ដែរឬទេ? គឺពួកអ្នកត្រូវអធ្យាស្រ័យចំពោះអ្នកដែលបានរាំ ឡោភរាំពាន់នៅលើអ្នក។ ភាជរ់ទំនាក់ទំនងជាមួយអ្នកដែល ផ្ទតច់ទំនាក់ទំនងជាមួយអ្នក។ តល់អ្វីៗឱ្យអ្នកដែលគេរិះ កាំណាញ់ចំពោះអ្នក»។ ٤٧- وعن أبي هريرة رضي هللا عنه ، أن رسول هللا صلى هللا عليه :وسلم قا ل«آية المنافق ثال ث: إذا حدث كذ ،ب، وإذا وعد أخلف وإذا اؤتمن خا ن »متفق عليه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អាពូ ហុរ៉ៃរ៉ោះបាននិយាយថា រ៉ាស៊ូលុលឡោះបានមាន ប្រសាសន៍ថា សញ្ញសមាល់អ្នកមូណាហ្វិក្មនរី៖ និយាយ កុហក ក្បត់សន្យា ច្បាស់នឹងសេចក្តីទុក្ចិត្ត»។ មុតា ហវអាទហើយ។ ١٧- » إن من أحبكم إلي وأقربكم مني مجلسا يوم القيامة أحسنكم أخالقا«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«អ្នកដែលគួរជាទីស្រឡាញ់ និងាននៅជិតខ្ញុំ ជាងគេក្នុងចំណោមពួកអ្នកនៅថ្ងៃររលោក្គឺ អ្នកដែលមាន អត្តចរិតលអជាងគេ»។ ٧6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هريرة قال رسول هللا صلى هللا عليه وسلم(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من تواضع هلل رفعه ا هلل)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អាំពីអាពីហុរ៉ៃរ៉ោះ រ៉ាស៊ូលុលឡោះបានមានប្រសាសន៍ថា៖ «អ្នកដែលឱនលំទោនដើម្បីអល់ឡោះគឺ អល់ឡោះទ្រង់ នឹងលើកតឡមកីងគេ»។ ١٧- حدثني أبو كبشة األنماري أنه سمع رسول هللا صلى هللا عليه وسلم يقول: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ثالثة أقسم عليهن وأحدثكم حديثا فاحفظوه قال ما نقص مال عبد من صدقة وال ظلم عبد مظلمة فصبر عليها إال زاده هللا عزا وال فتح عبد باب مسألة إال فتح هللا عليه باب فقر أو كلمة نحوها وأحدثكم حديثا فاحفظوه قال إنما الدنيا ألربعة نفر عبد رزقه هللا ماال وعلما فهو يتقي فيه ربه ويصل فيه رحمه ويعلم هلل فيه حقا فهذا بأفضل المنازل وعبد رزقه هللا علما و لم يرزقه ماال فهو</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صادق النية يقول لو أن لي ماال لعملت بعمل فالن فهو نيته فأجرهما سواء وعبد رزقه هللا ماال ولم يرزقه علما فهو يخبط في ماله بغير علم ال يتقي فيه ربه واليصل فيه رحمه وال يعلم هلل فيه حقا فهذا بأخبث المنازل وعبد لم يرزقه هللا ماال وال علمافهو يقول لو أن لي ماال لعملت فيه بعمل فالن فهو نيته فوزرهما سواء . قال أبو عيسى هذاحديث حسن صحيح អាំពី អាពូការ់សសោះ អាល់អាន់ឡមីររីយ៍ បានឮរ៉ាស៊ូលុលឡោះបានមានប្រសាសន៍ថា៖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«រីប្រការ ខ្ញុំសប្នឹងអល់ឡោះ ចំពោះវា ខ្ញុំនឹងនិយាយប្រាប់ពួកអ្នក ចូរពួកអ្នកចងចាំឱ្យចា ស់។ គាត់បានមានប្រសាសន៍ថា៖ ទ្រព្យររិចចគរបស់បុគ្គល ម្នាក់មិនខាតបង់នោះទេ។ គ្មានខ្ញុំបម្រើណាម្នាក់ដែលត្រូវគេ រាំពានដោយប្រការណាមួយ ហើយគេប្ទាំអត់ធ្មត់ចំពោះ ប្រការនោះ លើកលែងតែអល់ឡោះបន្ថែមឥសសរភាពដល់ គេ។ គ្មានបុគ្គលណាម្នាក់បើកទ្វារសុំទានគេ លើកលែងតែអ ល់ឡោះនឹងបើកទ្វារភាពក្រីក្រចំពោះគេ ឬពាក្យដែលមាន ន័យដូចនោះ។ ខ្ញុំនិយាយប្រាប់ពួកអ្នក ចូរចងចាំឱ្យានលអ។ គាត់បានមានប្រសាសន៍ថា៖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លោកីយ៍នោះសម្រាប់មនុស្ស រួនប្រភេទគឺ បុគ្គលម្នាក់អល់ឡោះបានប្រទានទ្រព្យសម្បត្តិ និងចាំឡោះដឹងដល់គេ។ តាមរយៈក្តីប្រទាននោះ គេកោតខ្លាច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 គេភាជរ់ទំនាក់ទំនងស្គច់ញាតិ ហើយគេដឹងថ្ល សម្រាប់អល់ឡោះក្នុងក្តីប្រទាននោះទ្រង់មនកម្មសិទ្ធិដែរ។ បុគ្គលដររនោះឋិតក្នុងឋានៈដ៏ប្រសើរបំផុត។ បុគ្គលមួយ ប្រភេទទៀត អល់ឡោះបានប្រទានចាំឡោះដឹងឱ្យគេ តែទ្រង់ មិនបានប្រទានទ្រព្យសម្បត្តិដល់គេ។ គេមានចិត្តស្មោះស ដោយគេនិយាយថា ប្រសិនបើខ្ញុំមនទ្រព្យសម្បត្តិខ្ញុំនឹង ររិចចគធ្វើលអដូចជាបុរសនោះដែរ។ គេគ្រាន់តែបាថ្លនក្នុងចិត្ត តែគេនឹងទទួលាន្លរុ យដូចគ្នាដែរ។ មួយទៀត បុគ្គល ម្នាក់អល់ឡោះប្រទានទ្រព្យសម្បត្តិដល់គេ តែទ្រង់មិនបាន ប្រទានចាំឡោះដឹងដល់គេ។ គេងរ់ងុលក្នុងទ្រព្យសម្បត្តិ របស់គេដោយភាពអ្វិជាច។ មិនកោតខ្លាចំពោះអល់ឡោះ មិនភាជរ់ទំនាក់ទំនងស្គច់ញាតិ ហើយគេមិនដឹងថ្ល ទ្រព្យ សម្បត្តិរបស់គេ អល់ឡោះក៏មនកម្មសិទ្ធិក្នុងនោះដែរ។ នោះ គឺជាឋានៈដ៏អាក្រក់បំផុត។ មួយប្រភេទទៀត បុគ្គលម្នាក់អ ល់ឡោះមិនបានប្រទានទ្រព្យសម្បត្តិ និងចាំឡោះដឹងដល់គេ ហើយគេបាននិយាយថា ប្រសិនបើខ្ញុំមនទ្រព្យសម្បត្តិ ខ្ញុំនឹង ធ្វើដូចជាបុរសនោះដែរ នោះគឺជាក្តីបាថ្លនរបស់គេ។ ដូចនេះ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ារក្មេរបស់ពួកគេទាំងពីរគឺស្មើគ្នា»។ អាពូអ៊ីសាននិយ យថាហាឌីសនោះហាសាន់សាហ៊ីហ។ ٧8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:يقول الرسول صلى هللا عليه وسلم « التظهر الشماته باخيك ؛ يعافيه هللا ويبتليك«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 «ចូរអ្នកកុំរគាញការ សរាយរីក្រាយចំពោះទុក្ខសោក្បងប្អូនរបស់អ្នក។ ពីព្រោះ អល់ឡោះទ្រង់នឹងឱ្យគេរួចុត ហើយទ្រង់នឹងដាក់ទោសេ ឌនៅលើអ្នកវិញ»។ ٢٧ - أحب الناس إلى هللا أنفعهم و أحب األعمال إلى هللا عز و جل سرور تدخله على مسلم أو تكشف عنه كربة أو تقضي عنه دينا أو تط رد عنه جوعا و ألن أمشي مع أخي المسلم في حاجة أحب إلي من أن أعتكف في المسجد شهرا و من كف غضبه ستر هللا عورته و منكظم غيظا و لو شاء أن يمضيه أمضاه مأل هللا قلبه رضى يوم القيامة و من مشى مع أخيه المسلم في حاجته حتى يثبتها له أثبت هللا تعالى قدمه يوم تزل األقد ام و إن سوء الخلق ليفسد العمل كما يفسد الخل العسل)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«មនុស្សដែលអល់ឡោះស្រឡាញ់ជាងគេគឺអ្នក ដែលតល់លប្រប្រយោជន៍ដល់អ្នកដទៃច្រើនជាងគេ។ អំពើ ដែលអល់ឡោះស្រឡាញ់ជាងគេគឺការផ្តល់ភាពសរាយរីក រាយដល់អ្នកមូស្លីម ឬជួយរាំដលកទុក្ខលាំក្របស់ពួកគេ ឬ សងរាំ ុលឱ្យគេ ឬរាំត់ភាពស្រេកឃ្លានរបស់គេ។ ខ្ញុំសុខ</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ចិត្តដើរបំពេញតប្មូវការអ្នកមូស្លីមច្រើនជាងការឡអៀកទីក័ហ្វ នៅក្នុងម៉ាសជិតចំនួនមួយដខ។ អ្នកណាអាចេរ់កាំហឹងរបស់ គេ អល់ឡោះនឹងរិតទាំងកេរ្តិ៍ខោសរបស់គេ។ អ្នកណាអាចេរ់កាំហឹងប្ចឡោត ដែលគេចង់ធ្វើ គេអាចធ្វើននោះ អល់ឡោះ ឡោះនឹងបំពេញដួងចិត្តរបស់គេនៅថ្ងៃររលោក្ពោរពេញ ដោយសេចក្តីសុខ។ នរណាជួយបំពេញតប្មូវការអ្នកមូស្លីម រហូតដល់ានសសម្រេចនោះគឺ អល់ឡោះនឹងធ្វើឱ្យជាំហ្ររបស់ គេរឹងមាំ ខ ៈដែលជាំហ្រទាំង យត្រូវរអិលដួល។ ចរិត អាក្រក់បំផ្លាញអំពើលអដូចជាទឹកឡខោះបំផ្លាញទឹកេំ។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កតញ្ញាចម៉ចំពោះឪី កមាតយ ٧- رضا الرب من رضا الوالدين وسخ طه من ما هط سخ</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ការសព្វព្រះទ័យរបស់អល់ឡោះគឺអាប្ស័យលើការពេញ ចិត្តរបស់ឪពុកម្តាយ ហើយការក្រោធ្ខឹងរបស់ទ្រង់គឺអាប្ស័ យលើការខឹងសមារបស់លោក្ទាំងពីរ។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عبد هللا بن مسعود رضي هللا عنه قال سألت النبي صلى هللا عليه و على آله وسلم أي العمل أحب إلى هللا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)الصالة على وقتها قلت ثم أي قال بر الوالدين قلت ثم أي قال الجهاد في سبيل الله(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អាំពី អាប់ឌុលឡោះ ពិន ម៉ាស្អ៊ូតបាននិយាយថា ខ្ញុំន សួររ៉ាស៊ូលុលឡោះថ្ល តើអំពើអ្វីដែលអល់ឡោះស្រឡាញ់ជាង គេ? គាត់បានឆ្លើយថា៖ ស តឱ្យចាំពេលវេលារបស់វា។ ខ្ញុំនសួរទៀតថ្ល៖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តើមនអ្វីទៀត? គាត់បានឆ្លើយថា៖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ក្តញ្ញូចំពោះឪពុកម្តាយ។ ខ្ញុំក៏បានសួរទៀតថ្ល រនារ់មក តើមនអ្វីទៀត? គាត់បានឆ្លើយថា៖ ការតសូរក្នុងលូវរបស់អ ល់ឡោះ»។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 ، أال أنبئكم بأكبر الكبائر؟ ثالثاً ، قلنا: بلى يا رسول هللا :قال « اإلشراك باهلل،وعقوق الوالدين » :وكان متكئا ً فجلس فقال «أال و قول الزور و شهادة الزور » فما زال يكررهاحتى قلنا: ليته سكت . و الحديث متفق عليه</w:t>
      </w:r>
    </w:p>
    <w:p>
      <w:pPr>
        <w:spacing w:line="324" w:lineRule="auto" w:after="120" w:before="0"/>
        <w:jc w:val="left"/>
      </w:pPr>
      <w:r>
        <w:t>៣.ណាពីបានមានប្រសាសន៍ថា៖ តើចង់ឱ្យខ្ញុំប្រាប់ពួកអ្នកពី អំពើបាបកម្រិតធ្ងន់ទេ? គាត់សួរចំនួនរីដង។ ពួកយើង ឆ្លើយថា រពិត្រ រ៉ាស៊ូលុលឡោះ ពួកយើងចង់ដឹង។ គាត់បាន មានប្រសាសន៍ថា៖ គោរពពហុទេពរួមជាមួយនឹងអល់ឡោះ អក្តញ្ញូចំពោះឪពុកម្តាយ។ គាត់ដ្អក ក្រោយមកគាត់បាន អផងុយ ហើយរនតថ្ល៖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ចូរប្រុងប្រយ័តនចំពោះការនិយាយ កុហក និងការធ្វើសាក្សីកុហក។ គាត់នៅតែនិយាយហើយ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និយាយទៀតបហូតដល់ពួកយើងនឹកចង់ឱ្យគាត់នៅស្ងៀម»។ ហាឌីសនោះមុត្តាហ្វាគុនអាឡៃហិ។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ការបាប្ស័យទាកូងជាហួយនឹងញាតិជិតខាង عن عائشة _رضي هللا عنها _قالت :قال رسول هللا صلى هللا عليه و سلم(( :الرحم معلقة بالعرش تقول :من وصلني وصله ،هللا و من قطعني قطعه هللا)) البخاري អាំពី អាអ៊ីសះ បាននិយាយថា រ៉ាស៊ូលុលឡោះបានមានប្រស្គ សន៍ថា ស្គច់ញាតិពយួរជារ់នឹងរាជរលល័ងក ហើយរលល័ងកនោះ បាននិយាយថា នរណាភាជរ់ទំនាក់ទំនងជាមួយនឹងខ្ញុំគឺ អល់ឡោះ ឡោះនឹងភាជរ់ទំនាក់ទំនងជាមួយគេ ហើយនរណាកាត់ផ្ទតច់ទំនាក់ទំនងជាមួយនឹងខ្ញុំ អល់ឡោះនឹងកាត់ផ្ទតច់ទំនាក់ទំនង ជាមួយគេដែរ»។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អ្បូរម៉កានស្រី 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في و الحديث الحسن عن النبي صلى هللا عليه وسلم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«ليس أحد من أمتي يعول ثالث بنات أو ثالث أخوات فيحسن إليهن إال كن له سترا من النار«</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នៅក្នុងហាឌីស អាល់ហាសាន់ អាំពីណាពីបានមានប្រស្គ សន៍ថា៖ បុគ្គលណាម្នាក់ទនប្រជាជាតិរបស់ខ្ញុំចិញ្ចឹមកូនស្រីរី នក់ ឬបងប្អូនស្រីរីនក់ ហើយគេធ្វើលអចំពោះពួកនាងគឺ ពួកនាងក្លាយជារនទាំងការពារគេពីភ្លើងនរក»។ ٩- وفي حديث ابن عباس فيما أخرجه الطبراني أن النبي صلى هللا :عليه وسلم قال«ومن عال ثالث بنات فأنفق عليهن ورحمهن وأحسن أدبهن أدخله هللا الجنة، قيل أو اثنتين؟ قال :أو اثنتين«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នៅក្នុងហាឌីសអិរនូ អាហាឌីស ចេញាយដោយអាត់តបរ៉ានី យ៍ ណាពីបានមានប្រសាសន៍ថា៖ « នរណាចិញ្ចឹមកូនស្រីរី នក់ ហើយគេចាំណាយលុយនៅលើពួកនាង អា ិតប្សោ ញ់ពួកនាង របង្រៀនអ្រ់រាំពួកនាងឱ្យមានសុជីវធ្ម៌លអ គឺអល់ឡោះ ឡោះនឹងឱ្យគោនចូលឋានសួគ៌។ មានគេសួរថា៖ ចុះបើពីរ នក់? គាត់បានឆ្លើយថា៖ ទោះជាពីរនក់ក៏ដោយ»។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ចិញ្ចឹហកុមារកម៉ប្ពា قال صلى هللا عليه وسلم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»أنا وكافل اليتيم في الجنة كهاتين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وأشار باصبع السبابة والوسطى وفر ّق بينهما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ណាពីបានមានប្រសាសន៍ថា៖ « ខ្ញុំនិងអ្នកចិញ្ចឹមកុមារកំព្រានៅក្នុងឋានសួគ៌ដូចជាម្រាមដៃពីរនេះ។គាត់បានចង្អុល ម្រាមដៃចង្អុលនិងម្រាមដៃកណ្តាល។ គាត់បានញែកវាទាំងពីរ»។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ការស្តាប់បង្គាប់មេដឹកនាំ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هللا صلّي هللا عليه وآله وسلّم : ط اع ة السّلْط ان و اج ب ة ، و م نْ ت ر ك ط اع ة السّلْط ان ف ق دْ ت ر ك ط اع ة هللا َّ، ع ز و ج لَّ و د خ ل ف ي ن هْي 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«គោរពមេដឹកនាំជា កាតព្វកិច្ច។ នរណាមិនគោរពមេដឹកនាំគឺ អ្នកនោះមិនគោរព អល់ឡោះ ហើយចូលក្នុងអំពើដែលទ្រង់ហាមឃាត់»។ 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اسمعوا و أطيعوا و إن أمر عليكم عبد حبشي مجدع األطراف មានន័យថា៖ «ចូរពួកអ្នកស្តាប់ និងអនុវត្តា ម បើទោះជា មេដឹកនាំនោះត្រូវបានគេតែងតាំងដោយបុគ្គលម្នាក់ជាខ្ញុំ បម្រើស្បែកខ្មៅពិការដៃជើងក៏ដោយ»។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و قال رسول هللا صلى هللا :عليه وسلم« إذا رأيت أمتي تهاب أن تقول للظالم يا ظالم فقد تودع منهم » رواه الحاكم في المستدرك</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ប្រសិនបើប្រជា ជាតិរបស់ខ្ញុំក្លាយជាប្រជាជាតិមួយខ្លាចមិនហ ននិយាយនៅ កាន់មនុស្សដែលប្រព្រឹត្តអំពើអ្យុត្តិធម៌ថ្ល ឯងជាមនុស្ស អ្យុត្តិធម៌នោះគឺ វត្តមានឬអ្វត្តមានរបស់គេដូចតែគ្នា មាន ន័យថា(អ្ត់ានការ)»។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កតីឡហតាត عن أبي هريرة رضي اهلل عنه :قال قبل النبي صلى اهلل عليه و سلم الحسن بن علي رضي اهلل عنهما و عنده األقرع بن ،حابس فقال األقرع: إن لي عشرة من الولد ما قبلت منهم أحدا. فنظر إليه رسول اهلل صلى اهلل عليه و سلم فقال: ))من ال يرحم ال يرحم!((متفق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 ហុរ៉ៃរ៉ោះ បាននិយាយថា៖ «ណាពីបានឡីរនៅ របស់គាត់ហាសាន់ ពិន អាលី ហើយអាក្រក់ ពិន ហពិស នៅ ជាមួយណាពី។ ពេលនោះអាក្រក់បាននិយាយថា ខ្ញុំមនកូន ដរ់នក់ ខ្ញុំមិនដែលឡីរនរណាម្នាក់ក្នុងចំណោមពួកគេឡើយ។ រ៉ាស៊ូលុលឡោះានមើលមុខអាក្រក់ ហើយនិយាយថា អ្នកដែល មិនអា ិតស្រឡាញ់គេ គឺគេក៏មិនអា ិតស្រឡាញ់អ្នកនោះ វិញផងដែរ»។ ហាឌីសមុតាតហវគុនអាទហើយ។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154 ---</w:t>
      </w:r>
    </w:p>
    <w:p>
      <w:pPr>
        <w:spacing w:line="324" w:lineRule="auto" w:after="120" w:before="0"/>
        <w:jc w:val="left"/>
      </w:pPr>
      <w:r>
        <w:t>ល់មអាក្រកូនៃការសុម៉ទាន៖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٩- : قال رسول هللا صلى هللا عليه و سلم « من سأل الناس أموالهم تكثرا فإنما يسأل جمرافليستقل أو ليستكثر«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នរណាសុំទានអ្នក ដទេដើម្បីប្រមូលទ្រព្យឱ្យានច្រើន ប្រៀបដូចជាគេសុំរងើក ភ្លើង។ ដូចនេះ គេចង់ានរងើកភ្លើងតិចឬក៏ច្រើន»។ و عن عبدهللا بن مسعود رضي هللا عنه قال : قال رسول هللا صلى هللا عليه و سلم» : من أصابته فاقة فأنزلها بالناس : لم تسد فاق ته و من أنزلها باهلل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أوشك هللا له بالغنى : إما بموت عاجل ، أو غنى عاجل«] رواه أبو داود والترمذي وقال : حديث حسن صحيح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អាប់ឌុលឡោះ ពិន ម៉ាស្អ៊ូត បាននិយាយថា រ៉សូលុល ឡោះបានមានប្រស្គន៍សថ្ល៖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«នរណាដែលបានជួរប្រោះ រញាក្រខសត់ ហើយគេនៅតអួញតែអប្រាប់មនុស្ស គឺមនុស្សមិន អាចជួយរាំត់ភាពក្រីក្ររបស់គោនឡើយ។ ចំណែក នរណាដែលបានជួរប្រោះនឹងរញាក្រខសត់ ហើយគេនៅតអួញ តែអប្រាប់អល់ឡោះគឺ អល់ឡោះស្ទើរតែនឹងធ្វើឱ្យគេមិននៅពឹង អ្នកដទៃដោយទ្រង់ឱ្យគេឆ្រ់ស្លាប់ឬឆ្រ់ក្លាយជាអ្នកមន»។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រីវា៉ាយ៉ាត់អាពូដាវូត និងអាត់-ទិរមីហ្ស៊ី ហើយគាត់ថា ហទី សនោះហាសាន់សាហ៊ីហ។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សហ្ការគ្នា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ليس منا من لم يرحم ،صغيرنا ويوقر ،كبيرنا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១.មិនមែនពួកយើងទេអ្នកដែលមិនអា ិតក្មេងៗ ហើយ មិនចេះគោរពចស់េំ។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٩- الراحمون يرحمهم الرحمن ، ارحموا من في األرض يرحمكم من في السماء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២.ពួកអ្នកដែលមានចិត្តមេត្តាគឺ អល់ឡោះមេត្តាចំពោះពួក គេ។ ចូរអា ិតមេត្តាចំពោះអ្នកនៅលើផែនដីគឺ អ្នកនៅលើ មេឃ អា ិតមេត្តាចំពោះពួកអ្នក»។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أبي موسى األشعري رضي هللا عنه قال : قال رسول هللا صلى هللا عليه و 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المؤمن للمؤمن كالبنيان يشد بعضه بعضا وشبك بين أصابعه متفق عليه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៣.អាពូ មូស្គ អាល់ឡអីសអារីយ៍ បាននិយាយថា រ៉សូលុល ឡោះានមានប្រសាសន៍ថា៖ « អ្នកមនជំនឿនិងអ្នកមន ជំនឿប្រៀបដូចជាសទាំង់ដែលារភាជរ់គ្នានៅវិញនៅមក។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គាត់សប្រាក់ម្រាមដៃរបស់គាត់ចូលគ្នា»។ មុតាហវគុនអា 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៤.ណាពីបានមានប្រសាសន៍ថា៖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ជារៀងរាល់ថ្ងៃគ្រប់ជីវិត ទាំងអស់ត្រូវធ្វើសហាកោះឱ្យវា។ អាពូសហ៊ីហ៍ីរានសួរថ្ល រពិត្រ រ៉ាស៊ូលុលឡោះ តើឱ្យពួកយើងយកអ្វីនៅសហាកោះ បើ ពួកយើងគ្មានលុយផងនោះ? ណាពីបានតបវិញថ្ល៖</w:t>
      </w:r>
    </w:p>
    <w:p>
      <w:pPr>
        <w:spacing w:line="324" w:lineRule="auto" w:after="120" w:before="0"/>
        <w:jc w:val="left"/>
      </w:pPr>
      <w:r>
        <w:t>ពីព្រោះថ្លទ្វារទនសហាកោះគឺ តឹក្ឡហ្ពៀរ (التكبير) សុរហន ល់ឡោះ(سبحان هللا) អាល់ហាំឌូលីលឡោះ (الحمد هلل) អ៊ី ហ អ៊ីលលល់ឡោះ (الإله إالهللا) ឡអីសត័ហាហ្វីរូលឡោះ (استغفرهللا) ប្រើគ្នាឱ្យធ្វើអំពើលអ ហាមឃាត់គ្នាពីប្រការ អាក្រក់ យករនលឆអឹង និងដុំេចេញពីលូវដើរ រគាញ្លូវដល់ អ្នកពិការដភនក។ ឡៀងស្តាប់អ្នកគ្លង់រហូតដល់ស្តាប់យល់។ ជួយបំពេញតប្មូវការរបស់អ្នកដទៃ ប្រសិនបើអ្នកស្គាល់ កន្លែងដែលគេត្រូវការនោះ។ ប្រញារ់នៅកន្លែងដែលគេ ដប្សក្នៅឱ្យជួយ។ ដៃទាំងពីររបស់អ្នកជួយសង្គ្រោះពួកអ្នកទន់ខ្សោយ។ ទាំងនោះសុះធតែជាទ្វារនៃការធ្វើសហាកោះ សម្រាប់ខ្លួនរបស់អ្នក។ ការរួមដាំឡ ក្ជាមួយភរិយរបស់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អ្នកក៏ទទួលាន្លរុ យ។ អាពូសហ៊ីហ៍ីរានសួរទៀតថ្ល៖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តើខ្ញុំន្លរុ យ ដោយគ្រាន់តែខ្ញុំរួមដាំឡ ក្ជាមួយ ប្រពន្ធខ្ញុំមែនទេ? រ៉ាស៊ូលុលឡោះានឆ្លើយថា៖ តើអាចប្រាប់ ខ្ញុំនទេ? ប្រសិនបើអ្នកមនកូន គេធាំដឹងក្តី ហើយអ្នក សងឃឹមនិងរាំពឹងថ្ល នឹងបានលប្រប្រយោជន៍ពីកូននោះ តែគេ បែរជាស្លាប់។ តើអ្នកានាត់រង់កូនរបស់អ្នកមែនទេ? ខ្ញុំនឆ្លើយថា៖ ោមែនហើយ។ ណាពីបានមានប្រសាសន៍ ថ្ល៖ តើអ្នកានបង្កើតវាមែនទេ? គាត់តបថា ពិតណាស់ អ ល់ឡោះជាអ្នកបង្កើតវា។ ណាពីសួរទៀតថ្ល៖ តើអ្នកជាអ្នក រគាញ្លូវដល់វាមែនទេ? គាត់តបថា៖ ពិតណាស់ អល់ឡោះ ឡោះជាអ្នករគាញ្លូវដល់វា។ ណាពីសួរទៀតថ្ល៖ តើអ្នកជា អ្នកតល់រីសគីដល់វាមែនទេ? គាត់បានតបថា៖ ពិតណាស់ អល់ឡោះជាអ្នកតល់ឱ្យវា។ ណាពីបានរនតថ្ល៖ ដូចនេះ ចូរដាក់វាក្នុងលូវដែលហ ល់ និងរឡញ្ជៀសវាពីប្រការហារ៉ាម។ ប្រសិនបើអល់ឡោះសព្វព្រះទ័យគឺ អល់ឡោះនឹងឱ្យវារស់ តែប្រសិនបើអល់ឡោះសព្វព្រះទ័យឱ្យវាស្លាប់គឺវានឹងស្លាប់។ សម្រាប់អ្នកនឹងទទួលាន្លរុ 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١- ، يا علي ثالث كفّارات : إفشاء السالم ، و إطعام الطعام والصالة بالليل و الناس نيام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«ដនអាលី រីប្រការដែលអាចជប្មោះទោសកាំហុសគឺ សព្វាយស្គោម តល់ចាំ ីអាហរ ស តពេលយប់ខ ៈ ដែលមនុស្សទាំងអស់កំពុងដេកលក់»។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 قال رسول هللا صلى هللا عليه وآله و سلم« إن ّ أقربكم مني غدا ً و أوجبكم علي شفاعة :أصدقكم لساناً، وأد اّكم ال مانتكم، و أحسنكم خلقاً، و أقربكم من الناس«</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រ៉ាស៊ូលុលឡោះបានមានប្រសាសន៍ថា៖ ពិតណាស់ អ្នក ដែលជិតខ្ញុំជាងគេក្នុងចំណោមពួកអ្នកនៅថ្ងៃនៅររលោក ហើយខ្ញុំចាំច់ត្រូវជួយសង្គ្រោះគេគឺ អ្នកនិយាយពិតស្មោះ ត្រង់ជាងគេ រក្សាសេចក្តីទុក្ចិត្តឬរឡញ្ញីនលអប្រសើរជាងគេ មានអត្តចរិតលអប្រសើរជាងគេ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អ្នកដែលរាក់ទាក់ជាងគេ ជាមួយនឹងមនុស្សទូទៅ »។ ١- :عن أبي ذر الغفاري أن رسول هللا صلى هللا عليه و سلم قال« لا تحقرنَّ من المعروف شيئًاو لو أن تلقى أخاك بوجه طلق«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អាពី សហ៊ីហ៍ីរ អាល់ហីឡហ្វីរីយ៍បាននិយាយថា រ៉សូលុល ឡោះានមានប្រសាសន៍ថា៖ ចូរពួកអ្នកកុំមើលគយប្រការ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លអឱ្យសោះ សូម្បីតែអ្នកញញឹមនៅពេលជួរបងប្អូនរបស់ អ្នក»។ 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»أحبب حبي ب ، ك هونا ً ما ، عسى أن يكون بغيضك يوما ً ما وأبغض بغيضك هوناً ما ، عسى أن يكون حبيبك يوماً ما«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«ចូរស្រឡាញ់លេមៗចំពោះមិត្តភក្តិរបស់អ្នក ខ្លាចដង្ហែ គេក្លាយជាមនុស្សដែលអ្នកស្អប់នៅថ្ងៃណាមួយ។ ចូរខឹងលេម ៗចំពោះមនុស្សដែលអ្នកស្អប់ ខ្លាចដង្ហែគេក្លាយជាមនុស្ស ដែលអ្នកស្រឡាញ់វិញនៅថ្ងៃណាមួយ»។ ٢- :حديث«ال يكن أحدكم إمعة، يقول أنا مع النا س، إن أحسن الناس أحسنت وإن أساء وا أسأت، ولكن وطنوا أنفسكم، إن أحسن الناس أن تحسنوا، وإن أساءوا أن تتجنبوا إساءتهم«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 ហាឌីស៖ «ចូរកុំក្លាយខ្លួនជាអ្នកធ្វើប្តារ់តាមគេ។ គេ 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ខ្ញុំនៅជាមួយមនុស្ស ប្រសិនបើមនុស្សធ្វើលអ អ្នកក៏ធ្វើលអ ហើយបើពួកគេធ្វើអាក្រក់ អ្នកក៏ធ្វើអាក្រក់ដែរ។ ក៏ប៉ុន្តែ ចូរពបផងឹងជាំហ្ររបស់ពួកអ្នក ប្រសិនបើមនុស្សធ្វើលអ ពួកអ្នកត្រូវតែធ្វើលអ។ តែប្រសិនបើពួកគេធ្វើអាក្រក់ ចូរជៀស ឆៃយពីអំពើអាក្រក់របស់ពួកគេ»។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ឧត្តមភាពនៃចាំនេះដឹង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سمعت رسول هللا صلى هللا عليه وسلم يقول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من سلك طريقا يبتغي فيه علما سلك هللا به طريقا إلى الجنة ، وإن المالئكة لتضع أجنحتها رضاء لطالب العلم ، وإن العالم ليستغفرله من في السموات ومن في األرض ، حتى الحيتان في الماء ، وفضل العا لم على العابد كفضل القمر على سائر الكواكب إن العلماء ورثة األنبياء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َّإن األنبياء لم يورثوا دينارا وال درهما ، إنما ورثوا العلم فمن أخذ به أخذ بحظ وافر«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១.«ខ្ញុំនឮរ៉ាស៊ូលុលឡោះបានមានប្រសាសន៍ថា៖ នរណា ដើរតាមផ្លូវដសវងរក្ចាំឡោះដឹងគឺ អល់ឡោះនឹងរគាញ្លូវគេ នៅកាន់ឋានសួគ៌។ ពិតណាស់ ទេវតានឹងប្តោងស្គលររបស់ វាសម្តែងការពេញចិត្តចំពោះអ្នកដែលដសវងរក្ចាំឡោះដឹង។ អ្នកនៅលើមេឃ និងអ្នកនៅលើផែនដី សុំការអ្ភ័យទោស សម្រាប់អ្នកចេះដឹង រហូតដល់ប្តីនៅក្នុងសមុបេក៏ជួយសុំ អ្ភ័យទោសឱ្យដែរ។ ប្រៀបឡធៀរតម្លៃរបស់អ្នកចេះដឹង និង អ្នកលះបង់ខ្លួនដើម្បីធ្វើជីហាតដូចតម្លៃរបស់ព្រះច័នានិង ផ្ទកយទាំង យ។ ពិតណាស់ ពួកអ្នកចេះដឹងជាអ្នកទទួលម ត៌ក្ពីពួកណាពី។ ពួកណាពីពុំនបន្សល់មត៌ក សូម្បីមួយឌី ឡីរ និងមួយឡឌៀរហាំ។ តែពួកគាត់បានបន្សល់ទុក្ចាំឡោះ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ដឹងជាមត៌ក។ ដូចនេះ អ្នកណាទទួលានមត៌ក្នោះគឺ គោនទទួលនូវភ័ពវសាំណាងដ៏ធាំជាបំផុត»។ »-២ طلب العلم فريضة على كل مسلم »حديث رواه البيهقي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«ការដសវងរក្ចាំឡោះដឹងជាកាតព្វកិច្ចលើបុគ្គលមូស្លីម គ្រប់រូប»។ រីវា៉ាយ៉ាត់ទហ្ពហគីយ៍។ 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رواه التِّرْم ذي ّ وابن ماج ه ْ في السّنن عن أبي هريرة رضي هللا عنه مرفوعاً بلفظ:» الكلمة الحكمة ضالّة المؤمن فحيث وجدها فهو أحقّ بها«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រីវា៉ាយ៉ាត់ អាត់-ទិរមីហ្ស៊ី និង អិរនូ ម៉ាចះ ក្នុងសៀវភៅ អាសសូណាន់ អាំពី អាពូ ហុរ៉ៃរ៉ោះ អាំពីរ៉ាស៊ូលុលឡោះាន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«ពាក្យគតិរ ឌិតគឺជាក្មេវតថុដែលអ្នក មានជំនឿចង់ានទីណាដែលគេប្រោះឃើញគតិរ ឌិតនោះ គឺគេសក្តិសមនឹងទទួលវាជាងគេ»។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٤-عن رسول : هللا صلى هللا عليه وسلم« من سئل عن علم يعلمه فكتمه، ألجم يوم القيامة بلجام من النار«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៤.«រ៉ាស៊ូលុលឡោះបានមានប្រសាសន៍ថា៖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«នរណាម្នាក់ ដែលគេសួរពីចាំឡោះដឹងអ្វីមួយដែលខ្លួនដឹង ហើយគេដាក់ទាំង នៅថ្ងៃររលោក្គេនឹងពាក់រឡងៀរភ្លើងនរកឱ្យវា»។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ជាហួយនឹងខញុម៉បឡប្ហើ ឬអ្នកបឡប្ហើ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:و عن المعمور بن سويد قال« رأيت أبا ذر الغفاري و عليه حلة و على غالمه حلة فسألناه عن ذلك فقال: ساببت رجال فشكاني إلى رسول هللاّ صلى هللا عليه و سلم فقال لي النبي صلى هللا عليه و سلم ) أعيرته بأمه؟! ثم قال: إخوانكم خولكم جعلهم هللاّ تحت أيديكم فمن كان أخ وه تحت يده فليطعمه مما يأكل و ليلبسه مما يلبس وال تكلفوهم ما يغلبهم فإن كلفتموهم ما يغلبهم فأعينوهم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អាំពីមក់មួរ ពិន សូឡវត បាននិយាយថា ខ្ញុំនឃើញ អាពូ សហ៊ីហ៍ីរ អាល់ហីហវរីយ៍ស្លៀក្សារុង ពាក់អាវ ហើយអ្នក បម្រើរបស់គាត់ក៏ស្លៀក្សារុងនិងពាក់អាវដូចគាត់ដែរ។ ពួក យើងានសួរគាត់ពីរឿងនោះ។ គាត់បានតបថា៖ ខ្ញុំនជេរ ប្រទេចបុរសម្នាក់ ហើយបុរសនោះាននៅរតឹងណាពី។ ណា ពីបានមានប្រសាសន៍មកកាន់ខ្ញុំថ្ល៖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«តើអ្នកជេរប្រមាថមត យរបស់គេឬ? ក្រោយមកគាត់បានរនតទៀតថ្ល៖ គេជាបងប្អូនរបស់ពួកអ្នក ពួកគេជួយបម្រើការគរឱ្យពួកអ្នក។ អល់ឡោះ ឡោះានដាក់គេនៅក្រោមការគ្រប់គ្រងរបស់ពួកអ្នក។ នរណាម្នាក់មនបងប្អូនរបស់គេនៅក្រោមការគ្រប់គ្រងរបស់ ខ្លួន សូមអ្នកនោះជួយ្តល់ចាំ ីរអាហរដល់គេដូចាំ ី អាហរដែលខ្លួនររិបរិភោគ។ ចូរ្តល់សសម្លៀកបំពាក់ដល់ពួកគេ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ដូចសសម្លៀកបំពាក់ដែលខ្លួនគេប្រើ។ ចូរកុំដាក់បន្ទុក្ការគរ លើសពីលេធភាពរបស់ពួកគេ។ ប្រសិនបើពួកអ្នកដាក់បន្ទុក ការគរលើសពីលេធភាពរបស់ពួកគេ ចូរជួយពួកគេផង»។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و عن أبي مسعود البدري رضي هللا عنه قال : كنت أضرب غالما لي , فسمعت من خلفي صوتا( اعلم، أبا مسعود! هلل أقدر عليك منك عليه) فالتفت فإذا هو رسول هللا صلى هللا عليه و سلم فقلت : يا رسول هللا! هو حر ،لوجه هللا , فقال )أما لو لم تفعل للفحتك النار،أو لمستك النار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២.«អាំពី អាពូ ម៉ាស្អ៊ូត អាល់ហពត់រីយ៍បាននិយាយថា៖ «ខ្ញុំនវាយអ្នកបម្រើរបស់ខ្ញុំ ហើយខ្ញុំនឮសាំឡឡងនៅក្រោយ ខ្ញុំថ្ល៖ ទនអាពូ ម៉ាស្អ៊ូត ចូរប្ជារចុះថ្ល! អល់ឡោះទ្រង់មន អានុភាពលើឯងខ្លាំងជាងអំណាចរបស់ឯងនៅលើខ្ញុំបម្រើ របស់ឯង។ ខ្ញុំនគក្មើលក្រោយ ប្សារ់តែឃើញរ៉សូលុល ឡោះ។ ខ្ញុំននិយាយនៅកាន់គាត់ថ្ល៖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រពិត្រ៉សូលុល ឡោះ! ខ្ញុំឱ្យគេមានសិទ្ធិសេរីភាពដោយសេចក្តីជ្រះថ្លាលចំពោះ អល់ឡោះ។ គាត់បានមានប្រសាសន៍ថា៖« តើអ្នកដឹងទេ បើ សិនជាអ្នកមិនធ្វើដូចនេះទេគឺ ភ្លើងនរក្ចាស់ជានឹងឆក់យក អ្នក ឬភ្លើងនរក្នឹងឆ្រឡឆោះអ្នក»។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 ទនកតីមេត្តាករុណារបស់ណី ចម៉ចំពោះអ្នក ហិនដហហាសលីហ រាបភីទី១ អាអ៊ីសះានសួរណាពីថ្ល៖ តើថ្ងៃណាមួយដែលអ្នកជួរ ប្រោះនឹងគ្រោះថ្លនក់ខ្លាំងជាសមរភូមិអូហុត? គាត់បានឆ្លើយ ថ្ល៖ ខ្ញុំនទទួលរងការធ្វើរពីជាតិសាសនា៍របស់អ្នកគ្រប់ សព្វដររយ៉ាង។ ហើយអ្វីដែលខ្លាំងជាងគេនោះគឺ ខ្ញុំនជួរ ពួកគេនៅថ្ងៃអាកហ្ពោះ ខ ៈដែលខ្ញុំនៅជួរពួកអិរនូ អារ់ឌុ លយ៉ាឡឡល ពិន អារ់ឌុកា ល។ គេមិនឆ្លើយតបនឹងអ្វី ដែលខ្ញុំចង់ាន។ ខ្ញុំចក្ចេញដោយទឹកមុខឡក្រៀមករាំ ខ្ញុំមិន ដឹងខ្លួនរហូតខ្ញុំនៅដល់តំបន់មួយឈ្មោះកើតនុសស្គអាលិរ។ ខ្ញុំនងើយមើលនៅលើមេឃ នៅពេលនោះមនពពកទាំង ជាមលរ់ដល់ខ្ញុំ។ ខ្ញុំខាំសមលឹងមើលប្សារ់តែឃើញទេវតាជីប្ពី ល។ គោននៅខ្ញុំដោយនិយាយថា៖ អល់ឡោះបានឮសំដី សាសនា៍របស់អ្នកដែលបាននិយាយនៅកាន់អ្នក និងអ្វីដែល ពួកគោនឆ្លើយតបចំពោះអ្នក។ ពិតណាស់ អល់ឡោះបាន បញ្ជូនទេវតាភនាំមកជួរអ្នក។ អ្នកអាចបញ្ជាគេតាមអ្វីដែលអ្នក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ចង់។ ពេលនោះទេវតាភនាំនៅខ្ញុំ ហើយបានឱ្យស្គ មខ្ញុំ។ រនារ់មកគេបាននិយាយថា៖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ដនមូហាំម៉ាត់។ រួចគោន និយាយទៀតថ្ល៖ រឿងនោះឡប្សចតែនៅលើអ្នក។ ប្រសិនបើ អ្នកពេញចិត្ត ខ្ញុំនឹងយកភនាំទាំងពីរខារ់សងកត់នៅលើពួកគេ។ ណាពីបានតបវិញថ្ល៖ តែខ្ញុំសង្ឃឹមថា អល់ឡោះនឹងបង្កើត ចេញពីពួកគេនូវកូននៅជំនាន់ក្រោយមនអ្នកដែលគោរព ចំពោះអល់ឡោះតែមួយ មិនសីរិក្ចំពោះទ្រង់ដោយប្រការ ណាមួយឡើយ)»។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រាបភីទី២ عن ابن عمر رضي هللا عنهما ) أن امرأة وجدت في بعض مغازي رسول هللا صلى هللا عليه و سلم مقتولة .فأنكر رسول هللا صلى هللا عليه و سلم قتل النساء و الصبيان ( رواه البخاري و مسلم អាំពី អិរនូ អ៊ូមែរ បាននិយាយថា៖ ក្នុងសង្គ្រាមរបស់ណាពី គោនប្រោះឃើញសាកសពស្ត្រីម្នាក់ត្រូវានសម្លាប់។ ណា ពីនជាំទាំស់ចំពោះការសម្លាប់ស្ត្រីនិងក្មេងៗ»។ و في رواية لهما) . وجدت امرأة مقتولة في بعض تلك المغازي فنهى رسول هللا صلى هللا عليه و سلم عن قتل النساء و الصبيان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ក្នុងរីវា៉ាយ៉ាត់របស់គាត់ទាំងពីរផ្សេងទៀតថ្ល៖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«ខ្ញុំនប្រោះ ឃើញសាកសពស្ត្រីម្នាក់ត្រូវានសម្លាប់នៅក្នុងសមរភូមិមួយ ហើយរ៉ាស៊ូលុលឡោះានហាមឃាត់មិនឱ្យសម្លាប់ស្ត្រី និង ក្មេងតូចៗ)។ រាបភីទី៣ عن أنس بن مالك رضي هللا عنه :كان غالم يهودي يخدم النبي صلى هللا عليه و سلم فمرض ، فأتاه النبي صلى هللا عليه و سلم يعوده ، فقعد عند رأسه ، فقال له :أسلم .فنظرإلى أبيه و هو عنده ، فقال له :أطع أبا القاسم صلى هللا عليه و سلم ، فأسلم ، فخرج النبي صلى هللا عليه و سلم و هو يقول :ا لحمد هلل الذي أنقذه من النار ( رواه البخاري អាំពីអាឡីសបាននិយាយថា មានក្មេងប្រុសជនជាតិជ្វីហ្វ ម្នាក់នៅបម្រើណាពី។ ក្មេងប្រុសនោះធ្លលក់ខ្លួនឈឺ ពេលនោះ រ៉ាស៊ូលុលឡោះាននៅសួរសុខទុក្ខគេ ហើយគាត់បានអផងុយ នៅជិតកាលដាំឡ ក្របស់គេ។ គាត់បាននិយាយថា ចូរចូល សាសនាឥស្លាមនៅ។ ក្មេងនោះានសមលឹងមើលឪពុក្របស់ គេដែលនៅដក្បរនោះ? ឪពុក្គេនិយាយថា ចូរកូនស្តាប់តាម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 ក្សិមចុះ។ ក្មេងនោះានចូលឥស្លាម ណាពីក៏បានដើរ ចេញ ហើយឡព្យាបាលថ្ល ការសរឡសីទាំង យសម្រាប់អល់ឡោះ អល់ឡោះដែលទ្រង់បានសង្គ្រោះគេពីភ្លើងនរក»។ រីវា៉ាយ៉ាត់អាល់ ពូខរីយ៍។ រាបភីទី៤ عن عبد هللا بن عمرو رضي هللا عن هما أن النبي صلى هللا عليه و سلم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)من قتل نفسامعاهدا لم يرح رائحة الجنة ، و إن ريحها ليوجد من مسيرة أربعين عاما ( رواه البخاري អាំពី អាពូ អាប់ឌុលឡោះ ពិន អាំរូបាននិយាយថា ណាពីបាន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នរណាសម្លាប់អ្នកដែលជារ់កិច្ចសនា គឺគេមិនស្គាល់ក្លិនឋានសួគ៌នោះទេ ហើយកលិនរបស់វានៅ ឆៃយពីរូបគេរយៈពេល៤០ឆ្នាំ»។ រីវា៉ាយ៉ាត់អាល់ពូខរីយ៍។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រាបភីទី៥ អាំពីពូរ៉ាយហោះ ពិន ហូដសរ បាននិយាយថា នៅពេល ណាពីតែងតាំងមេទ័ព ឬកផងឈលរ គាត់ផ្ទតាំឱ្យគេកោតខ្លាច ចំពោះអល់ឡោះនិងធ្វើលអចំពោះអ្នកមូស្លីមដែលនៅជាមួយ។ រនារ់មក គាត់រនតទៀតថ្ល៖ «ចូរធ្វើសង្គ្រាមចុះក្នុងនម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 ដើម្បីលូវអល់ឡោះ ចូរប្រយុទ្ធជាមួយអ្នកដែល ប្រឆាំងនឹងអល់ឡោះ។ ចូរធ្វើសង្គ្រាមចុះ តែកុំហួសហេតុ ពេក កុំក្បត់នឹងកិច្ចសនា កុំរាំដរក្សាកសព កុំសម្លាប់ឡកេ ងៗ។ ប្រសិនបើ អ្នកជួរប្រោះនឹងសត្រូវរបស់អ្នកដែលជឿ លើពហុទេពនោះ ចូរនៅពួកគេនៅកាន់រីប្រការ។ បើពួកគេ យល់ព្រមនឹងអ្នកដោយប្រការណាមួយនោះ ចូរឯក្ភាព ជាមួយពួកគេ ហើយឈរ់ប្រយុទ្ធជាមួយពួកគេ។ រនារ់មក ចូរនៅពួកគេឱ្យចូលឥស្លាម។ ប្រសិនបើពួកគេព្រមឆ្លើយតប នឹងអ្នក ចូរទទួលស្គាល់ពួកគេ និងឈរ់ប្រយុទ្ធជាមួយពួក គេ។ រនារ់មកអំពាវនាវឱ្យពួកគេភៀសខ្លួនចេញពីប្សុក របស់ពួកគេ ឱ្យមករស់នៅប្សុក្របស់ពួកមូហជីរីន។ ចូរ ប្រាប់ពួកគេថ្ល ប្រសិនបើពួកគេធ្វើដូចនេះគឺពួកគេនឹងទទួលានដូចពួកមូហជីរីនដែរ ហើយពួកគេមានកាតព្វកិច្ចដូច ពួកមូហជីវីនដែរ។ តែប្រសិនបើ ពួកគេរដិបដិសេធ្មិនផ្ទលស់រតូ រ។ ចូរប្រាប់ពួកគេថ្ល ពួកគេប្រៀបដូចជាពួកមូស្លីមអាក់រ៉ារ នៅតាមវាលខ្សាច់។ គេអនុវត្តតច្បាប់ឥស្លាមនៅលើពួកគេដូច មូស្លីមេនៅដែរ។ ពួកគេមិនទទួលានទ្រព្យជ័យភ ឌអ្វី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ទាំងអស់។ លើកលែងតែពួកគេតសូរជាមួយអ្នកមូស្លីម។ តែ បើពួកគេរដិបដិសេធ ចូរអ្នកហូតពនធពីពួកគេ។ បើពួកគេព្រមទទួលពីពួកអ្នក ចូរទទួលស្គាល់ពួកគេ ហើយឈរ់ប្រយុទ្ធ ជាមួយពួកគេ។ ប្រសិនបើពួកគេរដិបដិសេធ ចូរសុំជាំនួយពីអ ល់ឡោះ ហើយប្រយុទ្ធជាមួយពួកគេ។ ប្រសិនបើអ្នកហុំព័េធ កាំដផងណាមួយ ហើយពួកគេចង់ឱ្យអ្នកដាក់ពួកគេឋិតនៅ ក្រោមកិច្ចសនារបស់អល់ឡោះ និងក្រោមកិច្ចសនារបស់ ណាពីនោះ ចូរកុំដាក់ពួកគេឋិតនៅក្រោមកិច្ចសនារបស់អល់ឡោះ ឡោះនិងកិច្ចសនារបស់ណាពី។ ក៏ប៉ុន្តែចូរដាក់ពួកគេឱ្យឋិត នៅក្រោមកិច្ចសនារបស់អ្នក និងកិច្ចសនាក្រុមរបស់អ្នក។ ពិតណាស់ ប្រសិនបើពួកអ្នកក្បត់នឹងកិច្ចសនារបស់ខ្លួនឯង និងក្រុមរបស់ពួកអ្នកស្រាលជាងពួកអ្នកក្បត់នឹងកិច្ចសនា របស់អល់ឡោះ និងកិច្ចសនារបស់រ៉ាស៊ូលុលឡោះ។ បើសិន ជាអ្នកហុំព័េធកាំដផងណាមួយ ហើយពួកគេព្រមចុះចញ់ ក្រោមកិច្ចព្រមព្រៀងរបស់អល់ឡោះ ចូរកុំឱ្យពួកគេចុះចញ់ ក្រោមកិច្ចព្រមព្រៀងរបស់អល់ឡោះ ក៏ប៉ុន្តែឱ្យពួកគេចុះចញ់ ក្រោមកិច្ចព្រមព្រៀងរបស់អ្នក។ ពីព្រោះ អ្នកមិនដឹងថ្ល 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អ្នកធ្វើត្រូវតាមច្បាប់របស់អល់ឡោះដែរឬទេ?»។ រីវា៉ាយ៉ាត់ មូស្លីម។ រាបភីទី៦ អាំពី អាពូ ហុរ៉ៃរ៉ោះ បាននិយាយថា ណាពីបានបញ្ជូនទ័ព សេះនៅតំបន់ណាជិត។ ពួកគោននាំបុរសម្នាក់ទនពួក កុលសម្ព័ន្ធហពនី ហនីហ្វោះ ដែលមានឈ្មោះថា សូម៉ាម៉ោះ ពិន អាស្គល។ ពួកគោនចងសូម៉ាម៉ោះជារ់នឹងសរសរម៉ាសជិត។ រនារ់មកណាពីបានចេញនៅជួរគេ ហើយគាត់និយាយថា៖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ដនសូម៉ាម៉ោះ តើអ្នកមនអ្វីទេ? គោនតបវិញថ្ល៖ ដនមូហាំម៉ាត់! ខ្ញុំមនទ្រព្យ។ ប្រសិនបើអ្នកសម្លាប់ខ្ញុំគឺត្រូវសម្លាប់ អ្នកដែលមានទោស តែប្រសិនបើអ្នកដោះលែងគឺ អ្នកាន ដោះលែងមនុស្សម្នាក់ដែលដឹងគុ។ ប្រសិនបើអ្នកចង់ានទ្រព្យ អ្នកអាចទារពីរូបគេតាមតែអ្វីដែលអ្នកចង់ាន។ គាត់បានទុក្គេចោល។ លុះដសអក្ឡើងគាត់បានសួរទៀតថ្ល៖ «ដនសូម៉ាម៉ោះ!តើអ្នកមនអ្វីទេ? គោនតបវិញថ្ល៖ ដូចអ្វី ដែលខ្ញុំននិយាយប្រាប់អ្នក។ ប្រសិនបើអ្នកដោះលែងគឺ អ្នកានដោះលែងមនុស្សម្នាក់ដែលដឹងគុ។ ណាពីបាន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ទុក្គេចោល លុះដសអក្មួយទៀត ណាពីបានសួរទៀតថ្ល៖« ដនសូម៉ាម៉ោះ!តើអ្នកមនអ្វីទេ? គោនតបថ្ល ដូចអ្វីដែលខ្ញុំននិយាយប្រាប់អ្នកអ៊ីចឹង។ ណាពីបានមានប្រសាសន៍ថា៖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ចូរដោះលែងសូម៉ាម៉ោះនៅ។ គោនដើរសាំនៅនៅកាន់ដើមផ្លែឈើ នៅជិតម៉ាសចិត គោនងូតទឹកសមអតខ្លួន ហើយដើរចូលក្នុង ម៉ាសចិត រួចក៏បានឡព្យាបាលថ្ល៖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(أشهد أن الإله إال هللا وأشهد ان محمدا رسول هللا)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«ខ្ញុំធ្វើសាក្សីថាគ្មានទេម្ចាស់គឺមនតែអល់ឡោះ ហើយខ្ញុំធ្វើសាក្សីថាមូហាំម៉ាត់ជារ៉ាស៊ូលុលឡោះ រពិត្រមូហាំម៉ាត់ សូមសប្នឹងអល់ឡោះ គ្មានមុខនរណាម្នាក់នៅលើ ផែនដីនោះ ខ្ញុំស្អប់ជាងមុខរបស់អ្នក។ តែឥឡូវនោះ មុខរបស់ អ្នកជាមុខដែលខ្ញុំស្រឡាញ់ជាងគេ។ សូមសប្នឹងអល់ឡោះ គ្មានសាសនាណាដែលខ្ញុំស្អប់ជាងសាសនារបស់អ្នក។ តែ ឥឡូវនោះ សាសនារបស់អ្នកជាសាសនាដែលខ្ញុំស្រឡាញ់ ជាងគេ។ សូមសប្នឹងអល់ឡោះ គ្មានប្រទេសណាដែលខ្ញុំ ស្អប់ជាងប្រទេសរបស់អ្នក។ តែឥឡូវនោះ ប្រទេសរបស់អ្នក ជាប្រទេសដែលខ្ញុំស្រឡាញ់ជាងគេ ត្បិតទ័ពសេះរបស់អ្នក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បានចាប់ខ្ញុំមក។ ខ្ញុំចង់នៅធ្វើអុំឡរា៉ោះ តើអ្នកយល់យ៉ាងយ៉ាងម៉េច ដែរ? រ៉ាស៊ូលុលឡោះាន្តល់ដំណឹងល្អដល់គេ ហើយបាន ប្រើគេឱ្យនៅធ្វើអុំឡរា៉ោះ។ នៅពេលដែលគេនៅដល់ម៉ាក្កះ មាន គេនិយាយនៅកាន់គាត់ថ្ល៖ តើឯងានចូលសាសនាឡស្គពីអ៊ី យ៍ហើយមែនទេ? គាត់បានឆ្លើយថា៖ មិនមែនទេ។ ក៏ប៉ុន្តែខ្ញុំនចូលឥស្លាមជាមួយមូហាំម៉ាត់។ សូមសប្នឹងអល់ឡោះ ពីថ្ងៃនោះនៅលែងមនប្សូវស្គឡីមកពីយ៉ាម៉ោះសម្រាប់ពួក អ្នកទៀតហើយ។ លុះត្រាតែមនការអនុញ្ញាតពីណាពី»។ រីវា៉ា យ៉ាត់អាល់ពូខរីយ៍និងមូស្លីម។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រាបភីទី៧ عن خالد بن الوليد رضي هللا عنه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غزوت مع رسول هللا صلى هللا عليه و سلم خيبرفأتت اليهود فشكوا أن الناس قد أسرعوا إلى حظائرهم فقال رسول هللا صلى هللا عليه وسلم أال ال تحل أموال المعاه دين إال بحقها ) رواه أبو داود بسند حسن អាំពី ខឡលដ ពិន វា៉ាលីដ បាននិយាយថា ខ្ញុំននៅធ្វើស ស្រគាមជាមួយរ៉ាស៊ូលុលឡោះនៅសមរភូមិខៃបារ។ មានពួក ជ្វីហ្វមករតឹងថ្ល៖ មបានមនុស្សជាច្រើនានប្រញារ់នៅរឹរអូស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ឡក្រាលសតវរបស់ពួកគេ។ រ៉ាស៊ូលុលឡោះបានមានប្រសាសន៍ ថ្ល៖គេមិនអនុញ្ញាតឱ្យយកទ្រព្យរបស់ពួកអ្នកដែលបានចុះ កិច្ចព្រមព្រៀងនោះទេ។ លើកលែងតែមនច្បាប់អនុញ្ញាត»។ រីវា៉ាយ៉ាត់អាពូដាវូត ស្គណាត់ហាសាន់។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រាបភីទី៨ អាំពី សោះហិល ពិន ស្អាត ឡអីសស្គអ៊ីឌីយ៍ បាននិយាយថា ខ្ញុំនឮណាពីបានមានប្រសាសន៍នៅថ្ងៃសង្គ្រាមខៃបារថ្ល៖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យើងនឹងប្រគល់េង់ជ័យនោះនៅបុរសម្នាក់ ដែល អល់ឡោះនឹងរំដោះខៃបារដោយស្គេដៃរបស់គេ)។ ពួកគេ នាំគ្នាក្រោក្ឈរ ម្នាក់ៗសង្ឃឹមថាណាពីប្រគល់េង់ជ័យឱ្យ នៅគេ។ ពួកគេមានក់ៗសុះធតែសង្ឃឹមថាគាត់នឹងប្រគល់ឱ្យ។ ណាពីបានសួរថ្ល តើអាលីនៅទីណា? មានគេប្រាប់ថា គាត់ ឈឺដភនក។ គាត់បានប្រើឱ្យគេនៅនៅអាលី ហើយគាត់បាន ឡស្គតោះលុំលើភ្នែករបស់អាលី រួចក៏ជាភាលមៗហក់រីដូចជាគ្មាន អ្វីកើតឡើងទាស់តែសោះ។ អាលីបាននិយាយថា៖ «យើង នឹងធ្វើសស្រគកមជាមួយពួកគេរហូតដល់ពួកគេក្លាយជាអ្នក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មានជំនឿដូចពួកយើងដែរ? គាត់បានឆ្លើយថា៖ កុំតក់ក្រហ ល់។ ចាំនៅដល់សមរភូមិសិន។ រនារ់មក ចូរនៅពួកគេឱ្យ ចូលឥស្លាម ហើយប្រាប់ពួកគេពីកាតព្វកិច្ចដែលពួកគេត្រូវ បំពេញ។ សូមសប្នឹងអល់ឡោះ ប្រសិនបើ អល់ឡោះបាន ចង្អុលបង្ហាញនរណាម្នាក់ឱ្យមានជំនឿដោយសារអ្នក គឺលអ ប្រឡសីសម្រាប់អ្នកជាងមនអូដឋទ្លមួយកាល»។ រីវា៉ាយ៉ាត់អា ល់ពូខរីយ៍។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រាបភីទី៩ عن أبي هريرة رضي هللا عنه أنه قال :قيل :يا رسول هللا!ادع على الم شركين .قال « إني لم أبعث لعانا .و إنما بعثت رحمة «رواه مسلم អាំពីអាពូ ហុរ៉ៃរ៉ោះ បាននិយាយថា មានគេសុំណាពីថ្ល រពិត្រ រ៉ាស៊ូលុលឡោះ សូមលោកដាក់រណាតស្គពួកអ្នកជឿ លើពហុទេពនៅ។ ណាពីបានឆ្លើយថា៖ គេមិនបានបញ្ជូនខ្ញុំ ដើម្បីដាក់រណាតស្គគេនោះទេ។ តែគេបញ្ជូនខ្ញុំមក ដើម្បីជាក្តី មេត្តាករុណា»។ រីវា៉ាយ៉ាត់មូស្លីម។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175 ---</w:t>
      </w:r>
    </w:p>
    <w:p>
      <w:pPr>
        <w:spacing w:line="324" w:lineRule="auto" w:after="120" w:before="0"/>
        <w:jc w:val="left"/>
      </w:pPr>
      <w:r>
        <w:t>រាបភីទី១០ អាំពី អាប៊ូ ហុរ៉ៃរ៉ោះបាននិយាយថា ខ្ញុំននៅម្តាយរបស់ខ្ញុំ ជាអ្នកមុសរិកឱ្យចូលសាសនាឥស្លាម។ នៅថ្ងៃមួយខ្ញុំន នៅគាត់។ ខ្ញុំនស្តាប់ឮពាក្យសំដីរបស់គាត់មិនគរបីចំពោះ រ៉ាស៊ូលុលឡោះដែលធ្វើឱ្យខ្ញុំមិនសរាយចិត្ត។ ខ្ញុំននៅជួរ ណាពីទាំងទឹកភ្នែករហាម។ ខ្ញុំបាននិយាយថា រពិត្រ៉សូលុ លឡោះ! ខ្ញុំននៅម្តាយរបស់ខ្ញុំឱ្យចូលសាសនាឥស្លាម តែ គាត់បែរជាប្រដក្ក។ នៅថ្ងៃមួយខ្ញុំននៅគាត់ តែគាត់បាន និយាយឱ្យខ្ញុំឮពាក្យមិនគរបីចំពោះលោក ដែលធ្វើឱ្យខ្ញុំមិន សរាយចិត្ត។ សូមលោក្សុំពីអល់ឡោះឱ្យទ្រង់រគាញ្លូវ ដល់ម្តាយអាប៊ូ ហុរ៉ៃរ៉ោះ ង។ រ៉ាស៊ូលុលឡោះបានមានប្រស្គ សន៍ថា៖ (ឱ អល់ឡោះជាម្ចាស់សូមទ្រង់រគាញ្លូវដល់ម្តាយ អាប៊ូ ហុរ៉ៃរ៉ោះផង)។ ខ្ញុំនចេញនៅទាំងចិត្តសរាយរីក រាយដោយសារឌូអារបស់ណាពី។ នៅពេលខ្ញុំនៅដល់មុខទ្វារោះ ប្សារ់តែទ្វារោះនោះរិ។ ខ្ញុំនឮសប្មឹរជើងម្តាយ របស់ខ្ញុំ។ គាត់បាននិយាយថា នៅត្រង់ហ្នឹងសិន កុំអាលចូល មក! ខ្ញុំនឮសាំឡឡងមុជទឹក។ អាពូហូរ៉ាយឡរា៉ោះាននិយាយ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176 ---</w:t>
      </w:r>
    </w:p>
    <w:p>
      <w:pPr>
        <w:spacing w:line="324" w:lineRule="auto" w:after="120" w:before="0"/>
        <w:jc w:val="left"/>
      </w:pPr>
      <w:r>
        <w:t>ថ្ល៖ គាត់បានងូតទឹកសមអតខ្លួន ហើយពាក្យអាវដវង គាត់ ប្រញារ់ពេក ភ្លេចេរក្សាល ហើយគាត់បានបើកទ្វារ។ គាត់ បាននិយាយថា ដនអាពូហូរ៉ាយឡរា៉ោះ! ខ្ញុំធ្វើសាក្សីថា គ្មានទេ ម្ចាស់ផ្សេងក្រៅពីអល់ឡោះ ហើយមូហាំម៉ាត់ជាខ្ញុំបម្រើ និង ជារ៉ាស៊ូលុលឡោះ។ ខ្ញុំនត្រឡប់នៅជួររ៉ាស៊ូលុលឡោះ ខ្ញុំ សរាយខ្លាំងពេក ខ្ញុំក៏យាំប្សក់ដភនក។ ខ្ញុំបាននិយាយថា រពិត្រ រ៉ាស៊ូលុលឡោះ! ខ្ញុំសរាយរីក្រាយណាស់ ដែលអល់ឡោះ ឡោះានទទួលការសុំឌូអារបស់លោក ហើយទ្រង់បាន ចង្អុលបង្ហាញដល់ម្តាយអាពូហូរ៉ាយឡរា៉ោះ។ គាត់បានសរសើរ ចំពោះអល់ឡោះ ហើយបាននិយាយពាក្យលអៗ។ ខ្ញុំន និយាយថា រពិត្រ រ៉ាស៊ូលុលឡោះ សូមរ៉ាស៊ូលុលឡោះសុំពីអ ល់ឡោះឱ្យពួកយើង ម្តាយកូនស្រឡាញ់ពួកអ្នកមានជំនឿ ទាំង យ ហើយឱ្យពួកគេស្រឡាញ់ខ្ញុំនិងម្តាយរបស់ខ្ញុំ។ រ៉ា សូលុលឡោះ ោះានសុំឌូអាថ្ល(ឱ អល់ឡោះជាម្ចាស់សូមទ្រង់ ឱ្យខ្ញុំបម្រើរបស់ទ្រង់ មានន័យថា អាពូហូរ៉ាយឡរា៉ោះ និងម្តាយ របស់គេស្រឡាញ់ពួកអ្នកមានជំនឿទាំង យ ហើយឱ្យពួក អ្នកមនជំនឿទាំង យស្រឡាញ់ពួកគេទាំងពីរនក់ម្តាយ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កូនផងចុះ។ (គ្រប់អ្នកមនជំនឿដែលកើតមក គោនស្តាប់ ឮពីខ្ញុំ គេមិនបានឃើញខ្ញុំគឺគេសុះធតែស្រឡាញ់ខ្ញុំ)»។ រីវា៉ាយ៉ា ត់មូស្លីម។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រាបភីទី១១ عن أبي هريرة رضي هللا عنه قال :قدم طفيل بن عمرو الدوسي و أصحابه ، على النبي صلى هللا عليه و سلم فقالوا :يا رسول هللا ، إن دوسا عصت و أبت ، فادع هللا عليها ، فقيل :هلكت دوس ، 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اللهم اهد دوسا و أت بهم( رواه البخاري .</w:t>
      </w:r>
    </w:p>
    <w:p>
      <w:pPr>
        <w:spacing w:line="324" w:lineRule="auto" w:after="120" w:before="0"/>
        <w:jc w:val="left"/>
      </w:pPr>
      <w:r>
        <w:t>អាំពី អាប៊ូ ហុរ៉ៃរ៉ោះ បាននិយាយថា តូឡហ្វល ពិន អាំរូ អាត់ ហាវសី ជាមួយនឹងក្រុមរបស់គាត់បាននៅជួរណាពី។ ពួកគោនសួរថ្ល រពិត្រ រ៉ាស៊ូលុលឡោះ! កុលសម្ព័ន្ធហាវសីន ជំទាស់ និងរដិបដិសេធ។ សូមលោក្សុំពីអល់ឡោះឱ្យទ្រង់ដាក់ រណាតស្គពួកគេ។ មានគេរនារថ្ល សូមឱ្យពួកុលសម្ព័ន្ធហាវ សីវិនសចុះ។ ណាពីបានមានប្រសាសន៍ថា៖ (ឱ អល់ឡោះ សូមទ្រង់រគាញ្លូវដល់កុលសម្ព័ន្ធហាវសីផង សូមរគាញឱ្យ ពួកគេមកកាន់ទីនោះ)»។ រីវា៉ាយ៉ាត់អាល់ពូខរីយ៍។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178 ---</w:t>
      </w:r>
    </w:p>
    <w:p>
      <w:pPr>
        <w:spacing w:line="324" w:lineRule="auto" w:after="120" w:before="0"/>
        <w:jc w:val="left"/>
      </w:pPr>
      <w:r>
        <w:t>រាបភាបទី១២ عن جابر بن عبد هللا رضي هللا عنهما أنهم قالوا :يا رسول هللا! أحرقتنا نبال ثقيف ، فادع هللا عليهم .فقال :اللهم اهد ثقيفا( رواه الترمذي بسند صحيح អាំពី ចឡពៀរ បាននិយាយថា ពួកគេបាននិយាយថា រពិត្រ៉ា សូលុលឡោះ ោះ! ស្គគីហ្វានដុតបំផ្លាញពួកយើងនឹងគ្រារ់ ប្ពួញ សូមលោក្សុំពីអល់ឡោះឱ្យទ្រង់បំផ្លាញពួកគេ។ ណា ពីនមានប្រសាសន៍ថា៖ ឱ អល់ឡោះ សូមទ្រង់រគាញ្លូវ ដល់ស្គគីហ្វផង»។ រីវា៉ាយ៉ាត់អាត់-ទិរមីហ្ស៊ី ស្គណាត់សឡហ 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តើអ្វីជោឡងវើរបស់មូហាំម៉ាត់? យាសុះ អេសាយ (Isaah) អ្នកដែលមានជីវិតរស់នៅលើផែនដីបច្ចុប្បន្នោះ ស្ទើរតែគ្រប់ រូបពួកគេនិយាយអាំពីបុគ្គលិកលក្ខណៈ ៈរបស់មូហាំម៉ាត់។ អ្នក ទាំងអស់នោះចង់ស្គាល់ថ្ល តើការពិតគាត់ជានរណា? តើ ការប្រៀនប្រដៅរបស់គាត់យ៉ាងដូចម្តេច? ហេតុអ្វីនជា មានអ្នកខ្លះស្រឡាញ់គាត់តាមរយៈរូបភាពនោះ ហើយខ្លះ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179 ---</w:t>
      </w:r>
    </w:p>
    <w:p>
      <w:pPr>
        <w:spacing w:line="324" w:lineRule="auto" w:after="120" w:before="0"/>
        <w:jc w:val="left"/>
      </w:pPr>
      <w:r>
        <w:t>ទៀតស្អប់គាត់? តើការអោះអាងរបស់គាត់ នដល់កម្រិត ហើយឬនៅ?»តើគាត់ជាបុគ្គលពិសិដឋមែនទេ? តើគាត់ជា ណាពីដែលអល់ឡោះបញ្ជូនមកមែនទេ? តើអ្វីជាការពិត របស់បុរសម្នាក់នោះ (មូហាំម៉ាត់)? តើយើងអាចដសវងរក្ការ រពិតដោយរបៀបណា ជាមួយនឹងការវិនិចឆ័យរបស់យើងដ៏ សុក្រឹតបំផុត? យើងនឹងចាប់ផ្តើមរគាញភស្តុតាងងនិងការ ពិតទនជីវប្រវត្តិដែលយើងទទួលានពីមនុស្សរារ់ពាន់នក់។ អ្នកខ្លះស្គាល់ពីបុគ្គលិកលក្ខណៈ ៈរបស់ណាពី។ អ្វីដែលយើង នឹងនិយាយបកស្រាយនៅទីនោះគឺសងកត់ធ្ងន់នៅលើសៀវភៅ ឯកសារ កាំ ត់ប្តា និងការនិទានរបស់ពួកអ្នកដែលបាន ឃើញព្រឹត្តិការណ៍ផ្ទាល់នឹងដភនក ជាពិសេសអ្វីដែលយើង លើកមកសរសេរក្នុងអត្ថបទនោះ។ បាក្ដណាស់ ឯកសារ ប្រវត្តិសាស្ត្រទាំងនោះត្រូវានដ្រក្សាជាច្បាប់ដើមដោយពួក អ្នកមូស្លីមផង និងពួកអ្នកមិនមែនមូស្លីមផង។ គាត់គឺមូហាំម៉ាត់ ពិន អារ់ឌល់ឡោះ កើតនៅឆ្នាំ៥៧០គ .ស. នៅម៉ាក្កះ ដែលបច្ចុប្បន្នគេស្គាល់ថ្ល ព្រះរាជាណាចក្រអា រា៉ារីអារ៉ាប៊ីសាអ៊ូឌីត ហើយគាត់បានទទួលមរណភាពនៅឆ្នាំ៦៣៣</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 នៅយើងសរិរ(ដែលគេស្គាល់ថ្ល ម៉ាឌីណះ មូណាវវា៉ា ឡរា៉ោះ ទនព្រះរាជាណាចក្រអារា៉ារីអារ៉ាប៊ីសាអ៊ូឌីត)។ ក\ឈ្មោះរបស់ណាពី៖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ជីតារបស់គាត់ជាអ្នកដាក់ឈ្មោះឱ្យ គាត់ថ្ល មូហាំម៉ាត់ នៅពេលគាត់កើត ដែលមានន័យថា(អ្នក ដែលត្រូវគេសរឡសី(ال محمود أو المشادبه)។ គេនៅគាត់ថ្ល (الصادق)អ្នកដែលស្មោះត្រង់ ដោយការបាប្ស័យទាក់េង់ របស់ពួកគេជាមួយគាត់ ហើយគោនស្គាល់ពីភាពស្មោះត្រង់ របស់គាត់ និងការប្រកាន់ពាក្យសច្ចៈរបស់គាត់។ គាត់មិន ដែលនិយាយអ្វីក្រៅពីការពិត។ មា៉ាងទៀត ពួកគោននៅ គាត់ទៀតថ្ល អ្នកដែលមានទំនុកចិត្ត)(األمين គេស្គាល់ដោយ សារភាពស្គអតសអាំរបស់គាត់ និងការបំពេញសេចក្តីទុក្ចិត្ត ជូនម្ចាស់រឡញ្ញីដែលផ្ញើសេចក្តីទុក្ចិត្ត ឬទ្រព្យសម្បត្តិជាមួយ នឹងគាត់។ នៅពេលដែលកុលសម្ព័ន្ធពីរធ្វើសង្គ្រាមនឹងគ្នា ពួក គេទាំងពីរានយកទ្រព្យសម្បត្តិមនតម្លៃមកផ្ញើជាមួយគាត់ ក្នុងពេលកំពុងធ្វើសង្គ្រាម បើទោះជាពួកគេធ្វើសង្គ្រាមជា មួយនឹងកុលសម្ព័ន្ធរបស់គាត់ក៏ដោយ។ ពីព្រោះ ពួកគេដឹង ថា គាត់ជាមនុស្សដែលរក្សានូវសេចក្តីទុក្ចិត្តឬរឡញ្ញីរបស់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អ្នកដទៃ។ ឈ្មោះទាំងនោះ ដែលគោនដាក់គរឱ្យគាត់ គឺ លេចេញពីបុគ្គលិកលក្ខណៈ ៈដ៏លអប្រពៃប្រក្រដោយភាព ស្គអតសអាំ ស្មោះទ្រង់ និងមនទំនុកចិត្ត។ គេស្គាល់ជោនៅអាំពី ការអំពាវនាវ និងមនសិការរបស់គាត់ គាត់គិតអាំពីការ្សោះារវាងស្គច់ញាតិនិងក្រុមកុលសម្ព័ន្ធ ហើយគាត់បានបង្គាប់ ប្រើឱ្យអ្នកដើរតាមគាត់រារ់អានស្គច់ញាតិ គោរពនិងឱ្យតម្លៃ ចំពោះការារ់ញាតិ។ ប្រការទាំងនោះស្របនឹងបុគ្គលិក លក្ខ ៈរបស់ណាពីដែលមានដចងក្នុងគម្ពីរអិញ្ជីល យូហាន (John) ជំពូក១៤ដល់១៦សតីអាំពីការមកដល់របស់ណាពី(វិញ្ញាណពិត) (روح الحقيقة) ឬ(អ្នកដែលត្រូវគេលើកតឡមកីង)(المعزي)ឬ (អ្នកដែលត្រូវគេគាំទ្រ)(م ال ؤيد)។ ខ\គាត់ជាដសប្ស យណាពីអ៊ីប្រាហ៊ីម ជារ់ពូជពងសទនកូន របស់គាត់ឈ្មោះអ៊ីសោដអ្លជាកុលសម្ព័ន្ធអ្ភិជនគូឡរ៉ាសសដែល គ្រប់គ្រងនៅម៉ាក្កះនសម័យនោះ។ ដសប្ស យរបស់មូហាំម៉ាត់គឺជារ់ស្គច់ញាតិផ្ទាល់ជាមួយនឹងអ៊ីប្រាហ៊ីម។ ចាំ ុច នោះបញ្ជាក់ពីការពិតទនភាពក្លាយជាណាពីរបស់មូហាំម៉ាត់ ក្នុងគម្ពីរសញ្ញ ចស់ តាវរ៉ាត (التوراة) ក្នុងឌីយូប្តូ ូមី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ជំពូក ១៨: ១៥ និយាយពីណាពីដែលដូចនឹងមូស្គ ជារ់ ដសប្ស យមជាមួយនឹងស្គច់ញាតិរបស់គាត់។ គ\គាត់បានេឡនាញការអ្រ់រាំទូន្មានរបស់អល់ឡោះបានយ៉ាង លអក៏ដូចជាជីតាៗរបស់គាត់មុនៗដែលជាណាពីជំនាន់មុន។ តនៅនោះជាអ្វីដែលគោនរញ្ចុះនៅកាន់មូហាំម៉ាត់ទនគម្ពីរអា ល់គួរអានតាមរយៈជីជីប្រ៊ីល៖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ﮰ ﮱ ﯓ ﯔ ﯕ ﯖ ﯗ ﯘﯙ ﯚ ﯛ ﯜ ﯝﯞ ﯟ ﯠﯡ ﯢ ﯣ ﯤ ﯥ ﯦﯧ ﯨ ﯩ ﯪﯫ ﯬ ﯭ ﯮ ﯯ ﯰ ﯱ ﯲ ﯳﯴ ﯵ ﯶ ﯷ ﯸ ﯹ ﯺ ﯻ ﯼﯽ ﯾ ﯿ ﰀ ﰁ ﰂ ﰃ ﭼ :األنعام ٧١٧ មានន័យថា៖ «ចូរអ្នកនិយាយនៅកាន់ពួកគេថ្ល ចូរពួកអ្នក ទាំងអស់គ្នាមកទីនោះ ខ្ញុំសូប្តនូវអ្វីដែលព្រះជាម្ចាស់របស់ពួក អ្នកានហាមបាមនៅលើពួកអ្នកគឺ ហាមិនឱ្យគោរពពហុ ទេពចំពោះអល់ឡោះ។ ចូរក្តញ្ញូចំពោះឪពុកម្តាយ។ ចូរកុំ សម្លាប់កូនៗរបស់ពួកអ្នកដោយសារខ្លាចក្រ យើងជាអ្នក ប្រទានជីវភាពដល់ពួកអ្នកនិងពួកគេ។ ចូរកុំនៅបៀតអំពើ អាយមុខដោយបើក្ចាំហ ឬដាក់ទាំង។ ចូរកុំសម្លាប់ជីវិត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ដែលអល់ឡោះបានដាក់ច្បាប់ហាម លើកលែងតែដោយសច្ច ភាព។ ទាំងនោះគឺជាពាក្យរណាតាំទូន្មានរបស់ទ្រង់ចំពោះពួក អ្នក សង្ឃឹមថា ពួកអ្នកចេះពិចរណា»។ \មូហាំម៉ាត់រស់នៅប្រកាន់ខ្ជាប់នឹងជំនឿលើព្រះតែមួយ ចំពោះអល់ឡោះ មិនគោរពពហុទេពចំពោះទ្រង់។ នោះគឺជា ដាំរូនេនដាំរូងរងអស់នៅក្នុងគម្ពីរសញ្ញ ចស់( سفر الخروج الخروج02 وديو ترونومي5 )និងនៅក្នុងគម្ពីរសញ្ញ ទីផងដែរ (مرقس الفصل20اآلية02 )។ ង\មូហាំម៉ាត់ានបង្គាប់ប្រើឱ្យអ្នកដើរតាមគាត់គោរព ប្រតិបត្តិចំពោះអល់ឡោះ ប្រកាន់ខ្ជាប់នឹងការអ្រ់រាំទូន្មាន របស់គាត់ក៏ដូចជាអ្វីដែលអល់ឡោះបានរញ្ចុះមកតាមរយៈជី ជីប្រ៊ីល។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ﭺ ﭻ ﭼ ﭽ ﭾ ﭿ ﮀ ﮁ ﮂ ﮃ ﮄ ﮅ ﮆ ﮇﮈ ﮉ ﮊ ﮋ ﮌ ﭼ :النحل ٠٢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«អល់ឡោះបានបង្គាប់ប្រើឱ្យពួកអ្នកប្រកាន់ ខ្ជាប់នូវភាពយុត្តិធម៌ និងអំពើកុសលធ្ម៌ តល់សិទ្ធិនិងធ្វើលអ ដល់អ្នកជិតខាង ហើយទ្រង់ហាមឃាត់ពីអំពើអាយមុខ</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អំពើអាក្រក់ អំពើជិះជាន់ លនពាន។ ទ្រង់ដាស់រំឭកពួកអ្នក សង្ឃឹមថាពួកអ្នកភាញក់រឮក»។ ច\មូហាំម៉ាត់មិនដែលគោរពរូបសាំណាក រូបរដិម និងរូប ព្រះដែលមនុស្សានបង្កើត។ ជាទម្លាប់ដែលរីកសុះសាយ នៅក្នុងកុលសម្ព័ន្ធរបស់គាត់។ គាត់បានហាមឃាត់អ្នកដើរ តាមគាត់ទាំងអស់មិនត្រូវគោរពសក្ការៈក្រៅពីអល់ឡោះជា ម្ចាស់របស់អោំ អ៊ីប្រាហ៊ីម មូស្គ និងពួកណាពីទាំង យ។ អល់ឡោះទ្រង់បានមានព្រះបន្ទូលថ្ល៖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ﮌ ﮍ ﮎ ﮏ ﮐ ﮑ ﮒ ﮓ ﮔ ﮕ ﮖ ﮗ ﮘ ﮙ ﮚ ﮛ ﮜ ﮝ ﮞ ﮟ ﮠ ﮡ ﮢ ﮣ ﮤﮥ ﮦ ﮧ ﮨ ﮩ ﭼ ( :البينة ١،٤)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មានន័យថា«ពួកម្ចាស់គម្ពីរ(ពួកជ្វីហ្វ និងគ្រិស្តសាសនិក) បាន ដរក្សាក់គ្នារនារ់ពីពួកគោនដឹងចាស់ថ្លមូហាំម៉ាត់ជាណា ពីដែលគោនសនានៅក្នុងគម្ពីររបស់ពួកគេ។ គេមិនបាន ប្រើពួកគេគោរពសក្ការៈលើកលែងតែដោយចិត្តជ្រះថ្លាលចំពោះ អល់ឡោះ ជាសាសនាដ៏ត្រឹមត្រូវ។ បង្គាប់ឱ្យពួកគេប្រតិបត្តិ ស ត្តល់ហាកាត់។ ទាំងនោះគឺជាសាសនាដ៏ត្រឹមត្រូវ»។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មូហាំម៉ាត់ស្អប់ខ្ពើមចំពោះការគោរពរូបចាំដាក់ដែលមនុស្សានបង្កើត ក៏ដូចគ្នាដែរចំពោះគោលជំនឿ និងប្រការទាំង យដែលនាំនៅរក្ការគោរពជំនឿពហុទេព។ ឆ\មូហាំម៉ាត់ានលើកតឡមកីង និងតល់ភាពពិសិដឋដល់ព្រះ នមរបស់អល់ឡោះតាមលេធភាពរបស់គាត់។ គាត់មិនបាន ប្រើបាស់ព្រះនមរបស់ទ្រង់ក្នុងរទាំងបម្រើលប្រប្រយោជន៍ ខ្លួនឯងនោះទេ។ លើសពីនោះ គាត់បានហាមឃាត់អ្នកដើរ តាមគាត់មិនឱ្យលើកតឡមកីងគាត់ ហើយបង្គាប់ពួកគេឱ្យនៅ គាត់ថ្លខ្ញុំបម្រើរបស់អល់ឡោះ។ ជ\មូហាំម៉ាត់គោរពប្រតិបត្តិយ៉ាងត្រឹមត្រូវតាមដាំដ លជីដូន ជីតារបស់គាត់ អ៊ីប្រាហ៊ីម អ៊ីសោដអ្ល។ តនៅនោះ ចូរសូប្តសូ ឡរា៉ោះទីពីរទនគម្ពីរអាល់គួរអានដោយពិនិតយពិច័យ។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ﮤ ﮥ ﮦ ﮧ ﮨ ﮩ ﮪﮫ ﮬ ﮭ ﮮ ﮯ ﮰﮱ ﯓ ﯔ ﯕﯖ ﯗ ﯘ ﯙ ﯚ ﯛ ﯜ ﭼ :البقرة ٤٩٧ មានន័យថា៖ « ចូររំឭកចុះខណៈដែលព្រះជាម្ចាស់ានស្គក លបងអ៊ីប្រាហ៊ីមនឹងពាក្យបន្ទូលបង្គាប់ ហើយគេអនុវត្តាន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សសម្រេចតាមការបង្គាប់ប្រើទាំងនោះ។ ទ្រង់បានបន្ទូលថ្ល៖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យើងានចត់តទាំងឯងជាមេដឹកនាំមនុស្សទាំង យ។ គេ ឆ្លើយថា៖ រពិត្រព្រះជាម្ចាស់ ចុះកូននៅជំនាន់ក្រោយរបស់ ខ្ញុំ។ ទ្រង់បានមានព្រះបន្ទូលថ្ល៖ ការសនារបស់យើងនឹង មិនមានចំពោះពួកអ្នកដែលរាំពាននោះទេ»។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ﯝ ﯞ ﯟ ﯠ ﯡ ﯢ ﯣ ﯤ ﯥ ﯦ ﯧﯨ ﯩ ﯪ ﯫ ﯬ ﯭ ﯮ ﯯ ﯰ ﯱ ﯲ ﯳ ﯴ មានន័យថា៖ «ចូររំឭកចុះ ខ ៈដែលយើងានដាក់កៈហ្ពោះ ជាកន្លែងជួរជុំសម្រាប់មនុស្ស និងជាទីដ៏មនសន្តិភាព។ ចូរ យកម៉ាក្មអ៊ីប្រាហ៊ីមធ្វើជាកន្លែងស ត។ យើងានត្រាស់ បង្គាប់ឱ្យអ៊ីប្រាហ៊ីម និងអ៊ីសោដអ្លសមអតវិហររបស់យើង សម្រាប់ពួកអ្នកមកតវ័ហ្វ ពួកអ្នកស្គនក់នៅដើម្បីគោរពសកាក រៈ និងពួកអ្នកមកក្រារថ្លវយរងាំ»។ ﯵ ﯶ ﯷ ﯸ ﯹ ﯺ ﯻ ﯼ ﯽ ﯾ ﯿ ﰀ ﰁ ﰂ ﰃ ﰄ ﰅ ﰆﰇ ﰈ ﰉ ﰊ ﰋ ﰌ ﰍ ﰎ ﰏ ﰐ ﰑﰒ ﰓ ﰔ ﰕ ﭼ :البقرة–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ចូររំឭកចុះខណៈដែលអ៊ីប្រាហ៊ីមាននិយាយ ថ្ល៖ រពិត្រព្រះជាម្ចាស់! សូមទ្រង់បង្កើតទីនោះជាប្សុក្មួយ ដែលមានសន្តិភាព។ សូមទ្រង់តល់ជីវភាពដល់អ្នកប្សុក្នោះ មានដូចជាដ្លឈើ គ្រារ់ធញ្ញជាតិគ្រប់ប្រភេទ ទនអ្នកដែល មានជំនឿចំពោះអល់ឡោះនិងថ្ងៃររលោក្នុងចំណោមពួក គេ។ ទ្រង់បានមានព្រះបន្ទូលតបវិញថ្ល៖ ជនណាប្រឆាំង នឹង ជំនឿ យើងនឹងឱ្យគេសរាយរីក្រាយរនតិចរនតួច។ ក្រោយមក យើងនឹងរងខាំគេឱ្យទទួលទារុ ក្មេភ្លើងនរក ហើយជាទីវិលត្រឡប់ដ៏អាក្រក់ជាទីបំផុត»។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ﭚﭛ ﭜ ﭝ ﭞ ﭟ ﭠ ﭡ ﭢ ﭣ ﭤ ﭥ ﭦ ﭧ ﭨ ﭩ ﭪ ﭫ ﭬ ﭭﭮ ﭯ ﭰ ﭱ ﭲ ﭳ ﭼ :البقرة ١٩٧ – ٩٧8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«ចូររំឭកចុះ ខ ៈដែលអ៊ីប្រាហ៊ីមនិងអ៊ីសោដអ លានលើកខឿនកៈហ្ពោះឡើង គោនរួងសួងថ្ល រពិត្រព្រះ ជាម្ចាស់ទនយើង! សូមទ្រង់ទទួលយកអាំពីពួកយើងផងចុះ។ ពិតណាស់ទ្រង់ជាព្រះជាម្ចាស់មហឮមហដឹង។ រពិត្រព្រះ ជាម្ចាស់ទនយើង! សូមទ្រង់បង្កើតពួកយើងជាអ្នកមូស្លីមទាំង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188 ---</w:t>
      </w:r>
    </w:p>
    <w:p>
      <w:pPr>
        <w:spacing w:line="324" w:lineRule="auto" w:after="120" w:before="0"/>
        <w:jc w:val="left"/>
      </w:pPr>
      <w:r>
        <w:t>ពីរនក់ប្រគល់ខ្លួនចំពោះទ្រង់ ព្រមទាំងកូននៅជំនាន់ក្រោយ របស់យើងជាប្រជាជាតិដែលស្តាប់បង្គាប់ចំពោះទ្រង់។ សូម ទ្រង់រគាញដល់ពួកយើងនូវអ្តតញ្ញ នៃការគោរពសក្ការៈ របស់យើងចំពោះទ្រង់។ សូមទ្រង់តល់ការខនតីអ្ភ័យទោស ដល់ពួកយើងផងចុះ។ ពិតណាស់ ទ្រង់មហខនតីអ្ភ័យ ទោស មហាមេត្តាករុណា។ ﭽ ﭴ ﭵ ﭶ ﭷ ﭸ ﭹ ﭺ ﭻ ﭼ ﭽ ﭾ ﭿﮀ ﮁ ﮂ ﮃ ﮄ ﮅ ﮆ ﮇ ﮈ ﮉ ﮊ ﮋ ﮌ ﮍ ﮎﮏ ﮐ ﮑ ﮒ ﮓﮔ ﮕ ﮖ ﮗ ﮘ ﮙ ﮚ ﮛ ﮜ ﮝ ﮞ ﮟﮠ ﮡ ﮢ ﮣ ﮤ ﮥ ﮦ ﮧ ﮨ ﮩ ﮪ ﮫ ﮬ ﮭ ﮮ ﮯ ﮰ ﮱ ﯓ ﯔ ﯕ ﯖ ﯗ ﭼ :البقرة ٢٩٧ – ٧3٩ មានន័យថា៖ «រពិត្រព្រះជាម្ចាស់ទនយើង! សូមទ្រង់ចត់ តទាំងក្នុងចំណោមពួកគេនូវរ៉សូលម្នាក់ ដើម្បីសូប្តការត្រាស់ បន្ទូលរបស់ទ្រង់នៅកាន់ពួកគេ និងរបង្រៀនពួកគេពីគម្ពីរអា ល់គួរអាននិងការប្រតិបត្តិរបស់ណាពី។ ជប្មោះសមអតពួកគេ ពីជំនឿពហុទេព។ ពិតណាស់ ទ្រង់ជាម្ចាស់ដ៏មន តេជានុភាពខ្លាំងកាលប្រក្រដោយគតិរ ឌិត។ គ្មាននរណា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ម្នាក់ដែលបានគក្ចេញពីសាសនារបស់អ៊ីប្រាហ៊ីម លើក លែងតែអ្នកនោះអវិជ្ជាដោយខ្លួនឯង។ ពិតណាស់ យើងាន ជ្រើសបើសគេនៅក្នុងលោកីយ៍នោះ ហើយនៅថ្ងៃររលោក្គេ ពិតជាសថិតនៅក្នុងចំណោមអ្នកដែលមានកុសលធ្ម៌។ ចូរ រំឭកចុះ ខ ៈដែលព្រះជាម្ចាស់របស់គេបានមានព្រះបន្ទូល នៅកាន់គេថ្ល៖ ចូរអ្នកប្រគល់ខ្លួនមកចំពោះយើង។ គោន ឆ្លើយតបវិញថ្ល៖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ខ្ញុំនប្រគល់ខ្លួនរបស់ខ្ញុំចំពោះម្ចាស់ទន សក្លលោក។ អ៊ីប្រាហ៊ីមនិងយ៉ាក់កូរានដ្តផ្ទតាំកូននៅរបស់ គាត់ឱ្យប្រកាន់តាមសាសនានោះថ្ល ដនកូនៗសមលញ់ អល់ឡោះ ឡោះានជ្រើសបើសសាសនានោះសម្រាប់ពួកអ្នក។ ចូរពួក អ្នកកុំទាន់ស្លាប់ លុះត្រាតែពួកអ្នកក្លាយជាមូស្លីម»។ ឈ\មូហាំម៉ាត់ានអនុវត្តតការប្រតិបត្តិសាសនានយ៉ាង ពេញឡលញដូចពួកណាពីមុនៗដែរ។ ការក្រារសូឡជាតពេល កំពុងស ត។ គាត់ដររឆ្ពោះនៅទហ្ពេលមឹកទីសក្នុងការ ប្រតិបត្តិស ត ហើយបានបង្គាប់ឱ្យអ្នកដើរតាមគាត់ធ្វើដូច គាត់ដែរ(រហូតដល់អល់ឡោះបានបញ្ជូនទេវតាជីជីប្រ៊ីលនាំ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ការត្រាស់បន្ទូលឱ្យរដងវរនៅកាន់កិរ ត់វិញដែលមានដចង ក្នុងគម្ពីរអាល់គួរអាន)។ ញ\ពិតណាស់រ៉ាស៊ូលុលឡោះាន្តល់សិទ្ធិគ្រប់គ្រាន់សម្រាប់ សមាជិកគ្រប់រូបក្នុងគ្រួសារនីមួយៗ ជាពិសេសសម្រាប់ឪពុក ម្តាយ កូនស្រី ក្មេងស្រីកំព្រា និងសិទ្ធិរបស់ប្រពន្ធជាដើម។ ដូចដែលបានប្ជារចាស់នៅក្នុងគម្ពីរអាល់គួរអានានដចង ថា មូហាំម៉ាត់ានបង្គាប់ឱ្យអ្នកដើរតាមគាត់ត្រូវចេះគោរព និងលើកតឡមកីងឪពុកម្តាយ មិនត្រូវនិយាយពាក្យគាំហ្កដាក់ ពួកគាត់ទាំងពីរ។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ﮖ ﮗ ﮘ ﮙ ﮚ ﮛ ﮜ ﮝ ﮞﮟ ﮠ ﮡ ﮢ ﮣ ﮤ ﮥ ﮦ ﮧ ﮨ ﮩ ﮪ ﮫ ﮬ ﮭ ﮮ ﮯ ﮰ ﮱ ﭼ اإل :سراء ٩3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«ម្ចាស់របស់អ្នកានដាក់ច្បាប់ថ្ល ពួកអ្នក ពុំត្រូវគោរពលើកលែងតែចំពោះអល់ឡោះ ធ្វើលអចំពោះឪពុក ម្តាយ។ ជាពិសេសនៅពេលគាត់ទាំងពីរចស់ជរា ឬម្នាក់ក្នុង ចាំឡណាពួកគាត់។ ចូរអ្នកកុំប្រើពាក្យគាំហ្កដាក់គាត់ទាំងពីរ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ហើយកុំធ្វើរគាត់ទាំងពីរ។ ចូរនិយាយពាក្យពីឡរោះេន់ភលន់ ចំពោះគាត់ទាំងពីរ»។ ដ\មូហាំម៉ាត់គឺជាអ្នកការពារសិទ្ធិកុមារកំព្រា ក្មេងៗដែល ទទីរនឹងកើត។ គាត់បានបង្គាប់ឱ្យគេយកចិត្តទុកដាក់ចំពោះ កូនកំព្រា តល់មូរអាហរដល់អ្នកទី័លក្រ ដែលជា មមធ្យោបាយនាំឱ្យចូលឋានសួគ៌។ ក្នុងនោះក៏មនការគាំរាម កាំដហផងចំពោះអ្នកដែលមិនគោរពសិទ្ធិរបស់ពួកគេគឺនឹងមិន ឃើញឋានសួគ៌។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ﯜ ﯝ ﯞ ﯟ ﯠ ﯡ ﯢ ﯣ ﯤ ﯥ ﯦ ﯧ ﯨ ﯩ ﯪ ﯫ ﯬ ﯭ ﭼ :البقرة ٤١٩ មានន័យថា៖ «ពួកអ្នកដែលបរិច្ចាគទ្រព្យសម្បត្តិរបស់ពួកគេ ក្នុងលូវអល់ឡោះទាំងថ្ងៃទាំងយប់ដោយដាក់ទាំង និងដោយ បើក្ចាំហ។ ពួកគេនឹងទទួលាន្លរុ យពីអល់ឡោះ ហើយពួកគេគ្មានការភ័យខ្លាច និងគ្មានការកើតទុក្ខប្ពួយ ឡើយ»។ អល់ឡោះក៏បានហាមឃាត់ចំពោះការក្រ់ក្មេងស្រី ដែលទទីរនឹងកើតតទាំងរស់ជាទម្លាប់របស់ពួកអារ៉ាប់រុរា។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គម្ពីរអាល់គួរអានានចង្អុលប្រាប់ពីរឿងនោះ។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ﭭ ﭮ ﭯ ﭰ ﭱ ﭲ ﭳ ﭴ ﭼ :التكوير8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٢ មានន័យថា៖ «នៅពេលគេសួរពីក្មេងស្រីដែលត្រូវគេក្រ់ទាំង រស់។ តើក្មេងស្រីនោះមនកាំហុសអ្វីទទីរគេសម្លាប់?»។ \រ៉ាស៊ូលុលឡោះានហាមិនឱ្យប្រុសៗយកស្ត្រីភេទធ្វើជា ទ្រព្យមត៌ក្របស់ខ្លួន មិនត្រូវរងខាំនងឱ្យរៀបអាពាហ៍ពិពាហ៍ លើកលែងតែមនការអនុញ្ញាតពីនង។ មិនត្រូវរាំឡោភយក ទ្រព្យសម្បត្តិរបស់នង មកធ្វើជាសម្បត្តិផ្ទាល់ខ្លួន។ អល់ឡោះ ឡោះទ្រង់បានមានព្រះបន្ទូលថ្ល៖</w:t>
      </w:r>
    </w:p>
    <w:p>
      <w:pPr>
        <w:spacing w:line="324" w:lineRule="auto" w:after="120" w:before="0"/>
        <w:jc w:val="left"/>
      </w:pPr>
      <w:r>
        <w:t>ﭽ ﮪ ﮫ ﮬ ﮭ ﮮ ﮯ ﮰ ﮱ ﯓ ﯔﯕ ﯖ ﯗ ﯘ ﯙ ﯚ ﯛ ﯜ ﯝ ﯞ ﯟ ﯠﯡ ﯢ ﯣﯤ ﯥ ﯦ ﯧ ﯨ ﯩ ﯪ ﯫ ﯬ ﯭ ﯮ ﯯ ﯰ ﭼ :النساء ٢٧ មានន័យថា៖ «ឱ ពួកអ្នកមានជំនឿ គេមិនអនុញ្ញាតឱ្យ ពួកអ្នកយកស្ត្រីធ្វើជាទ្រព្យមត៌ក្ដោយរងខាំនោះទេ។ ចូរពួក អ្នកកុំរារាំងពួកនាង ដោយសារចង់ទទួលានចំណែកខ្លះទន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អ្វីដែលពួកអ្នកានប្រគល់ឱ្យពួកនាង លើកលែងតែក្នុង ក្រីពួកនាងប្រព្រឹត្តអំពើផិតក្បត់ (ហ្ស៊ីណា) ដែលជាក់ ចាស់។ ចូរពួកអ្នករួមរស់ជាមួយពួកនាងដោយស្របច្បាប់។ ប្រសិនបើពួកអ្នកស្អប់ខ្ពើមពួកនាង ជួនកាលអ្វីដែលពួកអ្នក ស្អប់ខ្ពើម អល់ឡោះធ្វើឱ្យវាលអប្រសើរលើសដើម»។ យើង តាមអាយ៉ាត់នោះ យើងអាចសន្និដ្ឋានបានថា គេហាមឃាត់ ចំពោះការប្រើអំពើហិងា វាយដាំធ្វើរប្រពន្ធ។ (ប្រពន្ធ របស់ណាពីបាននិយាយថា ណាពីមិនដែលវាយគាត់សូម្បីតែ មតង)។ ណាពីមិនដែលមានទំនាក់ទំនង្លូវភេទក្រៅពីលក្ខៈជារតីប្រពន្ធ ហើយគាត់មិនឯក្ភាពចំពោះអំពើនោះ ត្បិត នៅសម័យនោះអំពើអាយមុខជារញាសាមញ្ញរបស់ពួកគេ។ ទំនាក់ទំនងរបស់គាត់ត្រឹមតែក្នុងលក្ខ ៈជារតីប្រពន្ធស្រប ច្បាប់មនកិច្ចសនាត្រឹមត្រូវ មានសាក្សីដឹងឮ។ ដូចជាទំនាក់ទំនងរបស់គាត់ជាមួយនឹងអាអ៊ីសះ គាត់មិនបានរៀប អាពាហ៍ពិពាហ៍នៅលើកដាំរូងដែលអាពូហពកើតានលើកអា អ៊ីសសោះឱ្យគាត់នោះទេ។ តែគាត់បានរៀបអាពាហ៍ពិពាហ៍ ជាមួយនឹងអាអ៊ីសះនៅពេលគាត់គ្រប់អាយុ ហើយមាន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សមតថភាពអាចសសម្រេចិត្តដោយខ្លួនឯងាន។ អាអ៊ីសះបានរៀបរាប់ពិស្តារពីទំនាក់ទំនងរបស់គាត់ជាមួយនឹងណាពី ដែលពោរពេញដោយសេចក្តីគោរព និងសេចក្តីស្រឡាញ់។ ក៏ ដូចគ្នាដែរអាពាហ៍ពិពាហ៍ជាចទាំងទនឋានសួគ៌។ គេចាត់ទុក អាអ៊ីសះជាអ្នកចេះដឹងក្រៅជ្រះផ្នែក្សាសនាឥស្លាម មួយ ជីវិតរបស់គាត់រស់នៅក្នុងនមជាប្រពន្ធរបស់មូហាំម៉ាត់ ហើយ យគាត់មិនដែលនឹកគិតឃើញបុរសណាផ្សេងទៀតនោះទេ។ គាត់មិនដែលនិយាយរិះគន់ពីភាពអ្វិជជមនរបស់រ៉សូលុល ឡោះនោះទេ។ ឌ\ណាពីបានប្រើឱ្យបុរសាត់ាង់ចាំណាយចយសម្រាប់ស្ត្រី ការពារស្ត្រី ទោះជាស្ត្រីនោះជាម្តាយកតី បងប្អូនស្រីក្តី ឬប្រពន្ធ ក្តី កូនស្រីខ្លួនឯងក្តី ឬកូនស្រីអ្នកដទៃក្តី។ ទោះជាស្ត្រីនោះជា មូស្លីមឬមិនមែនជាមូស្លីម។ អល់ឡោះមនព្រះបន្ទូលថ្ល៖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 ﭜ ﭝ ﭞﭟ ﭠ ﭡ ﭢ ﭣ ﭤ ﭥ ﭦﭧ ﭨ ﭩ ﭪ ﭫ ﭬ ﭭ ﭮ ﭯﭰ ﭱ ﭲ ﭳ ﭴ ﭵ ﭶﭷ ﭸ ﭹ ﭺ ﭻ ﭼ ﭽ ﭼ :النساء3٤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«ពួកបុរសេសខុសត្រូវចំពោះពួកស្រីតា មអ្វី ដែលអល់ឡោះបានប្រទានដល់ពួកគេនូវោំនួលខុសត្រូវខពស់ ជាងស្ត្រី និងទ្រព្យសម្បត្តិរបស់ពួកគេដែលពួកគោន ចាំណាយចយ។ ស្ត្រីស្គអតសអាំជាស្ត្រីដែលគោរពប្រតិបត្តិ ដ រក្សារខ្លួនពេលរតីមិននៅ និងធ្វើតាមការបង្គាប់ប្រើរបស់អល់ឡោះ ឡោះ។ ចំពោះស្ត្រីដែលពួកអ្នការមភខ្លាចនងជំទាស់មិន ព្រមប្រតិបត្តិ ចូរពួកអ្នកដ នាំពួកនាងដោយពាក្យលអៗ កុំ ឱ្យនងដេកដក្បរ ហើយប្រនៅពួកនាង។ តែប្រសិនបើពួក នងព្រមធ្វើតាមហើយ ចូរកុំរក្ឡលសធ្វើរពួកនាង។ ពិត ណាស់អល់ឡោះជាម្ចាស់មហខពង់ខពស់ មហធាំឡធផង»។ ធ\ណាពីបានហាមឃាត់ចំពោះការសម្លាប់ក្មេងដោយសារ ខ្លាចក្រ និងសម្លាប់មនុស្សដែលស្គអតសអាំគ្មានទោស។ អល់ឡោះ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ﮰ ﮱ ﯓ ﯔ ﯕ ﯖ ﯗ ﯘﯙ ﯚ ﯛ ﯜ ﯝﯞ ﯟ ﯠﯡ ﯢ ﯣ ﯤ ﯥ ﯦﯧ ﯨ ﯩ ﯪﯫ ﯬ ﯭ ﯮ ﯯ ﯰ ﯱ ﯲ ﯳﯴ ﯵ ﯶ ﯷ ﯸ ﯹ ﯺ ﯻ ﯼﯽ ﯾ ﯿ ﰀ ﰁ ﰂ ﰃ ﭼ :األنعام ٧١٧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«ចូរអ្នកនិយាយនៅកាន់ពួកគេថ្ល ចូរពួកអ្នក ទាំងអស់គ្នាមកនោះ ខ្ញុំសូប្តនូវអ្វីដែលព្រះជាម្ចាស់របស់ពួក អ្នកានហាមបាមនៅលើពួកអ្នកគឺ ចូរកុំគោរពពហុទេព ចំពោះអល់ឡោះ។ ចូរក្តញ្ញូចំពោះឪពុកម្តាយ។ ចូរកុំសម្លាប់ កូនៗរបស់ពួកអ្នកដោយសារខ្លាចក្រ យើងជាអ្នកប្រទាន ជីវភាពដល់ពួកអ្នក និងពួកគេ។ ចូរកុំនៅបៀតអំពើអាយ មុខដោយបើក្ចាំហ ឬដាក់ទាំង។ ចូរកុំសម្លាប់ជីវិតដែលអល់ឡោះ ឡោះានដាក់ច្បាប់ហាម លើកលែងតែដោយសច្ចភាព។ ទាំងនោះគឺជាពាក្យរណាតាំទូន្មានរបស់ទ្រង់ចំពោះពួកអ្នក សង្ឃឹមថា ពួកអ្នកចេះពិចរណា»។ \មូហាំម៉ាត់មិនដែលប្រប្ពិតិអំពើផិតក្បត់(ហ្ស៊ីណា)ជា ដាច់ខាត។ គាត់បានបង្គាប់ឱ្យអ្នកដើរតាមគាត់រៀបអាពាហ៍ ពិពាហ៍ ហើយបានហាមឃាត់ចំពោះទំនាក់ទំនង្លូវភេទក្រៅ ពីចទាំងអាពាហ៍ពិពាហ៍។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ﯔ ﯕ ﯖ ﯗ ﯘﯙ ﯚ ﯛ ﯜ ﯝ ﯞﯟ ﯠ ﯡ ﯢ ﯣ ﭼ :البقرة ٩68</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«ទសសតានានគាំរាមពួកអ្នកពីភាពក្រីក្រ និង ប្រើពួកអ្នកឱ្យប្រព្រឹត្តអំពើអាយមុខ។ តែអល់ឡោះបាន សនាជាមួយពួកអ្នកនូវការអ្ភ័យទោស និងក្តីប្រទានរបស់ ទ្រង់ ហើយអល់ឡោះមហេយមហដឹង។ ﭽ ﮀ ﮁ ﮂ ﮃ ﮄ ﮅ ﮆ ﮇ ﮈ ﮉ ﮊ ﮋ ﮌ ﮍ ﮎ ﮏ ﮐ ﮑ ﮒ ﮓ ﮔ ﮕ ﮖ ﮗ ﮘ ﮙ ﮚ ﮛ ﮜ ﮝ ﭼ :األعراف33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«ដនមូហាំម៉ាត់ ចូរមនប្រសាសន៍ចុះថ្ល ព្រះជា ម្ចាស់ានហាមឃាត់អំពើអាយមុខដែលបើក្ចាំហ និងដាក់ទាំង អំពើបាប និងការរាំពាររាំពានដោយខុសច្បាប់។ ទ្រង់ ហាមឃាត់មិនឱ្យពួកអ្នកគោរពពហុទេពចំពោះអល់ឡោះ ដោយគ្មានភស្តុតាងងបង្គាប់ប្រើឱ្យធ្វើ ហើយហាមឃាត់មិនឱ្យ និយាយប្រឌិតនៅលើអល់ឡោះដោយគ្មានចាំឡោះដឹង»។ ﭽ ﮊ ﮋ ﮌﮍ ﮎ ﮏ ﮐ ﮑ ﮒ ﮓ ﭼ :اإلسراء3٩ មានន័យថា៖ «ចូរពួកអ្នកកុំនៅបៀតអំពើផិតក្បត់(ហ្ស៊ីណា) ពីព្រោះវាជាអំពើអាយមុខ និងជាផ្លូវដែលអាក្រក់ជាទី បំផុត»។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ﭸ ﭹ ﭺ ﭻ ﭼ ﭽ ﭾ ﭿ ﮀ ﮁ ﮂ ﮃ ﮄ ﮅﮆ ﮇ ﮈ ﮉ ﮊ ﮋ ﭼ :النور3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«អ្នកិតក្បត់ប្រុស មិនត្រូវរៀបការលើកលែង តែជាមួយនឹងស្ត្រីដែលិតក្បត់ ឬស្ត្រីដែលគោរពពហុទេព។ រីឯស្ត្រីតក្បត់ក៏មិនត្រូវរៀបការលើកលែងតែជាមួយនឹង បុរសិតក្បត់ ឬបុរសគោរពពហុទេព។ គេហាមរៀបការដររ នោះចំពោះពួកអ្នកដែលមានជំនឿ»។ ﭽ ﯳ ﯴ ﯵ ﯶ ﯷ ﯸ ﯹ ﯺ ﯻ ﯼ ﯽ ﯾ ﯿ ﰀ ﰁﰂ ﰃ ﰄ ﰅ ﰆ ﰇ ﰈ ﭼ :النور ٢٧ មានន័យថា៖ «ពិតណាស់ ពួកអ្នកដែលចូលចិត្តាយអំពើ អាយមុខឱ្យរីកសុះសាយក្នុងចំណោមពួកអ្នកដែលមាន ជំនឿនោះ សម្រាប់ពួកគេគឺទារុ ក្មេដ៏ដសនខោលចាជាទី បំផុតតទាំងនៅក្នុងលោកីយ៍ និងនៅថ្ងៃររលោក ហើយអល់ឡោះ ឡោះទ្រង់ដឹង តែពួកអ្នកមិនដឹងនោះទេ»។ ﭽ ﭑ ﭒ ﭓ ﭔ ﭕ ﭖ ﭗ ﭘ ﭙ ﭚ ﭛ ﭜ ﭝ ﭞ ﭟ ﭠ ﭡ ﭢ ﭣ ﭤ ﭥ ﭦ ﭧ ﭨ ﭩ ﭪ ﭫ ﭬ ﭭ ﭮﭯ ﭰ ﭱ ﭲ ﭳﭴ ﭵ ﭶ ﭷ ﭸ ﭹ ﭼ :الممتحنة ٩٧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«ដនណាពី ប្រសិនបើពួកស្ត្រីមនជំនឿមករក អ្នក ហើយសនាចំពោះអ្នកថ្ល ពួកនាងមិនគោរពពហុទេព ចំពោះអល់ឡោះ មិនលួចទ្រព្យសម្បត្តិអ្នកដទៃ មិនផិតក្បត់ មិនរាំលូត ឬមិនសម្លាប់កូនៗរបស់ពួកនាង មិនមានកូនលួចដាក់ជាមួយគេ ហើយកុហកថ្ល ជាកូនជាមួយនឹងរតីខ្លួនឯង។ មិនផ្លែឈើសចំពោះអ្នកក្នុងការប្រតិបត្តិអំពើលអ។ ពួកនាងមិន ប្រឆាំងនឹងអ្នកក្នុងការប្រតិបត្តិអំពើលអ។ ដូចនេះ ចូរចុះកិច្ច សនាជាមួយនឹងពួកនាង និងសុំអ្ភ័យទោសពីអល់ឡោះ សម្រាប់ពួកនាង។ ពិតណាស់ អល់ឡោះជាម្ចាស់ មហ អ្ភ័យទោស មហអា ិតស្រឡាញ់»។ មនុស្សានប្រព្រឹត្តអំពើបិសាចនៅទាំងសក្លលោក នៅសម័យមូហាំម៉ាត់ ហើយមូហាំម៉ាត់មិនបានប្រព្រឹត្តអំពើ ដររនោះឡើយ។ ជាមួយនោះ គាត់បានហាមឃាត់អ្នកដើរ តាមគាត់មិនឱ្យប្រព្រឹត្តអំពើនោះផងដែរ។ ដ\មូហាំម៉ាត់ានហាមឃាត់មិនឱ្យរក្សីចងការប្រាក់ និង យកការប្រាក់ពីប្រាក់ក្មចី។ ដូចណាពីអ៊ីសានហាមឃាត់ ការរក្សីដររនោះទាំងពីរច្រើនសតវត្សកន្លងមក។ ពិតណាស់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អំពើនោះនឹងរាំលិចបំផ្លាញធ្នធ្លន បំផ្លាញប្រព័នធឡសដឋកិច្ចនៅ គ្រប់សម័យកាលទាំងអស់។ ដូចគ្នានឹងពាក្យទូន្មានប្រៀន ប្រនៅរបស់ពួករ៉សូលសម័យមុន មូហាំម៉ាត់ចាត់ទុការ ប្រព្រឹត្តអំពើនោះអាក្រក់ជាទីបំផុត ហើយចាំច់ត្រូវជៀសវាង ដាច់ខាត ដើម្បីឱ្យបុគ្គលម្នាក់ៗសសម្រេចាននូវសន្តិភាពជា មួយនឹងអល់ឡោះជាម្ចាស់ដែលជាអ្នកបង្កើត។ ﭽ ﭑ ﭒ ﭓ ﭔ ﭕ ﭖ ﭗ ﭘ ﭙ ﭚ ﭛ ﭜ ﭝﭞ ﭟ ﭠ ﭡ ﭢ ﭣ ﭤ ﭥﭦ ﭧ ﭨ ﭩ ﭪ ﭫﭬ ﭭ ﭮ ﭯ ﭰ ﭱ ﭲ ﭳ ﭴ ﭵ ﭶ ﭷ ﭸﭹ ﭺ ﭻ ﭼ ﭽ ﭾﭿ ﮀ ﮁ ﮂ ﮃ ﮄ ﮅ ﮆ ﮇ ﮈﮉ ﮊ ﮋ ﮌ ﮍ ﮎ ﮏ ﮐ ﭼ :البقرة ١١٩ – ١٩6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«ពួកអ្នកដែលសីប្រាក់ការ មិនអាចក្រោក្ចេញ ពីនូរនៅថ្ងៃររលោក លើកលែងតែដូចជាការឡក្រាឡើងរបស់ អ្នកដែលត្រូវរិស្គចចូលស ឋិត។ នោះដោយសារពួកគេ និយាយថា ការលក់ដូរដូចជាប្រាក់ការដែរ។ អល់ឡោះបាន អនុញ្ញាតឱ្យជួញដូរ ហើយហាមឃាត់ពីការប្រាក់។ ហេតុ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ដូចនេះជនណាដែលបានទទួលការទូន្មានពីម្ចាស់របស់គេ ហើយគេរញ្ឈរ់នោះ ការប្រាក់កន្លងមកជាទ្រព្យស្របច្បាប់ សម្រាប់គេ និងរញារបស់គេអល់ឡោះជាអ្នកទទួលខុសត្រូវ។ ឯចំណែកអ្នកដែលបានរាំពានគឺពួកគេជាពួកអ្នកដែលចុះ នរក្ជាអ្មតៈ។ អល់ឡោះបំផ្លាញប្រាក់ការ ហើយប្រទាន ភាពរីក្ចបម្រើនចំពោះការររិចចគ។ អល់ឡោះមិនសព្វព្រះេ័ យចំពោះរាល់ពួកអ្នកដែលប្រព្រឹត្តនូវអំពើបាប្ជុលហួស ហេតុ»។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ﮑ ﮒ ﮓ ﮔ ﮕ ﮖ ﮗ ﮘ ﮙ ﮚ ﮛ ﮜ ﮝ ﮞ ﮟ ﮠ ﮡ ﮢ ﮣ ﮤ ﭼ :البقرة ١١٩ មានន័យថា៖ «ពិតណាស់ ពួកអ្នកដែលមានជំនឿ ហើយពួក គេធ្វើអំពើលអ ប្រតិបត្តិស ត បរិច្ចាគទ្រព្យ សម្រាប់ពួកគេគឺ នឹងទទួលាន្លរុ យពីម្ចាស់របស់ពួកគេ ហើយពួកគេ គ្មានការភ័យខ្លាច និងគ្មានទុក្ខប្ពួយឡើយ»។ ﭽ ﮥ ﮦ ﮧ ﮨ ﮩ ﮪ ﮫ ﮬ ﮭ ﮮ ﮯ ﮰ ﮱ ﯓ ﭼ :البقرة ١٩8</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«ដនពួកអ្នកមានជំនឿ ចូរកោតខ្លាចំពោះអល់ឡោះ ឡោះ ហើយចូរលះបង់ចោលនូវអ្វីដែលពិសេសសល់ពីប្រាក់ ការ ប្រសិនបើពួកអ្នកជាអ្នកមនជំនឿ»។ ﭽ ﯔ ﯕ ﯖ ﯗ ﯘ ﯙ ﯚ ﯛﯜ ﯝ ﯞ ﯟ ﯠ ﯡ ﯢ ﯣ ﯤ ﯥ ﯦ ﭼ :البقرة ٢١٩ មានន័យថា៖ «ប្រសិនបើពួកអ្នកមិនធ្វើទេនោះ ចូរប្រកាស សង្គ្រាមអាំពីអល់ឡោះ និងរ៉ាស៊ូលុលឡោះ។ តែប្រសិនបើពួក អ្នកសារភាពកាំហុស សម្រាប់ពួកអ្នកគឺដើមេនរបស់ពួកអ្នក។ ពួកអ្នកមិនត្រូវប្រព្រឹត្តអំពើអ្យុត្តិធម៌ ហើយពួកអ្នកក៏ពុំ ត្រូវទទួលរងនូវអំពើអ្យុត្តិធម៌ដែរ។ \មូហាំម៉ាត់មិនដែលលេងល្បែងស៊ីសង ហើយគាត់បាន ហាមឃាត់អំពើនោះផងដែរ។ អំពើនោះបំផ្លាញប្ពេយសម្បត្តិ ដូចប្រាក់ការដែរ ហើយឆ្រ់វិនសជាងប្រាក់ការនៅទៀត។ ﭽ ﯢ ﯣ ﯤ ﯥ ﯦﯧ ﯨ ﯩ ﯪ ﯫ ﯬ ﯭ ﯮ ﯯ ﯰ ﯱﯲ ﯳ ﯴ ﯵ ﯶ ﯷﯸ ﯹ ﯺ ﯻ ﯼ ﯽ ﯾ ﯿ ﰀ ﭼ :البقرة ٢٧٩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203 ---</w:t>
      </w:r>
    </w:p>
    <w:p>
      <w:pPr>
        <w:spacing w:line="324" w:lineRule="auto" w:after="120" w:before="0"/>
        <w:jc w:val="left"/>
      </w:pPr>
      <w:r>
        <w:t>មានន័យថា៖ «ដនមូហាំម៉ាត់ ពួកគេសួរអ្នកអាំពីស្រា និង ល្បែងស៊ីសង។ ចូរប្រាប់ពួកគេថ្ល ទាំងពីរនោះ ជាអំពើបាបដ៏ ធាំឡធផងមនប្រប្រយោជន៍សម្រាប់មនុស្ស។ តែលអាក្រក់របស់ វាធ្ងន់ធៃរជាង្លលអរបស់វា។ ពួកគេសួរអ្នកពីររិម ទ្រព្យ ដែលពួកគេត្រូវររិចចគ។ ចូរប្រាប់ថា គឺទ្រព្យដែលសល់ពី តប្មូវការរបស់ពួកអ្នក។ ដររនោះ អល់ឡោះបកស្រាយសញ្ញ ភស្តុតាងងទាំង យប្រាប់ពួកអ្នក។ សង្ឃឹមថា ពួកអ្នកនឹងគិត ពិចរណា។ មនុស្សសម័យណាពី គេយល់ឃើញថ្ល ល្បែងស៊ីសងពុំ មែនជាអំពើអាក្រក់នោះទេ។ ឯចំណែកសម័យបច្ចុប្បន្ន គេ ដឹងជោនៅពីលរ៉ោះព្យាបាល់ និងគ្រោះថ្លនក់របស់វាដល់ក្រុម គ្រួសារ រហូតដល់សុខភាពរញ្ញ។ គំនិតដែលចង់រក្កាំទរពីអ្វី ដែលគ្មានគឺពុំមែនជាផ្លូវត្រឹមត្រូវទេ។ ឌ\មូហាំម៉ាត់មិនដែលផឹកស្រា ឬគ្រឿងប្សវឹងណាមួយឡើយ។ ត្បិតនៅសម័យនោះ ការផឹកស្រាជាទម្លាប់ធ្មេតារបស់ពួក 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 ﭜ ﭝ ﭞ ﭟ ﭠ ﭡ ﭢ ﭣ ﭤ ﭥ ﭦ ﭧ ﭨ ﭩ ﭪ ﭫ ﭬ ﭭ ﭮ ﭯ ﭰ ﭱﭲ ﭳ ﭴ ﭵ ﭶ ﭼ :المائدة ٠٢ – ٧٢ មានន័យថា៖ «ដនពួកអ្នកមានជំនឿទាំង យ ពិតណាស់ ការឹក ស្រា ល្បែងស៊ីសង រូបរដិម និងការចក់គម្ពីរជាអំពើអាក្រក់របស់ រិស្គច។ ចូរជៀសវាង សង្ឃឹមថា ពួកអ្នកទទួលានជោគជ័យ។ ពិតណាស់ រិស្គចចង់រងកឱ្យពួកអ្នកក្លាយជាសត្រូវនឹងគ្នា ចងគាំនុំ គ្នាដោយការផឹកស្រា និងល្បែងស៊ីសង ហើយគេរារាំងពួកអ្នកពីការ រំឭកចំពោះអល់ឡោះ និងការប្រតិបត្តិស ត។ តើពួកអ្នកព្រម រញ្ឈរ់ដែរឬទេ? ពួកអារ៉ាប់វាលខ្សាច់ក៏ដូចជាអិរយធ្ម៌ផ្សេងៗទៀត ពួកគេផឹកស្រា ដោយមិនបានគិតពីលរ៉ោះព្យាបាល់ដល់សុខភាពរបស់ពួកគេ និង បុគ្គលិកលក្ខណៈ ៈរបស់ពួកគេ។ ពួកគេទទួលរងគ្រោះថ្លនក់ច្រើន ដោយសារឥេធិពលរបស់ស្រា ពួកគេភាគច្រើនក្លាយជាមនុស្សប្រមឹ ក។ តែក្នុងពេលបច្ចុប្បន្នោះ គេពុំចាំច់យកភស្តុតាងងមកបញ្ជាក់ ពីលរ៉ោះព្យាបាល់ និងគ្រោះថ្លនក់ទនទម្លាប់ដររនោះទេ។ និយាយពី មូលហេតុដែលប្សាបំផ្លាញសុខភាពមនច្រើន ដូចជានាំឱ្យអ្នកប្ស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វឹងរងកគ្រោះថ្លនក់ចរាចរ ៍ បំផ្លាញទ្រព្យសម្បត្តិ រងររួស ហើយ អាចនឹងាត់រង់ដល់អាយុជីវិតដ្មទៀតផង។ ភារកិច្ចដាំរូងដែល អ្នកតាមូហាំម៉ាត់ត្រូវធ្វើគឺលះបង់ការផឹកស្រានៅពេលកំពុងឋិត ក្នុងការប្រិតបតតិ តែក្រោយមកមនរេបញ្ជាបង្គាប់ឱ្យឈរ់ឹក ទាំងប្សុងតែម្តង។ / មូហាំម៉ាត់មិនដែលចូលរួមកនុងការនិយាយពាក្យអ្ត់ានការ និយាយដើមគេ។ គាត់តែងតែជៀសវាងពីការស្តាប់ពាក្យារក្មេ ទាំងនោះ។ ﭽ ﭟ ﭠ ﭡ ﭢ ﭣ ﭤ ﭥ ﭦ ﭧ ﭨ ﭩ ﭪ ﭫ ﭬ ﭭ ﭮ ﭯ ﭰ ﭼ :الحجرات6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«ដនពួកអ្នកមានជំនឿទាំង យ ប្រសិនបើ មបានមនុស្សខិលខូចនាំដាំ ឹងមកប្រាប់ពួកអ្នក ចូរបញ្ជាក់ពី ដាំ ឹងនោះឱ្យដឹងពីភាពត្រឹមត្រូវរបស់វាមុននឹងជឿជាក់និងាយដាំ ឹងនោះ។ ខ្លាចដង្ហែពួកអ្នកធ្វើឱ្យករុមួយរង គ្រោះទាំងពួកគេគ្មានកាំហុស ហើយពួកអ្នកនឹងមានវិរបដិសារី ចំពោះអ្វីដែលពួកអ្នកានធ្វើ»។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ﯨ ﯩ ﯪ ﯫ ﯬ ﯭ ﯮ ﯯ ﯰ ﯱ ﯲ ﯳ ﯴ ﯵ ﯶ ﯷ ﯸ ﯹ ﯺ ﯻ ﯼ ﯽﯾ ﯿ ﰀ ﰁ ﰂ ﰃ ﰄﰅ ﰆ ﰇ ﰈ ﰉ ﰊﰋ ﰌ ﰍ ﰎ ﰏ ﰐ ﰑ ﰒ ﭼ :الحجرات ٧٧</w:t>
      </w:r>
    </w:p>
    <w:p>
      <w:pPr>
        <w:spacing w:line="324" w:lineRule="auto" w:after="120" w:before="0"/>
        <w:jc w:val="left"/>
      </w:pPr>
      <w:r>
        <w:t>មានន័យថា៖ «ឱ ពួកអ្នកមានជំនឿទាំង យ ចូរកុំប្រម្មើល គយគ្នាពីក្រុមួយនៅក្រុមួយ ជួនកាលអ្នកដែលគេប្រម្នោះ លអប្រសើរជាងអ្នកដែលប្រម្គេ ហើយស្ត្រីមនជំនឿក៏ពុំត្រូវ ប្រម្មើលគយគ្នាពីក្រុមស្ត្រីមួយនៅក្រុមស្ត្រីមួយទៀត។ ជួន កាលស្ត្រីដែលគេប្រម្នោះប្រសើរជាងស្ត្រីដែលប្រម្គេ។ ចូរកុំ រនតុះរគអរ់គ្នា ចូរកុំដាក់គរអាក្រក់ៗឱ្យគ្នា ជាឈ្មោះនៅដ៏អាក្រក់ បំផុតបនារ់ពីចូលឥស្លាម និងមនជំនឿ ហើយនរណាដែលមិន ព្រមស្គេរោពីអំពើនោះទេ គឺជាពួកអ្នកដែលប្រព្រឹត្តអំពើអ្យុត្តិធម៌ »។ ﭽ ﭑ ﭒ ﭓ ﭔ ﭕ ﭖ ﭗ ﭘ ﭙ ﭚ ﭛﭜ ﭝ ﭞ ﭟ ﭠ ﭡ ﭢﭣ ﭤ ﭥ ﭦ ﭧ ﭨ ﭩ ﭪ ﭫﭬ ﭭ ﭮﭯ ﭰ ﭱ ﭲ ﭳ ﭴ ﭼ :الحجرات ٩٧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207 ---</w:t>
      </w:r>
    </w:p>
    <w:p>
      <w:pPr>
        <w:spacing w:line="324" w:lineRule="auto" w:after="120" w:before="0"/>
        <w:jc w:val="left"/>
      </w:pPr>
      <w:r>
        <w:t>មានន័យថា៖ «ឱ ពួកអ្នកមានជំនឿទាំង យ ចូរជៀសវាងពីការ សងស័យអាក្រក់ច្រើនពេក្ចំពោះពួកអ្នកមានជំនឿដូចគ្នា។ ពិត ណាស់ ការសងស័យខ្លះជាអំពើបាប។ ចូរកុំឡសីរអ្សង្កេតាមោនកេរ្តិ៍ ខោសគ្នា ហើយកុំនិយាយដើមគ្នានៅវិញនៅមក។ ក្នុងចំណោមពួក អ្នក តើនរណាម្នាក់ពេញចិត្តចង់សីស្គច់សាកសពដែលខ្លួនឯង ស្អប់ខ្ពើមដែរឬទេ? ចូរកោតខ្លាចុះចំពោះអល់ឡោះ ពិតណាស់ អល់ឡោះទ្រង់មហទទួលយកនូវការសារភាពកាំហុស ទ្រង់មហ អា ិតស្រឡាញ់»។ ជាក់ដសតងការអ្រ់រាំដររនោះ ជាតម្លៃមួយដ៏ឧតតុងាឧត្តម។ ជា ពិពិសេសសម្រាប់សម័យបច្ចុប្បន្ន ដែលមនុស្សគ្រប់រូបសុះធតែន ចូលរួមកនុងការនិយាយពាក្យអ្ត់ានការច្រើន ជេរប្រទេចរណាតស្គ គ្នាសូម្បីតែជាមួយនឹងស្គច់ញាតិដ៏ជិតរបស់ខ្លួន។ ត\មូហាំម៉ាត់ជាមនុស្សចិត្តបុ យ ហើយគាត់បានជំរុញអ្នកដើរតាម គាត់ឱ្យប្រកាន់នូវចិត្តបុ យនោះក្នុងការទំនាក់ទំនង រហូតដល់គាត់បានជំរុញពួកគេឱ្យអធ្យាស្រ័យចំពោះអ្នកដែលជំពាក់មាំ ុលរបស់ ពួកគេ ដោយចិត្តបាថ្លនចង់ាន្លរុ យពីអល់ឡោះជាម្ចាស់។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208 ---</w:t>
      </w:r>
    </w:p>
    <w:p>
      <w:pPr>
        <w:spacing w:line="324" w:lineRule="auto" w:after="120" w:before="0"/>
        <w:jc w:val="left"/>
      </w:pPr>
      <w:r>
        <w:t>ﭽ ﯧ ﯨ ﯩ ﯪ ﯫ ﯬ ﯭﯮ ﯯ ﯰ ﯱ ﯲﯳ ﯴ ﯵ ﯶ ﯷ ﯸ ﯹ ﯺ ﯻ ﯼ ﯽﯾ ﯿ ﰀ ﰁ ﰂ ﰃ ﰄ ﰅ ﰆ ﰇ ﰈ ﭼ :البقرة ٩8٠ – ٩8٧ មានន័យថា៖ «ប្រសិនបើអ្នកជំពាក់រាំ ុលគ្មានលេធភាពសងចូរ អត់ឱនចំពោះគេរហូតដល់អល់ឡោះប្រទានជីវភាពធូរធ្លរដល់គេ ហើយគេសងរាំ ុលនោះ។ ប្រសិនបើពួកអ្នកចាត់ទុករាំ ុល នោះជាការធ្វើទានវាគឺជាការលអប្រសើរបំផុតសម្រាប់ពួកអ្នក បើ សិនជាពួកអ្នកដឹងពីរឿងនោះ។ ចូរកោតខ្លាចនៅថ្ងៃមួយដែលពួក អ្នកត្រឡប់នៅរក្អល់ឡោះ។ រនារ់មកមនុស្សគ្រប់ៗរូបគេនឹង ប្រទានឱ្យតាមអ្វីដែលគោនប្រព្រឹត្ត ហើយពួកគេពុំត្រូវបានគេ រាំឡោភរាំពានឡើយ»។ \មូហាំម៉ាត់ានជំរុញឱ្យបរិច្ចាគទ្រព្យដល់អ្នកក្រ ហើយអ្នកដែល គេត្រូវ្តល់ជូនមុនគេរងអស់គឺស្ត្រីមេម៉ាយ និងក្មេងកំព្រា។ អល់អល់ឡោះបានមានព្រះបន្ទូលថា៖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ﮖ ﮗ ﮘ ﮙ ﮚ ﭼ :الضحى ٢ មានន័យថា៖ «រីឯក្មេងកំព្រា ចូរកុំធ្វើរគេ»។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ﮛ ﮜ ﮝ ﮞ ﮟ ﮠ ﮡ ﮢ ﮣ ﮤ ﮥ ﮦ ﮧ ﮨ ﮩ ﮪ ﮫ ﮬ ﮭ ﮮ ﮯ ﮰﮱ ﯓ ﯔ ﯕ ﯖ ﯗ ﯘ ﯙ ﯚ ﯛ ﭼ البقر :ة ١٩3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«ទ្រព្យររិចចគរបស់ពួកអ្នកសម្រាប់ពួកអ្នកក្រដែល ជារ់ដៃតសូក្នុងលូវរបស់អល់ឡោះ ពួកគេមិនអាចេញនៅរក្សី នៅតាមតំបន់ផ្សេងៗនៅលើផែនដី។ អ្នកមិនដឹងស្គេនថ្ល ពួកគេជា អ្នកមន ដោយសារតែភាពសូអ្ត់របស់ពួកគេ។ អ្នកអាចស្គាល់ពួក គេដោយភាពខវោះខាតរបស់ពួកគេ។ ពួកគេមិនចេះេចសុំទានអ្នក ដទេ។ សរបុរសធ្ម៌ដែលពួកអ្នកររិចចគ អល់ឡោះជាម្ចាស់មហ ដឹង»។ េ\មូហាំម៉ាត់ានរបង្រៀនមនុស្សពីរបៀបដោះស្រាយរញា និង ឧរសគាទាំង យដែលពួកគេប្រឈមកនុងជីវិតរបស់ពួកគេ។ គាត់បានប្រាប់ថា គ្រាន់តែភាពអត់ធ្មត់តែមួយគត់អាចសសម្រេចការប្តេជ្ញា ចិត្ត អាចយល់ពីរញាសេគស្គេញ និងអាចជាំនោះាននូវររាជ័យ ទាំង យក្នុងជីវិត។ មូហាំម៉ាត់មនការអត់ធ្មត់ខ្លាំងបំផុត។ គាត់ ជាគំរូដ៏ល្អបំផុតសម្រាប់ចរិតេន់ភលន់។ ពិតណាស់ រាល់អ្នកដែល ស្គាល់គាត់បានេសស្គាល់ពីគុ សម្បត្តិដ៏ឧតតុងាឧត្តមនោះ។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ﯰ ﯱ ﯲ ﯳ ﯴ ﯵﯶ ﯷ ﯸ ﯹ ﯺ ﯻ ﭼ :البقرة ١٧3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«ដនពួកអ្នកមានជំនឿទាំង យ ចូរសុំជាំនួយពីអល់ឡោះ ឡោះដោយភាពអត់ធ្មត់ និងការប្រតិបត្តិស ត។ ពិតណាស់ អល់ឡោះទ្រង់នៅជាមួយពួកអ្នកដែលអត់ធ្មត់។ ណាពីបានបញ្ជាក់ថ្ល ជីវិតរស់នៅក្នុងលោកីយ៍នោះគឺជាការ ស្គក្លបងអាំពីអល់ឡោះ។ អល់ឡោះបានមានព្រះបន្ទូលថា៖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ﭠ ﭡ ﭢ ﭣ ﭤ ﭥ ﭦ ﭧ ﭨ ﭩﭪ ﭫ ﭬ ﭭ ﭮ ﭯ ﭰ ﭱ ﭲ ﭳ ﭴ ﭵ ﭶ ﭷ ﭸ ﭼ :البقرة ١٧6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:البقرة ١١٧ មានន័យថា៖ «យើងនឹងស្គក្លបងពួកអ្នក ដោយភាពភ័យខ្លាច ស្រេកឃ្លាន ខវោះខាតទ្រព្យសម្បត្តិ សេចក្តីស្លាប់ និងខវោះខាតបរិភោគ ល។ ចូរ្តល់ដំណឹងល្អចុះដល់ពួកអ្នកដែលអត់ធ្មត់។ ពួកអ្នកដែល នៅពេលជួរប្រោះនឹងការលាំកអ្វីមួយពួកគេឡព្យាបាលថ្ល ពួកយើង សម្រាប់អល់ឡោះ ហើយពួកយើងនឹងវិលត្រឡប់នៅរកទ្រង់»។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 មូហាំម៉ាត់គាត់រួសជានិច្ចដើម្បីសក្ការៈចំពោះអល់ឡោះ ហើយ គាត់ជៀសឆៃយបំផុតពីការតុរតែងលម្អ និងការអូសទាញរបស់ លោកីយ៍។ អល់ឡោះបានមានព្រះបន្ទូលបន្ទូលថ្ល៖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ﭣ ﭤ ﭥ ﭦ ﭧ ﭨ ﭩ ﭪ ﭫ ﭬ ﭭ ﭮ ﭯ ﭰ ﭱ ﭼ :البقرة ٧83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«ដនពួកអ្នកមានជំនឿ គោនដាក់កាតព្វកិច្ចរួសនៅ លើពួកអ្នក ដូចដែលគោនដាក់កាតព្វកិច្ចនោះនៅលើមនុស្ស ជំនាន់មុនពួកអ្នកដែរ សង្ឃឹមថាពួកអ្នកនឹងកោតខ្លាច»។ ត\មូហាំម៉ាត់ានលុររាំត់គ្រប់ទម្រង់ទាំងអស់ទនពូជសាសនា៍ និយម កុលសម្ព័ន្ធនិយម ចាប់ទាំងពីរគាត់ផ្តើមធ្វើការអំពាវនាវរហូត ដល់គាត់ោចក្លោក្នោះ។ គាត់គឺជាស្គថរនិក្សន្តិភាពសម្រាប់ មនុស្សទូទៅ និងសម្រាប់គ្រប់សម័យកាលទាំងអស់។ ﭽ ﭵ ﭶ ﭷ ﭸ ﭹ ﭺ ﭻ ﭼ ﭽ ﭾ ﭿﮀ ﮁ ﮂ ﮃ ﮄ ﮅﮆ ﮇ ﮈ ﮉ ﮊ ﮋ ﭼ :الحجرات ٧3</w:t>
      </w:r>
    </w:p>
    <w:p>
      <w:pPr>
        <w:spacing w:line="324" w:lineRule="auto" w:after="120" w:before="0"/>
        <w:jc w:val="left"/>
      </w:pPr>
      <w:r>
        <w:t>មានន័យថា៖ «ឱ មនុស្សទាំង យ ពិតបាក្ដ យើងានបង្កើត ពួកអ្នកពីឪពុក្តែមួយគឺអោំ និងម្តាយតែមួយគឺហវា៉ា ហើយទ្រង់ បង្កើតឱ្យពួកអ្នកមានជនជាតិ និងកុលសម្ព័ន្ធជាច្រើនផ្សេងៗគ្នា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ដើម្បីឱ្យពួកអ្នកស្គាល់គ្នា។ ពិតណាស់ អ្នកដែលមានតម្លៃជាងគេ រងអស់ក្នុងចំណោមពួកអ្នកចំពោះអល់ឡោះជាម្ចាស់គឺ អ្នកដែល កោតខ្លាចជាងគេ។ ពិតណាស់ អល់ឡោះជាម្ចាស់ទ្រង់មហដឹង យ៉ាងលអិតលអន់»។ ក្នុងអាយ៉ាត់ផ្សេងទៀតទនគម្ពីរអាល់គួរអានទ្រង់បានមានព្រះបន្ទូល 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 ﭜ ﭝ ﭞ ﭟ ﭠ ﭡﭢ ﭣ ﭤ ﭥ ﭦ ﭧ ﭨﭩ ﭪ ﭫ ﭬ ﭭ ﭮ ﭯ ﭼ :النساء ٧</w:t>
      </w:r>
    </w:p>
    <w:p>
      <w:pPr>
        <w:spacing w:line="324" w:lineRule="auto" w:after="120" w:before="0"/>
        <w:jc w:val="left"/>
      </w:pPr>
      <w:r>
        <w:t>មានន័យថា៖ «ឱ មនុស្សទាំង យ ចូរពួកអ្នកកោតខ្លាចម្ចាស់របស់ ពួកអ្នកដែលបានបង្កើតពួកអ្នកពីខ្លួនតែមួយ ហើយទ្រង់បានបង្កើត ពីខ្លួនតែមួយនោះគូរបស់វា។ ទ្រង់បានបង្កើតពីពួកគេទាំងពីរនក់ នូវបុរសនិងស្ត្រីជាច្រើន។ ចូរកោតខ្លាចំពោះអល់ឡោះដែលពួក អ្នកសួរគ្នាពីទ្រង់ ហើយចូរប្រុងប្រយ័តនចំពោះការារ់អានស្គច់ញាតិ។ ពិតណាស់ អល់ឡោះទ្រង់ឃ្លាំមើលពួកអ្នក»។ ចំណែកឯទំនាក់ទំនងរវាងមនុស្សនឹងមនុស្ស និងការ្សោះា រវាងដៃគូជជម្លោះ អល់ឡោះបានមានព្រះបន្ទូលក្នុងអាល់គួរអានថា៖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ﮙ ﮚ ﮛ ﮜ ﮝ ﮞ ﮟﮠ ﮡ ﮢ ﮣ ﮤ ﮥ ﮦ ﮧ ﮨ ﮩ ﮪ ﮫ ﮬ ﮭﮮ ﮯ ﮰ ﮱ ﯓ ﯔ ﯕﯖ ﯗ ﯘ ﯙ ﯚ ﯛ ﯜ ﯝ ﯞ ﯟ ﯠ ﯡﯢ ﯣ ﯤ ﯥ ﯦ ﯧﭼ :الحجرات ٢ – ٠٧ មានន័យថា៖ «ប្រសិនបើពួកអ្នកមានជំនឿពីរក្រុមការ់សម្លាប់គ្នា ចូរ្សោះាក្រុមទាំងពីរនោះ ប្រសិនបើមនក្រុមណាមួយផ្លែឈើស រាំពាន រដិបដិសេធ្មិនព្រម្សោះា ចូរពួកអ្នកប្រយុទ្ធតសូជាមួយពួក គេរហូតដល់ពួកគេព្រមវិលត្រឡប់មករកច្បាប់អល់ឡោះនិងរ៉សូលុ លឡោះ។ ប្រសិនបើពួកគេវិលត្រឡប់មកវិញ ចូរ្សោះារវាងក្រុម ទាំងពីរដោយយុត្តិធម៌ ចូរប្រកាន់នូវភាពយុត្តិធម៌ក្នុងការកាត់ក្តី។ ពិតណាស់ អល់ឡោះទ្រង់សព្វព្រះទ័យចំពោះពួកអ្នកដែលប្រកាន់ នូវភាពយុត្តិធម៌។ ពិតណាស់ ពួកអ្នកមានជំនឿទាំង យជាបងប្អូនក្នុងសាសនា ចូរ្សោះាគ្នារវាងប្អូនរបស់ពួកអ្នក ហើយកោត ខ្លាចំពោះអល់ឡោះ សង្ឃឹមថា គេនឹងអា ិតអាសូរចំពោះពួក អ្នក»។ \មូហាំម៉ាត់ានបញ្ជាក់ថ្ល អ៊ីសាជាកូនដ៏ស្គអតសអាំ ជាកំណើតអ ស្គចរយរបស់នាងម៉ារី។ គាត់ជាស្ត្រីដែលប្រសើរជាងគេនៅលើលោក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 ពិតណាស់ មូហាំម៉ាត់ានបញ្ជាក់ប្រាប់ពួកជ្វីហ្វថ្ល អ៊ីសាគឺ ជាមេស៊ី(មេស៊ី)ដែលមានដចងក្នុងគម្ពីរនៅរ៉ាត(គម្ពីរសញ្ញ ចស់)។ គាត់បានប្រាប់ទៀតថ្ល អ៊ីសាននាំមកនូវភាពអស្ចារ្យជា ច្រើនដោយការអនុញ្ញាតពីអល់ឡោះ។ ដូចជាការព្យាបាលជំងឺឃ្លង់ ខ្វាក់ ធ្វើឱ្យអ្នកស្លាប់រស់ឡើងវិញ។ អ៊ីសាមិនទាន់ស្លាប់ទេ តែអល់ឡោះ ឡោះានលើកគាត់នៅលើមេឃ។ ជាមួយនោះគាត់បានប្រាប់ដែរ ថា អ៊ីសានឹងត្រឡប់មកវិញនៅសម័យចុងក្រោយ ដើម្បីដឹកនាំពួក អ្នកមនជំនឿដឡ តីមយកជ័យជម្នះពីសភាវៈអាក្រក់ ហើយគាត់ នឹងសម្លាប់េ័ចចល។ េ\មូហាំម៉ាត់ហាមឃាត់មិនឱ្យសម្លាប់ជីវិត ត្បិតអ្នកដើរតាមគាត់ ខ្លះត្រូវបានគេសម្លាប់ រហូតដល់មនបញ្ជាពីអល់ឡោះឱ្យធ្វើសស្រគា ម។ បើទោះជារេបញ្ជានោះានញ្ចុះមកហើយក៏ដោយ ក៏មនក្បួន ច្បាប់និងប្ពាំខានតត្រឹមត្រូវ។ ច្បាប់ធ្វើសង្គ្រាមនោះគេប្រើចំពោះតែ អ្នកដែលធ្វើសង្គ្រាម លនពានឥស្លាម ពួកអ្នកមូស្លីម តាមករ្រ ខ ឌច្បាប់សង្គ្រាមដែលបានដចង។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តើមូហាំម៉ាត់និយាយអ្វីខ្លះ? អេសាយ (Isaah) រ៉ាស៊ូលុលឡោះានបង្កើតគោលការ ៍និងក្រមសីលធ្ម៌ជាច្រើន។ មិនតែរ៉ុនោះគាត់បានបង្កើតគោលការ ៍ច្បាប់ដែលចាំច់ត្រូវ តែអនុវត្តតនៅពេលធ្វើសគ្រាម ហើយមានតម្លៃលើសពីកិច្ចព្រម ព្រមព្រៀងទីក្រុងហ្សឺដ 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សាហី និតយឡហើល់មដាចខាងឡក្រាហ៖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ជីវិតគឺជាសិទ្ធិដ៏ពិសិដឋសម្រាប់មនុស្សគ្រប់រូប យើងលើមូលោឋន គ្រឹះនោះគឺពុំត្រូវបៀតបៀនធ្វើរចំពោះជីវិត។ លើកលែងតែ ចំពោះអ្នកដែលធ្វើសង្គ្រាមប្រឆាំងនឹងឥស្លាម។ ការសង្គ្រោះជីវិត មួយហក់ដូចជាសង្គ្រោះជីវិតមនុស្សទាំងមូល។ ុយនៅវិញ បើ សិនជានរណាម្នាក់សម្លាប់ជីវិតមួយប្រៀបរីដូចជាគេសម្លាប់ មនុស្សទាំងមូល។ គ្មានការសសម្រេច្បាប់សម្លាប់រង្គាលចំពោះកុលសម្ព័ន្ធណាមួយ ឡើយ។ សូម្បីតែកុលសម្ព័ន្ធនោះានប្រព្រឹត្តអំពើសម្លាប់រង្គាល ចំពោះពួកអ្នកមូស្លីមក៏ដោយ។ ក៏ប៉ុន្តែមូហាំម៉ាត់ានរគាញពីកិច្ច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ព្រមព្រៀងដើម្បីអធ្យាស្រ័យនិងការពារួមគ្នា។ ទោះជាយ៉ាង នោះក្តី ក៏មនអ្នកខ្លះានរាំពានលើកិច្ចព្រមព្រៀងនោះច្រើនលើក ច្រើនស្គ។ គាត់នៅតែមិនអនុញ្ញាតឱ្យធ្វើការវាយលុក្នៅលើពួកគេ លុះត្រាតែមនភស្តុតាងងបញ្ជាក់ចាស់ថ្ល ពួកគោនក្បត់ ដោយពា យមរងកគ្រោះថ្លនក់ដល់ពួកអ្នកមូស្លីម និងរ៉ាស៊ូលុលឡោះក្នុងពេល កំពុងធ្វើសង្គ្រាម។ ពិតណាស់ ច្បាប់នោះត្រូវានអនុវត្តតចំពោះតែ ពួកជ្វីហ្វដែលបានក្បត់នឹងកិច្ចព្រមព្រៀងជាមួយនឹងពួកអ្នកមូស្លីម មិនពាក់ព័ន្ធនឹងក្រុមដទេទៀតឡើយ។ នៅសម័យកាលនោះ ការទិញទាសក្រយកមកធ្វើជាខ្ញុំកញ្ជោះ ដាច់ទ្លជារញាសាមញ្ញ សម្រាប់ប្រជាជាតិនន និងកុលសម្ព័ន្ធ។ ក្នុងពេលនោះដែរ ឥស្លាមានមកដល់ ដើម្បីជំរុញមនុស្សឱ្យដោះ លែងទាសក្រ ហើយប្រកាសប្រាប់មនុស្សឱ្យដឹងពីលរុ យរបស់ អល់ឡោះ ប្រសិនបើពួកគេព្រមដោះលែងទាសក្ររបស់ពួកគេឱ្យ មានសេរីភាព។ឧទាហ្រ ៍ដូចជាខ្ញុំបម្រើរបស់មូហាំម៉ាត់(ដូចជា កូនរបស់គាត់)គឺសហ៊ីហ៍ ត ពិន ហរីសោះ ហើយពី ល ជាខ្ញុំបម្រើ ដែលអាពូហពកើតានទិញ ហើយដោះលែងគាត់ឱ្យមានសេរីភាព។ វីបើមនការរ៉ុនរងធ្វើឃាតប៉ាស៊ូលុលឡោះានកើតឡើងច្រើនដង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ជាពិសេសគឺនៅយប់ដែលគាត់ភៀសខ្លួនជាមួយនឹងអាពូហពកើត នៅម៉ាឌីណះ។ នៅពេលនោះ អាលីនដេកនៅកន្លែងរបស់គាត់។ រ៉ាស៊ូលុលឡោះមិនបានអនុញ្ញាតឱ្យសហ្ការីរបស់គាត់សម្លាប់អ្នក ដែលបានរួមគំនិតបក្លបិចដើម្បីធ្វើឃាតគាត់នោះទេ។ ភស្តុតាងង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បញ្ជាក់ពីរឿងនោះគឺ នៅពេលដែលរ៉ាស៊ូលុលឡោះានចូលនៅម៉ាក្កះ ខ ៈដែលគាត់វាយរំដោះយកាន។ ពាក្យដាំរូងដែលគាត់បាន និយាយនៅកាន់សហ្ការីរបស់គាត់គឺមិនឱ្យធ្វើការសងសឹក្ចំពោះ ពួកុលសម្ព័ន្ធ និងក្រុមគ្រួសារនីមួយៗរបស់អ្នកប្សុក។ ទង្វើដ៏លបី លាញរបស់គាត់គឺការអធ្យាស្រ័យ និងការឱនលំទោន។ គោនហាមធ្វើសង្គ្រាមប្រើកផងទ័ពក្នុងរយៈពេល១៣ឆ្នាំដាំរូង ទនបេសកកម្មរបស់ណាពី។ វីបើពួកអារ៉ាប់សុះធតែមនរេពិឡស្គធ ក្នុងការធ្វើសង្គ្រាម មិនចាំច់មនអ្នករគាត់ពួកគេពីរបៀបធ្វើ សង្គ្រាមនោះទេ។ ពីព្រោះពីដើម នៅពេលពួកគេធ្វើសង្គ្រាមមតងៗ អូសរនលយរយៈពេលរារ់សតវត្ស។ ច្បាប់ធ្វើសង្គ្រាមិនទាន់ាន អនុញ្ញាត រហូតដល់អល់ឡោះបណ្តុះស្មារតីយល់ដឹងយ៉ាងរឹងមាំពី របៀបធ្វើសង្គ្រាមនោះដែលមានដចងក្នុងគម្ពីរអាល់គួរអាន មានតទាំង ពីក្បួនច្បាប់ធ្វើសង្គ្រាម លក្ខ ឌ និងសិទ្ធិផ្សេង។ អល់ឡោះបាន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218 ---</w:t>
      </w:r>
    </w:p>
    <w:p>
      <w:pPr>
        <w:spacing w:line="324" w:lineRule="auto" w:after="120" w:before="0"/>
        <w:jc w:val="left"/>
      </w:pPr>
      <w:r>
        <w:t>បកស្រាយបញ្ជាក់ពីអ្នកដែលត្រូវធ្វើសង្គ្រាមជាមួយ របៀបធ្វើ សង្គ្រាម ពេលវេលា និងរយៈពេលនៃការធ្វើសង្គ្រាម។ ការបំផ្លាញ ហេដ្ឋារចនាសម្ព័ន្ធគឺជាទង្វើមួយដែលត្រូវានហាមឃាត់ដាច់ខាត់ លើកលែងតែក្នុងក្រីដែលអល់ឡោះទ្រង់ចេញរេបញ្ជាពិសេស សម្រាប់តែក្រីណាមួយដោយដឡក្រ៉ុនោះ។ រ៉ាស៊ូលុលឡោះានទទួលរងការជេរប្រទេចរណាតស្គពី សាំណាក់សត្រូវរបស់គាត់។ តែគាត់បែរជារួងសួងសុំឱ្យពួកគេទទួលាននូវការចង្អុលបង្ហាញនៅវិញ។ ឧទាហ្រ ៍ដ៏លបីលាញ បំផុតគឺ នៅពេលគាត់ធ្វើដាំឡីនៅកាន់តំបន់តាអ៊ីហ្វ ដោយពួកឡម ដឹកនាំតាអ៊ីហ្វមិនត្រឹមតែមិនព្រមស្តាប់ការអំពាវនាវរបស់គាត់ មិន ព្រមទទួលគាត់ជាភ្ញៀវឱ្យានសមរមយរ៉ុនោះទេ។ ពួកគេដ្ម ទាំងានប្រើក្មេងៗឱ្យគរ់ដាំេដាក់គាត់នៅតាមផ្លូវរហូតដល់ហូរ មចេញពីខ្លួនរបស់គាត់ ស្បែកជើងរបស់គាត់ប្រ ក់សុះធតែ ម។ ខ ៈពេលនោះទេវតាជីជីប្រ៊ីលានរគាញខ្លួនដើម្បីជួយ សងសឹកឱ្យគាត់។ ប្រសិនបើគាត់ចង់ គឺអល់ឡោះនឹងប្រើឱ្យភនាំ ដែលនៅជាំវិញនោះាក់សងកត់នៅលើពួកគេ និងបំផ្លាញពួកគេ។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គាត់មិនត្រឹមតែមិនដាក់រណាតស្គនៅលើពួកគេរ៉ុនោះទេ គាត់ ព្រមទាំងសុំរួងសួងឱ្យពួកគេទទួលាននូវការចង្អុលបង្ហាញពីអល់ឡោះ ឡោះនៅរក្កាគោរពចំពោះអល់ឡោះតែមួយ និងមិនគោរពពហុ ទេពចំពោះទ្រង់។ រ៉ាស៊ូលុលឡោះានបញ្ជាក់ប្រាប់យើងថ្ល មនុស្សគ្រប់រូបដែល កើតមកគឺកើតក្នុងកំណើតស្គអតសអាំទនសាសនាឥស្លាម (ការគោរព ប្រិរ័តន៍ និងប្រគល់ខ្លួនចំពោះអល់ឡោះ ស្របតាមព្រះេ័យ ចង់ាន និងការប្រៀនប្រដៅរបស់ទ្រង់)។ អល់ឡោះបង្កើតបុគ្គល គ្រប់រូបតាមលក្ខ ៈដែលទ្រង់បានប្រទាន។ ស្របតាមទ្រង់ប្ទាយ ដែលទ្រង់បានកាំ ត់ ហើយអាយុជីវិតរបស់ពួកគេជាកម្មសិទ្ធិ របស់អល់ឡោះ។ នៅពេលពួកគេធាំពេញវ័យ ពួកគេចាប់ផ្តើមកែប្រែ គោលជំនឿរបស់ពួកគេអាប្ស័យតាមឥេធិពលសងាម ចទាំង់ចាំ ូ លចិត្ត និងការនិយមរបស់ពួកគេ។ រ៉ាស៊ូលុលឡោះានរបង្រៀនអ្នកដើរតាមគាត់ឱ្យមានជំនឿ ចំពោះព្រះជាម្ចាស់របស់អោំ ួស អ៊ីប្រាហ៊ីម យ៉ាក់កូរ មូស្គោ វូត ស៊ូឡៃម៉ាន អ៊ីសា សូមសន្តិភាពកើតចំពោះពួកគាត់ទាំងអស់ គ្នា។ គាត់បានប្រើឱ្យពួកគេមានជំនឿចំពោះពួកអ្នកទាំងនោះជា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ណាពី ជារ៉ាស៊ូលុលឡោះ និងជាខ្ញុំបម្រើរបស់អល់ឡោះ។ គាត់បាន ប្រាប់ឱ្យពួកគេយកចិត្តទុកដាក់ក្នុងការបៀបឈ្មោះរបស់ពួកគេតាម លាំោរ់ឡលខរៀង រហូតដល់ឡលខរៀងខពស់បំផុតដោយគ្មានការដរង ដចក្រវាងពួកគេ។ គាត់បានប្រើឱ្យអ្នកដើរតាមគាត់ឡព្យាបាលពាក្យថា (សូមសន្តិភាពកើតមនចំពោះពួកគេទាំងអស់គ្នា) នៅពេលរំឭកពី ឈ្មោះរបស់ណាពី។ ណាពីបានប្រាប់ពួកគេឱ្យដឹងថ្ល គម្ពីរនៅរ៉ាត ហាពួរ និងអិញ្ជីលមនប្រភពតែមួយដូចជាគម្ពីរអាល់គួរអាន ដែល អល់ឡោះបញ្ជូនមកតាមរយៈទេវតាជីជីប្រ៊ីល។ ពិតណាស់ គាត់បាន ប្រើឱ្យពួកជ្វីហ្វកាត់ក្តីតាមគម្ពីររបស់ពួកគេ តែពួកគេពាយមដាក់ទាំងច្បាប់មួយចំនួន ដោយសារពួកគេដឹងថ្ល ណាពី មូហាំម៉ាត់ជា អ្នកខរជន។ បាក្ដណាស់ រ៉ាស៊ូលុលឡោះានប្រាប់ឱ្យដឹងមុនពីហេតុ ការ ៍មួយចំនួនដែលនឹងកើតឡើងនៅថ្ងៃអនាគត។ ហេតុការណ៍ ៍ ទាំងនោះានកើតឡើងជាក់ដសតង ដូចអ្វីដែលរ៉ាស៊ូលុលឡោះាន ប្រាប់ ដោយការត្រាស់បន្ទូលអាំពីអល់ឡោះ។ គាត់បាននិយាយពី ព្រឹត្តិការណ៍ជាច្រើនដែលគ្មាននរណាម្នាក់ដឹងនសម័យនោះ តែ យើងានឃើញសញ្ញភស្តុតាងងទាំងនោះានដសតងឡើង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មតងហើយមតងទៀត ពីមួយសតវត្សនៅមួយសតវត្សទាក់េងនឹងឡវជជ សាស្ត្រ ជីវវិទ្យា ប្ភូណាសាស្ត្រ ចិត្តវិទ្យា តារាសាស្ត្រ ភូមិវិទ្យា និង ដមកធ្លងផ្សេងៗជាច្រើនទៀតទនចាំឡោះដឹងផ្នែក្វិទ្យាសាស្ត្រ សូម្បី តែវិទ្យាសាស្ត្រទាក់េងនឹងលាំហ្អាកាស ព្រមទាំងេរគមនគមន៍ ដែលយើងប្រើបាស់ក្នុងពេលបច្ចុប្បន្នោះផងដែរ។ គម្ពីរអាល់គួរអានប្រាប់ពីរឿងហ្វារ៉ាអុងលង់ទឹកសមុទ្រក្រហម ហ្ម ខ ៈដែលពួកគេដេញតាមូស្គ។ ពិតណាស់ អល់ឡោះបានមានព្រះបន្ទូលថា ទ្រង់នឹងធ្វើឱ្យខ្លួនបាន របស់ហ្វារ៉ាអុងក្លាយ ជានិមិត្តសញ្ញសម្រាប់មនុស្សជំនាន់ក្រោយ។ ក្នុងសៀវភៅដែល មានចាំ ជើងថា «អិញ្ជីល អាល់គួរអាន និងវិទ្យាសាស្ត្រ» លោក រ ឌិត មូរីសរូកាយានបកស្រាយថា នោះគឺជាអ្វីដែលបានកើត ឡើងចំពោះខ្លួនបាន របស់ហ្វារ៉ាអុងដែលគាត់បានស្រាវប្ជាវរក ឃើញនៅឡអហ្សិរ ហើយបច្ចុប្បន្នគោនដាក់តទាំងពិព ៌សម្រាប់ អ្នកដែលចង់មើល។ រឿងរា៉ាវនោះ បានកើតឡើងទាំងពីររារ់ពាន់ឆ្នាំ មុននឹងការតែងតាំងមូហាំម៉ាត់ជាណាពី។ ការពិត្រូវានរគាញ ជាមួយនឹងភស្តុតាងងដររវិទ្យាសាស្ត្រ ដែលបានរក្ឃើញនរ៉ុនេន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េសវតសចុងក្រោយនោះ។ បានសេចក្តីថា ត្រូវានរក្ឃើញក្រោយ ពេលណាពី មូហាំម៉ាត់ានស្លាប់រារ់សិរសតវត្ស។ មូហាំម៉ាត់មិនបានអោះអាងប្រាប់ពួកអ្នកដើរតាមគាត់ ទោះក្នុង កាលៈទេសៈណាក៏ដោយថា គាត់ជាកូនរបស់អល់ឡោះ ឬត្រូវអល់ឡោះ ឡោះចូលស ឋិតក្នុងខ្លួនរបស់គាត់។ ក៏ប៉ុន្តែគាត់គ្រាន់តែជារ៉សូលុ លឡោះដែលអល់ឡោះបានជ្រើសបើសគាត់។ គាត់នៅតែប្រកាន់ ជាំហ្រថ្ល មនុស្សចាំច់ត្រូវតែតឡមកីងអល់ឡោះជាម្ចាស់តែមួយ។ មិនអនុញ្ញាតឱ្យគេបារពធពិធីរុ យសម្រាប់គាត់ ឬសហ្ការីរបស់ គាត់ក្នុងរូបភាពណាមួយឡើយ។ ក្នុងខ ៈដែលមនុស្សភាគច្រើន មិនស្គាក់ស្ទើរក្នុងការលើកតឡមកីងបុគ្គលសាមញ្ញ ដែលបានស្លាប់បាត់បង់ជីវិតនៅនោះឱ្យមានឋានៈស្មើនឹងព្រះជាម្ចាស់ ហើយ ស្គនដៃរបស់គេក្លាយជាសម្បត្តិវរបធ្ម៌។ ជាប្រវត្តិសាស្ត្រ បុគ្គលក្នុង រឿងឡប្ពងទាំងនោះពុំទទួលានជោគជ័យស្មើនឹងមួយចំណែកតូច ទនភាពជោគជ័យរបស់មូហាំម៉ាត់ផង។ មូលហេតុចមបង ដែលលើកទឹកចិត្តមូហាំម៉ាត់គឺការរបផងួរ របផងួមមនុស្សជាតិក្នុងគោលរទាំងឱ្យពួកគេគោរពសក្ការៈចំពោះ អល់ឡោះជាម្ចាស់តែមួយគត់ ជាម្ចាស់របស់អោំ និងពួករ៉សូលជា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ច្រើនទៀត សូមសន្តិភាពកើតមនចំពោះពួកគាត់។ គាត់បានខិតខាំ ប្រឹងដប្រងដើម្បីសសម្រេចគោលរទាំងតែមួយគត់គឺ ធ្វើឱ្យមនុស្ស យល់ និងអនុវត្តា មូលោឋនគ្រឹះទនក្រមសីលធ្ម៌ដែល អល់ឡោះ ឡោះានដចងក្នុងគម្ពីរដែលទ្រង់បានរញ្ចុះមក។ ទាំងអស់រយៈកាលជាង១៤សតវត្ស ជីវិតនិងការប្រៀនប្រដៅរបស់ មូហាំម៉ាត់នៅឋិតឡឋរជានិរនតប៍គ្មានាត់រង់ គ្មានការកែប្រែ ហើយ នៅតែជាសេចក្តីសងឃឹមដ៏អ្មតៈក្នុងការដោះស្រាយរញារារ់រយ មុខរបស់មនុស្ស ដូចកាលគាត់នៅមនជីវិតដែរ។ នោះពុំមែនជាការ អោះអាងរបស់មូហាំម៉ាត់ ឬអ្នកដើរតាមគាត់ទេ។ តែជាសេចក្តី សន្និដ្ឋានមិនអាចប្រដក្កាន របស់ប្រវត្តិសាស្ត្រពិតឥតលឡមអៀង។ មូហាំម៉ាត់បាននិយាយថា គាត់ជាខ្ញុំបម្រើរបស់អល់ឡោះ ជា ណាពីនិងជារ៉ាស៊ូលុលឡោះ។ ទ្រង់គឺជាម្ចាស់តែមួយដែលបាន បញ្ជូនអោំ អ៊ីប្រាហ៊ីម មូស្គដាវូត ស៊ូឡៃម៉ាន និងអ៊ីសាកូននងម៉ា រី(សូមសន្តិភាពកើតមនចំពោះពួកគាត់ទាំងអស់គ្នា)។ អល់ឡោះបានប្រទានគម្ពីរអាល់គួរអានមកឱ្យណាពី មូហាំម៉ាត់ តាមរយៈទេវតាជីជីប្រ៊ីល។ គាត់បានប្រើឱ្យមនុស្សមនជំនឿចំពោះអ ល់ឡោះតែមួយគត់ ទ្រង់គ្មានដៃគូ ដោយឱ្យពួកគេអនុវត្តា មការ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ទូន្មានប្រៀនប្រដៅរបស់ទ្រង់តាមលេធភាពរបស់ពួកគេ។ គាត់បាន ហាមឃាត់ខ្លួនគាត់ និងអ្នកដើរតាមគាត់មិនឱ្យប្រព្រឹត្តអំពើអាក្រក់ អំពើអ្កុសល។ ក៏ដូចជាគាត់បានរបង្រៀន្លូវប្តូដល់ពួកគេទាំងការ ហូរចុក ការប្រើបាស់រងាន់ ជាមួយយនឹងក្រមសីលធ្ម៌ដ៏ត្រឹមត្រូវ ក្នុងការទំនាក់ទំនងេនៅ។ គាត់បាននិយាយថា ទាំងនោះគឺជាការ ប្រទានចុះមកអាំពីអល់ឡោះ។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តើអ្នកដើរតាហគាតូននិយាយអ្វីខ្លះី គាតូ? អេសាយ (Isaah) «ឡ នោះគាតូមូហាំម៉ាត់» ជាដាំរូង ខ្ញុំមិនដឹងថ្ល អ្នកជាគ្រិស្តសាសនិកាយប្រូឡតសសដង់ កាតូ លិក ជ្វីហ្វ ឥតជឿសាសនា ឬក៏អ្នកមននិននការនៅរក្និកាយស្គ សនផ្សេងៗជារឿងសាមញ្ញរបស់ពិភពលោក្សព្វថ្ងៃ។ ជួនកាល អ្នកអាចក្លាយជាអ្នកនិយមរររកុមេយនីស ឬមនជំនឿថ្ល រររ ប្រជាធិរតម្រង់របស់មនុស្សជាច្បាប់ដែលនាំមុខគេនៅលើផែនដី នោះ។ ទោះអ្នកជាមនុស្សមនបុគ្គលិកលក្ខណៈ ៈ និងមគមនាគមន៍វិជាជ ឬ គោលគំនិត និងគោលនយោបាយ ឬសងាម និងទម្លាប់របស់អ្នក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225 ---</w:t>
      </w:r>
    </w:p>
    <w:p>
      <w:pPr>
        <w:spacing w:line="324" w:lineRule="auto" w:after="120" w:before="0"/>
        <w:jc w:val="left"/>
      </w:pPr>
      <w:r>
        <w:t>យ៉ាងណាក៏ដោយ ក៏គ្មានការសងស័យទេថ្ល អ្នកគរបីយល់ដឹងពីអ្វី ដែលអ្នកដទៃនិយាយពីបុរសម្នាក់នោះ។ ពិតណាស់ ពិភពលោកានស្គាល់មហបុរសលបីៗជាច្រើន នក់តាមរយៈប្រវត្តិសាស្ត្រ។ ក៏ប៉ុន្តែបុគ្គលទាំងនោះពូដក្តែមួយ ផ្នែក្រ៉ុនោះ។ បានសេចក្តីថា ពូដក្តែមួយផ្នែក ឬពីរផ្នែក្រ៉ុនោះ។ ដូចជាមគមនាគមន៍ដររសាសនា ឬការដឹកនាំទ័ព។ ពិតណាស់ ជី វប្រវត្តិ និងមគមនាគមន៍របស់មហបុរសទាំងនោះានដើរ្យក្រោយ ជាមួយនឹងពេលវេលានិងសម័យកាល គេលែងនិយម។ ដែលពីមុន ពួកគេធ្លាប់ជាបុគ្គលដែលគេយកចិត្តទុកដាក់ និងគេយកចិត្តទុកដាក់ពីសម័យរបស់ពួកគេ ទីកន្លែងកំណើតរបស់ពួកគេ របៀរបស់ នៅរបស់ពួកគេ និងរចនរ្នៃការបស់នៅរបស់ពួកគេ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 លម្អិតពិស្តារទនមគមនាគមន៍របស់ពួកគេ កម្រិតទនជ័យជម្នះរបស់ពួក គេ ឬររាជ័យរបស់ពួកគេ។ អាចនិយាយម្យ៉ាងទៀតបានថា មនុស្ស មិនអាចស្តារឡើងវិញ ឬស្គថរនជីវប្រវត្តិ ឬមគមនាគមន៍របស់ពួកមហ បុរស និងវីរនរីទាំងនោះដោយលម្អិតានឡើយ។ ក៏ប៉ុន្តែជាមួយនឹងបុរសម្នាក់នោះ ស្គថនភាពពុំដូចគ្នានោះទេគឺ មូហាំម៉ាត់ដែលទទួលានសសម្រេច និងជោគជ័យលើងវិស័យជា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ច្រើនដូចជាវិស័យមគមនាគមន៍ និងចរិយាមារយាទ។ គាត់គឺជាចង្កៀង បំភ្លឺប្រវត្តិសាស្ត្រមនុស្សជាតិទាំងមូល។ ពិតណាស់ ជីវប្រវត្តិរបស់ គាត់ផ្ទាល់ខ្លួន ពាក្យប្រសាសន៍េនៅរបស់គាត់ ត្រូវានក្ត់ប្តាទុក្ជាឯកសារពិស្តារ និងត្រូវានរក្សាទុក្យ៉ាងមនទំនុកចិត្តបហូត ដល់បច្ចុប្បន្ន។ សាក្សីបញ្ជាក់ពីសុចរិតភាព និងភាពស្មោះត្រង់ទន ពាក្យប្រសាសន៍របស់គាត់ដ៏មនទំនុកចិត្តនោះគឺ តាមរយៈអ្នកដើរ តាមគាត់ដែលស្មោះត្រង់។ មិនត្រឹមតែរ៉ុនោះ សូម្បីតែសត្រូវ របស់គាត់ក៏បានអោះអាងអ៊ីចឹងដែរ។ មូហាំម៉ាត់ជាគ្រូរបង្រៀនសាសនា ជាអ្នកកំណែទម្រង់សងាម ជាគំរូលអសម្រាប់អត្តចរិត ជាគំរូក្នុងការគ្រប់គ្រង ជាមិត្តជិតសនិធ ជាសហ្ការីដ៏លអប្រពៃ ជារតីដ៏ស្មោះត្រង់ និងជាឪពុក្ដ៏ជាទីប្សោ ញ់។ ទាំងអស់នោះ មាននៅក្នុងបុគ្គលតែម្នាក់គត់។ ក្នុងប្រវត្តិសាស្ត្រ ស្រសតមនុស្សជាតិគ្មាននរណាម្នាក់អាចធ្វើនលើសពីគាត់ ឬស្មើ គាត់ លើវិស័យណាមួយទនវិស័យផ្សេងៗដែលគាត់បានទទួលជោគ ជ័យក្នុងជីវិតរបស់គាត់។ គ្នាននរណាម្នាក់ាន ននៅដល់នូវ សុក្រឹតភាពទនបុគ្គលិកលក្ខណៈ ៈដ៏មនឥេធិពលដែលមូហាំម៉ាត់ាន ននៅដល់។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227 ---</w:t>
      </w:r>
    </w:p>
    <w:p>
      <w:pPr>
        <w:spacing w:line="324" w:lineRule="auto" w:after="120" w:before="0"/>
        <w:jc w:val="left"/>
      </w:pPr>
      <w:r>
        <w:t>គាត់នៅតែជាឥសសរបុគ្គលដ៏ខពង់ខពស់ជាងគេនៅលើផែនដី នោះ។ ជំនឿសាសនា ការកសាងប្រទេស និងការកសាងប្រជាជាតិន នដល់កម្រិតកំពូល។ គាត់បានបណ្តុះចរិតលអ គាត់ជាអ្នក តួចផ្តើមកនុងការធ្វើកំណែទម្រង់សងាម និងនយោបាយ។ គាត់បានក ស្គងសងាមដ៏រឹងមាំអនុវត្តា មច្បាប់ទូន្មានប្រៀនប្រដៅរបស់គាត់។ គាត់បានផ្ទលស់រតូរប្រព័នធគំនិត ចរិយាមារយាទ ហើយឥេធិពលនោះ នៅតែមននិរនតបភាព ដរាបណាភពផែនដីនៅតែមនវត្តមាន។ មូហាំម៉ាត់ានកើតនៅពិភពអារ៉ាប់ទាំងពីរ១៤០០ឆ្នាំមុន។ ពិតណាស់ សាររបស់គាត់បានចាប់ផ្តើមដោយការ្សព្វាយអាំពី សាសនាដែលមានជំនឿលើព្រះតែមួយ(ជំនឿឯក្ទេវនិយម)។ ស្គ សននោះជាផ្លូវសម្រាប់ជីវិតដោយឈរលើមូលោឋនគ្រឹះនៃការ ប្រគល់ខ្លួន ការស្តាប់បង្គាប់ ការចុះចូល ការឱនលំទោន និង ប្រិរ័តន៍តាមរេបញ្ជារបស់អល់ឡោះដោយកតីស្មោះត្រង់និងក្តី កោតខ្លាច។ ពាក្យ អ៊ីសាលម ក្នុងភាស្គអារ៉ាប់មានន័យថា«ប្រគល់ខ្លួនចំពោះ អល់ឡោះដោយកតីកោតខ្លាច»។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សាររបស់មូហាំម៉ាត់ានចាប់ផ្តើមនៅពេលគាត់មនអាយុ៤០ ឆ្នាំ ហើយគាត់បានចាកលោកយើងនោះនៅពេលគាត់មនអាយុ ៦៣ឆ្នាំ។ ក្នុងរយៈពេលដ៏ខ្លី២៣ឆ្នាំទនភាពក្លាយជាណាពី គាត់បាន កែប្រែមុខមត់ឧបទ្វីបអារ៉ាប់ទាំងមូល ពីការគោរពពហុទេព និងពី ជំនឿគោរពរូបរដិមនៅរក្ការគោរពព្រះតែមួយគត់។ បានផ្ទលស់រតូរ ពួកគេពីជជម្លោះកុលសម្ព័ន្ធនិងសង្គ្រាមនៅរក្សាមគ្គីភាព ការរបផងួរ របផងួម និងការស្រឡាញ់គ្នា។ គាត់បានសង្គ្រោះពួកគេឱ្យរួចុតពី ជីវិតប្រមឹក និងអំពើបាបនៅរក្សុចរិតភាព និងការកោតខ្លាច។ ពី ជីវិតអ្នធិរតម្រង់នូវជីវិតដែលមានច្បាប់ទម្លាប់ និងវិន័យ។ ពី ជីវិតេរគតនូវជីវិតដែលមានសតង់ោខពស់ខាងសីលធ្ម៌។ ប្រវត្តិសាស្ត្រមិនដែលឃើញមនការដប្រប្រួលទាំងមូលសម្រាប់ ប្រជាជាតិណាមួយ ឬក៏កន្លែងណាមួយកាលពីសម័យមុន។ លើស ពីនោះគេក៏មិននឹកស្គេនថ្ល មានការកែប្រែដ៏អស្ចារ្យតែក្នុងរយៈពេល មិនលើសពីពីរេសវតសនោះទេ។ មូហាំម៉ាត់ជាមនុស្សសាមញ្ញធ្មេតា។ ក៏ប៉ុន្តែគាត់បានទទួលបន្ទុក នាំសារដ៏អស្ចារ្យគឺ នាំមនុស្សជាតិនៅរក្ការគោរពសក្ការៈចំពោះ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អល់ឡោះជាម្ចាស់តែមួយគត់ របង្រៀនពួកគេពីរបៀបរស់នៅប្រក្រ ដោយសេចក្តីថ្លៃថ្នូរ និងសុចរិតភាព ដោយការអនុវត្តា មរេបញ្ជា របស់អល់ឡោះ។ គាត់តែងតែនៅខ្លួនឯងថ្ល(ជាខ្ញុំបម្រើរបស់អល់ឡោះ ឡោះ និងជារ៉ាស៊ូលុលឡោះ)។ លើសពីនោះ រាល់ទង្វើសក្មេភាព របស់គាត់សុះធតែឆ្លុះបញ្ចាំងពីអ្តថន័យនោះ។ ទាំងអស់រយៈកាល១៤សតវត្សក្នលមករហូតដល់បច្ចុប្បន្ន ជីវប្រវត្តិ និងពាក្យទូន្មានប្រៀនប្រដៅរបស់គាត់នៅតែមនប្រសិទ្ធិភាព គ្មាន ចាំ ុចណាមួយដែលាត់រង់តម្លៃ ឬត្រូវកែប្រែ ឬត្រូវដាក់បន្ថែម នោះទេ។ នៅតែជាក្តីសងឃឹមដ៏អ្តមៈសម្រាប់ដោះស្រាយរញា សងាមរបស់មនុស្សដូចដែលធ្លាប់ានដោះស្រាយកន្លងមក ពេល គាត់នៅរស់។ នោះមិនមែនគ្រាន់តែជាការអោះអាងរបស់ពួកអ្នកដើរ តាមូហាំម៉ាត់រ៉ុនោះទេ តែជាការសន្និដ្ឋានយ៉ាងជាក់ដែល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បញ្ជាក់ដោយប្រវត្តិសាស្ត្រពិតឥតលឡមអៀង។ អ្វីដែលអ្នកគរបីធ្វើក្នុងនមជាមនុស្ស យ៉ាងឡហចណាស់គឺអ្នក គរបីពិចរណាដោយយកចិត្តទុកដាក់ ឬឈរ់ស្ងៀមរនតិច ហើយ សួរខ្លួនឯងថ្ល តើនោះមិនមែនជាក្រីលើកលែង និងជារដិវតតពិត ជាក់ដសតងទេមែនទេ? ប្រសិនបើយើងសនេតថ្ល ជាការពិត ហើយ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អ្នកមិនទាន់ស្គាល់បុរសម្នាក់នោះ(មូហាំម៉ាត់)ឬក៏មិនបានឮពីគាត់។ តើមិនទាន់ដល់ពេលដែលអ្នកត្រូវពាយមពុះពារដើម្បីស្គាល់ គាត់ទេមែនទេ? ការគរនោះមិនតប្មូវឱ្យអ្នកចាំណាយអ្វីទាំងអស់ តែយនៅវិញ វាជាចាំ ុចាប់ផ្តើមទនឆ្កជីវិតទីរបស់អ្នក។ យើងខ្ញុំសូមអំពាវនាវឱ្យអ្នកសិកាដសវងយល់ និងស្គាល់បុរស ដ៏អស្ចារ្យម្នាក់នោះ(មូហាំម៉ាត់) ដែលមិនទាន់មនបុគ្គលណាម្នាក់ កើតមកលើលោក្នោះដូចគាត់។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តើអ្នកដើរតាហគាតូននិយាយអ្វីខ្លះី គាតូ? យាសុះ អេសាយ (Isaah) យើងតាមលក្ខ ៈសម្បត្តិ និងការទូន្មានប្រៀនប្រដៅរបស់មូហាំម៉ាត់ដែលមនុស្សជាច្រើនានទទួលស្គាល់ក្នុងប្រវត្តិសាស្ត្រជា ដរាររៀងមក ដែលអល់ឡោះបានឯក្ភាព។ យើងខ្ញុំនឹងលើកយក មកសរសេរសឡងខរដោយផ្នែក្លើលក្ខ ៈពិពិសេស ចរិតលក្ខ ៈ និងគុ សម្បត្តិរបស់គាត់ដូចតនៅ៖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ប្រសព្វនិយាយ៖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វីបើគាត់អសមត្ថភាពអាន និងសរសេរក្នុង មួយជីវិតរបស់គាត់។ តែគាត់មនសមតថភាពអាចសម្តែងពីខ្លួនឯងានយ៉ាងលអប្រសើរ អាចប្រើពាក្យពេចន៍ ឃាលប្រឡយគភាសារអា រា៉ារ់ានយ៉ាងត្រឹមត្រូវ និងលអឥតខោចោះ។ ខ/កាលហន៖ ជាការពិតណាស់ គេសរសើរគាត់ថ្ល គាត់កាលហន ទាំងពេលគាត់នៅរស់ និងក្រោយពេលស្លាប់ ទាំងអ្នកដើរតាមគាត់ និងសត្រូវរបស់គាត់។ គាត់ជាគំរូមដ៏លអសម្រាប់អ្នកមូស្លីម និងអ្នក មិនមែនមូស្លីមគ្រប់សម័យកាលទាំងអស់។ គ/សុជីវធ្ម៌៖ មូហាំម៉ាត់តែងគិតពីអារមេ ៍អ្នកដទៃជាងអារមេ ៍ របស់គាត់ខ្លួនឯង គាត់រាក់ទាក់ភ្ញៀវខ្លាំងជាងគេបំផុត។ គាត់ឱ្យតម្លៃ ភ្ញៀវរបស់គាត់នៅគ្រប់ទីកន្លែងទាំងអស់។ /ចិត្តជ្រះថ្លាល៖មូហាំម៉ាត់គាត់ប្តេជ្ញាចិត្តក្នុងការ្សព្វាយសារ របស់គាត់នៅកាន់ពិភពលោក្ទាំងមូល។ ង/រិនឡវាហរ៖ ពិតណាស់ មូហាំម៉ាត់ានអោះអាងថ្ល គាត់ពុំមែនជា ក្វី បើទោះជាយ៉ាងនោះក្តី គាត់អាចសម្តែងពីខ្លួនរបស់គាត់ដោយ ប្រើពាក្យពេចន៍ខ្លីៗ និងតិចតួចបំផុត។ ប្រើភាស្គអារ៉ាប់សតង់ោនយ៉ាងស្គាត់ជាំនញ។ ពាក្យពេចន៍របស់គាត់នៅតែទទួលាន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ការគាំទ្រជាសក្ខីភាពពីមនុស្សរារ់ោននក់ទាំងមូស្លីម និងអ្នកមិនមែនមូស្លីមនៅគ្រប់ទីកន្លែងទាំងអស់នពេលបច្ចុប្បន្ន។ ច/សនិធស្គនល៖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មូហាំម៉ាត់លបីឈ្មោះក្នុងចំណោមមនុស្សដែល ស្គាល់គាត់ គាត់ជាមនុស្សសនិធស្គនល និងគិតពីអារមេ ៍អ្នកដទៃ។ ឆ/ចិត្តបុ 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មូហាំម៉ាត់មនចិត្តសរបុរសបំផុតចំពោះទ្រព្យ សម្បត្តិដែលជាកម្មសិទ្ធិរបស់គាត់។ គាត់មិនចូលចិត្តយកទ្រព្យ សម្បត្តិមករក្សាទុក។ ទ្រព្យសម្បត្តិគឺជាអ្វីដែលបុគ្គលម្នាក់ៗត្រូវការ ចាំច់ដូចជាមសប្រាក់ សតវពាហ្នៈ គ្រឿងឧរបរិភោគររិបរិភោគ និង ស្បៀងអាហរ។ ជ/រាក់ទាក់ភ្ញៀវ៖ មូហាំម៉ាត់លបីឈ្មោះខាងការទទួលរាក់ទាក់ភ្ញៀវ។ គាត់បានរបង្រៀនសហ្ការី និងអ្នកដើរតាមគាត់ឱ្យទទួលរាក់ទាក់ ភ្ញៀវឱ្យានលអ ហើយនោះជាផ្នែក្មួយទនឥស្លាម។ ឈ/ លសទវ៖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ពួកអ្នកសិកាស្រាវប្ជាវពីជីវប្រវត្តិរបស់មូហាំម៉ាត់ានចេញវិចរ ៍ថ្ល មូហាំម៉ាត់ជាមនុស្សដែល លសទវជាងគេ ដែលមនុស្សជាតិនស្គាល់។ ញ/យុត្តិធម៌៖ មូហាំម៉ាត់ជាអ្នកដែលប្រកាន់នូវភាពយុត្តិធម៌ និង សមធ្ម៌ដ៏កំពូលបំផុតក្នុងទំនាក់ទំនងគ្រប់ផ្នែក្ទាំងអស់។ ទាំង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ផ្នែក្ពា ិជជក្មេ ឬការវិនិចឆ័យអ្វីមួយ។ គាត់ប្រកាន់ភាពយុត្តិធម៌ ចំពោះគ្រប់ការគររបស់គាត់។ ដ/សីលធ្ម៌លអ៖ មូហាំម៉ាត់មនសីលធ្ម៌លអ គាត់គិតពីអារមេ ៍ អ្នកទាំង យដែលបានមកជួរគាត់។ គាត់ពាយម្តល់សារទន ការគោរពសក្ការៈចំពោះអល់ឡោះជាម្ចាស់ដល់មនុស្សទាំង យ ជាំនួសការគោរពសត្វលោកដូចគ្នា ដោយវិធីសាស្ត្រលអៗច្រើនយ៉ាង ហើយគាត់គិតពីអារមេ ៍អ្នកដទៃ។ ឋ/សេចក្តីស្រឡាញ់៖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មូហាំម៉ាត់ស្រឡាញ់អល់ឡោះខ្លាំងបំផុត រនារ់មកក្រុមគ្រួសារ មិត្តភក្តិ និងអ្នកដើរតាមគាត់។ សូម្បីតែពួក អ្នកដែលមិនព្រមទទួលការអំពាវនាវរបស់គាត់ តែមិនបានធ្វើរ គាត់និងអ្នកដើរតាមគាត់គឺគាត់ស្រឡាញ់ពួកគេដែរ។ ឌ/រ៉សូលទនក្តីមេត្តា៖ អល់ឡោះបានមានព្រះបន្ទូលក្នុងគម្ពីរអាល់គួរ អានយ៉ាងចាស់ថ្ល ទ្រង់បានបញ្ជូនមូហាំម៉ាត់មកជាក្តីមេត្តា សម្រាប់ពិភពលោក្ទាំងមូល (មនុស្ស និងជិន)។ ឍ/អផង់អាច៖ មូហាំម៉ាត់ជាមនុស្សអផង់អាច និងឆ្នើមបំផុត។ មនុស្ស ភាគច្រើនស្គាល់ពីភាពអផង់អាច និងបុគ្គលិកលក្ខណៈ ៈដ៏ឧតតុងាឧត្តម 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234 ---</w:t>
      </w:r>
    </w:p>
    <w:p>
      <w:pPr>
        <w:spacing w:line="324" w:lineRule="auto" w:after="120" w:before="0"/>
        <w:jc w:val="left"/>
      </w:pPr>
      <w:r>
        <w:t>\ មានជំនឿលើព្រះតែមួយ៖ មូហាំម៉ាត់លបីខាងអំពាវនាវមនុស្ស ឱ្យមានជំនឿលើព្រះតែមួយគឺជឿចំពោះអល់ឡោះជាម្ចាស់ ហើយ ក្នុងភាស្គអារ៉ាប់នៅថ្ល តាវឡហ្ត (التوحيد)។ ត/អត់ធ្មត់៖ មូហាំម៉ាត់ជាមនុស្សដែលអត់ធ្មត់ខ្លាំងបំផុត តសូជាំនោះ គ្រប់ឧរសគាទាំង យដែលគាត់បានជួរប្រោះ។ /ស្ងៀមស្គៃត់៖ មូហាំម៉ាត់ជាមនុស្សស្ងៀមសមៃត់បំផុត។ គាត់មិន ដែលមានខ្មៅនភាពចំពោះខ្លួនឯង ឬនិយាយឮសាំឡឡងខ្លាំងៗ ឬ សតីរឡនាសឱ្យគេ។ ធ/ លសទវ៖ រ៉ាស៊ូលុលឡោះជាមនុស្ស លសទវ គាត់មនគំនិត ដោះស្រាយេលាំេយ។ ជាពិសេស នៅពេលប្រឈមមុខនឹង រញាលាំក និងសេគស្គេញ។ េ/និយាយត្រង់៖ គេស្គាល់ថ្ល មូហាំម៉ាត់ ជាមនុស្សនិយាយត្រង់ៗ និងនិយាយចាំៗ គាត់មិននិយាយវាងអាយវាងនយច្រើនទេ។ គាត់ និយាយតិចតួច។ គាត់ចាត់ទុកថ្ល ការនិយាយច្រើននាំឱ្យខាតពេល វេលា និងឥតប្រប្រយោជន៍។ ធ/េន់ភលន់៖ មូហាំម៉ាត់មនកាយវិការេន់ភលន់ និងអត់ឱនក្នុងការ បាប្ស័យទាក់េងជាមួយអ្នកដទៃ។ គាត់មិនដែលរ៉ោះព្យាបាល់ដល់ឡស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ចក្តីថ្លៃថ្នូររបស់បុគ្គលណាម្នាក់ ទោះជាបុគ្គលនោះជេរប្រមាថគាត់ ក៏ដោយ។ រ/ មានតែមួយ៖ មូហាំម៉ាត់នៅតែជាបុគ្គលឯក្ដែលគេស្គាល់េ ទាំងពិភពលោក។ គាត់គឺជាមនុស្សដែលមានឥេធិពលខ្លាំងបំផុតពី អ្តីតកាល បច្ចុប្បន្នកាល និងរហូតដល់ថ្ងៃររលោក។ \កាលហន៖ មូហាំម៉ាត់ាន្តល់អ្តថន័យទីសម្រាប់ពាក្យ កាលហន ភាគច្រើនគាត់តែងតែមនចិត្តអធ្យាស្រ័យចំពោះគ្រប់កិច្ចការទាំង យ ទោះក្នុងការក្សារពារសិទ្ធិកុមារកំព្រា ឬដ្រក្សាកិតិយសស្ត្រី មេម៉ាយ និងការពារជនក្រីក្រ។ គាត់មិនភ័យខ្លាចជាដាច់ខាត នៅ ពេលទ័ពសត្រូវរបស់គាត់មនប្រៀបលើទ័ពរបស់គាត់ក្នុងសមរភូមិ។ ក៏ដូចគ្នាដែរ គាត់មិនដែលកែប្រែចំពោះការទទួលខុសត្រូវដ្រក្សា និងការពារសច្ចភាព និងសិទ្ធិសេរីភាព។ ព/៖ វា៉ាលី (ولي)ជាពាក្យអារ៉ាប់ ពហុយវចចនៈគឺ អាវលីយ៉ាក (أولياء) ជាពាក្យដែលពិបាករក្ដប្រជាភាស្គដទេ ប្រសិនបើគ្មានការរក ស្រាយ។ ដូចនេះ ខ្ញុំសសម្រេចទុក្ពាក្យនោះជាភាស្គអារ៉ាប់ដែល។ខ្ញុំ នឹងបកស្រាយតាមេសសនៈរបស់ខ្ញុំដ៏សតួចឡសតីង ចំពោះសញ្ញ សមាល់ដ៏សំខាន់ាន់ទនបុគ្គលិកលក្ខណៈ ៈរបស់មូហាំម៉ាត់។ មានអ្នក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ខ្លះឱ្យនិយមន័យថា(អ្នកការពារ) ហើយខ្លះទៀតឱ្យនិយមន័យថា (សាំ ពវចិត្ត)ឬពួកអ្នកដែលគេមានទំនុកចិត្តទាំងប្សុង ហើយផ្ញើ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សេចក្តីទុក្ចិត្តនៅលើពួកគេ និងប្រាប់អាថ៌កំបាំងរបស់អ្នកនៅពួក គេ។ ដូចពួកគេរិស្តសាសនិក និកាយកាតូលិកានទុក្ចិត្តចំពោះអាចរយ សាសនារបស់ពួកគេ។ អ្នកខ្លះឱ្យនិយមន័យពាក្យនោះយ៉ាងសាមញ្ញ ថា (មិត្តភ័ក្ត)។ នៅពេលដែលខ្ញុំជដជក្ពីប្រធ្លនរេនោះជាមួយស្គ ស្រស្គតចរយរបស់ខ្ញុំម្នាក់ ឈ្មោះស្គឡីម ឡមីរហជន គាត់បានប្រាប់ខ្ញុំថ្ល ពាក្យនោះប្សស្រដៀងនឹងពាក្យ (សម្ព័ន្ធមិត្ត) ហើយមានន័យប្រហក់ ប្រដហ្លគ្នា។ ពីព្រោះ នៅពេលបុគ្គលម្នាក់ធ្វើសច្ចប្រិធ្លនមន ភក្តីភាពចំពោះបុគ្គលណាម្នាក់ បានសេចក្តីថា គទទួលយកបុគ្គល នោះជាសម្ព័ន្ធមិត្តរបស់ខ្លួន ដែលក្នុងភាស្គអារ៉ាប់នៅថ្ល(សច្ច ប្រិធ្លន)(البيعة)។ អល់ឡោះបានបង្គាប់ប្រើយើងក្នុងគម្ពីរអាល់ គួរអានមិនឱ្យយកពួកជ្វីហ្វ និងពួកគេរិស្តសាសនិកជាសម្ព័ន្ធមិត្តក្រៅពីអល់ឡោះ ឡោះ។ នៅពេលដែលយើងដឹងថ្ល ពួកជ្វីហ្វ និងពួកគេរិស្តសាសនិកមន ជំនឿប្សស្រដៀងនឹងពួកយើង តែក្នុងពេលតែមួយគេហាមិនឱ្យពួក យើងយកពួកគេធ្វើជាមេដឹកនាំ ឬជា«បព្វជិតសាសនា» ឬ«សម្ព័ន្ធ មិត្តដ៏ជិតសនិធ» ឬ«បុគ្គលដែលយើងត្រូវសច្ចប្រិធ្លនមនភក្តី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237 ---</w:t>
      </w:r>
    </w:p>
    <w:p>
      <w:pPr>
        <w:spacing w:line="324" w:lineRule="auto" w:after="120" w:before="0"/>
        <w:jc w:val="left"/>
      </w:pPr>
      <w:r>
        <w:t>ភាពចំពោះគេ»ជាំនួសអល់ឡោះ ឬរ៉ាស៊ូលុលឡោះ។ មូហាំម៉ាត់ជា គំរូដ៏ល្អបំផុតសម្រាប់មនុស្សដែលមានសេចក្តីទុក្ចិត្តបំផុតមនភក្តី ភាពបំផុតសម្រាប់គ្រប់សម័យកាល។ គាត់មិនដែលេមលយរឿង អាថ៌កំបាំងអ្នកដែលផ្ញើសេចក្តីទុក្ចិត្តចំពោះគាត់ ហើយនៅពេល គាត់ក្លាយជាមេដឹកនាំ មនុស្សទាំង យមនទំនុកចិត្តខ្លាំងបំផុត ចំពោះគាត់។ ភ\មូហាំម៉ាត់មិនចេះអាន ឬសរសេរទេ គាត់មិនចេះទាំងសរសេរ ឈ្មោះរបស់គាត់។ ប្រសិនបើនៅសម័យបច្ចុប្បន្ន ចាស់ណាស់ គេ នឹងតប្មូវឱ្យគាត់ប្រើសញ្ញ(x)ក្នុងការចុះហ្តថឡលខា។ តែនៅ សម័យគាត់ គាត់ប្រើចិឡញ្ចៀនដែលគាត់ពាក់នឹងដៃស្គតាំរបស់គាត់ធ្វើ ជាប្តាសម្រាប់លះលើលិខិតស្គនម និងសារសម្រាប់ផ្ញើនៅឡមដឹក នាំទនប្រទេសនន។ ម/ ស្តាប់ឱវាទ៖ មូហាំម៉ាត់អាចជាំនោះលើចទាំង់ចាំ ូលចិត្តខ្លួនឯង លះបង់គំនិតខ្លួនឯងស្តាប់តាមអ្វីដែលអល់ឡោះបានបង្គាប់ប្រើ។ ចំពោះមតិយោបល់របស់ពួកអ្នកដើរតាមគាត់វិញ គាត់តែងឱ្យតម្លៃ មតិយោបល់របស់ពួកគេជាងយោបល់របស់គាត់ ស្តាប់តាមពួកគេ តាមលេធភាពរបស់គាត់។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238 ---</w:t>
      </w:r>
    </w:p>
    <w:p>
      <w:pPr>
        <w:spacing w:line="324" w:lineRule="auto" w:after="120" w:before="0"/>
        <w:jc w:val="left"/>
      </w:pPr>
      <w:r>
        <w:t>យ/ ស្មារតីក្លៀវក្លា៖ មូហាំម៉ាត់ជារ៉ាស៊ូលុលឡោះដែលមានស្មារតី ក្លៀវក្លាក្នុងការបំពេញតួនទីរបស់គាត់គឺការ «រក្សន្តិភាពឱ្យាន សសម្រេចជោគជ័យដោយស្តាប់តាមការបង្គាប់របស់អល់ឡោះ»។ ពិតណាស់ អ្វីដែលធ្វើឱ្យគាត់មនស្មារតីក្លៀវក្លាបំផុតនោះគឺការ សព្វាយ ការអំពាវនាវដែលអល់ឡោះបានប្រទានជូនគាត់គឺពាក្យ ថា «គ្មានព្រះជាម្ចាស់ លើកលែងតែអល់ឡោះ និងមូហាំជារ៉សូលុ លឡោះ»។ បានសេចក្តីថា «គ្មានម្ចាស់ដែលត្រូវគេគោរពដ៏ពិត បាក្ដគឺមនតែអល់ឡោះ និងមូហាំម៉ាត់ជារ៉ាស៊ូលុលឡោះ»។ យើងគ្មានឱកាសអាចបន្ថែមអក្សរណាមួយទេ។ ត្បិតអក្សរ ដាំរូងរងអស់ទនអក្ខរក្រមអារ៉ាប់គឺអក្សរ(ا)អាលិហ្វ។ មូហាំម៉ាត់ជា មនុស្សអស្ចារ្យលើគ្រប់វិស័យ។ សាររបស់គាត់គ្ររដ តប់លើគ្រប់វិ ស័យនៃការបស់នៅ ចាប់ផ្តើមពីពេលក្រោក្ពីដាំឡ ក្រហូតដល់ចូល ដេកវិញ។ ចាប់ផ្តើមពីពេលដេក្នុងអ្បផងឹងរហូតដល់ពេលចូលក្នុង នូរ។ ប្រសិនបើមនុស្សអនុវត្តា មមគា៌នោះ(សាសនា)ក្នុងជីវិតគឺ គេចាស់ជានឹងទទួលានជោគជ័យយ៉ាងទក្រលែងទាំងក្នុងលោកី យ៍នោះ និងនៅថ្ងៃររលោក។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ប្រៀបឡធៀបរវាងអ៊ីសានិងមូហាំម៉ាត់ អេសាយ (Isaah) «តើអ្នកជាណាពីដែលគេកំពុងរង់ចាំមែនទេ?»(អិញ្ជីលយូហាន (John) ១: ២០) «តើណាពីនោះជានរណា»? ប្រៀបឡធៀបរវាងអ៊ីសានិងមូហាំម៉ាត់ «ជាបុគ្គលដែលកាន់ទុក្ខឱ្យខ្ញុំ ជាវិញ្ញាណ ពិត ដែលអល់ឡោះនឹង បញ្ជូនមកក្នុងនមរបស់ខ្ញុំ គេនឹងរបង្រៀនពួកអ្នកនូវអ្វីគ្រប់យ៉ាង ហើយគេនឹងដាស់រំឭកពួកអ្នកនូវអ្វីដែលខ្ញុំនប្រាប់ពួកអ្នក»។ គម្ពីរពិសិដឋ-យូហាន (John)២៦:១៤។ អល់ឡោះទ្រង់បានមានព្រះបន្ទូលតាមរយៈសំដីរបស់មូស្គកូននង ម៉ារីថ្ល៖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 ﭜ ﭝ ﭞ ﭟ ﭠ ﭡ ﭢ ﭣ ﭤ ﭥ ﭦ ﭧ ﭨﭩ ﭪ ﭫ ﭬ ﭭ ﭮ ﭯ ﭰ ﭱ ﭼ :الصف6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ចូររំឭកចុះខណៈដែល អ៊ីសាកូននាងម៉ារីន និយាយថា ដនកុលសម្ព័ន្ធអ៊ីស្រាអែល ខ្ញុំជារ៉សូលដែលអល់ឡោះបានបញ្ជូនមកកាន់ពួកអ្នកយ៉ាងពិតបាក្ដ ដើម្បីបញ្ជាក់ពី</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សច្ចភាពដែលមានក្នុងគម្ពីរនៅរ៉ាតនិងប្រាប់ដំណឹងល្អពីរ៉សូលុល ឡោះដែលនឹងមកដល់ក្រោយខ្ញុំឈ្មោះអះម៉ាត់ (Ahmad)។ នៅពេលដែលគោននាំភស្តុតាងទាំង យមករគាញពួកគេ ពួកគេបែរជាថ្ល នោះ ជាមនតអាគមយ៉ាងពិតបាក្ដ»។ អាល់គួរអាន៦:៦១។ បព្វជិតធាំម្នាក់និងពួកុលសម្ព័ន្ធ វីទនសាសនា៍ឡហប្ពឺសួរយូហាន (John) មូអាំម៉ាដានថា «ប្រសិនបើអ្នកមិនមែនជាអ៊ីសា(មេស៊ី) អ្នកមិនមែនជាអិលឡយីស តើអ្នកជារ៉ាស៊ូលុលឡោះម្នាក់នោះមែនទេ?» គម្ពីរពិសិដឋ យូហាន (John) ២០:១។ នៅពេលដែលបព្វជិត និងពួកជ្វីហ្វកុលសម្ព័ន្ធ វីនសួរយូហាន (John) មូអាំម៉ាដានថ្ល តើអ្នកណានឹងក្លាយជារ៉ាស៊ូលុលឡោះ? ពួកគេ សួរសំណួរចដមលក។ ដាំរូងពួកគេសួរគាត់ថ្ល តើអ្នកជាមេស៊ីដែលគេ កំពុងរង់ចាំមែនទេ?(អ៊ីសា ឬយេស៊ូជាភាស្គក្រិច)។ ចម្លើយរបស់ គាត់គឺគាត់ពុំមែនជាមេស៊ីដែលពួកគេកំពុងរង់ចាំនោះទេ។ រនារ់ មកពួកគេសួរថ្ល តើអ្នកជារ៉ាស៊ូលុលឡោះឈ្មោះអ៊ីលឡយីសនោះ មែនទេ? គាត់បានតបនៅកាន់ពួកគេមតងទៀតថ្ល«មិនមែនទេ»។ ឥឡូវនោះ មានសំណួរចដមលក្ជាច្រើន។ ពួកគេសួរគាត់ចុងក្រោយ តើ អ្នកជារ៉ាស៊ូលុលឡោះនោះមែនទេ?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តើអ្នកជាមេស៊ីឬ?(មិនមែនទេ) តើអ្នកជាអេលីយ៉ាស (Elas)ឬ?(មិនមែនទេ) តើអ្នកជារ៉ាស៊ូលុលឡោះនោះមែនទេ?(មិនមែនទេ) តើពាក្យថា «រ៉ាស៊ូលុលឡោះនោះ» ពួកគេចង់មានន័យថាយ៉ាង យ៉ាងម៉េច? តាមពិតយើងានដឹងថ្ល នរណាជាអ៊ីសា (សូមសន្តិកើត មានដល់គាត់) ដូចជាពួកគេរិស្តសាសនិក សនេតថ្ល ពួកគេទាំងអស់ស្គាល់ អ៊ីសា (ព្រះគ្រិសត)។ «ជាពាក្យកាត់សម្រាប់នៅមេស៊ីក្នុងភាស្គក្រិក្គឺពាក្យ គ្រិសត មកពី ពាក្យគ្រិសតុស«chrstos» មានន័យដូចនឹងភាស្គឡហប្ពឺថ្ល មេស៊ី មេស៊ី។ ពិតណាស់ ពួកជ្វីហ្វានដសវងរក្មេស៊ីទាំងពីរពីរពាន់ឆ្នាំមុន ដែលគោនប្រាប់ជាដាំ ឹងក្នុងគម្ពីររបស់ពួកគេ។ ពួកគេដឹងថ្ល ម៉ា ឡសៀហ្នឹងចេញមកដើម្បីដឹងនាំពួកគេនៅរក្ជ័យជម្នះលើសត្រូវ របស់ពួកគេ។ មិនត្រឹមតែរ៉ុនោះ ពួកគេនឹងដឡ តីមយកការ គ្រប់គ្រងពិភពលោក្មកវិញ។ ពួកគេត្រូវគេជិះជាន់ធ្វើរក្រោម អំណាចរបស់ពួករ៉ូម៉ទាំង។ ស្តេចរបស់ពួកជ្វីហ្វ គ្រាន់តែជាទីងឡមង ដែលពួកអ្នកគ្មានជំនឿយកមកធ្វើជាដលបងក្មានតតែរ៉ុនោះ។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ដូចនេះពួកគេនឹងស្គាល់រសជាតិទនសេចក្តីសុខយ៉ាងទក្រលែង បើ សិនជាមនបុគ្គលណាម្នាក់មករស្រគករស្តេចរ៉ូម៉ទាំង និងក្រុមមនុស្ស ដែលឃ្លាំមើលពួកទាសករ។ នៅពេលបព្វជិត និងពួកុលសម្ព័ន្ធ វីសួរ យូហាន (John) មូអាំម៉ាដាន ដង្ហែគាត់ជារ៉សូលឈ្មោះអ៊ីលឡយីស។ ពិតណាស់ គាត់បានប្ត ឡរ់មកវិញ ក្រោយពេលាត់ទាំងអស់រយៈពេលរារ់រយឆ្នាំ។ ពួកគោនដឹងតាមគ្នាថ្ល អេលីយ៉ាស (Elas)នឹងត្រឡប់មកវិញមតងទៀត។ ក៏ ប៉ុន្តែលើកនោះចម្លើយយូហាន (John) មូអាំម៉ាដានគឺរដិបដិសេធ។ អ៊ីចឹង តើជានរណា? ពួកគេនាំគ្នាងឿងឆ្ងល់ចំពោះបុរសម្នាក់នោះ ដែលគាត់សុខចិត្តរស់នៅលើវាលខ្សាច់ លះបង់ទ្រព្យសម្បត្តិ ភាព ប្សុក្សុខប្សួល សុខចិត្តបួសអ្ត់អាហរ ហើយលះបង់ចោល ភាពដ្អមដលាមទនជីវិតលោកីយ៍។ ក្រោយមកពួកគោនសួរយូហាន (John) មូអាំម៉ាដាន មតងទៀតថ្ល តើជា នរណា? ពួកគោនសួរថ្ល តើអ្នកជារ៉សូលម្នាក់នោះមែនទេ? ក៏ ប៉ុន្តែគាត់បានឆ្លើយថា «គាត់មិនមែនជារ៉សូលនោះទេ»។ គាត់បាន ប្រាប់ពួកគេថ្ល នឹងមានបុគ្គលម្នាក់មកដល់ក្រោយ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គាត់នពេលឆាប់ៗនោះ។ គាត់បាននិយាយទៀតថា ខ្លួនគាត់ យូ ហននោះ មិនស្មើនឹងខ្សែចងស្បែកជើងរបស់បុរសម្នាក់នោះទេ។ ទោះជាយ៉ាងនោះក៏ដោយ ក៏ចម្លើយនោះមិនទាន់ឆ្លើយតប ពេញឡលញចំពោះសំណួរនោះដែរ។ «ចំពោះអ្នកដែលពួកគេរង់ចាំម៉ា យេស៊ូ។ តើពួកគេកំពុងរង់ចាំបុគ្គលម្នាក់ដូចជាមូហាំម៉ាត់នោះមែន ទេ?(ប្រដហ្លជាអាច)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តើរតសាល់មនោះជានរណា? ចូររនតអាន និងស្គាល់ថ្ល តើរ៉ាស៊ូលុលឡោះនោះជានរណា តើអ្វីជា ភស្តុតាងងផ្សេងទៀតដែលអាចរក្ឃើញនៅក្នុងអត្ថបទគម្ពីរពិសិដឋ ដើម្បីបញ្ជាក់ពីគំនិតនោះ។ ពិតណាស់ ទាំងអស់រយៈពេលជាច្រើនសតវត្សកន្លងមក អ្នកមូស្លីម មានជំនឿថ្ល អ៊ីសាគឺជារ៉សូលម្នាក់នោះ ដែលមានក្នុងគម្ពីរអិញ្ជីល យូហាន (John)។ ជាការពិតណាស់ គម្ពីរអាល់គួរអានប្រាប់ពីលក្ខ ៈ សំខាន់ាន់ៗទនសាររបស់អ៊ីសា(សូមសន្តិភាពកើតមនដល់គាត់)។ សារនោះប្រាប់ដំណឹងល្អ ឬនាំដំណឹងល្អ អាំពីរ៉ាស៊ូលុលឡោះដែល នឹងមកដល់គឺមូហាំម៉ាត់។ ក្នុងរយៈពេលដ៏ខ្លីរបស់គាត់មិន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លើសពី៣ឆ្នាំ ដែលសាសនា៍របស់គាត់បានសម្តែងនូវការប្រឆាំង ចំពោះគាត់។ អ៊ីសានប្រាប់ដំណឹងល្អដល់ពួកគេថ្ល ណាពីនោះ ឈ្មោះថា អះម៉ាត់ (Ahmad)(គេអាចនៅក្នុងទម្រង់ផ្សេងទៀតបានថា«មូហាំម៉ាត់»)។ គាត់ជារ៉ាស៊ូលុលឡោះចុងក្រោយដែលអល់ឡោះបាន បញ្ជូនមក ហើយក៏ជាអ្នកបំពេញលក្ខ ៈទនច្បាប់ដែលគេរញ្ចុះពី លើមេឃ ទាំងបេសតីនិងការអនុវត្ត។ អាល់គួរអានាននិយាយតាម រយៈសំដីរបស់អ៊ីសាថ្ល៖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 ﭜ ﭝ ﭞ ﭟ ﭠ ﭡ ﭢ ﭣ ﭤ ﭥ ﭦ ﭧ ﭨﭩ ﭪ ﭫ ﭬ ﭭ ﭮ ﭯ ﭰ ﭱ ﭼ :الصف6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ចូររំឭកចុះខណៈដែល អ៊ីសាកូន នាងម៉ារី បាន និយាយថា ដនកុលសម្ព័ន្ធអ៊ីស្រាអែល ខ្ញុំជារ៉ាស៊ូលុលឡោះដែលអល់ឡោះ ឡោះានបញ្ជូនមកកាន់ពួកអ្នកយ៉ាងពិតបាក្ដ ដើម្បីបញ្ជាក់ពី សច្ចភាពដែលមានក្នុងគម្ពីរនៅរ៉ាតនិងប្រាប់ដំណឹងល្អពីរ៉សូលុល ឡោះដែលនឹងមកដល់ក្រោយខ្ញុំឈ្មោះអះម៉ាត់ (Ahmad)។ នៅពេលដែលគោននាំភស្តុតាងងទាំង យមករគាញ ពួកគេបែរជាថ្ល នោះជាមនត អាគមយ៉ាងពិតបាក្ដ»។ អាល់គួរអាន៦:៦១។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គម្ពីរអាល់គួរអានបានបញ្ជាក់ពីឈ្មោះរបស់គេថ្ល «អះម៉ាត់ (Ahmad)» ហើយជាទម្រង់មួយទនពាក្យ«មូហាំម៉ាត់»។ នោះប្សស្រដៀងនឹងភាស្គ អង់គ្លេសដែរ។ ដូចជាឈ្មោះ យ៉ូសែប (Joseph) ក្នុងទម្រង់កាត់គេនៅថ្ល Joe ឬ Joey។ មា៉ាងទៀតដូចជាឈ្មោះ យ៉ូណាថាន់ (Jonathan) នៅកាត់ថ្ល ចន ច័ក ឬចនី។ យើងតាមបេសត្វីនោះ ត្រូវនឹងភាស្គអារ៉ាប់ដែរ ឈ្មោះ«មូហាំម៉ាត់» «អះម៉ាត់ (Ahmad)» និង«មូហាំម៉ាត់» ជាឈ្មោះដែលក្មលយចេញពី ពាក្យឬស«ហាំឌូ»ក្នុងភាសារអារ៉ាប់។ យើងអាចយល់ថ្ល «ជា បុគ្គលដែលលើកតឡមកីងនិងសរសើរចំពោះអល់ឡោះ ឬបុគ្គលដែល គេសរសើរ ឬអ្នកដែលតែងតែសរសើរ ហើយនៅមនន័យផ្សេងៗ ទៀត។ អាប់ឌុលឡោះ ពិន យូសុះអាលី ក្នុងកាំឡុងពេលដែលគាត់ កំពុងរក្ដប្រអ្តថន័យអាល់គួរអានជាភាសារអង់គ្លេស គាត់បាន និយាយថា «អះម៉ាត់ (Ahmad) ឬមូហាំម៉ាត់ ឬមោះមូត រក្ដប្រជាភាស្គក្រិ ចថ្ល perclytos។ ពាក្យនោះានរក្ដប្ររួចជាភាស្គអង់គ្លេសក្នុង គម្ពីរអិញ្ជីល យូហាន (John)បច្ចុប្បន្ន 6 1:2 ، 06:25 ، 26:21។ មានន័យថា« អ្នករាំដលកទុក្ខ» អាចមានន័យថា «អ្នកគាំទ្រ ឬការពារ។ គឺជាបុគ្គល ដែលគេសុំជាំនួយ្តល់សេចក្តីសុខដល់អ្នកដទៃ ឬក្លា មិត្ត។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មូហាំម៉ាត់គោនស្គាល់ទាំងពីរគាត់កើតមកថ្ល គាត់ជាបុគ្គលដែល នាំមក នូវសេចក្តីសុខ ពរជ័យ សេចក្តីសុខសាន្តដល់ក្រុមគ្រួសារ មិត្តភក្តិរបស់គាត់ និងអ្នកដទៃ។ ជាពិសេសស្គច់ញាតិ និងភាតបភាពបងប្អូន។ គរនៅក្រៅរបស់មូហាំម៉ាត់ដែលមានក្នុងគម្ពីរពិសិដឋ(ឬ យ៉ាងឡហចណាស់ដែលមាននៅសល់ជាភាស្គអង់គ្លេសគឺ ពាក្យថា «វិញ្ញាណ ពិត» ហើយពាក្យថា ឡស្គហាក (الصادق) ក្នុងភាសារអា រា៉ារ់មានន័យថា ពិត ឬស្មោះត្រង់ អ៊ីចឹងដែរ។ ពាក្យ ឡស្គហាក្នោះ ជាគរដ៏លបីលាញរបស់មូហាំម៉ាត់ ក្នុងចំណោមពួកអ្នកដែល ស្គាល់ពីចរិតស្មោះត្រង់ និងសុចរិតភាពរបស់គាត់។ ក្នុងអិញ្ជីលសញ្ញ ទីយើងតាមគម្ពីរយូហាន (John) អ៊ីសាន សនានឹងពួកគេថ្ល បុគ្គលម្នាក់នោះជា «អ្នករាំដលកទុក្ខ» ឬ«អ្នក ដែលនាំសេចក្តីសុខមកឱ្យអ្នកដទៃ» ឬ«អ្នកគាំទ្រ» នឹងមកដល់។ មាននៅរួនកន្លែងខុសៗគ្នា(7: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26:21 ، 06:21 ، 06:25 ، 26 )។ គេដឹងជោនៅថ្ល អ៊ីសាពុំនត្រឡប់មកវិញទេក្នុងកាំឡុង ពេលដែលពួកគេនៅរស់ ហើយក៏គ្មានរ៉ាស៊ូលុលឡោះណាផ្សេង ទៀតមកដែរនពេលនោះ។ ហេតុដូចនេះ ពួកអ្នកសិកាស្រាវប្ជាវរក ឃើញថ្ល អ៊ីសាខ្លួនឯង គាត់មិនមែនជាបុគ្គលដែលនឹងមករគាញ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ខ្លួននោះទេ។ ក៏ប៉ុន្តែគាត់នឹងត្រឡប់មកវិញក្នុងរូបភាពជាវិញ្ញាណ។ ហេតុនោះ ទទីរពួកគេរិស្តសាសនិកជឿថ្ល ព្រលឹងដ៏បរិសុទ្ធនឹងចុះមកកាន់ ពួកសាវ័ក្នៅថ្ងៃបុណ្យច្រូតកាត់ (រដូវទី២) ដើម្បីមកធ្វើសាក្សីលើ មេស៊ី(មេស៊ី) ហើយរគាញពួកគេនៅកាន់សច្ចភាពទាំងមូល ហើយនៅជាមួយពួកអ្នកមានជំនឿជាអ្មតៈ ពួកគេនឹងមិនស្លាប់ជា ដាច់ខាត(យូហាន (John)១៦:៣) ពួកគេនឹងរស់នៅក្នុងជីវិតអ្មតៈ។ ពួក គេខ្លះានភាជរ់នឹងវាក្យផ្សេងៗទៀតដូចខាងក្រោម។ (ចូរមើល កាំ ត់សមាល់ក្នុងឡលខយើង ជាពិសេសក្នុងគម្ពីរអិញ្ជីលច្បាប់ កាំដ សតង់ោ)រហូតដល់ជំពូក្ចុងក្រោយ ទនគម្ពីរម៉ាកូស(១៦)។ ចាំ ុចខ្លះដែលគរបីលើកមកនិយាយគឺ បុគ្គលដែលជា «អ្នក រាំដលកទុក្ខ»ឬ«អ្នកគាំទ្រ»ឬ«វិញ្ញាណ ពិត»នឹងនៅជាមួយយើងពីថ្ងៃ នោះតនៅ។ ក្នុងពេលបច្ចុប្បន្នោះ គេដឹងជោនៅថ្ល បុគ្គលណាក៏ ដោយគេអាចមើលឃើញពីឥេធិពលរបស់មូហាំម៉ាត់ សាររបស់គាត់ អំពាវនាវនៅរក(ការគោរពសក្ការៈចំពោះម្ចាស់តែមួយគត់ទ្រង់គ្មាន ដៃគូ) ហើយសារនោះនៅតែរនតជារៀងរហូត ទាំងពីរគាត់បានោ ចក្លោក្យើងនោះ។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តើអ្នកដឹងថាជានរណាទេ? អេសាយ (Isaah)ី៌នសឡងខបអ្ម៉ី រតសាល់មឈ្មោះមូហាំម៉ាត់ ជួនកាល អ្នកអាចជាគ្រិស្តសាសនិកប្រូតេស្តង់ ឬកាតូលិក ឬជ្វីហ្វ ហើយជួនកាលអាចជាអ្នកគ្មានសាសនា ឬជាអ្នកគ្មានជំនឿចំពោះ រឿងអាថ៌កំបាំង ឬអាចជាអ្នកកាន់និកាយសាសនាណាមួយទន សាសនាដែលមានក្នុងពិភពលោក្យើងនពេលបច្ចុប្បន្នោះ។ អ្នក អាចជាអ្នកនិយមលេធិកុមេយនីស ឬមនជំនឿថ្ល លេធិប្រជាធិរឡត យយដែលមនុស្សបង្កើត ជាលេធិសំខាន់ាន់នៅលើផែនដីនោះ។ ទោះជា គំនិតរបស់អ្នកយល់យ៉ាងណា ឬគោលនយោបាយរបស់អ្នកយ៉ាង ណា ឬោំទំនៀមទម្លាប់សងាមដែលអ្នកប្រកាន់យ៉ាងណាគឺជាក់ចាស់ ណាស់ថ្ល អ្នកានស្គាល់បុរសម្នាក់នោះគឺ មូហាំម៉ាត់។ គ្មានការសងស័យទេថ្ល គាត់ជាបុគ្គលដែលអស្ចារ្យជាងគេនៅ លើផែនដីនោះ។ គាត់បានអំពាវនាវនៅរកឥស្លាម គាត់កសាង ប្រទេសជាតិ បង្កើតប្រជាជាតិ ហើយបានចក់គ្រឹះក្រមសីលធ្ម៌ យ៉ាងរឹងមាំ។ ជាមួយនោះ គាត់បានដក្លម្អជាច្រើននៅលើស្គថន ភាពនយោបាយ និងសងាម។ គាត់បានស្គថរនសងាមួយដ៏រឹងមាំ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និងសក្មេ ប្រកាន់តាមពាក្យទូន្មានប្រៀនប្រដៅរបស់គាត់ ដើម្បីដក ដប្រជីវិតមនុស្សរហូតដល់សម័យកាលចុងក្រោយទនពិភពលោក។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មូហាំម៉ាត់ (សូមសន្តិភាពកើតមនដល់គាត់) គាត់កើតនៅឧបទ្វីបអារ៉ាប់ នៅឆ្នាំ៥៧០គ.ស។ បេសកកម្ម របស់គាត់ចាប់ផ្តើមអំពាវនាវនៅរក្សាសនាអល់ឡោះ នៅពេល ដែលគាត់មនអាយុ៤០ឆ្នាំ ហើយគាត់បានចាកលោកយើងនោះ នៅពេលដែលគាត់មនអាយុ៦៣ឆ្នាំ។ ក្នុងរយៈពេលត្រឹមតែ២៣ឆ្នាំរ៉ុនោះ ដែលគាត់បានក្លាយជា ណាពី គាត់អាចកែប្រែឧបទ្វីបអារ៉ាប់ទាំងមូលពីការក្សារគោរពព្រះ រដិម រូបសាំណាក នៅរក្ការគោរពចំពោះអល់ឡោះជាម្ចាស់តែ មួយគត់។ ពីជជម្លោះកុលសម្ព័ន្ធ និងសង្គ្រាមរងូរ មានៅរក្ការ</w:t>
      </w:r>
    </w:p>
    <w:p>
      <w:pPr>
        <w:spacing w:line="324" w:lineRule="auto" w:after="120" w:before="0"/>
        <w:jc w:val="left"/>
      </w:pPr>
      <w:r>
        <w:t>របផងួររបផងួមជាប្រជាជាតិតែមួយ ចេះសាមគ្គីគ្នា ស្រឡាញ់គ្នា។ ពី ការប្រមឹក និងបិសាច នៅរក្កុសលធ្ម៌ និងការគោរពកោតខ្លាច។ ពីជីវិតអាណាធិរតម្រង់រស់នៅដររកុលសម្ព័ន្ធ នូវជីវិតនៃការ គោរពប្រតិបត្តិ និងមនមគាទេសក៍។ ពីអ្សីលធ្ម៌នៅរក្តម្លៃសីល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250 ---</w:t>
      </w:r>
    </w:p>
    <w:p>
      <w:pPr>
        <w:spacing w:line="324" w:lineRule="auto" w:after="120" w:before="0"/>
        <w:jc w:val="left"/>
      </w:pPr>
      <w:r>
        <w:t>ធ្ម៌ដ៏លអប្រពៃថ្លៃថ្នូរ។ ក្នុងប្រវត្តិសាស្ត្រ ពុំទាន់មនការកែប្រែណា ពេញឡលញដូចការកែប្រែដប្របស់គាត់ ទនមនុស្សជាតិ ឬទីកន្លែង ណាមួយកាលពីសម័យបុរាណ ឬសម័យក្រោយៗមកទៀត។ ចូរ គិតស្រមើពីព្រឹត្តិការណ៍នៃការកែប្រែគ្រប់ដររយ៉ាងនោះ ក្នុងរយៈ ពេលមិនលើសខវោះជាងពីរេសវតសរ៉ុនោះ។ ពិភពលោកានស្គាល់នូវបុគ្គលអស្ចារ្យជាច្រើន។ ក៏ប៉ុន្តែ ពួក គេមួយចំនួន មានលក្ខ ៈពិពិសេសអស្ចារ្យតែមួយប្ជុង ឬពីរប្ជុង ទនប្ជុងទាំង យក្នុងជីវិត។ ដូចជាជំនឿសាសនា ឬការដឹកនាំទ័ព។ ជាមួយនោះបេសតីរបស់ពួកគេត្រូវសារសូនយនៅតាមសម័យកាល និងពេលវេលា ហើយអាចកែប្រែសងាមានអាប្ស័យតាមឥេធិពល ទនោំហាំអំណាចឈនោះចញ់របស់បេសតីនោះ ហើយមនុស្សជាតិមិន អាចស្គតបេសតីរបស់ពួកបុគ្គលអស្ចារ្យទាំងនោះឱ្យរស់របានមានជីវិត ឡើងវិញានជាដាច់ខាត។ ក៏ប៉ុន្តែទោះជាក្នុងស្គថនភាពណាក៏ ដោយ ក៏មិនត្រូវចំពោះមូហាំម៉ាត់ដែរ ដោយគាត់ទទួលានជោគ ជ័យក្នុងវិស័យជាច្រើន និងផ្សេងៗគ្នា ទាំងផ្នែក្សីលធ្ម៌សងាម និងមគមនាគមន៍វិជាជ គ្មានគូប្រៀបសម្រាប់គាត់ក្នុងប្រវត្តិសាស្ត្រមនុស្ស ជាតិ។ ជីវប្រវត្តិពិស្តារផ្ទាល់ខ្លួនរបស់គាត់ ពាក្យសំដីនៅរបស់គាត់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251 ---</w:t>
      </w:r>
    </w:p>
    <w:p>
      <w:pPr>
        <w:spacing w:line="324" w:lineRule="auto" w:after="120" w:before="0"/>
        <w:jc w:val="left"/>
      </w:pPr>
      <w:r>
        <w:t>ត្រូវានចងក្រងជាឯកសារយ៉ាងលម្អិត ហើយបានរក្សាទុក្យ៉ាង មានទំនុកចិត្តបហូតមកដល់សព្វថ្ងៃ។ ឯកសារយើងទនពាក្យសំដី របស់គាត់ពុំមែនានត្រួតពិនិត្យត្រឹមតែសហ្ការីរបស់គាត់ និងអ្នក ដើរតាមគាត់ជំនាន់ក្រោយដែលស្មោះត្រង់រ៉ុនោះទេ តែពួកអ្នករិះ គន់ និងប្រឆាំងជាមួយនឹងគាត់ក៏បានធ្វើការត្រួតពិនិត្យផងដែរ។ មូហាំម៉ាត់ជាគ្រូរបង្រៀនសាសនា ជាអ្នកកំណែទម្រង់សងាម ជាអ្នកដឹកនាំផ្នែក្សីលធ្ម៌ ជាអ្នកគ្រប់គ្រងដ៏លអ ជាមិត្តភក្តិដ៏ស្មោះ ត្រង់ ជាក្លា មិត្ត ជារតីដ៏ស្មោះត្រង់ ជាឪពុក្ដ៏មនចិត្តធ្ម៌។ លក្ខ ៈសម្បត្តិទាំងនោះចេញពីបុគ្គលតែម្នាក់គត់។ ក្នុងប្រវត្តិសាស្ត្រ ស្រសតគ្មាននរណាម្នាក់មនលក្ខ ៈសម្បត្តិដររនោះដូចរូបគាត់ ដែល គ្ររដ តប់លើគ្រប់វិស័យផ្សេងៗនៃការបស់នៅ។ មា៉ាងទៀត គ្មាន នរណាម្នាក់អាច នដល់ស្មើនឹងគាត់។ មានតែបុគ្គលិកលក្ខណៈ ៈ របស់គាត់តែមួយគត់ ដែលបាន នដល់កម្រិតកំពូលបំផុតទន សីលធ្ម៌។ មូហាំម៉ាត់គ្រាន់តែជាមនុស្សធ្មេតា ជាបុរសម្នាក់ដែលនាំសារ ដ៏ទ្លថ្លលនោះនៅកាន់មនុស្សលោក ដើម្បីរបផងួររបផងួរពួកគេនៅរក ការគោរពប្រតិបត្តិចំពោះអល់ឡោះតែមួយគត់។ ដឹក្ដៃពួកគេនៅ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ផ្លូវសច្ចៈត្រឹមត្រូវ នូវជីវិតដែលឋិតក្នុងការគោរពប្រតិបត្តិ ចំពោះអល់ឡោះ។ ជាការពិតណាស់ គ្រប់ទង្វើរបស់គាត់គាំទ្រនូវអ្វី ដែលគាត់បានពណ៌នាពីខ្លួនរបស់គាត់គឺ «ខ្ញុំបម្រើរបស់អល់ឡោះ និងរ៉ាស៊ូលុលឡោះ»។ បច្ចុប្បន្ន រនារ់ពីទាំងអស់រយៈកាល១៤សតវត្សកន្លងមក ពាក្យេ នេនប្រៀនប្រដៅរបស់គាត់នៅតែមនជីវិតបស់រឡវីក្នុងចំណោម ពួកគេ ដោយគ្មានការសារសូនយ គ្មានការដាក់បន្ថែម ឬគ្មានការដក ដប្រ។ ពាក្យទូន្មានប្រៀនប្រដៅនោះនៅរស់រឡវីក គាំទ្រដល់ក្តីសងឃឹម ដើម្បីដោះស្រាយនិងព្យាបាលជំងឺសងាមរបស់មនុស្ស ដូចដែល ពាក្យទូន្មានប្រៀនប្រដៅនោះានដោះស្រាយ និងព្យាបាលកាល គាត់នៅមនជីវិត។ នោះមិនមែនជាការអោះអាងរបស់ពួកអ្នកដើរតាម គាត់នោះទេ។ ក៏ប៉ុន្តែជាការសន្និដ្ឋាន ឬជាលេធ្លពិតទនប្រវត្តិសាស្ត្រ ស្រសតពិតឥតលឡមអៀងានចរ។ ក្នុងនមមនុស្សម្នាក់ ចេះគិតពិចរណា មានការយកចិត្តទុកដាក់ យ៉ាងឡហចណាស់ អ្នកគួរតែសួរខ្លួនឯងថ្ល តើពាក្យសំដី ដ៏មុងម៉ាត់ និងអស្ចារ្យខុសពីប្រក្រតីនោះ អាចត្រឹមត្រូវដែរឬទេ? យើងសនេតថ្ល អ្នកមិនដែលបានស្តាប់ឮពីបុរសម្នាក់នោះពីមុនមក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គឺមូហាំម៉ាត់ តើមិនទាន់ដល់ពេលដែលអ្នកត្រូវឆ្លើយតបនឹងចម្ងល់ ដ៏ច្រើនសន្ធឹកសន្ធាប់និងលះបង់កម្លាំងកាយចិត្តដើម្បីស្គាល់គាត់ ទេមែនទេ? រឿងនោះមិនធ្វើឱ្យអ្នកពិបាកអ្វីទាំងអស់ ក៏ប៉ុន្តែ ជាការចាប់ផ្តើម ជាមួយនឹងការពិតទីមួយក្នុងជីវិតរបស់អ្នក។ យើងខ្ញុំអំពាវនាវឱ្យអ្នកដសវងរក្បុរសម្នាក់នោះ ដែលគ្មាន នរណាម្នាក់លអប្រសើរជាងគាត់នៅលើផែនដីនោះ គឺមូហាំម៉ាត់ សូម សន្តិភាពកើតមនដល់គាត់។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254 ---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មូហាំម៉ាត់ជានរណា?</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